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21ECC" w14:textId="77777777" w:rsidR="00955687" w:rsidRDefault="00000000">
      <w:pPr>
        <w:pStyle w:val="Title"/>
      </w:pPr>
      <w:r>
        <w:t>Explaining a difficult interaction</w:t>
      </w:r>
    </w:p>
    <w:p w14:paraId="01DDBC8E" w14:textId="77777777" w:rsidR="00955687" w:rsidRDefault="00000000">
      <w:r>
        <w:t>Analyse an appointment-booking interface from the student’s perspective. Separate what you can observe from what you assume, then recommend changes that support the student’s goal.</w:t>
      </w:r>
    </w:p>
    <w:p w14:paraId="3297414B" w14:textId="77777777" w:rsidR="00955687" w:rsidRDefault="00000000">
      <w:pPr>
        <w:pStyle w:val="Heading1"/>
      </w:pPr>
      <w:r>
        <w:t>Working arrangements</w:t>
      </w:r>
    </w:p>
    <w:p w14:paraId="6FB0AC71" w14:textId="77777777" w:rsidR="00955687" w:rsidRDefault="00000000">
      <w:r>
        <w:t>Work individually for 3 minutes, analyse the scenario in pairs for 12 minutes, then prepare your response for 5 minutes. A 5-minute class discussion follows. No website or login is needed.</w:t>
      </w:r>
    </w:p>
    <w:p w14:paraId="67D465DB" w14:textId="77777777" w:rsidR="00955687" w:rsidRDefault="00000000">
      <w:pPr>
        <w:pStyle w:val="Heading1"/>
      </w:pPr>
      <w:r>
        <w:t>The scenario</w:t>
      </w:r>
    </w:p>
    <w:p w14:paraId="5A5477AC" w14:textId="77777777" w:rsidR="00955687" w:rsidRDefault="00000000">
      <w:r>
        <w:t>A student wants to book a university support appointment before an assessment deadline. This is a fictional service.</w:t>
      </w:r>
    </w:p>
    <w:p w14:paraId="757FD7A6" w14:textId="77777777" w:rsidR="00955687" w:rsidRDefault="00000000">
      <w:pPr>
        <w:pStyle w:val="ListBullet"/>
      </w:pPr>
      <w:r>
        <w:t>The interface uses categories named after university departments.</w:t>
      </w:r>
    </w:p>
    <w:p w14:paraId="4480F729" w14:textId="77777777" w:rsidR="00955687" w:rsidRDefault="00000000">
      <w:pPr>
        <w:pStyle w:val="ListBullet"/>
      </w:pPr>
      <w:r>
        <w:t>It asks the student to choose a “service pathway”.</w:t>
      </w:r>
    </w:p>
    <w:p w14:paraId="2296C37A" w14:textId="77777777" w:rsidR="00955687" w:rsidRDefault="00000000">
      <w:pPr>
        <w:pStyle w:val="ListBullet"/>
      </w:pPr>
      <w:r>
        <w:t>It requires a telephone number without explaining why.</w:t>
      </w:r>
    </w:p>
    <w:p w14:paraId="0CD5E229" w14:textId="77777777" w:rsidR="00955687" w:rsidRDefault="00000000">
      <w:pPr>
        <w:pStyle w:val="ListBullet"/>
      </w:pPr>
      <w:r>
        <w:t>After submission, it displays “Request received”.</w:t>
      </w:r>
    </w:p>
    <w:p w14:paraId="0451F346" w14:textId="77777777" w:rsidR="00955687" w:rsidRDefault="00000000">
      <w:pPr>
        <w:pStyle w:val="ListBullet"/>
      </w:pPr>
      <w:r>
        <w:t>It gives no appointment time or response deadline.</w:t>
      </w:r>
    </w:p>
    <w:p w14:paraId="56EE76A1" w14:textId="77777777" w:rsidR="00955687" w:rsidRDefault="00000000">
      <w:pPr>
        <w:pStyle w:val="Heading1"/>
      </w:pPr>
      <w:r>
        <w:t>The student’s perspective</w:t>
      </w:r>
    </w:p>
    <w:p w14:paraId="1549F328" w14:textId="77777777" w:rsidR="00955687" w:rsidRDefault="00000000">
      <w:r>
        <w:t>What does the student want to achieve? What would they need to know to feel that they had achieved it?</w:t>
      </w:r>
    </w:p>
    <w:p w14:paraId="5101F1E3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52A97FAF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4B943DD5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1114E561" w14:textId="77777777" w:rsidR="00955687" w:rsidRDefault="00000000">
      <w:r>
        <w:t>Consider both a student who is unfamiliar with the service and one who has used it before. What might differ between their expectations?</w:t>
      </w:r>
    </w:p>
    <w:p w14:paraId="69B07B46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32761FBF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78ACAAC4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13200CE1" w14:textId="77777777" w:rsidR="00955687" w:rsidRDefault="00000000">
      <w:r>
        <w:t>Choose three features to analyse on the following pages. Your explanations are predictions to investigate with users, rather than established findings.</w:t>
      </w:r>
    </w:p>
    <w:p w14:paraId="4F9AC7F6" w14:textId="77777777" w:rsidR="00955687" w:rsidRDefault="00000000">
      <w:r>
        <w:br w:type="page"/>
      </w:r>
    </w:p>
    <w:p w14:paraId="7FF6195B" w14:textId="77777777" w:rsidR="00955687" w:rsidRDefault="00000000">
      <w:pPr>
        <w:pStyle w:val="Heading1"/>
      </w:pPr>
      <w:r>
        <w:lastRenderedPageBreak/>
        <w:t>Feature 1</w:t>
      </w:r>
    </w:p>
    <w:p w14:paraId="1F37B4F7" w14:textId="77777777" w:rsidR="00955687" w:rsidRDefault="00000000">
      <w:r>
        <w:t>Chosen interface feature:</w:t>
      </w:r>
    </w:p>
    <w:p w14:paraId="372639C7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50835D29" w14:textId="77777777" w:rsidR="00955687" w:rsidRDefault="00000000">
      <w:r>
        <w:rPr>
          <w:b/>
        </w:rPr>
        <w:t xml:space="preserve">Observation  </w:t>
      </w:r>
      <w:r>
        <w:t>What does the scenario actually tell you?</w:t>
      </w:r>
    </w:p>
    <w:p w14:paraId="5A99CDE0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597BFE5D" w14:textId="77777777" w:rsidR="00955687" w:rsidRDefault="00000000">
      <w:r>
        <w:rPr>
          <w:b/>
        </w:rPr>
        <w:t xml:space="preserve">Expectation  </w:t>
      </w:r>
      <w:r>
        <w:t>What might the student expect at this point?</w:t>
      </w:r>
    </w:p>
    <w:p w14:paraId="04DA1686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3D9EB2E6" w14:textId="77777777" w:rsidR="00955687" w:rsidRDefault="00000000">
      <w:r>
        <w:rPr>
          <w:b/>
        </w:rPr>
        <w:t xml:space="preserve">Possible effect  </w:t>
      </w:r>
      <w:r>
        <w:t>How could this affect their actions or feelings?</w:t>
      </w:r>
    </w:p>
    <w:p w14:paraId="0C41FF71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5AF15C61" w14:textId="77777777" w:rsidR="00955687" w:rsidRDefault="00000000">
      <w:r>
        <w:rPr>
          <w:b/>
        </w:rPr>
        <w:t xml:space="preserve">Alternative explanation  </w:t>
      </w:r>
      <w:r>
        <w:t>What else could explain the same behaviour?</w:t>
      </w:r>
    </w:p>
    <w:p w14:paraId="7871D644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4235F786" w14:textId="77777777" w:rsidR="00955687" w:rsidRDefault="00000000">
      <w:r>
        <w:rPr>
          <w:b/>
        </w:rPr>
        <w:t xml:space="preserve">Recommended change  </w:t>
      </w:r>
      <w:r>
        <w:t>What would you change, and why?</w:t>
      </w:r>
    </w:p>
    <w:p w14:paraId="2B659D3B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744DBA32" w14:textId="77777777" w:rsidR="00955687" w:rsidRDefault="00000000">
      <w:pPr>
        <w:pStyle w:val="Heading1"/>
      </w:pPr>
      <w:r>
        <w:t>Feature 2</w:t>
      </w:r>
    </w:p>
    <w:p w14:paraId="64ED013B" w14:textId="77777777" w:rsidR="00955687" w:rsidRDefault="00000000">
      <w:r>
        <w:t>Chosen interface feature:</w:t>
      </w:r>
    </w:p>
    <w:p w14:paraId="73551204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21A11EA3" w14:textId="77777777" w:rsidR="00955687" w:rsidRDefault="00000000">
      <w:r>
        <w:rPr>
          <w:b/>
        </w:rPr>
        <w:t xml:space="preserve">Observation  </w:t>
      </w:r>
      <w:r>
        <w:t>What does the scenario actually tell you?</w:t>
      </w:r>
    </w:p>
    <w:p w14:paraId="3D211E5E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3A96DD1B" w14:textId="77777777" w:rsidR="00955687" w:rsidRDefault="00000000">
      <w:r>
        <w:rPr>
          <w:b/>
        </w:rPr>
        <w:t xml:space="preserve">Expectation  </w:t>
      </w:r>
      <w:r>
        <w:t>What might the student expect at this point?</w:t>
      </w:r>
    </w:p>
    <w:p w14:paraId="48AD304C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3722A522" w14:textId="77777777" w:rsidR="00955687" w:rsidRDefault="00000000">
      <w:r>
        <w:rPr>
          <w:b/>
        </w:rPr>
        <w:t xml:space="preserve">Possible effect  </w:t>
      </w:r>
      <w:r>
        <w:t>How could this affect their actions or feelings?</w:t>
      </w:r>
    </w:p>
    <w:p w14:paraId="4725D4CE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1161B94E" w14:textId="77777777" w:rsidR="00955687" w:rsidRDefault="00000000">
      <w:r>
        <w:rPr>
          <w:b/>
        </w:rPr>
        <w:t xml:space="preserve">Alternative explanation  </w:t>
      </w:r>
      <w:r>
        <w:t>What else could explain the same behaviour?</w:t>
      </w:r>
    </w:p>
    <w:p w14:paraId="6D0EB056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678FCCA0" w14:textId="77777777" w:rsidR="00955687" w:rsidRDefault="00000000">
      <w:r>
        <w:rPr>
          <w:b/>
        </w:rPr>
        <w:t xml:space="preserve">Recommended change  </w:t>
      </w:r>
      <w:r>
        <w:t>What would you change, and why?</w:t>
      </w:r>
    </w:p>
    <w:p w14:paraId="12A9F9DC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1DE31755" w14:textId="77777777" w:rsidR="00955687" w:rsidRDefault="00000000">
      <w:r>
        <w:br w:type="page"/>
      </w:r>
    </w:p>
    <w:p w14:paraId="2C02EA60" w14:textId="77777777" w:rsidR="00955687" w:rsidRDefault="00000000">
      <w:pPr>
        <w:pStyle w:val="Heading1"/>
      </w:pPr>
      <w:r>
        <w:lastRenderedPageBreak/>
        <w:t>Feature 3</w:t>
      </w:r>
    </w:p>
    <w:p w14:paraId="06E63E31" w14:textId="77777777" w:rsidR="00955687" w:rsidRDefault="00000000">
      <w:r>
        <w:t>Chosen interface feature:</w:t>
      </w:r>
    </w:p>
    <w:p w14:paraId="49ECA50F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16850053" w14:textId="77777777" w:rsidR="00955687" w:rsidRDefault="00000000">
      <w:r>
        <w:rPr>
          <w:b/>
        </w:rPr>
        <w:t xml:space="preserve">Observation  </w:t>
      </w:r>
      <w:r>
        <w:t>What does the scenario actually tell you?</w:t>
      </w:r>
    </w:p>
    <w:p w14:paraId="076A3BC2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11833F85" w14:textId="77777777" w:rsidR="00955687" w:rsidRDefault="00000000">
      <w:r>
        <w:rPr>
          <w:b/>
        </w:rPr>
        <w:t xml:space="preserve">Expectation  </w:t>
      </w:r>
      <w:r>
        <w:t>What might the student expect at this point?</w:t>
      </w:r>
    </w:p>
    <w:p w14:paraId="73289413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76C59708" w14:textId="77777777" w:rsidR="00955687" w:rsidRDefault="00000000">
      <w:r>
        <w:rPr>
          <w:b/>
        </w:rPr>
        <w:t xml:space="preserve">Possible effect  </w:t>
      </w:r>
      <w:r>
        <w:t>How could this affect their actions or feelings?</w:t>
      </w:r>
    </w:p>
    <w:p w14:paraId="1540111C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55DD14BF" w14:textId="77777777" w:rsidR="00955687" w:rsidRDefault="00000000">
      <w:r>
        <w:rPr>
          <w:b/>
        </w:rPr>
        <w:t xml:space="preserve">Alternative explanation  </w:t>
      </w:r>
      <w:r>
        <w:t>What else could explain the same behaviour?</w:t>
      </w:r>
    </w:p>
    <w:p w14:paraId="1D71B85C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2EBA5426" w14:textId="77777777" w:rsidR="00955687" w:rsidRDefault="00000000">
      <w:r>
        <w:rPr>
          <w:b/>
        </w:rPr>
        <w:t xml:space="preserve">Recommended change  </w:t>
      </w:r>
      <w:r>
        <w:t>What would you change, and why?</w:t>
      </w:r>
    </w:p>
    <w:p w14:paraId="3D3B0E85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1DA8E08E" w14:textId="77777777" w:rsidR="00955687" w:rsidRDefault="00000000">
      <w:pPr>
        <w:pStyle w:val="Heading1"/>
      </w:pPr>
      <w:r>
        <w:t>Preparing for the discussion</w:t>
      </w:r>
    </w:p>
    <w:p w14:paraId="72BB7210" w14:textId="77777777" w:rsidR="00955687" w:rsidRDefault="00000000">
      <w:r>
        <w:t>Which change would you prioritise, and why?</w:t>
      </w:r>
    </w:p>
    <w:p w14:paraId="1C13BEC9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3C8AD8F2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35B19109" w14:textId="77777777" w:rsidR="00955687" w:rsidRDefault="00000000">
      <w:r>
        <w:t>Which explanation would you most want to investigate with users? Write one neutral question or a short task that could help you investigate it.</w:t>
      </w:r>
    </w:p>
    <w:p w14:paraId="7815C6EE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767D8F4B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49EF33BF" w14:textId="77777777" w:rsidR="00955687" w:rsidRDefault="00000000">
      <w:pPr>
        <w:spacing w:after="80" w:line="240" w:lineRule="auto"/>
      </w:pPr>
      <w:r>
        <w:t>________________________________________________________________________________</w:t>
      </w:r>
    </w:p>
    <w:p w14:paraId="78A0F7D5" w14:textId="77777777" w:rsidR="00955687" w:rsidRDefault="00000000">
      <w:r>
        <w:t>Reminder: a request confirmation should explain the actual service process. Do not promise an appointment or response time that the service cannot provide.</w:t>
      </w:r>
    </w:p>
    <w:sectPr w:rsidR="00955687" w:rsidSect="00034616">
      <w:headerReference w:type="default" r:id="rId8"/>
      <w:footerReference w:type="default" r:id="rId9"/>
      <w:pgSz w:w="12240" w:h="15840"/>
      <w:pgMar w:top="1008" w:right="1080" w:bottom="1008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0FDA4" w14:textId="77777777" w:rsidR="00170DC4" w:rsidRDefault="00170DC4">
      <w:pPr>
        <w:spacing w:after="0" w:line="240" w:lineRule="auto"/>
      </w:pPr>
      <w:r>
        <w:separator/>
      </w:r>
    </w:p>
  </w:endnote>
  <w:endnote w:type="continuationSeparator" w:id="0">
    <w:p w14:paraId="2DBA7F15" w14:textId="77777777" w:rsidR="00170DC4" w:rsidRDefault="00170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D0F6E" w14:textId="77777777" w:rsidR="00955687" w:rsidRDefault="00000000">
    <w:pPr>
      <w:pStyle w:val="Footer"/>
    </w:pPr>
    <w:r>
      <w:t xml:space="preserve">Understanding User Behaviour                                    </w:t>
    </w:r>
    <w:r>
      <w:fldChar w:fldCharType="begin"/>
    </w:r>
    <w:r>
      <w:instrText>PAGE</w:instrText>
    </w:r>
    <w:r>
      <w:fldChar w:fldCharType="separate"/>
    </w:r>
    <w:r w:rsidR="00A94B0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1000D" w14:textId="77777777" w:rsidR="00170DC4" w:rsidRDefault="00170DC4">
      <w:pPr>
        <w:spacing w:after="0" w:line="240" w:lineRule="auto"/>
      </w:pPr>
      <w:r>
        <w:separator/>
      </w:r>
    </w:p>
  </w:footnote>
  <w:footnote w:type="continuationSeparator" w:id="0">
    <w:p w14:paraId="297E6A22" w14:textId="77777777" w:rsidR="00170DC4" w:rsidRDefault="00170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7E28D" w14:textId="77777777" w:rsidR="00955687" w:rsidRDefault="00000000">
    <w:pPr>
      <w:pStyle w:val="Header"/>
    </w:pPr>
    <w:r>
      <w:t>Usability Engineering • Workshop 15 • Exercise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1544686">
    <w:abstractNumId w:val="8"/>
  </w:num>
  <w:num w:numId="2" w16cid:durableId="705252180">
    <w:abstractNumId w:val="6"/>
  </w:num>
  <w:num w:numId="3" w16cid:durableId="2048489235">
    <w:abstractNumId w:val="5"/>
  </w:num>
  <w:num w:numId="4" w16cid:durableId="1648902125">
    <w:abstractNumId w:val="4"/>
  </w:num>
  <w:num w:numId="5" w16cid:durableId="1049035219">
    <w:abstractNumId w:val="7"/>
  </w:num>
  <w:num w:numId="6" w16cid:durableId="474032100">
    <w:abstractNumId w:val="3"/>
  </w:num>
  <w:num w:numId="7" w16cid:durableId="1761901387">
    <w:abstractNumId w:val="2"/>
  </w:num>
  <w:num w:numId="8" w16cid:durableId="193928506">
    <w:abstractNumId w:val="1"/>
  </w:num>
  <w:num w:numId="9" w16cid:durableId="1144197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0DC4"/>
    <w:rsid w:val="0029639D"/>
    <w:rsid w:val="00326F90"/>
    <w:rsid w:val="00955687"/>
    <w:rsid w:val="00A94B03"/>
    <w:rsid w:val="00AA1D8D"/>
    <w:rsid w:val="00B47730"/>
    <w:rsid w:val="00C773D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C31CC6"/>
  <w14:defaultImageDpi w14:val="300"/>
  <w15:docId w15:val="{76102E96-B4C7-415A-9B8D-8830D132E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/>
    </w:pPr>
    <w:rPr>
      <w:rFonts w:ascii="Calibri" w:hAnsi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423</Words>
  <Characters>4558</Characters>
  <Application>Microsoft Office Word</Application>
  <DocSecurity>0</DocSecurity>
  <Lines>78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2</cp:revision>
  <dcterms:created xsi:type="dcterms:W3CDTF">2013-12-23T23:15:00Z</dcterms:created>
  <dcterms:modified xsi:type="dcterms:W3CDTF">2026-10-14T11:29:00Z</dcterms:modified>
  <cp:category/>
</cp:coreProperties>
</file>