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50A4A" w14:textId="77777777" w:rsidR="006B702F" w:rsidRDefault="00000000">
      <w:pPr>
        <w:pStyle w:val="Title"/>
      </w:pPr>
      <w:r>
        <w:t>Heuristic evaluation activity</w:t>
      </w:r>
    </w:p>
    <w:p w14:paraId="4BE87D24" w14:textId="77777777" w:rsidR="006B702F" w:rsidRDefault="00000000">
      <w:r>
        <w:t>Inspect the same UWTSD interface used for your cognitive walkthrough. Use Nielsen’s usability heuristics to explain potential difficulties, then compare your independent findings with your partner.</w:t>
      </w:r>
    </w:p>
    <w:p w14:paraId="3115BA20" w14:textId="77777777" w:rsidR="006B702F" w:rsidRDefault="00000000">
      <w:r>
        <w:t>Names: _______________________________________    Date: __________________</w:t>
      </w:r>
    </w:p>
    <w:p w14:paraId="2992349E" w14:textId="77777777" w:rsidR="006B702F" w:rsidRDefault="00000000">
      <w:pPr>
        <w:pStyle w:val="Heading1"/>
      </w:pPr>
      <w:r>
        <w:t>Evaluation scope</w:t>
      </w:r>
    </w:p>
    <w:p w14:paraId="68F966D1" w14:textId="77777777" w:rsidR="006B702F" w:rsidRDefault="00000000">
      <w:r>
        <w:t>Task used in Exercise 1:  1 Course entry requirements / 2 Evening library access / 3 Support contact</w:t>
      </w:r>
    </w:p>
    <w:p w14:paraId="42EA3C76" w14:textId="77777777" w:rsidR="006B702F" w:rsidRDefault="00000000">
      <w:r>
        <w:t>Circle your task. Retain its user and context assumptions. Examine the task route and relevant alternative states. You may record issues outside the intended action sequence.</w:t>
      </w:r>
    </w:p>
    <w:p w14:paraId="2F1E6138" w14:textId="77777777" w:rsidR="006B702F" w:rsidRDefault="00000000">
      <w:r>
        <w:t>User and context assumptions</w:t>
      </w:r>
    </w:p>
    <w:p w14:paraId="3B847FD4" w14:textId="77777777" w:rsidR="006B702F" w:rsidRDefault="00000000">
      <w:r>
        <w:t>________________________________________________________________________________</w:t>
      </w:r>
    </w:p>
    <w:p w14:paraId="6528C3BA" w14:textId="77777777" w:rsidR="006B702F" w:rsidRDefault="00000000">
      <w:r>
        <w:t>________________________________________________________________________________</w:t>
      </w:r>
    </w:p>
    <w:p w14:paraId="67E99CFF" w14:textId="77777777" w:rsidR="006B702F" w:rsidRDefault="00000000">
      <w:r>
        <w:t>Pages or states included in this evaluation</w:t>
      </w:r>
    </w:p>
    <w:p w14:paraId="0838C818" w14:textId="77777777" w:rsidR="006B702F" w:rsidRDefault="00000000">
      <w:r>
        <w:t>________________________________________________________________________________</w:t>
      </w:r>
    </w:p>
    <w:p w14:paraId="0560F1F3" w14:textId="77777777" w:rsidR="006B702F" w:rsidRDefault="00000000">
      <w:r>
        <w:t>________________________________________________________________________________</w:t>
      </w:r>
    </w:p>
    <w:p w14:paraId="732EB7B6" w14:textId="77777777" w:rsidR="006B702F" w:rsidRDefault="00000000">
      <w:r>
        <w:t>Start at www.uwtsd.ac.uk in a desktop browser. Use the site’s own navigation or search. Do not sign in, submit forms or send messages.</w:t>
      </w:r>
    </w:p>
    <w:p w14:paraId="624AC969" w14:textId="77777777" w:rsidR="006B702F" w:rsidRDefault="00000000">
      <w:pPr>
        <w:pStyle w:val="Heading1"/>
      </w:pPr>
      <w:r>
        <w:t>Individual inspection</w:t>
      </w:r>
    </w:p>
    <w:p w14:paraId="6A1DAA91" w14:textId="77777777" w:rsidR="006B702F" w:rsidRDefault="00000000">
      <w:pPr>
        <w:pStyle w:val="ListNumber"/>
      </w:pPr>
      <w:r>
        <w:t>Explore the interface independently before discussing findings with your partner.</w:t>
      </w:r>
    </w:p>
    <w:p w14:paraId="0F256C52" w14:textId="77777777" w:rsidR="006B702F" w:rsidRDefault="00000000">
      <w:pPr>
        <w:pStyle w:val="ListNumber"/>
      </w:pPr>
      <w:r>
        <w:t>Use the heuristics on page 2 to examine relevant screens, controls and feedback.</w:t>
      </w:r>
    </w:p>
    <w:p w14:paraId="29B951FE" w14:textId="77777777" w:rsidR="006B702F" w:rsidRDefault="00000000">
      <w:pPr>
        <w:pStyle w:val="ListNumber"/>
      </w:pPr>
      <w:r>
        <w:t>Record the location, visible evidence and predicted user consequence of each finding. Connect it to the most relevant heuristic.</w:t>
      </w:r>
    </w:p>
    <w:p w14:paraId="458B4CB3" w14:textId="77777777" w:rsidR="006B702F" w:rsidRDefault="00000000">
      <w:pPr>
        <w:pStyle w:val="ListNumber"/>
      </w:pPr>
      <w:r>
        <w:t>Identify missing information or prototype states as limitations. You do not need to find a violation of every heuristic.</w:t>
      </w:r>
    </w:p>
    <w:p w14:paraId="0C0A3730" w14:textId="77777777" w:rsidR="006B702F" w:rsidRDefault="00000000">
      <w:pPr>
        <w:pStyle w:val="Heading1"/>
      </w:pPr>
      <w:r>
        <w:t>Pair discussion</w:t>
      </w:r>
    </w:p>
    <w:p w14:paraId="7EF3DCD6" w14:textId="77777777" w:rsidR="006B702F" w:rsidRDefault="00000000">
      <w:pPr>
        <w:pStyle w:val="ListNumber"/>
      </w:pPr>
      <w:r>
        <w:t>Compare your findings and combine duplicates while retaining the supporting evidence.</w:t>
      </w:r>
    </w:p>
    <w:p w14:paraId="6C6C0AFB" w14:textId="77777777" w:rsidR="006B702F" w:rsidRDefault="00000000">
      <w:pPr>
        <w:pStyle w:val="ListNumber"/>
      </w:pPr>
      <w:r>
        <w:t>Agree a severity rating for each selected issue and explain it.</w:t>
      </w:r>
    </w:p>
    <w:p w14:paraId="07EE2829" w14:textId="77777777" w:rsidR="006B702F" w:rsidRDefault="00000000">
      <w:pPr>
        <w:pStyle w:val="ListNumber"/>
      </w:pPr>
      <w:r>
        <w:t>Propose improvements for the most significant findings. Record any unresolved disagreement or question for evaluation with users.</w:t>
      </w:r>
    </w:p>
    <w:p w14:paraId="568772CD" w14:textId="77777777" w:rsidR="006B702F" w:rsidRDefault="00000000">
      <w:r>
        <w:t>Suggested timing: 10 minutes of individual inspection, followed by 10 minutes of discussion. Each evaluator uses their own findings page.</w:t>
      </w:r>
    </w:p>
    <w:p w14:paraId="254C0E5F" w14:textId="77777777" w:rsidR="006B702F" w:rsidRDefault="00000000">
      <w:r>
        <w:br w:type="page"/>
      </w:r>
    </w:p>
    <w:p w14:paraId="71D01B90" w14:textId="77777777" w:rsidR="006B702F" w:rsidRDefault="00000000">
      <w:pPr>
        <w:pStyle w:val="Heading1"/>
      </w:pPr>
      <w:r>
        <w:lastRenderedPageBreak/>
        <w:t>Heuristic reference</w:t>
      </w:r>
    </w:p>
    <w:p w14:paraId="57BE6756" w14:textId="77777777" w:rsidR="006B702F" w:rsidRDefault="00000000">
      <w:r>
        <w:t>Use these prompts to support judgement. A personal preference needs a clear explanation of its likely effect on users.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8"/>
        <w:gridCol w:w="4536"/>
        <w:gridCol w:w="4896"/>
      </w:tblGrid>
      <w:tr w:rsidR="006B702F" w14:paraId="47F131B0" w14:textId="77777777">
        <w:trPr>
          <w:cantSplit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8F2A2E" w14:textId="77777777" w:rsidR="006B702F" w:rsidRDefault="00000000">
            <w:pPr>
              <w:spacing w:after="0"/>
            </w:pPr>
            <w:r>
              <w:rPr>
                <w:b/>
                <w:sz w:val="20"/>
              </w:rPr>
              <w:t>ID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51FBAF" w14:textId="77777777" w:rsidR="006B702F" w:rsidRDefault="00000000">
            <w:pPr>
              <w:spacing w:after="0"/>
            </w:pPr>
            <w:r>
              <w:rPr>
                <w:b/>
                <w:sz w:val="20"/>
              </w:rPr>
              <w:t>Heuristic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11B4E" w14:textId="77777777" w:rsidR="006B702F" w:rsidRDefault="00000000">
            <w:pPr>
              <w:spacing w:after="0"/>
            </w:pPr>
            <w:r>
              <w:rPr>
                <w:b/>
                <w:sz w:val="20"/>
              </w:rPr>
              <w:t>Inspection prompt</w:t>
            </w:r>
          </w:p>
        </w:tc>
      </w:tr>
      <w:tr w:rsidR="006B702F" w14:paraId="4643DBFA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C092E" w14:textId="77777777" w:rsidR="006B702F" w:rsidRDefault="00000000">
            <w:pPr>
              <w:spacing w:after="0"/>
            </w:pPr>
            <w:r>
              <w:rPr>
                <w:sz w:val="20"/>
              </w:rPr>
              <w:t>H1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8CDD3" w14:textId="77777777" w:rsidR="006B702F" w:rsidRDefault="00000000">
            <w:pPr>
              <w:spacing w:after="0"/>
            </w:pPr>
            <w:r>
              <w:rPr>
                <w:sz w:val="20"/>
              </w:rPr>
              <w:t>Visibility of system status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8D06A0" w14:textId="77777777" w:rsidR="006B702F" w:rsidRDefault="00000000">
            <w:pPr>
              <w:spacing w:after="0"/>
            </w:pPr>
            <w:r>
              <w:rPr>
                <w:sz w:val="20"/>
              </w:rPr>
              <w:t>Can users tell what is happening?</w:t>
            </w:r>
          </w:p>
        </w:tc>
      </w:tr>
      <w:tr w:rsidR="006B702F" w14:paraId="1C79C246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5AD3F9" w14:textId="77777777" w:rsidR="006B702F" w:rsidRDefault="00000000">
            <w:pPr>
              <w:spacing w:after="0"/>
            </w:pPr>
            <w:r>
              <w:rPr>
                <w:sz w:val="20"/>
              </w:rPr>
              <w:t>H2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82BC3E" w14:textId="77777777" w:rsidR="006B702F" w:rsidRDefault="00000000">
            <w:pPr>
              <w:spacing w:after="0"/>
            </w:pPr>
            <w:r>
              <w:rPr>
                <w:sz w:val="20"/>
              </w:rPr>
              <w:t>Match between system and the real world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7C66A0" w14:textId="77777777" w:rsidR="006B702F" w:rsidRDefault="00000000">
            <w:pPr>
              <w:spacing w:after="0"/>
            </w:pPr>
            <w:r>
              <w:rPr>
                <w:sz w:val="20"/>
              </w:rPr>
              <w:t>Does the interface use familiar language and concepts?</w:t>
            </w:r>
          </w:p>
        </w:tc>
      </w:tr>
      <w:tr w:rsidR="006B702F" w14:paraId="7794CB84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EA91D" w14:textId="77777777" w:rsidR="006B702F" w:rsidRDefault="00000000">
            <w:pPr>
              <w:spacing w:after="0"/>
            </w:pPr>
            <w:r>
              <w:rPr>
                <w:sz w:val="20"/>
              </w:rPr>
              <w:t>H3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A668F" w14:textId="77777777" w:rsidR="006B702F" w:rsidRDefault="00000000">
            <w:pPr>
              <w:spacing w:after="0"/>
            </w:pPr>
            <w:r>
              <w:rPr>
                <w:sz w:val="20"/>
              </w:rPr>
              <w:t>User control and freedom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4D53CD" w14:textId="77777777" w:rsidR="006B702F" w:rsidRDefault="00000000">
            <w:pPr>
              <w:spacing w:after="0"/>
            </w:pPr>
            <w:r>
              <w:rPr>
                <w:sz w:val="20"/>
              </w:rPr>
              <w:t>Can users leave an unwanted state or reverse an action?</w:t>
            </w:r>
          </w:p>
        </w:tc>
      </w:tr>
      <w:tr w:rsidR="006B702F" w14:paraId="28DA41F9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508476" w14:textId="77777777" w:rsidR="006B702F" w:rsidRDefault="00000000">
            <w:pPr>
              <w:spacing w:after="0"/>
            </w:pPr>
            <w:r>
              <w:rPr>
                <w:sz w:val="20"/>
              </w:rPr>
              <w:t>H4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65FF0" w14:textId="77777777" w:rsidR="006B702F" w:rsidRDefault="00000000">
            <w:pPr>
              <w:spacing w:after="0"/>
            </w:pPr>
            <w:r>
              <w:rPr>
                <w:sz w:val="20"/>
              </w:rPr>
              <w:t>Consistency and standards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CB2F16" w14:textId="77777777" w:rsidR="006B702F" w:rsidRDefault="00000000">
            <w:pPr>
              <w:spacing w:after="0"/>
            </w:pPr>
            <w:r>
              <w:rPr>
                <w:sz w:val="20"/>
              </w:rPr>
              <w:t>Do similar elements behave predictably?</w:t>
            </w:r>
          </w:p>
        </w:tc>
      </w:tr>
      <w:tr w:rsidR="006B702F" w14:paraId="6D210A9B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1C546" w14:textId="77777777" w:rsidR="006B702F" w:rsidRDefault="00000000">
            <w:pPr>
              <w:spacing w:after="0"/>
            </w:pPr>
            <w:r>
              <w:rPr>
                <w:sz w:val="20"/>
              </w:rPr>
              <w:t>H5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9E3C6" w14:textId="77777777" w:rsidR="006B702F" w:rsidRDefault="00000000">
            <w:pPr>
              <w:spacing w:after="0"/>
            </w:pPr>
            <w:r>
              <w:rPr>
                <w:sz w:val="20"/>
              </w:rPr>
              <w:t>Error prevention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3F880" w14:textId="77777777" w:rsidR="006B702F" w:rsidRDefault="00000000">
            <w:pPr>
              <w:spacing w:after="0"/>
            </w:pPr>
            <w:r>
              <w:rPr>
                <w:sz w:val="20"/>
              </w:rPr>
              <w:t>Does the interface help users avoid mistakes?</w:t>
            </w:r>
          </w:p>
        </w:tc>
      </w:tr>
      <w:tr w:rsidR="006B702F" w14:paraId="688EBDB7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0E0C9" w14:textId="77777777" w:rsidR="006B702F" w:rsidRDefault="00000000">
            <w:pPr>
              <w:spacing w:after="0"/>
            </w:pPr>
            <w:r>
              <w:rPr>
                <w:sz w:val="20"/>
              </w:rPr>
              <w:t>H6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DC37E3" w14:textId="77777777" w:rsidR="006B702F" w:rsidRDefault="00000000">
            <w:pPr>
              <w:spacing w:after="0"/>
            </w:pPr>
            <w:r>
              <w:rPr>
                <w:sz w:val="20"/>
              </w:rPr>
              <w:t>Recognition rather than recall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58FA7F" w14:textId="77777777" w:rsidR="006B702F" w:rsidRDefault="00000000">
            <w:pPr>
              <w:spacing w:after="0"/>
            </w:pPr>
            <w:r>
              <w:rPr>
                <w:sz w:val="20"/>
              </w:rPr>
              <w:t>Is needed information available when users act?</w:t>
            </w:r>
          </w:p>
        </w:tc>
      </w:tr>
      <w:tr w:rsidR="006B702F" w14:paraId="312C31EB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10FEAE" w14:textId="77777777" w:rsidR="006B702F" w:rsidRDefault="00000000">
            <w:pPr>
              <w:spacing w:after="0"/>
            </w:pPr>
            <w:r>
              <w:rPr>
                <w:sz w:val="20"/>
              </w:rPr>
              <w:t>H7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0733F2" w14:textId="77777777" w:rsidR="006B702F" w:rsidRDefault="00000000">
            <w:pPr>
              <w:spacing w:after="0"/>
            </w:pPr>
            <w:r>
              <w:rPr>
                <w:sz w:val="20"/>
              </w:rPr>
              <w:t>Flexibility and efficiency of use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60C9D8" w14:textId="77777777" w:rsidR="006B702F" w:rsidRDefault="00000000">
            <w:pPr>
              <w:spacing w:after="0"/>
            </w:pPr>
            <w:r>
              <w:rPr>
                <w:sz w:val="20"/>
              </w:rPr>
              <w:t>Can different users complete tasks efficiently?</w:t>
            </w:r>
          </w:p>
        </w:tc>
      </w:tr>
      <w:tr w:rsidR="006B702F" w14:paraId="5BFD451B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3E508" w14:textId="77777777" w:rsidR="006B702F" w:rsidRDefault="00000000">
            <w:pPr>
              <w:spacing w:after="0"/>
            </w:pPr>
            <w:r>
              <w:rPr>
                <w:sz w:val="20"/>
              </w:rPr>
              <w:t>H8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F62385" w14:textId="77777777" w:rsidR="006B702F" w:rsidRDefault="00000000">
            <w:pPr>
              <w:spacing w:after="0"/>
            </w:pPr>
            <w:r>
              <w:rPr>
                <w:sz w:val="20"/>
              </w:rPr>
              <w:t>Aesthetic and minimalist design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BD8753" w14:textId="77777777" w:rsidR="006B702F" w:rsidRDefault="00000000">
            <w:pPr>
              <w:spacing w:after="0"/>
            </w:pPr>
            <w:r>
              <w:rPr>
                <w:sz w:val="20"/>
              </w:rPr>
              <w:t>Does unnecessary content compete with useful information?</w:t>
            </w:r>
          </w:p>
        </w:tc>
      </w:tr>
      <w:tr w:rsidR="006B702F" w14:paraId="18E689D7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1015D" w14:textId="77777777" w:rsidR="006B702F" w:rsidRDefault="00000000">
            <w:pPr>
              <w:spacing w:after="0"/>
            </w:pPr>
            <w:r>
              <w:rPr>
                <w:sz w:val="20"/>
              </w:rPr>
              <w:t>H9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E1D7C" w14:textId="77777777" w:rsidR="006B702F" w:rsidRDefault="00000000">
            <w:pPr>
              <w:spacing w:after="0"/>
            </w:pPr>
            <w:r>
              <w:rPr>
                <w:sz w:val="20"/>
              </w:rPr>
              <w:t>Help users recognise, diagnose and recover from errors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DE993" w14:textId="77777777" w:rsidR="006B702F" w:rsidRDefault="00000000">
            <w:pPr>
              <w:spacing w:after="0"/>
            </w:pPr>
            <w:r>
              <w:rPr>
                <w:sz w:val="20"/>
              </w:rPr>
              <w:t>Do messages explain the problem and a way forward?</w:t>
            </w:r>
          </w:p>
        </w:tc>
      </w:tr>
      <w:tr w:rsidR="006B702F" w14:paraId="29733B07" w14:textId="77777777">
        <w:trPr>
          <w:cantSplit/>
          <w:trHeight w:val="504"/>
          <w:jc w:val="center"/>
        </w:trPr>
        <w:tc>
          <w:tcPr>
            <w:tcW w:w="6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42C3FC" w14:textId="77777777" w:rsidR="006B702F" w:rsidRDefault="00000000">
            <w:pPr>
              <w:spacing w:after="0"/>
            </w:pPr>
            <w:r>
              <w:rPr>
                <w:sz w:val="20"/>
              </w:rPr>
              <w:t>H10</w:t>
            </w:r>
          </w:p>
        </w:tc>
        <w:tc>
          <w:tcPr>
            <w:tcW w:w="45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5944F" w14:textId="77777777" w:rsidR="006B702F" w:rsidRDefault="00000000">
            <w:pPr>
              <w:spacing w:after="0"/>
            </w:pPr>
            <w:r>
              <w:rPr>
                <w:sz w:val="20"/>
              </w:rPr>
              <w:t>Help and documentation</w:t>
            </w:r>
          </w:p>
        </w:tc>
        <w:tc>
          <w:tcPr>
            <w:tcW w:w="48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F7548C" w14:textId="77777777" w:rsidR="006B702F" w:rsidRDefault="00000000">
            <w:pPr>
              <w:spacing w:after="0"/>
            </w:pPr>
            <w:r>
              <w:rPr>
                <w:sz w:val="20"/>
              </w:rPr>
              <w:t>Can users find relevant guidance when needed?</w:t>
            </w:r>
          </w:p>
        </w:tc>
      </w:tr>
    </w:tbl>
    <w:p w14:paraId="44AC4FEA" w14:textId="77777777" w:rsidR="006B702F" w:rsidRDefault="00000000">
      <w:pPr>
        <w:pStyle w:val="Heading1"/>
      </w:pPr>
      <w:r>
        <w:t>Severity reference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"/>
        <w:gridCol w:w="9144"/>
      </w:tblGrid>
      <w:tr w:rsidR="006B702F" w14:paraId="574297B6" w14:textId="77777777">
        <w:trPr>
          <w:cantSplit/>
          <w:jc w:val="center"/>
        </w:trPr>
        <w:tc>
          <w:tcPr>
            <w:tcW w:w="9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828BB7" w14:textId="77777777" w:rsidR="006B702F" w:rsidRDefault="00000000">
            <w:pPr>
              <w:spacing w:after="0"/>
            </w:pPr>
            <w:r>
              <w:rPr>
                <w:b/>
                <w:sz w:val="20"/>
              </w:rPr>
              <w:t>Rating</w:t>
            </w:r>
          </w:p>
        </w:tc>
        <w:tc>
          <w:tcPr>
            <w:tcW w:w="914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6BECD" w14:textId="77777777" w:rsidR="006B702F" w:rsidRDefault="00000000">
            <w:pPr>
              <w:spacing w:after="0"/>
            </w:pPr>
            <w:r>
              <w:rPr>
                <w:b/>
                <w:sz w:val="20"/>
              </w:rPr>
              <w:t>Description</w:t>
            </w:r>
          </w:p>
        </w:tc>
      </w:tr>
      <w:tr w:rsidR="006B702F" w14:paraId="4106338A" w14:textId="77777777">
        <w:trPr>
          <w:cantSplit/>
          <w:trHeight w:val="360"/>
          <w:jc w:val="center"/>
        </w:trPr>
        <w:tc>
          <w:tcPr>
            <w:tcW w:w="9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C307C5" w14:textId="77777777" w:rsidR="006B702F" w:rsidRDefault="00000000">
            <w:pPr>
              <w:spacing w:after="0"/>
            </w:pPr>
            <w:r>
              <w:rPr>
                <w:sz w:val="20"/>
              </w:rPr>
              <w:t>0</w:t>
            </w:r>
          </w:p>
        </w:tc>
        <w:tc>
          <w:tcPr>
            <w:tcW w:w="914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DE490" w14:textId="77777777" w:rsidR="006B702F" w:rsidRDefault="00000000">
            <w:pPr>
              <w:spacing w:after="0"/>
            </w:pPr>
            <w:r>
              <w:rPr>
                <w:sz w:val="20"/>
              </w:rPr>
              <w:t>Evaluator does not consider it a usability problem</w:t>
            </w:r>
          </w:p>
        </w:tc>
      </w:tr>
      <w:tr w:rsidR="006B702F" w14:paraId="55FEE6D2" w14:textId="77777777">
        <w:trPr>
          <w:cantSplit/>
          <w:trHeight w:val="360"/>
          <w:jc w:val="center"/>
        </w:trPr>
        <w:tc>
          <w:tcPr>
            <w:tcW w:w="9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F41D0F" w14:textId="77777777" w:rsidR="006B702F" w:rsidRDefault="00000000">
            <w:pPr>
              <w:spacing w:after="0"/>
            </w:pPr>
            <w:r>
              <w:rPr>
                <w:sz w:val="20"/>
              </w:rPr>
              <w:t>1</w:t>
            </w:r>
          </w:p>
        </w:tc>
        <w:tc>
          <w:tcPr>
            <w:tcW w:w="914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B9FD1" w14:textId="77777777" w:rsidR="006B702F" w:rsidRDefault="00000000">
            <w:pPr>
              <w:spacing w:after="0"/>
            </w:pPr>
            <w:r>
              <w:rPr>
                <w:sz w:val="20"/>
              </w:rPr>
              <w:t>Cosmetic problem</w:t>
            </w:r>
          </w:p>
        </w:tc>
      </w:tr>
      <w:tr w:rsidR="006B702F" w14:paraId="4CA3CFEF" w14:textId="77777777">
        <w:trPr>
          <w:cantSplit/>
          <w:trHeight w:val="360"/>
          <w:jc w:val="center"/>
        </w:trPr>
        <w:tc>
          <w:tcPr>
            <w:tcW w:w="9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E9F496" w14:textId="77777777" w:rsidR="006B702F" w:rsidRDefault="00000000">
            <w:pPr>
              <w:spacing w:after="0"/>
            </w:pPr>
            <w:r>
              <w:rPr>
                <w:sz w:val="20"/>
              </w:rPr>
              <w:t>2</w:t>
            </w:r>
          </w:p>
        </w:tc>
        <w:tc>
          <w:tcPr>
            <w:tcW w:w="914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8E05A" w14:textId="77777777" w:rsidR="006B702F" w:rsidRDefault="00000000">
            <w:pPr>
              <w:spacing w:after="0"/>
            </w:pPr>
            <w:r>
              <w:rPr>
                <w:sz w:val="20"/>
              </w:rPr>
              <w:t>Minor usability problem</w:t>
            </w:r>
          </w:p>
        </w:tc>
      </w:tr>
      <w:tr w:rsidR="006B702F" w14:paraId="78F40903" w14:textId="77777777">
        <w:trPr>
          <w:cantSplit/>
          <w:trHeight w:val="360"/>
          <w:jc w:val="center"/>
        </w:trPr>
        <w:tc>
          <w:tcPr>
            <w:tcW w:w="9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6CEB9A" w14:textId="77777777" w:rsidR="006B702F" w:rsidRDefault="00000000">
            <w:pPr>
              <w:spacing w:after="0"/>
            </w:pPr>
            <w:r>
              <w:rPr>
                <w:sz w:val="20"/>
              </w:rPr>
              <w:t>3</w:t>
            </w:r>
          </w:p>
        </w:tc>
        <w:tc>
          <w:tcPr>
            <w:tcW w:w="914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73C60" w14:textId="77777777" w:rsidR="006B702F" w:rsidRDefault="00000000">
            <w:pPr>
              <w:spacing w:after="0"/>
            </w:pPr>
            <w:r>
              <w:rPr>
                <w:sz w:val="20"/>
              </w:rPr>
              <w:t>Major usability problem</w:t>
            </w:r>
          </w:p>
        </w:tc>
      </w:tr>
      <w:tr w:rsidR="006B702F" w14:paraId="29CC5FBA" w14:textId="77777777">
        <w:trPr>
          <w:cantSplit/>
          <w:trHeight w:val="360"/>
          <w:jc w:val="center"/>
        </w:trPr>
        <w:tc>
          <w:tcPr>
            <w:tcW w:w="9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AA5A3" w14:textId="77777777" w:rsidR="006B702F" w:rsidRDefault="00000000">
            <w:pPr>
              <w:spacing w:after="0"/>
            </w:pPr>
            <w:r>
              <w:rPr>
                <w:sz w:val="20"/>
              </w:rPr>
              <w:t>4</w:t>
            </w:r>
          </w:p>
        </w:tc>
        <w:tc>
          <w:tcPr>
            <w:tcW w:w="914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812745" w14:textId="77777777" w:rsidR="006B702F" w:rsidRDefault="00000000">
            <w:pPr>
              <w:spacing w:after="0"/>
            </w:pPr>
            <w:r>
              <w:rPr>
                <w:sz w:val="20"/>
              </w:rPr>
              <w:t>Usability catastrophe</w:t>
            </w:r>
          </w:p>
        </w:tc>
      </w:tr>
    </w:tbl>
    <w:p w14:paraId="20813E5C" w14:textId="77777777" w:rsidR="006B702F" w:rsidRDefault="00000000">
      <w:r>
        <w:t>Consider likely frequency, impact and whether the difficulty persists. Explain the rating. Frequency is an estimate during inspection. Keep implementation effort separate from severity.</w:t>
      </w:r>
    </w:p>
    <w:p w14:paraId="19421675" w14:textId="77777777" w:rsidR="006B702F" w:rsidRDefault="00000000">
      <w:r>
        <w:t>Framework: Jakob Nielsen, Nielsen Norman Group. Reference links:</w:t>
      </w:r>
    </w:p>
    <w:p w14:paraId="1764417A" w14:textId="77777777" w:rsidR="006B702F" w:rsidRDefault="00000000">
      <w:r>
        <w:t>www.nngroup.com/articles/ten-usability-heuristics/</w:t>
      </w:r>
    </w:p>
    <w:p w14:paraId="7C3096EB" w14:textId="77777777" w:rsidR="006B702F" w:rsidRDefault="00000000">
      <w:r>
        <w:t>www.nngroup.com/articles/how-to-rate-the-severity-of-usability-problems/</w:t>
      </w:r>
    </w:p>
    <w:p w14:paraId="6F1ABF03" w14:textId="77777777" w:rsidR="006B702F" w:rsidRDefault="00000000">
      <w:r>
        <w:br w:type="page"/>
      </w:r>
    </w:p>
    <w:p w14:paraId="701EC9DA" w14:textId="77777777" w:rsidR="006B702F" w:rsidRDefault="00000000">
      <w:pPr>
        <w:pStyle w:val="Heading1"/>
      </w:pPr>
      <w:r>
        <w:lastRenderedPageBreak/>
        <w:t>Individual findings for evaluator A</w:t>
      </w:r>
    </w:p>
    <w:p w14:paraId="6832A275" w14:textId="77777777" w:rsidR="006B702F" w:rsidRDefault="00000000">
      <w:r>
        <w:t>Evaluator: ______________________________    Task number: ______</w:t>
      </w:r>
    </w:p>
    <w:p w14:paraId="798F62DA" w14:textId="77777777" w:rsidR="006B702F" w:rsidRDefault="00000000">
      <w:r>
        <w:t>Complete independently. Record predictions about the specified user, rather than claiming that a user has experienced the problem. Duplicate this page if needed.</w:t>
      </w:r>
    </w:p>
    <w:p w14:paraId="0CD04B2C" w14:textId="77777777" w:rsidR="006B702F" w:rsidRDefault="00000000">
      <w:pPr>
        <w:pStyle w:val="Heading2"/>
      </w:pPr>
      <w:r>
        <w:t>Finding A1</w:t>
      </w:r>
    </w:p>
    <w:p w14:paraId="2DE081C5" w14:textId="77777777" w:rsidR="006B702F" w:rsidRDefault="00000000">
      <w:r>
        <w:t>Location and page address or screenshot reference</w:t>
      </w:r>
    </w:p>
    <w:p w14:paraId="18DF318B" w14:textId="77777777" w:rsidR="006B702F" w:rsidRDefault="00000000">
      <w:r>
        <w:t>________________________________________________________________________________</w:t>
      </w:r>
    </w:p>
    <w:p w14:paraId="457C6635" w14:textId="77777777" w:rsidR="006B702F" w:rsidRDefault="00000000">
      <w:r>
        <w:t>Interface evidence and the potential problem</w:t>
      </w:r>
    </w:p>
    <w:p w14:paraId="5069C862" w14:textId="77777777" w:rsidR="006B702F" w:rsidRDefault="00000000">
      <w:r>
        <w:t>________________________________________________________________________________</w:t>
      </w:r>
    </w:p>
    <w:p w14:paraId="05393C3C" w14:textId="77777777" w:rsidR="006B702F" w:rsidRDefault="00000000">
      <w:r>
        <w:t>________________________________________________________________________________</w:t>
      </w:r>
    </w:p>
    <w:p w14:paraId="7FC87B19" w14:textId="77777777" w:rsidR="006B702F" w:rsidRDefault="00000000">
      <w:r>
        <w:t>Relevant heuristic ID and why it applies</w:t>
      </w:r>
    </w:p>
    <w:p w14:paraId="49275BDA" w14:textId="77777777" w:rsidR="006B702F" w:rsidRDefault="00000000">
      <w:r>
        <w:t>________________________________________________________________________________</w:t>
      </w:r>
    </w:p>
    <w:p w14:paraId="05FB9816" w14:textId="77777777" w:rsidR="006B702F" w:rsidRDefault="00000000">
      <w:r>
        <w:t>________________________________________________________________________________</w:t>
      </w:r>
    </w:p>
    <w:p w14:paraId="200627F6" w14:textId="77777777" w:rsidR="006B702F" w:rsidRDefault="00000000">
      <w:r>
        <w:t>Predicted consequence and affected user</w:t>
      </w:r>
    </w:p>
    <w:p w14:paraId="2737C30A" w14:textId="77777777" w:rsidR="006B702F" w:rsidRDefault="00000000">
      <w:r>
        <w:t>________________________________________________________________________________</w:t>
      </w:r>
    </w:p>
    <w:p w14:paraId="214212BA" w14:textId="77777777" w:rsidR="006B702F" w:rsidRDefault="00000000">
      <w:r>
        <w:t>________________________________________________________________________________</w:t>
      </w:r>
    </w:p>
    <w:p w14:paraId="7ED536F8" w14:textId="77777777" w:rsidR="006B702F" w:rsidRDefault="00000000">
      <w:r>
        <w:t>Possible improvement or question for further investigation</w:t>
      </w:r>
    </w:p>
    <w:p w14:paraId="54AABA49" w14:textId="77777777" w:rsidR="006B702F" w:rsidRDefault="00000000">
      <w:r>
        <w:t>________________________________________________________________________________</w:t>
      </w:r>
    </w:p>
    <w:p w14:paraId="34B95577" w14:textId="77777777" w:rsidR="006B702F" w:rsidRDefault="00000000">
      <w:r>
        <w:t>________________________________________________________________________________</w:t>
      </w:r>
    </w:p>
    <w:p w14:paraId="451092FE" w14:textId="77777777" w:rsidR="006B702F" w:rsidRDefault="00000000">
      <w:pPr>
        <w:pStyle w:val="Heading2"/>
      </w:pPr>
      <w:r>
        <w:t>Finding A2</w:t>
      </w:r>
    </w:p>
    <w:p w14:paraId="27E3EF2B" w14:textId="77777777" w:rsidR="006B702F" w:rsidRDefault="00000000">
      <w:r>
        <w:t>Location and page address or screenshot reference</w:t>
      </w:r>
    </w:p>
    <w:p w14:paraId="6E5B16BD" w14:textId="77777777" w:rsidR="006B702F" w:rsidRDefault="00000000">
      <w:r>
        <w:t>________________________________________________________________________________</w:t>
      </w:r>
    </w:p>
    <w:p w14:paraId="378453DC" w14:textId="77777777" w:rsidR="006B702F" w:rsidRDefault="00000000">
      <w:r>
        <w:t>Interface evidence and the potential problem</w:t>
      </w:r>
    </w:p>
    <w:p w14:paraId="6A91FADB" w14:textId="77777777" w:rsidR="006B702F" w:rsidRDefault="00000000">
      <w:r>
        <w:t>________________________________________________________________________________</w:t>
      </w:r>
    </w:p>
    <w:p w14:paraId="7D519EE3" w14:textId="77777777" w:rsidR="006B702F" w:rsidRDefault="00000000">
      <w:r>
        <w:t>________________________________________________________________________________</w:t>
      </w:r>
    </w:p>
    <w:p w14:paraId="3F4969EB" w14:textId="77777777" w:rsidR="006B702F" w:rsidRDefault="00000000">
      <w:r>
        <w:t>Relevant heuristic ID and why it applies</w:t>
      </w:r>
    </w:p>
    <w:p w14:paraId="7E713528" w14:textId="77777777" w:rsidR="006B702F" w:rsidRDefault="00000000">
      <w:r>
        <w:t>________________________________________________________________________________</w:t>
      </w:r>
    </w:p>
    <w:p w14:paraId="58114919" w14:textId="77777777" w:rsidR="006B702F" w:rsidRDefault="00000000">
      <w:r>
        <w:t>________________________________________________________________________________</w:t>
      </w:r>
    </w:p>
    <w:p w14:paraId="2A2E30CE" w14:textId="77777777" w:rsidR="006B702F" w:rsidRDefault="00000000">
      <w:r>
        <w:t>Predicted consequence and affected user</w:t>
      </w:r>
    </w:p>
    <w:p w14:paraId="491317D1" w14:textId="77777777" w:rsidR="006B702F" w:rsidRDefault="00000000">
      <w:r>
        <w:t>________________________________________________________________________________</w:t>
      </w:r>
    </w:p>
    <w:p w14:paraId="7C85839D" w14:textId="77777777" w:rsidR="006B702F" w:rsidRDefault="00000000">
      <w:r>
        <w:t>________________________________________________________________________________</w:t>
      </w:r>
    </w:p>
    <w:p w14:paraId="2917244F" w14:textId="77777777" w:rsidR="006B702F" w:rsidRDefault="00000000">
      <w:r>
        <w:t>Possible improvement or question for further investigation</w:t>
      </w:r>
    </w:p>
    <w:p w14:paraId="77D8B15B" w14:textId="77777777" w:rsidR="006B702F" w:rsidRDefault="00000000">
      <w:r>
        <w:t>________________________________________________________________________________</w:t>
      </w:r>
    </w:p>
    <w:p w14:paraId="4F18D4E9" w14:textId="77777777" w:rsidR="006B702F" w:rsidRDefault="00000000">
      <w:r>
        <w:t>________________________________________________________________________________</w:t>
      </w:r>
    </w:p>
    <w:p w14:paraId="06ACDB5F" w14:textId="77777777" w:rsidR="006B702F" w:rsidRDefault="00000000">
      <w:r>
        <w:t>Useful strength noticed, if any: _______________________________________________</w:t>
      </w:r>
    </w:p>
    <w:p w14:paraId="30686E21" w14:textId="77777777" w:rsidR="006B702F" w:rsidRDefault="00000000">
      <w:r>
        <w:t>Limitation or unexamined state: ______________________________________________</w:t>
      </w:r>
    </w:p>
    <w:p w14:paraId="3155BEAE" w14:textId="77777777" w:rsidR="006B702F" w:rsidRDefault="00000000">
      <w:r>
        <w:br w:type="page"/>
      </w:r>
    </w:p>
    <w:p w14:paraId="4180F91F" w14:textId="77777777" w:rsidR="006B702F" w:rsidRDefault="00000000">
      <w:pPr>
        <w:pStyle w:val="Heading1"/>
      </w:pPr>
      <w:r>
        <w:lastRenderedPageBreak/>
        <w:t>Individual findings for evaluator B</w:t>
      </w:r>
    </w:p>
    <w:p w14:paraId="0BE1E0EC" w14:textId="77777777" w:rsidR="006B702F" w:rsidRDefault="00000000">
      <w:r>
        <w:t>Evaluator: ______________________________    Task number: ______</w:t>
      </w:r>
    </w:p>
    <w:p w14:paraId="737E7C39" w14:textId="77777777" w:rsidR="006B702F" w:rsidRDefault="00000000">
      <w:r>
        <w:t>Complete independently. Record predictions about the specified user, rather than claiming that a user has experienced the problem. Duplicate this page if needed.</w:t>
      </w:r>
    </w:p>
    <w:p w14:paraId="56708347" w14:textId="77777777" w:rsidR="006B702F" w:rsidRDefault="00000000">
      <w:pPr>
        <w:pStyle w:val="Heading2"/>
      </w:pPr>
      <w:r>
        <w:t>Finding B1</w:t>
      </w:r>
    </w:p>
    <w:p w14:paraId="35691C47" w14:textId="77777777" w:rsidR="006B702F" w:rsidRDefault="00000000">
      <w:r>
        <w:t>Location and page address or screenshot reference</w:t>
      </w:r>
    </w:p>
    <w:p w14:paraId="1C6E8F56" w14:textId="77777777" w:rsidR="006B702F" w:rsidRDefault="00000000">
      <w:r>
        <w:t>________________________________________________________________________________</w:t>
      </w:r>
    </w:p>
    <w:p w14:paraId="587D8AEA" w14:textId="77777777" w:rsidR="006B702F" w:rsidRDefault="00000000">
      <w:r>
        <w:t>Interface evidence and the potential problem</w:t>
      </w:r>
    </w:p>
    <w:p w14:paraId="63472772" w14:textId="77777777" w:rsidR="006B702F" w:rsidRDefault="00000000">
      <w:r>
        <w:t>________________________________________________________________________________</w:t>
      </w:r>
    </w:p>
    <w:p w14:paraId="3BC12498" w14:textId="77777777" w:rsidR="006B702F" w:rsidRDefault="00000000">
      <w:r>
        <w:t>________________________________________________________________________________</w:t>
      </w:r>
    </w:p>
    <w:p w14:paraId="7BA5AF6F" w14:textId="77777777" w:rsidR="006B702F" w:rsidRDefault="00000000">
      <w:r>
        <w:t>Relevant heuristic ID and why it applies</w:t>
      </w:r>
    </w:p>
    <w:p w14:paraId="1E483BD3" w14:textId="77777777" w:rsidR="006B702F" w:rsidRDefault="00000000">
      <w:r>
        <w:t>________________________________________________________________________________</w:t>
      </w:r>
    </w:p>
    <w:p w14:paraId="542BC2ED" w14:textId="77777777" w:rsidR="006B702F" w:rsidRDefault="00000000">
      <w:r>
        <w:t>________________________________________________________________________________</w:t>
      </w:r>
    </w:p>
    <w:p w14:paraId="2DE1DD8F" w14:textId="77777777" w:rsidR="006B702F" w:rsidRDefault="00000000">
      <w:r>
        <w:t>Predicted consequence and affected user</w:t>
      </w:r>
    </w:p>
    <w:p w14:paraId="4CFD7A29" w14:textId="77777777" w:rsidR="006B702F" w:rsidRDefault="00000000">
      <w:r>
        <w:t>________________________________________________________________________________</w:t>
      </w:r>
    </w:p>
    <w:p w14:paraId="33444E1D" w14:textId="77777777" w:rsidR="006B702F" w:rsidRDefault="00000000">
      <w:r>
        <w:t>________________________________________________________________________________</w:t>
      </w:r>
    </w:p>
    <w:p w14:paraId="5E75727E" w14:textId="77777777" w:rsidR="006B702F" w:rsidRDefault="00000000">
      <w:r>
        <w:t>Possible improvement or question for further investigation</w:t>
      </w:r>
    </w:p>
    <w:p w14:paraId="5AB6424F" w14:textId="77777777" w:rsidR="006B702F" w:rsidRDefault="00000000">
      <w:r>
        <w:t>________________________________________________________________________________</w:t>
      </w:r>
    </w:p>
    <w:p w14:paraId="1D1AB82D" w14:textId="77777777" w:rsidR="006B702F" w:rsidRDefault="00000000">
      <w:r>
        <w:t>________________________________________________________________________________</w:t>
      </w:r>
    </w:p>
    <w:p w14:paraId="25186A45" w14:textId="77777777" w:rsidR="006B702F" w:rsidRDefault="00000000">
      <w:pPr>
        <w:pStyle w:val="Heading2"/>
      </w:pPr>
      <w:r>
        <w:t>Finding B2</w:t>
      </w:r>
    </w:p>
    <w:p w14:paraId="34B19D54" w14:textId="77777777" w:rsidR="006B702F" w:rsidRDefault="00000000">
      <w:r>
        <w:t>Location and page address or screenshot reference</w:t>
      </w:r>
    </w:p>
    <w:p w14:paraId="1CED6534" w14:textId="77777777" w:rsidR="006B702F" w:rsidRDefault="00000000">
      <w:r>
        <w:t>________________________________________________________________________________</w:t>
      </w:r>
    </w:p>
    <w:p w14:paraId="5A502C85" w14:textId="77777777" w:rsidR="006B702F" w:rsidRDefault="00000000">
      <w:r>
        <w:t>Interface evidence and the potential problem</w:t>
      </w:r>
    </w:p>
    <w:p w14:paraId="50C8BFBC" w14:textId="77777777" w:rsidR="006B702F" w:rsidRDefault="00000000">
      <w:r>
        <w:t>________________________________________________________________________________</w:t>
      </w:r>
    </w:p>
    <w:p w14:paraId="40706BD5" w14:textId="77777777" w:rsidR="006B702F" w:rsidRDefault="00000000">
      <w:r>
        <w:t>________________________________________________________________________________</w:t>
      </w:r>
    </w:p>
    <w:p w14:paraId="33E5B0BB" w14:textId="77777777" w:rsidR="006B702F" w:rsidRDefault="00000000">
      <w:r>
        <w:t>Relevant heuristic ID and why it applies</w:t>
      </w:r>
    </w:p>
    <w:p w14:paraId="0DB9D46C" w14:textId="77777777" w:rsidR="006B702F" w:rsidRDefault="00000000">
      <w:r>
        <w:t>________________________________________________________________________________</w:t>
      </w:r>
    </w:p>
    <w:p w14:paraId="2D16E896" w14:textId="77777777" w:rsidR="006B702F" w:rsidRDefault="00000000">
      <w:r>
        <w:t>________________________________________________________________________________</w:t>
      </w:r>
    </w:p>
    <w:p w14:paraId="62E5828E" w14:textId="77777777" w:rsidR="006B702F" w:rsidRDefault="00000000">
      <w:r>
        <w:t>Predicted consequence and affected user</w:t>
      </w:r>
    </w:p>
    <w:p w14:paraId="19CE670B" w14:textId="77777777" w:rsidR="006B702F" w:rsidRDefault="00000000">
      <w:r>
        <w:t>________________________________________________________________________________</w:t>
      </w:r>
    </w:p>
    <w:p w14:paraId="1E53C23A" w14:textId="77777777" w:rsidR="006B702F" w:rsidRDefault="00000000">
      <w:r>
        <w:t>________________________________________________________________________________</w:t>
      </w:r>
    </w:p>
    <w:p w14:paraId="0E4EEB83" w14:textId="77777777" w:rsidR="006B702F" w:rsidRDefault="00000000">
      <w:r>
        <w:t>Possible improvement or question for further investigation</w:t>
      </w:r>
    </w:p>
    <w:p w14:paraId="04ADBC29" w14:textId="77777777" w:rsidR="006B702F" w:rsidRDefault="00000000">
      <w:r>
        <w:t>________________________________________________________________________________</w:t>
      </w:r>
    </w:p>
    <w:p w14:paraId="181833E2" w14:textId="77777777" w:rsidR="006B702F" w:rsidRDefault="00000000">
      <w:r>
        <w:t>________________________________________________________________________________</w:t>
      </w:r>
    </w:p>
    <w:p w14:paraId="738B2769" w14:textId="77777777" w:rsidR="006B702F" w:rsidRDefault="00000000">
      <w:r>
        <w:t>Useful strength noticed, if any: _______________________________________________</w:t>
      </w:r>
    </w:p>
    <w:p w14:paraId="3C73DDD5" w14:textId="77777777" w:rsidR="006B702F" w:rsidRDefault="00000000">
      <w:r>
        <w:t>Limitation or unexamined state: ______________________________________________</w:t>
      </w:r>
    </w:p>
    <w:p w14:paraId="4412036E" w14:textId="77777777" w:rsidR="006B702F" w:rsidRDefault="00000000">
      <w:r>
        <w:br w:type="page"/>
      </w:r>
    </w:p>
    <w:p w14:paraId="021A5EA5" w14:textId="77777777" w:rsidR="006B702F" w:rsidRDefault="00000000">
      <w:pPr>
        <w:pStyle w:val="Heading1"/>
      </w:pPr>
      <w:r>
        <w:lastRenderedPageBreak/>
        <w:t>Pair findings and priorities</w:t>
      </w:r>
    </w:p>
    <w:p w14:paraId="48AD7E96" w14:textId="77777777" w:rsidR="006B702F" w:rsidRDefault="00000000">
      <w:r>
        <w:t>Combine duplicates and select the most significant findings. Use the individual finding IDs to retain the supporting evidence. Discuss severity after comparing your observations.</w:t>
      </w:r>
    </w:p>
    <w:p w14:paraId="42DE257F" w14:textId="77777777" w:rsidR="006B702F" w:rsidRDefault="00000000">
      <w:pPr>
        <w:pStyle w:val="Heading2"/>
      </w:pPr>
      <w:r>
        <w:t>Agreed finding 1</w:t>
      </w:r>
    </w:p>
    <w:p w14:paraId="5F516448" w14:textId="77777777" w:rsidR="006B702F" w:rsidRDefault="00000000">
      <w:r>
        <w:t>Source finding IDs: __________    Heuristic ID: ______    Severity 0–4: ______</w:t>
      </w:r>
    </w:p>
    <w:p w14:paraId="5081149E" w14:textId="77777777" w:rsidR="006B702F" w:rsidRDefault="00000000">
      <w:r>
        <w:t>Combined issue and predicted consequence</w:t>
      </w:r>
    </w:p>
    <w:p w14:paraId="0300D1E9" w14:textId="77777777" w:rsidR="006B702F" w:rsidRDefault="00000000">
      <w:r>
        <w:t>________________________________________________________________________________</w:t>
      </w:r>
    </w:p>
    <w:p w14:paraId="51818952" w14:textId="77777777" w:rsidR="006B702F" w:rsidRDefault="00000000">
      <w:r>
        <w:t>________________________________________________________________________________</w:t>
      </w:r>
    </w:p>
    <w:p w14:paraId="717DF909" w14:textId="77777777" w:rsidR="006B702F" w:rsidRDefault="00000000">
      <w:r>
        <w:t>Reason for severity including impact and likely frequency or persistence</w:t>
      </w:r>
    </w:p>
    <w:p w14:paraId="08C7D4D8" w14:textId="77777777" w:rsidR="006B702F" w:rsidRDefault="00000000">
      <w:r>
        <w:t>________________________________________________________________________________</w:t>
      </w:r>
    </w:p>
    <w:p w14:paraId="753D1EA2" w14:textId="77777777" w:rsidR="006B702F" w:rsidRDefault="00000000">
      <w:r>
        <w:t>________________________________________________________________________________</w:t>
      </w:r>
    </w:p>
    <w:p w14:paraId="44CD2796" w14:textId="77777777" w:rsidR="006B702F" w:rsidRDefault="00000000">
      <w:r>
        <w:t>Recommended improvement and how it addresses the issue</w:t>
      </w:r>
    </w:p>
    <w:p w14:paraId="0D746D5A" w14:textId="77777777" w:rsidR="006B702F" w:rsidRDefault="00000000">
      <w:r>
        <w:t>________________________________________________________________________________</w:t>
      </w:r>
    </w:p>
    <w:p w14:paraId="4693D097" w14:textId="77777777" w:rsidR="006B702F" w:rsidRDefault="00000000">
      <w:r>
        <w:t>________________________________________________________________________________</w:t>
      </w:r>
    </w:p>
    <w:p w14:paraId="2FB601DB" w14:textId="77777777" w:rsidR="006B702F" w:rsidRDefault="00000000">
      <w:pPr>
        <w:pStyle w:val="Heading2"/>
      </w:pPr>
      <w:r>
        <w:t>Agreed finding 2</w:t>
      </w:r>
    </w:p>
    <w:p w14:paraId="7471EF98" w14:textId="77777777" w:rsidR="006B702F" w:rsidRDefault="00000000">
      <w:r>
        <w:t>Source finding IDs: __________    Heuristic ID: ______    Severity 0–4: ______</w:t>
      </w:r>
    </w:p>
    <w:p w14:paraId="52018D88" w14:textId="77777777" w:rsidR="006B702F" w:rsidRDefault="00000000">
      <w:r>
        <w:t>Combined issue and predicted consequence</w:t>
      </w:r>
    </w:p>
    <w:p w14:paraId="209F893A" w14:textId="77777777" w:rsidR="006B702F" w:rsidRDefault="00000000">
      <w:r>
        <w:t>________________________________________________________________________________</w:t>
      </w:r>
    </w:p>
    <w:p w14:paraId="23604259" w14:textId="77777777" w:rsidR="006B702F" w:rsidRDefault="00000000">
      <w:r>
        <w:t>________________________________________________________________________________</w:t>
      </w:r>
    </w:p>
    <w:p w14:paraId="3EDE26BA" w14:textId="77777777" w:rsidR="006B702F" w:rsidRDefault="00000000">
      <w:r>
        <w:t>Reason for severity including impact and likely frequency or persistence</w:t>
      </w:r>
    </w:p>
    <w:p w14:paraId="6B80719A" w14:textId="77777777" w:rsidR="006B702F" w:rsidRDefault="00000000">
      <w:r>
        <w:t>________________________________________________________________________________</w:t>
      </w:r>
    </w:p>
    <w:p w14:paraId="39931E73" w14:textId="77777777" w:rsidR="006B702F" w:rsidRDefault="00000000">
      <w:r>
        <w:t>________________________________________________________________________________</w:t>
      </w:r>
    </w:p>
    <w:p w14:paraId="5C040535" w14:textId="77777777" w:rsidR="006B702F" w:rsidRDefault="00000000">
      <w:r>
        <w:t>Recommended improvement and how it addresses the issue</w:t>
      </w:r>
    </w:p>
    <w:p w14:paraId="21489D85" w14:textId="77777777" w:rsidR="006B702F" w:rsidRDefault="00000000">
      <w:r>
        <w:t>________________________________________________________________________________</w:t>
      </w:r>
    </w:p>
    <w:p w14:paraId="79CFB3EE" w14:textId="77777777" w:rsidR="006B702F" w:rsidRDefault="00000000">
      <w:r>
        <w:t>________________________________________________________________________________</w:t>
      </w:r>
    </w:p>
    <w:p w14:paraId="3036AFA4" w14:textId="77777777" w:rsidR="006B702F" w:rsidRDefault="00000000">
      <w:pPr>
        <w:pStyle w:val="Heading1"/>
      </w:pPr>
      <w:r>
        <w:t>Discussion and follow up</w:t>
      </w:r>
    </w:p>
    <w:p w14:paraId="3CFCFBEC" w14:textId="77777777" w:rsidR="006B702F" w:rsidRDefault="00000000">
      <w:r>
        <w:t>Unresolved disagreement or assumption that needs investigation</w:t>
      </w:r>
    </w:p>
    <w:p w14:paraId="5059624D" w14:textId="77777777" w:rsidR="006B702F" w:rsidRDefault="00000000">
      <w:r>
        <w:t>________________________________________________________________________________</w:t>
      </w:r>
    </w:p>
    <w:p w14:paraId="101D0E73" w14:textId="77777777" w:rsidR="006B702F" w:rsidRDefault="00000000">
      <w:r>
        <w:t>________________________________________________________________________________</w:t>
      </w:r>
    </w:p>
    <w:p w14:paraId="45C00986" w14:textId="77777777" w:rsidR="006B702F" w:rsidRDefault="00000000">
      <w:r>
        <w:t>One finding to investigate with users and what you would need to learn</w:t>
      </w:r>
    </w:p>
    <w:p w14:paraId="733A38E9" w14:textId="77777777" w:rsidR="006B702F" w:rsidRDefault="00000000">
      <w:r>
        <w:t>________________________________________________________________________________</w:t>
      </w:r>
    </w:p>
    <w:p w14:paraId="1BA63DAE" w14:textId="77777777" w:rsidR="006B702F" w:rsidRDefault="00000000">
      <w:r>
        <w:t>________________________________________________________________________________</w:t>
      </w:r>
    </w:p>
    <w:p w14:paraId="5398F994" w14:textId="77777777" w:rsidR="006B702F" w:rsidRDefault="00000000">
      <w:r>
        <w:t>How did this evaluation add to your cognitive walkthrough findings?</w:t>
      </w:r>
    </w:p>
    <w:p w14:paraId="2EAB738A" w14:textId="77777777" w:rsidR="006B702F" w:rsidRDefault="00000000">
      <w:r>
        <w:t>________________________________________________________________________________</w:t>
      </w:r>
    </w:p>
    <w:p w14:paraId="027C47A2" w14:textId="77777777" w:rsidR="006B702F" w:rsidRDefault="00000000">
      <w:r>
        <w:t>________________________________________________________________________________</w:t>
      </w:r>
    </w:p>
    <w:p w14:paraId="74D4C4CD" w14:textId="77777777" w:rsidR="006B702F" w:rsidRDefault="00000000">
      <w:r>
        <w:t>Prepare one finding to share with the class. Explain its evidence, likely consequence and priority. Inspection provides reasoned predictions, rather than proof of usability.</w:t>
      </w:r>
    </w:p>
    <w:sectPr w:rsidR="006B702F" w:rsidSect="00034616">
      <w:footerReference w:type="default" r:id="rId8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49F5A" w14:textId="77777777" w:rsidR="00152A1F" w:rsidRDefault="00152A1F">
      <w:pPr>
        <w:spacing w:after="0"/>
      </w:pPr>
      <w:r>
        <w:separator/>
      </w:r>
    </w:p>
  </w:endnote>
  <w:endnote w:type="continuationSeparator" w:id="0">
    <w:p w14:paraId="2D02ACA2" w14:textId="77777777" w:rsidR="00152A1F" w:rsidRDefault="00152A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73DDB" w14:textId="77777777" w:rsidR="006B702F" w:rsidRDefault="00000000">
    <w:pPr>
      <w:pStyle w:val="Footer"/>
    </w:pPr>
    <w:r>
      <w:t xml:space="preserve">Heuristic evaluation worksheet                                              </w:t>
    </w:r>
    <w:r>
      <w:fldChar w:fldCharType="begin"/>
    </w:r>
    <w:r>
      <w:instrText>PAGE</w:instrText>
    </w:r>
    <w:r>
      <w:fldChar w:fldCharType="separate"/>
    </w:r>
    <w:r w:rsidR="00135E9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E1106" w14:textId="77777777" w:rsidR="00152A1F" w:rsidRDefault="00152A1F">
      <w:pPr>
        <w:spacing w:after="0"/>
      </w:pPr>
      <w:r>
        <w:separator/>
      </w:r>
    </w:p>
  </w:footnote>
  <w:footnote w:type="continuationSeparator" w:id="0">
    <w:p w14:paraId="263D96B8" w14:textId="77777777" w:rsidR="00152A1F" w:rsidRDefault="00152A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6038890">
    <w:abstractNumId w:val="8"/>
  </w:num>
  <w:num w:numId="2" w16cid:durableId="1986200595">
    <w:abstractNumId w:val="6"/>
  </w:num>
  <w:num w:numId="3" w16cid:durableId="613562418">
    <w:abstractNumId w:val="5"/>
  </w:num>
  <w:num w:numId="4" w16cid:durableId="2075615053">
    <w:abstractNumId w:val="4"/>
  </w:num>
  <w:num w:numId="5" w16cid:durableId="238712255">
    <w:abstractNumId w:val="7"/>
  </w:num>
  <w:num w:numId="6" w16cid:durableId="869882041">
    <w:abstractNumId w:val="3"/>
  </w:num>
  <w:num w:numId="7" w16cid:durableId="2015499356">
    <w:abstractNumId w:val="2"/>
  </w:num>
  <w:num w:numId="8" w16cid:durableId="1978144618">
    <w:abstractNumId w:val="1"/>
  </w:num>
  <w:num w:numId="9" w16cid:durableId="2125683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5E98"/>
    <w:rsid w:val="0015074B"/>
    <w:rsid w:val="00152A1F"/>
    <w:rsid w:val="0029639D"/>
    <w:rsid w:val="00326F90"/>
    <w:rsid w:val="006B702F"/>
    <w:rsid w:val="007375D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2ED772"/>
  <w14:defaultImageDpi w14:val="300"/>
  <w15:docId w15:val="{2482BAD8-EC1D-4DD9-9DEC-7F98EE2C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Calibri" w:hAnsi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900</Words>
  <Characters>10020</Characters>
  <Application>Microsoft Office Word</Application>
  <DocSecurity>0</DocSecurity>
  <Lines>200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2</cp:revision>
  <dcterms:created xsi:type="dcterms:W3CDTF">2013-12-23T23:15:00Z</dcterms:created>
  <dcterms:modified xsi:type="dcterms:W3CDTF">2026-10-07T10:40:00Z</dcterms:modified>
  <cp:category/>
</cp:coreProperties>
</file>