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7B1E8" w14:textId="5D0341B9" w:rsidR="00EC62D1" w:rsidRPr="003A7A33" w:rsidRDefault="003A7A33" w:rsidP="003A7A33">
      <w:pPr>
        <w:pStyle w:val="Title"/>
      </w:pPr>
      <w:r w:rsidRPr="003A7A33">
        <w:t>Maze Pathfinding</w:t>
      </w:r>
      <w:r w:rsidR="00EC62D1" w:rsidRPr="003A7A33">
        <w:t xml:space="preserve"> Implementation</w:t>
      </w:r>
    </w:p>
    <w:p w14:paraId="1BE0F4CA" w14:textId="77777777" w:rsidR="00EC62D1" w:rsidRPr="008921B7" w:rsidRDefault="00EC62D1" w:rsidP="003A7A33">
      <w:pPr>
        <w:pStyle w:val="Subtitle"/>
      </w:pPr>
      <w:r w:rsidRPr="008921B7">
        <w:t>Submitted by: Kallem Thomas (Student ID: 2304300)</w:t>
      </w:r>
    </w:p>
    <w:p w14:paraId="201BA541" w14:textId="78CCE5BB" w:rsidR="00EC62D1" w:rsidRPr="008921B7" w:rsidRDefault="00EC62D1" w:rsidP="003A7A33">
      <w:pPr>
        <w:pStyle w:val="Subtitle"/>
        <w:rPr>
          <w:b/>
          <w:bCs/>
          <w:lang w:val="en-GB"/>
        </w:rPr>
      </w:pPr>
      <w:r w:rsidRPr="008921B7">
        <w:t>Module: Advanced Software Development (</w:t>
      </w:r>
      <w:r w:rsidRPr="008921B7">
        <w:rPr>
          <w:lang w:val="en-GB"/>
        </w:rPr>
        <w:t>ACCB5011)</w:t>
      </w:r>
    </w:p>
    <w:p w14:paraId="70E54C27" w14:textId="27A7775F" w:rsidR="00EC62D1" w:rsidRPr="008921B7" w:rsidRDefault="00EC62D1" w:rsidP="003A7A33">
      <w:pPr>
        <w:pStyle w:val="Subtitle"/>
      </w:pPr>
      <w:r w:rsidRPr="008921B7">
        <w:t>Lecturer: Tim Bashford</w:t>
      </w:r>
    </w:p>
    <w:sdt>
      <w:sdtPr>
        <w:rPr>
          <w:rFonts w:ascii="Garamond" w:eastAsiaTheme="minorEastAsia" w:hAnsi="Garamond" w:cstheme="minorBidi"/>
          <w:b w:val="0"/>
          <w:bCs w:val="0"/>
          <w:color w:val="auto"/>
          <w:sz w:val="22"/>
          <w:szCs w:val="22"/>
          <w:lang w:val="en-GB"/>
        </w:rPr>
        <w:id w:val="804889858"/>
        <w:docPartObj>
          <w:docPartGallery w:val="Table of Contents"/>
          <w:docPartUnique/>
        </w:docPartObj>
      </w:sdtPr>
      <w:sdtEndPr>
        <w:rPr>
          <w:lang w:val="en-US"/>
        </w:rPr>
      </w:sdtEndPr>
      <w:sdtContent>
        <w:p w14:paraId="2BCC7035" w14:textId="081B3CEB" w:rsidR="006E645D" w:rsidRPr="008921B7" w:rsidRDefault="006E645D" w:rsidP="0048619B">
          <w:pPr>
            <w:pStyle w:val="TOCHeading"/>
            <w:jc w:val="both"/>
            <w:rPr>
              <w:rFonts w:ascii="Garamond" w:hAnsi="Garamond"/>
            </w:rPr>
          </w:pPr>
          <w:r w:rsidRPr="008921B7">
            <w:rPr>
              <w:rFonts w:ascii="Garamond" w:hAnsi="Garamond"/>
              <w:lang w:val="en-GB"/>
            </w:rPr>
            <w:t>Table of Contents</w:t>
          </w:r>
        </w:p>
        <w:p w14:paraId="6060D8EF" w14:textId="757E5BB4" w:rsidR="003A7A33" w:rsidRDefault="006E645D">
          <w:pPr>
            <w:pStyle w:val="TOC1"/>
            <w:tabs>
              <w:tab w:val="right" w:leader="dot" w:pos="8630"/>
            </w:tabs>
            <w:rPr>
              <w:noProof/>
              <w:kern w:val="2"/>
              <w:sz w:val="24"/>
              <w:szCs w:val="24"/>
              <w:lang w:val="en-GB" w:eastAsia="en-GB"/>
              <w14:ligatures w14:val="standardContextual"/>
            </w:rPr>
          </w:pPr>
          <w:r w:rsidRPr="008921B7">
            <w:rPr>
              <w:rFonts w:ascii="Garamond" w:hAnsi="Garamond"/>
            </w:rPr>
            <w:fldChar w:fldCharType="begin"/>
          </w:r>
          <w:r w:rsidRPr="008921B7">
            <w:rPr>
              <w:rFonts w:ascii="Garamond" w:hAnsi="Garamond"/>
            </w:rPr>
            <w:instrText xml:space="preserve"> TOC \o "1-3" \h \z \u </w:instrText>
          </w:r>
          <w:r w:rsidRPr="008921B7">
            <w:rPr>
              <w:rFonts w:ascii="Garamond" w:hAnsi="Garamond"/>
            </w:rPr>
            <w:fldChar w:fldCharType="separate"/>
          </w:r>
          <w:hyperlink w:anchor="_Toc187701384" w:history="1">
            <w:r w:rsidR="003A7A33" w:rsidRPr="00F40E55">
              <w:rPr>
                <w:rStyle w:val="Hyperlink"/>
                <w:rFonts w:ascii="Garamond" w:hAnsi="Garamond"/>
                <w:noProof/>
              </w:rPr>
              <w:t>Introduction</w:t>
            </w:r>
            <w:r w:rsidR="003A7A33">
              <w:rPr>
                <w:noProof/>
                <w:webHidden/>
              </w:rPr>
              <w:tab/>
            </w:r>
            <w:r w:rsidR="003A7A33">
              <w:rPr>
                <w:noProof/>
                <w:webHidden/>
              </w:rPr>
              <w:fldChar w:fldCharType="begin"/>
            </w:r>
            <w:r w:rsidR="003A7A33">
              <w:rPr>
                <w:noProof/>
                <w:webHidden/>
              </w:rPr>
              <w:instrText xml:space="preserve"> PAGEREF _Toc187701384 \h </w:instrText>
            </w:r>
            <w:r w:rsidR="003A7A33">
              <w:rPr>
                <w:noProof/>
                <w:webHidden/>
              </w:rPr>
            </w:r>
            <w:r w:rsidR="003A7A33">
              <w:rPr>
                <w:noProof/>
                <w:webHidden/>
              </w:rPr>
              <w:fldChar w:fldCharType="separate"/>
            </w:r>
            <w:r w:rsidR="003A7A33">
              <w:rPr>
                <w:noProof/>
                <w:webHidden/>
              </w:rPr>
              <w:t>2</w:t>
            </w:r>
            <w:r w:rsidR="003A7A33">
              <w:rPr>
                <w:noProof/>
                <w:webHidden/>
              </w:rPr>
              <w:fldChar w:fldCharType="end"/>
            </w:r>
          </w:hyperlink>
        </w:p>
        <w:p w14:paraId="7E6F42BB" w14:textId="107906F9" w:rsidR="003A7A33" w:rsidRDefault="003A7A33">
          <w:pPr>
            <w:pStyle w:val="TOC1"/>
            <w:tabs>
              <w:tab w:val="right" w:leader="dot" w:pos="8630"/>
            </w:tabs>
            <w:rPr>
              <w:noProof/>
              <w:kern w:val="2"/>
              <w:sz w:val="24"/>
              <w:szCs w:val="24"/>
              <w:lang w:val="en-GB" w:eastAsia="en-GB"/>
              <w14:ligatures w14:val="standardContextual"/>
            </w:rPr>
          </w:pPr>
          <w:hyperlink w:anchor="_Toc187701385" w:history="1">
            <w:r w:rsidRPr="00F40E55">
              <w:rPr>
                <w:rStyle w:val="Hyperlink"/>
                <w:rFonts w:ascii="Garamond" w:hAnsi="Garamond"/>
                <w:noProof/>
              </w:rPr>
              <w:t>1. Description of Pathfinding Algorithms</w:t>
            </w:r>
            <w:r>
              <w:rPr>
                <w:noProof/>
                <w:webHidden/>
              </w:rPr>
              <w:tab/>
            </w:r>
            <w:r>
              <w:rPr>
                <w:noProof/>
                <w:webHidden/>
              </w:rPr>
              <w:fldChar w:fldCharType="begin"/>
            </w:r>
            <w:r>
              <w:rPr>
                <w:noProof/>
                <w:webHidden/>
              </w:rPr>
              <w:instrText xml:space="preserve"> PAGEREF _Toc187701385 \h </w:instrText>
            </w:r>
            <w:r>
              <w:rPr>
                <w:noProof/>
                <w:webHidden/>
              </w:rPr>
            </w:r>
            <w:r>
              <w:rPr>
                <w:noProof/>
                <w:webHidden/>
              </w:rPr>
              <w:fldChar w:fldCharType="separate"/>
            </w:r>
            <w:r>
              <w:rPr>
                <w:noProof/>
                <w:webHidden/>
              </w:rPr>
              <w:t>2</w:t>
            </w:r>
            <w:r>
              <w:rPr>
                <w:noProof/>
                <w:webHidden/>
              </w:rPr>
              <w:fldChar w:fldCharType="end"/>
            </w:r>
          </w:hyperlink>
        </w:p>
        <w:p w14:paraId="0D5FEE15" w14:textId="7AD0BDDD" w:rsidR="003A7A33" w:rsidRDefault="003A7A33">
          <w:pPr>
            <w:pStyle w:val="TOC2"/>
            <w:tabs>
              <w:tab w:val="right" w:leader="dot" w:pos="8630"/>
            </w:tabs>
            <w:rPr>
              <w:noProof/>
              <w:kern w:val="2"/>
              <w:sz w:val="24"/>
              <w:szCs w:val="24"/>
              <w:lang w:val="en-GB" w:eastAsia="en-GB"/>
              <w14:ligatures w14:val="standardContextual"/>
            </w:rPr>
          </w:pPr>
          <w:hyperlink w:anchor="_Toc187701386" w:history="1">
            <w:r w:rsidRPr="00F40E55">
              <w:rPr>
                <w:rStyle w:val="Hyperlink"/>
                <w:rFonts w:ascii="Garamond" w:hAnsi="Garamond"/>
                <w:noProof/>
              </w:rPr>
              <w:t>Dijkstra's Algorithm</w:t>
            </w:r>
            <w:r>
              <w:rPr>
                <w:noProof/>
                <w:webHidden/>
              </w:rPr>
              <w:tab/>
            </w:r>
            <w:r>
              <w:rPr>
                <w:noProof/>
                <w:webHidden/>
              </w:rPr>
              <w:fldChar w:fldCharType="begin"/>
            </w:r>
            <w:r>
              <w:rPr>
                <w:noProof/>
                <w:webHidden/>
              </w:rPr>
              <w:instrText xml:space="preserve"> PAGEREF _Toc187701386 \h </w:instrText>
            </w:r>
            <w:r>
              <w:rPr>
                <w:noProof/>
                <w:webHidden/>
              </w:rPr>
            </w:r>
            <w:r>
              <w:rPr>
                <w:noProof/>
                <w:webHidden/>
              </w:rPr>
              <w:fldChar w:fldCharType="separate"/>
            </w:r>
            <w:r>
              <w:rPr>
                <w:noProof/>
                <w:webHidden/>
              </w:rPr>
              <w:t>2</w:t>
            </w:r>
            <w:r>
              <w:rPr>
                <w:noProof/>
                <w:webHidden/>
              </w:rPr>
              <w:fldChar w:fldCharType="end"/>
            </w:r>
          </w:hyperlink>
        </w:p>
        <w:p w14:paraId="343D4FB5" w14:textId="2EFA906C" w:rsidR="003A7A33" w:rsidRDefault="003A7A33">
          <w:pPr>
            <w:pStyle w:val="TOC2"/>
            <w:tabs>
              <w:tab w:val="right" w:leader="dot" w:pos="8630"/>
            </w:tabs>
            <w:rPr>
              <w:noProof/>
              <w:kern w:val="2"/>
              <w:sz w:val="24"/>
              <w:szCs w:val="24"/>
              <w:lang w:val="en-GB" w:eastAsia="en-GB"/>
              <w14:ligatures w14:val="standardContextual"/>
            </w:rPr>
          </w:pPr>
          <w:hyperlink w:anchor="_Toc187701387" w:history="1">
            <w:r w:rsidRPr="00F40E55">
              <w:rPr>
                <w:rStyle w:val="Hyperlink"/>
                <w:rFonts w:ascii="Garamond" w:hAnsi="Garamond"/>
                <w:noProof/>
              </w:rPr>
              <w:t>A* Algorithm</w:t>
            </w:r>
            <w:r>
              <w:rPr>
                <w:noProof/>
                <w:webHidden/>
              </w:rPr>
              <w:tab/>
            </w:r>
            <w:r>
              <w:rPr>
                <w:noProof/>
                <w:webHidden/>
              </w:rPr>
              <w:fldChar w:fldCharType="begin"/>
            </w:r>
            <w:r>
              <w:rPr>
                <w:noProof/>
                <w:webHidden/>
              </w:rPr>
              <w:instrText xml:space="preserve"> PAGEREF _Toc187701387 \h </w:instrText>
            </w:r>
            <w:r>
              <w:rPr>
                <w:noProof/>
                <w:webHidden/>
              </w:rPr>
            </w:r>
            <w:r>
              <w:rPr>
                <w:noProof/>
                <w:webHidden/>
              </w:rPr>
              <w:fldChar w:fldCharType="separate"/>
            </w:r>
            <w:r>
              <w:rPr>
                <w:noProof/>
                <w:webHidden/>
              </w:rPr>
              <w:t>2</w:t>
            </w:r>
            <w:r>
              <w:rPr>
                <w:noProof/>
                <w:webHidden/>
              </w:rPr>
              <w:fldChar w:fldCharType="end"/>
            </w:r>
          </w:hyperlink>
        </w:p>
        <w:p w14:paraId="2F278F72" w14:textId="248BFF23" w:rsidR="003A7A33" w:rsidRDefault="003A7A33">
          <w:pPr>
            <w:pStyle w:val="TOC1"/>
            <w:tabs>
              <w:tab w:val="right" w:leader="dot" w:pos="8630"/>
            </w:tabs>
            <w:rPr>
              <w:noProof/>
              <w:kern w:val="2"/>
              <w:sz w:val="24"/>
              <w:szCs w:val="24"/>
              <w:lang w:val="en-GB" w:eastAsia="en-GB"/>
              <w14:ligatures w14:val="standardContextual"/>
            </w:rPr>
          </w:pPr>
          <w:hyperlink w:anchor="_Toc187701388" w:history="1">
            <w:r w:rsidRPr="00F40E55">
              <w:rPr>
                <w:rStyle w:val="Hyperlink"/>
                <w:rFonts w:ascii="Garamond" w:hAnsi="Garamond"/>
                <w:noProof/>
              </w:rPr>
              <w:t>2. Comparison of Dijkstra’s and A* Algorithms</w:t>
            </w:r>
            <w:r>
              <w:rPr>
                <w:noProof/>
                <w:webHidden/>
              </w:rPr>
              <w:tab/>
            </w:r>
            <w:r>
              <w:rPr>
                <w:noProof/>
                <w:webHidden/>
              </w:rPr>
              <w:fldChar w:fldCharType="begin"/>
            </w:r>
            <w:r>
              <w:rPr>
                <w:noProof/>
                <w:webHidden/>
              </w:rPr>
              <w:instrText xml:space="preserve"> PAGEREF _Toc187701388 \h </w:instrText>
            </w:r>
            <w:r>
              <w:rPr>
                <w:noProof/>
                <w:webHidden/>
              </w:rPr>
            </w:r>
            <w:r>
              <w:rPr>
                <w:noProof/>
                <w:webHidden/>
              </w:rPr>
              <w:fldChar w:fldCharType="separate"/>
            </w:r>
            <w:r>
              <w:rPr>
                <w:noProof/>
                <w:webHidden/>
              </w:rPr>
              <w:t>3</w:t>
            </w:r>
            <w:r>
              <w:rPr>
                <w:noProof/>
                <w:webHidden/>
              </w:rPr>
              <w:fldChar w:fldCharType="end"/>
            </w:r>
          </w:hyperlink>
        </w:p>
        <w:p w14:paraId="1BB6E733" w14:textId="75AEF108" w:rsidR="003A7A33" w:rsidRDefault="003A7A33">
          <w:pPr>
            <w:pStyle w:val="TOC1"/>
            <w:tabs>
              <w:tab w:val="right" w:leader="dot" w:pos="8630"/>
            </w:tabs>
            <w:rPr>
              <w:noProof/>
              <w:kern w:val="2"/>
              <w:sz w:val="24"/>
              <w:szCs w:val="24"/>
              <w:lang w:val="en-GB" w:eastAsia="en-GB"/>
              <w14:ligatures w14:val="standardContextual"/>
            </w:rPr>
          </w:pPr>
          <w:hyperlink w:anchor="_Toc187701389" w:history="1">
            <w:r w:rsidRPr="00F40E55">
              <w:rPr>
                <w:rStyle w:val="Hyperlink"/>
                <w:rFonts w:ascii="Garamond" w:hAnsi="Garamond"/>
                <w:noProof/>
              </w:rPr>
              <w:t>3. Implementation Development Process</w:t>
            </w:r>
            <w:r>
              <w:rPr>
                <w:noProof/>
                <w:webHidden/>
              </w:rPr>
              <w:tab/>
            </w:r>
            <w:r>
              <w:rPr>
                <w:noProof/>
                <w:webHidden/>
              </w:rPr>
              <w:fldChar w:fldCharType="begin"/>
            </w:r>
            <w:r>
              <w:rPr>
                <w:noProof/>
                <w:webHidden/>
              </w:rPr>
              <w:instrText xml:space="preserve"> PAGEREF _Toc187701389 \h </w:instrText>
            </w:r>
            <w:r>
              <w:rPr>
                <w:noProof/>
                <w:webHidden/>
              </w:rPr>
            </w:r>
            <w:r>
              <w:rPr>
                <w:noProof/>
                <w:webHidden/>
              </w:rPr>
              <w:fldChar w:fldCharType="separate"/>
            </w:r>
            <w:r>
              <w:rPr>
                <w:noProof/>
                <w:webHidden/>
              </w:rPr>
              <w:t>4</w:t>
            </w:r>
            <w:r>
              <w:rPr>
                <w:noProof/>
                <w:webHidden/>
              </w:rPr>
              <w:fldChar w:fldCharType="end"/>
            </w:r>
          </w:hyperlink>
        </w:p>
        <w:p w14:paraId="52D060C0" w14:textId="67991407" w:rsidR="003A7A33" w:rsidRDefault="003A7A33">
          <w:pPr>
            <w:pStyle w:val="TOC1"/>
            <w:tabs>
              <w:tab w:val="right" w:leader="dot" w:pos="8630"/>
            </w:tabs>
            <w:rPr>
              <w:noProof/>
              <w:kern w:val="2"/>
              <w:sz w:val="24"/>
              <w:szCs w:val="24"/>
              <w:lang w:val="en-GB" w:eastAsia="en-GB"/>
              <w14:ligatures w14:val="standardContextual"/>
            </w:rPr>
          </w:pPr>
          <w:hyperlink w:anchor="_Toc187701390" w:history="1">
            <w:r w:rsidRPr="00F40E55">
              <w:rPr>
                <w:rStyle w:val="Hyperlink"/>
                <w:rFonts w:ascii="Garamond" w:hAnsi="Garamond"/>
                <w:noProof/>
              </w:rPr>
              <w:t>4. Results and Analysis</w:t>
            </w:r>
            <w:r>
              <w:rPr>
                <w:noProof/>
                <w:webHidden/>
              </w:rPr>
              <w:tab/>
            </w:r>
            <w:r>
              <w:rPr>
                <w:noProof/>
                <w:webHidden/>
              </w:rPr>
              <w:fldChar w:fldCharType="begin"/>
            </w:r>
            <w:r>
              <w:rPr>
                <w:noProof/>
                <w:webHidden/>
              </w:rPr>
              <w:instrText xml:space="preserve"> PAGEREF _Toc187701390 \h </w:instrText>
            </w:r>
            <w:r>
              <w:rPr>
                <w:noProof/>
                <w:webHidden/>
              </w:rPr>
            </w:r>
            <w:r>
              <w:rPr>
                <w:noProof/>
                <w:webHidden/>
              </w:rPr>
              <w:fldChar w:fldCharType="separate"/>
            </w:r>
            <w:r>
              <w:rPr>
                <w:noProof/>
                <w:webHidden/>
              </w:rPr>
              <w:t>5</w:t>
            </w:r>
            <w:r>
              <w:rPr>
                <w:noProof/>
                <w:webHidden/>
              </w:rPr>
              <w:fldChar w:fldCharType="end"/>
            </w:r>
          </w:hyperlink>
        </w:p>
        <w:p w14:paraId="1F1C7BB2" w14:textId="428A2B5F" w:rsidR="003A7A33" w:rsidRDefault="003A7A33">
          <w:pPr>
            <w:pStyle w:val="TOC1"/>
            <w:tabs>
              <w:tab w:val="right" w:leader="dot" w:pos="8630"/>
            </w:tabs>
            <w:rPr>
              <w:noProof/>
              <w:kern w:val="2"/>
              <w:sz w:val="24"/>
              <w:szCs w:val="24"/>
              <w:lang w:val="en-GB" w:eastAsia="en-GB"/>
              <w14:ligatures w14:val="standardContextual"/>
            </w:rPr>
          </w:pPr>
          <w:hyperlink w:anchor="_Toc187701391" w:history="1">
            <w:r w:rsidRPr="00F40E55">
              <w:rPr>
                <w:rStyle w:val="Hyperlink"/>
                <w:noProof/>
              </w:rPr>
              <w:t>Implementation</w:t>
            </w:r>
            <w:r>
              <w:rPr>
                <w:noProof/>
                <w:webHidden/>
              </w:rPr>
              <w:tab/>
            </w:r>
            <w:r>
              <w:rPr>
                <w:noProof/>
                <w:webHidden/>
              </w:rPr>
              <w:fldChar w:fldCharType="begin"/>
            </w:r>
            <w:r>
              <w:rPr>
                <w:noProof/>
                <w:webHidden/>
              </w:rPr>
              <w:instrText xml:space="preserve"> PAGEREF _Toc187701391 \h </w:instrText>
            </w:r>
            <w:r>
              <w:rPr>
                <w:noProof/>
                <w:webHidden/>
              </w:rPr>
            </w:r>
            <w:r>
              <w:rPr>
                <w:noProof/>
                <w:webHidden/>
              </w:rPr>
              <w:fldChar w:fldCharType="separate"/>
            </w:r>
            <w:r>
              <w:rPr>
                <w:noProof/>
                <w:webHidden/>
              </w:rPr>
              <w:t>8</w:t>
            </w:r>
            <w:r>
              <w:rPr>
                <w:noProof/>
                <w:webHidden/>
              </w:rPr>
              <w:fldChar w:fldCharType="end"/>
            </w:r>
          </w:hyperlink>
        </w:p>
        <w:p w14:paraId="22C21C41" w14:textId="50275123" w:rsidR="003A7A33" w:rsidRDefault="003A7A33">
          <w:pPr>
            <w:pStyle w:val="TOC1"/>
            <w:tabs>
              <w:tab w:val="right" w:leader="dot" w:pos="8630"/>
            </w:tabs>
            <w:rPr>
              <w:noProof/>
              <w:kern w:val="2"/>
              <w:sz w:val="24"/>
              <w:szCs w:val="24"/>
              <w:lang w:val="en-GB" w:eastAsia="en-GB"/>
              <w14:ligatures w14:val="standardContextual"/>
            </w:rPr>
          </w:pPr>
          <w:hyperlink w:anchor="_Toc187701392" w:history="1">
            <w:r w:rsidRPr="00F40E55">
              <w:rPr>
                <w:rStyle w:val="Hyperlink"/>
                <w:rFonts w:ascii="Garamond" w:hAnsi="Garamond"/>
                <w:noProof/>
              </w:rPr>
              <w:t>5. Reflection</w:t>
            </w:r>
            <w:r>
              <w:rPr>
                <w:noProof/>
                <w:webHidden/>
              </w:rPr>
              <w:tab/>
            </w:r>
            <w:r>
              <w:rPr>
                <w:noProof/>
                <w:webHidden/>
              </w:rPr>
              <w:fldChar w:fldCharType="begin"/>
            </w:r>
            <w:r>
              <w:rPr>
                <w:noProof/>
                <w:webHidden/>
              </w:rPr>
              <w:instrText xml:space="preserve"> PAGEREF _Toc187701392 \h </w:instrText>
            </w:r>
            <w:r>
              <w:rPr>
                <w:noProof/>
                <w:webHidden/>
              </w:rPr>
            </w:r>
            <w:r>
              <w:rPr>
                <w:noProof/>
                <w:webHidden/>
              </w:rPr>
              <w:fldChar w:fldCharType="separate"/>
            </w:r>
            <w:r>
              <w:rPr>
                <w:noProof/>
                <w:webHidden/>
              </w:rPr>
              <w:t>8</w:t>
            </w:r>
            <w:r>
              <w:rPr>
                <w:noProof/>
                <w:webHidden/>
              </w:rPr>
              <w:fldChar w:fldCharType="end"/>
            </w:r>
          </w:hyperlink>
        </w:p>
        <w:p w14:paraId="0BC2B31F" w14:textId="5C932360" w:rsidR="003A7A33" w:rsidRDefault="003A7A33">
          <w:pPr>
            <w:pStyle w:val="TOC1"/>
            <w:tabs>
              <w:tab w:val="right" w:leader="dot" w:pos="8630"/>
            </w:tabs>
            <w:rPr>
              <w:noProof/>
              <w:kern w:val="2"/>
              <w:sz w:val="24"/>
              <w:szCs w:val="24"/>
              <w:lang w:val="en-GB" w:eastAsia="en-GB"/>
              <w14:ligatures w14:val="standardContextual"/>
            </w:rPr>
          </w:pPr>
          <w:hyperlink w:anchor="_Toc187701393" w:history="1">
            <w:r w:rsidRPr="00F40E55">
              <w:rPr>
                <w:rStyle w:val="Hyperlink"/>
                <w:rFonts w:ascii="Garamond" w:hAnsi="Garamond"/>
                <w:noProof/>
              </w:rPr>
              <w:t>References</w:t>
            </w:r>
            <w:r>
              <w:rPr>
                <w:noProof/>
                <w:webHidden/>
              </w:rPr>
              <w:tab/>
            </w:r>
            <w:r>
              <w:rPr>
                <w:noProof/>
                <w:webHidden/>
              </w:rPr>
              <w:fldChar w:fldCharType="begin"/>
            </w:r>
            <w:r>
              <w:rPr>
                <w:noProof/>
                <w:webHidden/>
              </w:rPr>
              <w:instrText xml:space="preserve"> PAGEREF _Toc187701393 \h </w:instrText>
            </w:r>
            <w:r>
              <w:rPr>
                <w:noProof/>
                <w:webHidden/>
              </w:rPr>
            </w:r>
            <w:r>
              <w:rPr>
                <w:noProof/>
                <w:webHidden/>
              </w:rPr>
              <w:fldChar w:fldCharType="separate"/>
            </w:r>
            <w:r>
              <w:rPr>
                <w:noProof/>
                <w:webHidden/>
              </w:rPr>
              <w:t>8</w:t>
            </w:r>
            <w:r>
              <w:rPr>
                <w:noProof/>
                <w:webHidden/>
              </w:rPr>
              <w:fldChar w:fldCharType="end"/>
            </w:r>
          </w:hyperlink>
        </w:p>
        <w:p w14:paraId="5CF97E63" w14:textId="475E6701" w:rsidR="006E645D" w:rsidRPr="008921B7" w:rsidRDefault="006E645D" w:rsidP="0048619B">
          <w:pPr>
            <w:jc w:val="both"/>
            <w:rPr>
              <w:rFonts w:ascii="Garamond" w:hAnsi="Garamond"/>
            </w:rPr>
          </w:pPr>
          <w:r w:rsidRPr="008921B7">
            <w:rPr>
              <w:rFonts w:ascii="Garamond" w:hAnsi="Garamond"/>
              <w:b/>
              <w:bCs/>
            </w:rPr>
            <w:fldChar w:fldCharType="end"/>
          </w:r>
        </w:p>
      </w:sdtContent>
    </w:sdt>
    <w:p w14:paraId="4C3BE273" w14:textId="77777777" w:rsidR="00A41E91" w:rsidRPr="008921B7" w:rsidRDefault="00000000" w:rsidP="0048619B">
      <w:pPr>
        <w:jc w:val="both"/>
        <w:rPr>
          <w:rFonts w:ascii="Garamond" w:hAnsi="Garamond"/>
        </w:rPr>
      </w:pPr>
      <w:r w:rsidRPr="008921B7">
        <w:rPr>
          <w:rFonts w:ascii="Garamond" w:hAnsi="Garamond"/>
        </w:rPr>
        <w:br w:type="page"/>
      </w:r>
    </w:p>
    <w:p w14:paraId="306B450C" w14:textId="77777777" w:rsidR="00A41E91" w:rsidRPr="008921B7" w:rsidRDefault="00000000" w:rsidP="0048619B">
      <w:pPr>
        <w:pStyle w:val="Heading1"/>
        <w:jc w:val="both"/>
        <w:rPr>
          <w:rFonts w:ascii="Garamond" w:hAnsi="Garamond"/>
        </w:rPr>
      </w:pPr>
      <w:bookmarkStart w:id="0" w:name="_Toc187701384"/>
      <w:r w:rsidRPr="008921B7">
        <w:rPr>
          <w:rFonts w:ascii="Garamond" w:hAnsi="Garamond"/>
        </w:rPr>
        <w:lastRenderedPageBreak/>
        <w:t>Introduction</w:t>
      </w:r>
      <w:bookmarkEnd w:id="0"/>
    </w:p>
    <w:p w14:paraId="021D79F7" w14:textId="4C2D2411" w:rsidR="00EC62D1" w:rsidRPr="008921B7" w:rsidRDefault="00EC62D1" w:rsidP="0048619B">
      <w:pPr>
        <w:jc w:val="both"/>
        <w:rPr>
          <w:rFonts w:ascii="Garamond" w:hAnsi="Garamond"/>
        </w:rPr>
      </w:pPr>
      <w:r w:rsidRPr="008921B7">
        <w:rPr>
          <w:rFonts w:ascii="Garamond" w:hAnsi="Garamond"/>
        </w:rPr>
        <w:t xml:space="preserve">In computer science, pathfinding is an algorithm for finding a path between </w:t>
      </w:r>
      <w:r w:rsidR="006E645D" w:rsidRPr="008921B7">
        <w:rPr>
          <w:rFonts w:ascii="Garamond" w:hAnsi="Garamond"/>
        </w:rPr>
        <w:t>a set of points</w:t>
      </w:r>
      <w:r w:rsidR="00DB4B70" w:rsidRPr="008921B7">
        <w:rPr>
          <w:rFonts w:ascii="Garamond" w:hAnsi="Garamond"/>
        </w:rPr>
        <w:t xml:space="preserve"> to </w:t>
      </w:r>
      <w:r w:rsidRPr="008921B7">
        <w:rPr>
          <w:rFonts w:ascii="Garamond" w:hAnsi="Garamond"/>
        </w:rPr>
        <w:t>creat</w:t>
      </w:r>
      <w:r w:rsidR="00DB4B70" w:rsidRPr="008921B7">
        <w:rPr>
          <w:rFonts w:ascii="Garamond" w:hAnsi="Garamond"/>
        </w:rPr>
        <w:t>e</w:t>
      </w:r>
      <w:r w:rsidRPr="008921B7">
        <w:rPr>
          <w:rFonts w:ascii="Garamond" w:hAnsi="Garamond"/>
        </w:rPr>
        <w:t xml:space="preserve"> a route</w:t>
      </w:r>
      <w:r w:rsidR="00DB4B70" w:rsidRPr="008921B7">
        <w:rPr>
          <w:rFonts w:ascii="Garamond" w:hAnsi="Garamond"/>
        </w:rPr>
        <w:t xml:space="preserve"> between the starting node and target node</w:t>
      </w:r>
      <w:r w:rsidRPr="008921B7">
        <w:rPr>
          <w:rFonts w:ascii="Garamond" w:hAnsi="Garamond"/>
        </w:rPr>
        <w:t xml:space="preserve"> </w:t>
      </w:r>
      <w:sdt>
        <w:sdtPr>
          <w:rPr>
            <w:rFonts w:ascii="Garamond" w:hAnsi="Garamond"/>
            <w:color w:val="000000"/>
            <w:highlight w:val="white"/>
          </w:rPr>
          <w:alias w:val="Citation"/>
          <w:tag w:val="{&quot;referencesIds&quot;:[&quot;doc:6771cec0aaca522e222f728f&quot;],&quot;referencesOptions&quot;:{&quot;doc:6771cec0aaca522e222f728f&quot;:{&quot;author&quot;:true,&quot;year&quot;:true,&quot;formatAuthorYear&quot;:false,&quot;pageReplace&quot;:&quot;&quot;,&quot;prefix&quot;:&quot;&quot;,&quot;suffix&quot;:&quot;&quot;}},&quot;hasBrokenReferences&quot;:false,&quot;hasManualEdits&quot;:false,&quot;isEmpty&quot;:false,&quot;citationType&quot;:&quot;inline&quot;,&quot;id&quot;:-1854880261,&quot;citationText&quot;:&quot;&lt;span style=\&quot;font-family:Cambria;font-size:14.666666666666666px;color:#000000\&quot;&gt;[1]&lt;/span&gt;&quot;}"/>
          <w:id w:val="-1854880261"/>
          <w:placeholder>
            <w:docPart w:val="2C46D80DD6D04F0184DE8291DA8C207A"/>
          </w:placeholder>
        </w:sdtPr>
        <w:sdtContent>
          <w:r w:rsidR="0069788F" w:rsidRPr="008921B7">
            <w:rPr>
              <w:rFonts w:ascii="Garamond" w:eastAsia="Times New Roman" w:hAnsi="Garamond"/>
              <w:color w:val="000000"/>
            </w:rPr>
            <w:t>[1]</w:t>
          </w:r>
        </w:sdtContent>
      </w:sdt>
      <w:r w:rsidR="002308A6" w:rsidRPr="008921B7">
        <w:rPr>
          <w:rFonts w:ascii="Garamond" w:hAnsi="Garamond"/>
          <w:color w:val="000000"/>
        </w:rPr>
        <w:t>.</w:t>
      </w:r>
      <w:r w:rsidR="002308A6" w:rsidRPr="008921B7">
        <w:rPr>
          <w:rFonts w:ascii="Garamond" w:hAnsi="Garamond"/>
        </w:rPr>
        <w:t xml:space="preserve"> </w:t>
      </w:r>
      <w:r w:rsidRPr="008921B7">
        <w:rPr>
          <w:rFonts w:ascii="Garamond" w:hAnsi="Garamond"/>
        </w:rPr>
        <w:t>Pathfinding is used for many applications such as Video Games, logistics, or even a simple form of navigation in a vehicle (satellite navigation).</w:t>
      </w:r>
      <w:r w:rsidR="0069788F" w:rsidRPr="008921B7">
        <w:rPr>
          <w:rFonts w:ascii="Garamond" w:hAnsi="Garamond"/>
        </w:rPr>
        <w:t xml:space="preserve"> Pathfinding algorithms could be known as an ant searching for food from its nest. Also known as Ant Colony Optimization (ACO)</w:t>
      </w:r>
      <w:sdt>
        <w:sdtPr>
          <w:rPr>
            <w:rFonts w:ascii="Garamond" w:hAnsi="Garamond"/>
            <w:color w:val="000000"/>
            <w:highlight w:val="white"/>
          </w:rPr>
          <w:alias w:val="Citation"/>
          <w:tag w:val="{&quot;referencesIds&quot;:[&quot;doc:677fdb2507264b6374e8b47d&quot;],&quot;referencesOptions&quot;:{&quot;doc:677fdb2507264b6374e8b47d&quot;:{&quot;author&quot;:true,&quot;year&quot;:true,&quot;formatAuthorYear&quot;:false,&quot;pageReplace&quot;:&quot;&quot;,&quot;prefix&quot;:&quot;&quot;,&quot;suffix&quot;:&quot;&quot;}},&quot;hasBrokenReferences&quot;:false,&quot;hasManualEdits&quot;:false,&quot;isEmpty&quot;:false,&quot;citationType&quot;:&quot;inline&quot;}"/>
          <w:id w:val="1389223238"/>
          <w:placeholder>
            <w:docPart w:val="542BAAE994F84FE680C8742AEA1CCFF5"/>
          </w:placeholder>
        </w:sdtPr>
        <w:sdtContent>
          <w:r w:rsidR="0069788F" w:rsidRPr="008921B7">
            <w:rPr>
              <w:rFonts w:ascii="Garamond" w:eastAsia="Times New Roman" w:hAnsi="Garamond"/>
              <w:color w:val="000000"/>
            </w:rPr>
            <w:t>[2]</w:t>
          </w:r>
        </w:sdtContent>
      </w:sdt>
      <w:r w:rsidR="0069788F" w:rsidRPr="008921B7">
        <w:rPr>
          <w:rFonts w:ascii="Garamond" w:hAnsi="Garamond"/>
          <w:color w:val="000000"/>
        </w:rPr>
        <w:t>.</w:t>
      </w:r>
    </w:p>
    <w:p w14:paraId="5BF433AD" w14:textId="7C9C8996" w:rsidR="00A41E91" w:rsidRPr="008921B7" w:rsidRDefault="00EC62D1" w:rsidP="0048619B">
      <w:pPr>
        <w:jc w:val="both"/>
        <w:rPr>
          <w:rFonts w:ascii="Garamond" w:hAnsi="Garamond"/>
        </w:rPr>
      </w:pPr>
      <w:r w:rsidRPr="008921B7">
        <w:rPr>
          <w:rFonts w:ascii="Garamond" w:hAnsi="Garamond"/>
        </w:rPr>
        <w:t>The significance of the efficiency of these algorithms is highly necessary for example a simple way to navigate is to hold an arm out on the left side and follow a wall, if there’s a roadblock ahead, turn 90</w:t>
      </w:r>
      <w:r w:rsidRPr="008921B7">
        <w:rPr>
          <w:rFonts w:ascii="Garamond" w:hAnsi="Garamond"/>
          <w:vertAlign w:val="superscript"/>
        </w:rPr>
        <w:t xml:space="preserve">0 </w:t>
      </w:r>
      <w:r w:rsidRPr="008921B7">
        <w:rPr>
          <w:rFonts w:ascii="Garamond" w:hAnsi="Garamond"/>
        </w:rPr>
        <w:t xml:space="preserve">to the right and continue until the wall stops, however by using this method, depending on the amount of obstacles and walls between point A and point B, the more there are, the less efficient the method becomes, but this raises the question which is a </w:t>
      </w:r>
      <w:r w:rsidR="006E645D" w:rsidRPr="008921B7">
        <w:rPr>
          <w:rFonts w:ascii="Garamond" w:hAnsi="Garamond"/>
        </w:rPr>
        <w:t>common problem within computer science. What is an efficient algorithm for pathfinding?</w:t>
      </w:r>
    </w:p>
    <w:p w14:paraId="426F5C39" w14:textId="77777777" w:rsidR="00A41E91" w:rsidRPr="008921B7" w:rsidRDefault="00000000" w:rsidP="0048619B">
      <w:pPr>
        <w:pStyle w:val="Heading1"/>
        <w:jc w:val="both"/>
        <w:rPr>
          <w:rFonts w:ascii="Garamond" w:hAnsi="Garamond"/>
        </w:rPr>
      </w:pPr>
      <w:bookmarkStart w:id="1" w:name="_Toc187701385"/>
      <w:r w:rsidRPr="008921B7">
        <w:rPr>
          <w:rFonts w:ascii="Garamond" w:hAnsi="Garamond"/>
        </w:rPr>
        <w:t>1. Description of Pathfinding Algorithms</w:t>
      </w:r>
      <w:bookmarkEnd w:id="1"/>
    </w:p>
    <w:p w14:paraId="69FFC6BB" w14:textId="5A067D13" w:rsidR="006E645D" w:rsidRPr="008921B7" w:rsidRDefault="006E645D" w:rsidP="0048619B">
      <w:pPr>
        <w:pStyle w:val="Heading2"/>
        <w:jc w:val="both"/>
        <w:rPr>
          <w:rFonts w:ascii="Garamond" w:hAnsi="Garamond"/>
        </w:rPr>
      </w:pPr>
      <w:bookmarkStart w:id="2" w:name="_Toc187701386"/>
      <w:r w:rsidRPr="008921B7">
        <w:rPr>
          <w:rFonts w:ascii="Garamond" w:hAnsi="Garamond"/>
        </w:rPr>
        <w:t>Dijkstra's Algorithm</w:t>
      </w:r>
      <w:bookmarkEnd w:id="2"/>
    </w:p>
    <w:p w14:paraId="124FA7FF" w14:textId="2D8DA3C4" w:rsidR="00857854" w:rsidRPr="008921B7" w:rsidRDefault="002D4A30" w:rsidP="0048619B">
      <w:pPr>
        <w:jc w:val="both"/>
        <w:rPr>
          <w:rFonts w:ascii="Garamond" w:hAnsi="Garamond"/>
          <w:color w:val="000000"/>
        </w:rPr>
      </w:pPr>
      <w:r w:rsidRPr="008921B7">
        <w:rPr>
          <w:rFonts w:ascii="Garamond" w:hAnsi="Garamond"/>
        </w:rPr>
        <w:t>Dijkstra’s algorithm, created by Edsger W. Dijkstra in 1956, is a pathfinding algorithm commonly known as a shortest-path Algorithm. This algorithm is a BFS (breadth first search) which means that it starts</w:t>
      </w:r>
      <w:r w:rsidR="00857854" w:rsidRPr="008921B7">
        <w:rPr>
          <w:rFonts w:ascii="Garamond" w:hAnsi="Garamond"/>
        </w:rPr>
        <w:t xml:space="preserve"> at the source node and</w:t>
      </w:r>
      <w:r w:rsidRPr="008921B7">
        <w:rPr>
          <w:rFonts w:ascii="Garamond" w:hAnsi="Garamond"/>
        </w:rPr>
        <w:t xml:space="preserve"> has a look at every</w:t>
      </w:r>
      <w:r w:rsidR="00857854" w:rsidRPr="008921B7">
        <w:rPr>
          <w:rFonts w:ascii="Garamond" w:hAnsi="Garamond"/>
        </w:rPr>
        <w:t xml:space="preserve"> unvisited node surrounding the source node that has the least tentative distance from the source node. After doing so it views the next surrounding nodes of this new node which then updates the tentative distances if there is a shorter path is found. This continues in a loop until the target has been visited</w:t>
      </w:r>
      <w:sdt>
        <w:sdtPr>
          <w:rPr>
            <w:rFonts w:ascii="Garamond" w:hAnsi="Garamond"/>
            <w:color w:val="000000"/>
            <w:highlight w:val="white"/>
          </w:rPr>
          <w:alias w:val="Citation"/>
          <w:tag w:val="{&quot;referencesIds&quot;:[&quot;doc:6772f52fd6e3371183b1064d&quot;],&quot;referencesOptions&quot;:{&quot;doc:6772f52fd6e3371183b1064d&quot;:{&quot;author&quot;:true,&quot;year&quot;:true,&quot;formatAuthorYear&quot;:false,&quot;pageReplace&quot;:&quot;&quot;,&quot;prefix&quot;:&quot;&quot;,&quot;suffix&quot;:&quot;&quot;}},&quot;hasBrokenReferences&quot;:false,&quot;hasManualEdits&quot;:false,&quot;isEmpty&quot;:false,&quot;citationType&quot;:&quot;inline&quot;,&quot;id&quot;:-1397583958,&quot;citationText&quot;:&quot;&lt;span style=\&quot;font-family:Cambria;font-size:14.666666666666666px;color:#000000\&quot;&gt;[2]&lt;/span&gt;&quot;}"/>
          <w:id w:val="-1397583958"/>
          <w:placeholder>
            <w:docPart w:val="9179836B58DC469FAC3C16258B16E9C0"/>
          </w:placeholder>
        </w:sdtPr>
        <w:sdtContent>
          <w:r w:rsidR="0069788F" w:rsidRPr="008921B7">
            <w:rPr>
              <w:rFonts w:ascii="Garamond" w:eastAsia="Times New Roman" w:hAnsi="Garamond"/>
              <w:color w:val="000000"/>
            </w:rPr>
            <w:t>[3]</w:t>
          </w:r>
        </w:sdtContent>
      </w:sdt>
      <w:r w:rsidR="00857854" w:rsidRPr="008921B7">
        <w:rPr>
          <w:rFonts w:ascii="Garamond" w:hAnsi="Garamond"/>
          <w:color w:val="000000"/>
        </w:rPr>
        <w:t>.</w:t>
      </w:r>
    </w:p>
    <w:p w14:paraId="17D0BFF4" w14:textId="388EE860" w:rsidR="00210ED1" w:rsidRPr="008921B7" w:rsidRDefault="00857854" w:rsidP="0048619B">
      <w:pPr>
        <w:jc w:val="both"/>
        <w:rPr>
          <w:rFonts w:ascii="Garamond" w:hAnsi="Garamond"/>
          <w:color w:val="000000"/>
        </w:rPr>
      </w:pPr>
      <w:r w:rsidRPr="008921B7">
        <w:rPr>
          <w:rFonts w:ascii="Garamond" w:hAnsi="Garamond"/>
          <w:color w:val="000000"/>
        </w:rPr>
        <w:t xml:space="preserve">The relevance of Dijkstra’s algorithm to maze navigation is that it doesn’t only output the fastest route to one destination, it also outputs the ordered list of travel times from the current location to the other point that might want to be visited </w:t>
      </w:r>
      <w:sdt>
        <w:sdtPr>
          <w:rPr>
            <w:rFonts w:ascii="Garamond" w:hAnsi="Garamond"/>
            <w:color w:val="000000"/>
            <w:highlight w:val="white"/>
          </w:rPr>
          <w:alias w:val="Citation"/>
          <w:tag w:val="{&quot;referencesIds&quot;:[&quot;doc:6772f60bcd900e65821cafa6&quot;],&quot;referencesOptions&quot;:{&quot;doc:6772f60bcd900e65821cafa6&quot;:{&quot;author&quot;:true,&quot;year&quot;:true,&quot;formatAuthorYear&quot;:false,&quot;pageReplace&quot;:&quot;&quot;,&quot;prefix&quot;:&quot;&quot;,&quot;suffix&quot;:&quot;&quot;}},&quot;hasBrokenReferences&quot;:false,&quot;hasManualEdits&quot;:false,&quot;isEmpty&quot;:false,&quot;citationType&quot;:&quot;inline&quot;,&quot;id&quot;:-322904965,&quot;citationText&quot;:&quot;&lt;span style=\&quot;font-family:Cambria;font-size:14.666666666666666px;color:#000000\&quot;&gt;[3]&lt;/span&gt;&quot;}"/>
          <w:id w:val="-322904965"/>
          <w:placeholder>
            <w:docPart w:val="254E847D5BFD4DF39BE3D0778238420C"/>
          </w:placeholder>
        </w:sdtPr>
        <w:sdtContent>
          <w:r w:rsidR="0069788F" w:rsidRPr="008921B7">
            <w:rPr>
              <w:rFonts w:ascii="Garamond" w:eastAsia="Times New Roman" w:hAnsi="Garamond"/>
              <w:color w:val="000000"/>
            </w:rPr>
            <w:t>[4]</w:t>
          </w:r>
        </w:sdtContent>
      </w:sdt>
      <w:r w:rsidRPr="008921B7">
        <w:rPr>
          <w:rFonts w:ascii="Garamond" w:hAnsi="Garamond"/>
          <w:color w:val="000000"/>
        </w:rPr>
        <w:t>.</w:t>
      </w:r>
      <w:r w:rsidR="00210ED1" w:rsidRPr="008921B7">
        <w:rPr>
          <w:rFonts w:ascii="Garamond" w:hAnsi="Garamond"/>
          <w:color w:val="000000"/>
        </w:rPr>
        <w:t xml:space="preserve">  </w:t>
      </w:r>
    </w:p>
    <w:p w14:paraId="51DE3EB7" w14:textId="0A81FFA2" w:rsidR="00820DD5" w:rsidRPr="008921B7" w:rsidRDefault="00210ED1" w:rsidP="0048619B">
      <w:pPr>
        <w:jc w:val="both"/>
        <w:rPr>
          <w:rFonts w:ascii="Garamond" w:hAnsi="Garamond"/>
          <w:color w:val="000000"/>
        </w:rPr>
      </w:pPr>
      <w:r w:rsidRPr="008921B7">
        <w:rPr>
          <w:rFonts w:ascii="Garamond" w:hAnsi="Garamond"/>
          <w:color w:val="000000"/>
        </w:rPr>
        <w:t>Dijkstra’s algorithm is also used in many real-world examples such as navigation systems, logistics or even transportation planning. Google maps for example uses Dijkstra’s algorithm as well as Waze to calculate the shortest path from current location to the destination.</w:t>
      </w:r>
      <w:r w:rsidR="00BE33F9" w:rsidRPr="008921B7">
        <w:rPr>
          <w:rFonts w:ascii="Garamond" w:hAnsi="Garamond"/>
          <w:color w:val="000000"/>
        </w:rPr>
        <w:t xml:space="preserve"> However, Dijkstra’s algorithm fails whenever there is a negative edge weight on a node. Some algorithms that do take negative edge weights into consideration are: The Bellman-Ford algorithm, Prim’s algorithm and Kruskal’s algorithm </w:t>
      </w:r>
      <w:sdt>
        <w:sdtPr>
          <w:rPr>
            <w:rFonts w:ascii="Garamond" w:hAnsi="Garamond"/>
            <w:color w:val="000000"/>
            <w:highlight w:val="white"/>
          </w:rPr>
          <w:alias w:val="Citation"/>
          <w:tag w:val="{&quot;referencesIds&quot;:[&quot;doc:6772fc4ebce0551b84883a6c&quot;],&quot;referencesOptions&quot;:{&quot;doc:6772fc4ebce0551b84883a6c&quot;:{&quot;author&quot;:true,&quot;year&quot;:true,&quot;formatAuthorYear&quot;:false,&quot;pageReplace&quot;:&quot;&quot;,&quot;prefix&quot;:&quot;&quot;,&quot;suffix&quot;:&quot;&quot;}},&quot;hasBrokenReferences&quot;:false,&quot;hasManualEdits&quot;:false,&quot;isEmpty&quot;:false,&quot;citationType&quot;:&quot;inline&quot;,&quot;id&quot;:135620499,&quot;citationText&quot;:&quot;&lt;span style=\&quot;font-family:Cambria;font-size:14.666666666666666px;color:#000000\&quot;&gt;[4]&lt;/span&gt;&quot;}"/>
          <w:id w:val="135620499"/>
          <w:placeholder>
            <w:docPart w:val="50E0151546104D829EF303F6C70EBD52"/>
          </w:placeholder>
        </w:sdtPr>
        <w:sdtContent>
          <w:r w:rsidR="0069788F" w:rsidRPr="008921B7">
            <w:rPr>
              <w:rFonts w:ascii="Garamond" w:eastAsia="Times New Roman" w:hAnsi="Garamond"/>
              <w:color w:val="000000"/>
            </w:rPr>
            <w:t>[5]</w:t>
          </w:r>
        </w:sdtContent>
      </w:sdt>
      <w:sdt>
        <w:sdtPr>
          <w:rPr>
            <w:rFonts w:ascii="Garamond" w:hAnsi="Garamond"/>
            <w:color w:val="000000"/>
            <w:highlight w:val="white"/>
          </w:rPr>
          <w:alias w:val="Citation"/>
          <w:tag w:val="{&quot;referencesIds&quot;:[&quot;doc:6772fc8819eb1e4be8d474e3&quot;],&quot;referencesOptions&quot;:{&quot;doc:6772fc8819eb1e4be8d474e3&quot;:{&quot;author&quot;:true,&quot;year&quot;:true,&quot;formatAuthorYear&quot;:false,&quot;pageReplace&quot;:&quot;&quot;,&quot;prefix&quot;:&quot;&quot;,&quot;suffix&quot;:&quot;&quot;}},&quot;hasBrokenReferences&quot;:false,&quot;hasManualEdits&quot;:false,&quot;isEmpty&quot;:false,&quot;citationType&quot;:&quot;inline&quot;,&quot;id&quot;:-280497100,&quot;citationText&quot;:&quot;&lt;span style=\&quot;font-family:Cambria;font-size:14.666666666666666px;color:#000000\&quot;&gt;[5]&lt;/span&gt;&quot;}"/>
          <w:id w:val="-280497100"/>
          <w:placeholder>
            <w:docPart w:val="22E5B8579F654E08A5ECBC88E179D6A3"/>
          </w:placeholder>
        </w:sdtPr>
        <w:sdtContent>
          <w:r w:rsidR="0069788F" w:rsidRPr="008921B7">
            <w:rPr>
              <w:rFonts w:ascii="Garamond" w:eastAsia="Times New Roman" w:hAnsi="Garamond"/>
              <w:color w:val="000000"/>
            </w:rPr>
            <w:t>[6]</w:t>
          </w:r>
        </w:sdtContent>
      </w:sdt>
      <w:sdt>
        <w:sdtPr>
          <w:rPr>
            <w:rFonts w:ascii="Garamond" w:hAnsi="Garamond"/>
            <w:color w:val="000000"/>
            <w:highlight w:val="white"/>
          </w:rPr>
          <w:alias w:val="Citation"/>
          <w:tag w:val="{&quot;referencesIds&quot;:[&quot;doc:6772fcbb82f17e58b9a9ff18&quot;],&quot;referencesOptions&quot;:{&quot;doc:6772fcbb82f17e58b9a9ff18&quot;:{&quot;author&quot;:true,&quot;year&quot;:true,&quot;formatAuthorYear&quot;:false,&quot;pageReplace&quot;:&quot;&quot;,&quot;prefix&quot;:&quot;&quot;,&quot;suffix&quot;:&quot;&quot;}},&quot;hasBrokenReferences&quot;:false,&quot;hasManualEdits&quot;:false,&quot;isEmpty&quot;:false,&quot;citationType&quot;:&quot;inline&quot;,&quot;id&quot;:-874768904,&quot;citationText&quot;:&quot;&lt;span style=\&quot;font-family:Cambria;font-size:14.666666666666666px;color:#000000\&quot;&gt;[6]&lt;/span&gt;&quot;}"/>
          <w:id w:val="-874768904"/>
          <w:placeholder>
            <w:docPart w:val="0A89956098BF4021BE690CB639B9EEC6"/>
          </w:placeholder>
        </w:sdtPr>
        <w:sdtContent>
          <w:r w:rsidR="0069788F" w:rsidRPr="008921B7">
            <w:rPr>
              <w:rFonts w:ascii="Garamond" w:eastAsia="Times New Roman" w:hAnsi="Garamond"/>
              <w:color w:val="000000"/>
            </w:rPr>
            <w:t>[7]</w:t>
          </w:r>
        </w:sdtContent>
      </w:sdt>
      <w:r w:rsidR="00BE33F9" w:rsidRPr="008921B7">
        <w:rPr>
          <w:rFonts w:ascii="Garamond" w:hAnsi="Garamond"/>
          <w:color w:val="000000"/>
        </w:rPr>
        <w:t>.</w:t>
      </w:r>
    </w:p>
    <w:p w14:paraId="64D93249" w14:textId="77777777" w:rsidR="00210ED1" w:rsidRPr="008921B7" w:rsidRDefault="00210ED1" w:rsidP="0048619B">
      <w:pPr>
        <w:jc w:val="both"/>
        <w:rPr>
          <w:rFonts w:ascii="Garamond" w:hAnsi="Garamond"/>
        </w:rPr>
      </w:pPr>
    </w:p>
    <w:p w14:paraId="286E85AA" w14:textId="77777777" w:rsidR="007F2CF6" w:rsidRPr="008921B7" w:rsidRDefault="007F2CF6" w:rsidP="0048619B">
      <w:pPr>
        <w:jc w:val="both"/>
        <w:rPr>
          <w:rFonts w:ascii="Garamond" w:hAnsi="Garamond"/>
        </w:rPr>
      </w:pPr>
    </w:p>
    <w:p w14:paraId="0AD2C494" w14:textId="77777777" w:rsidR="007F2CF6" w:rsidRPr="008921B7" w:rsidRDefault="007F2CF6" w:rsidP="0048619B">
      <w:pPr>
        <w:jc w:val="both"/>
        <w:rPr>
          <w:rFonts w:ascii="Garamond" w:hAnsi="Garamond"/>
        </w:rPr>
      </w:pPr>
    </w:p>
    <w:p w14:paraId="5EF0075F" w14:textId="1D7DE094" w:rsidR="00A41E91" w:rsidRPr="008921B7" w:rsidRDefault="006E645D" w:rsidP="0048619B">
      <w:pPr>
        <w:pStyle w:val="Heading2"/>
        <w:jc w:val="both"/>
        <w:rPr>
          <w:rFonts w:ascii="Garamond" w:hAnsi="Garamond"/>
        </w:rPr>
      </w:pPr>
      <w:bookmarkStart w:id="3" w:name="_Toc187701387"/>
      <w:r w:rsidRPr="008921B7">
        <w:rPr>
          <w:rFonts w:ascii="Garamond" w:hAnsi="Garamond"/>
        </w:rPr>
        <w:t>A* Algorithm</w:t>
      </w:r>
      <w:bookmarkEnd w:id="3"/>
    </w:p>
    <w:p w14:paraId="2B791F87" w14:textId="140D844F" w:rsidR="00207CC1" w:rsidRPr="008921B7" w:rsidRDefault="007F2CF6" w:rsidP="0048619B">
      <w:pPr>
        <w:jc w:val="both"/>
        <w:rPr>
          <w:rFonts w:ascii="Garamond" w:hAnsi="Garamond"/>
        </w:rPr>
      </w:pPr>
      <w:r w:rsidRPr="008921B7">
        <w:rPr>
          <w:rFonts w:ascii="Garamond" w:hAnsi="Garamond"/>
        </w:rPr>
        <w:t xml:space="preserve">The A* Algorithm is </w:t>
      </w:r>
      <w:proofErr w:type="gramStart"/>
      <w:r w:rsidRPr="008921B7">
        <w:rPr>
          <w:rFonts w:ascii="Garamond" w:hAnsi="Garamond"/>
        </w:rPr>
        <w:t>similar to</w:t>
      </w:r>
      <w:proofErr w:type="gramEnd"/>
      <w:r w:rsidRPr="008921B7">
        <w:rPr>
          <w:rFonts w:ascii="Garamond" w:hAnsi="Garamond"/>
        </w:rPr>
        <w:t xml:space="preserve"> Dijkstra’s algorithm, however with some improvements. A* is known as a DFS (depth first search), this means that it would search all the way down to the end node instead of searching through all nodes. This means that with having a target or goal to work towards, A* can implement new things to Dijkstra’s algorithm, such as distance from starting node and distance from </w:t>
      </w:r>
      <w:r w:rsidRPr="008921B7">
        <w:rPr>
          <w:rFonts w:ascii="Garamond" w:hAnsi="Garamond"/>
        </w:rPr>
        <w:lastRenderedPageBreak/>
        <w:t xml:space="preserve">target node. As we have distance from target node – distance from starting node, we can calculate which next node will be the best node to visit to get closer and closer to the target node. </w:t>
      </w:r>
      <w:sdt>
        <w:sdtPr>
          <w:rPr>
            <w:rFonts w:ascii="Garamond" w:hAnsi="Garamond"/>
            <w:color w:val="000000"/>
            <w:highlight w:val="white"/>
          </w:rPr>
          <w:alias w:val="Citation"/>
          <w:tag w:val="{&quot;referencesIds&quot;:[&quot;doc:677fd56804fc6465db1b3273&quot;],&quot;referencesOptions&quot;:{&quot;doc:677fd56804fc6465db1b3273&quot;:{&quot;author&quot;:true,&quot;year&quot;:true,&quot;formatAuthorYear&quot;:false,&quot;pageReplace&quot;:&quot;&quot;,&quot;prefix&quot;:&quot;&quot;,&quot;suffix&quot;:&quot;&quot;}},&quot;hasBrokenReferences&quot;:false,&quot;hasManualEdits&quot;:false,&quot;isEmpty&quot;:false,&quot;citationType&quot;:&quot;inline&quot;,&quot;id&quot;:-89088321,&quot;citationText&quot;:&quot;&lt;span style=\&quot;font-family:Cambria;font-size:14.666666666666666px;color:#000000\&quot;&gt;[7]&lt;/span&gt;&quot;}"/>
          <w:id w:val="-89088321"/>
          <w:placeholder>
            <w:docPart w:val="D63326E580464E95BCEF883BCBC4F32F"/>
          </w:placeholder>
        </w:sdtPr>
        <w:sdtContent>
          <w:r w:rsidR="0069788F" w:rsidRPr="008921B7">
            <w:rPr>
              <w:rFonts w:ascii="Garamond" w:eastAsia="Times New Roman" w:hAnsi="Garamond"/>
              <w:color w:val="000000"/>
            </w:rPr>
            <w:t>[8]</w:t>
          </w:r>
        </w:sdtContent>
      </w:sdt>
    </w:p>
    <w:p w14:paraId="3957C0F9" w14:textId="77777777" w:rsidR="00A41E91" w:rsidRPr="008921B7" w:rsidRDefault="00000000" w:rsidP="0048619B">
      <w:pPr>
        <w:pStyle w:val="Heading1"/>
        <w:jc w:val="both"/>
        <w:rPr>
          <w:rFonts w:ascii="Garamond" w:hAnsi="Garamond"/>
        </w:rPr>
      </w:pPr>
      <w:bookmarkStart w:id="4" w:name="_Toc187701388"/>
      <w:r w:rsidRPr="008921B7">
        <w:rPr>
          <w:rFonts w:ascii="Garamond" w:hAnsi="Garamond"/>
        </w:rPr>
        <w:t>2. Comparison of Dijkstra’s and A* Algorithms</w:t>
      </w:r>
      <w:bookmarkEnd w:id="4"/>
    </w:p>
    <w:p w14:paraId="7692D4CA" w14:textId="6702F85D" w:rsidR="00A41E91" w:rsidRPr="008921B7" w:rsidRDefault="00000000" w:rsidP="0048619B">
      <w:pPr>
        <w:pStyle w:val="ListParagraph"/>
        <w:numPr>
          <w:ilvl w:val="0"/>
          <w:numId w:val="16"/>
        </w:numPr>
        <w:jc w:val="both"/>
        <w:rPr>
          <w:rFonts w:ascii="Garamond" w:hAnsi="Garamond"/>
        </w:rPr>
      </w:pPr>
      <w:r w:rsidRPr="008921B7">
        <w:rPr>
          <w:rFonts w:ascii="Garamond" w:hAnsi="Garamond"/>
        </w:rPr>
        <w:t>Strengths and weaknesses of both algorithms.</w:t>
      </w:r>
    </w:p>
    <w:p w14:paraId="79FA3C65" w14:textId="492C052C" w:rsidR="00A41E91" w:rsidRPr="008921B7" w:rsidRDefault="00000000" w:rsidP="0048619B">
      <w:pPr>
        <w:pStyle w:val="ListParagraph"/>
        <w:numPr>
          <w:ilvl w:val="0"/>
          <w:numId w:val="16"/>
        </w:numPr>
        <w:jc w:val="both"/>
        <w:rPr>
          <w:rFonts w:ascii="Garamond" w:hAnsi="Garamond"/>
        </w:rPr>
      </w:pPr>
      <w:r w:rsidRPr="008921B7">
        <w:rPr>
          <w:rFonts w:ascii="Garamond" w:hAnsi="Garamond"/>
        </w:rPr>
        <w:t>Applicability to solving a 20x20 grid maze.</w:t>
      </w:r>
    </w:p>
    <w:p w14:paraId="0FEBE801" w14:textId="3486FB59" w:rsidR="00A41E91" w:rsidRPr="008921B7" w:rsidRDefault="00000000" w:rsidP="0048619B">
      <w:pPr>
        <w:pStyle w:val="ListParagraph"/>
        <w:numPr>
          <w:ilvl w:val="0"/>
          <w:numId w:val="16"/>
        </w:numPr>
        <w:jc w:val="both"/>
        <w:rPr>
          <w:rFonts w:ascii="Garamond" w:hAnsi="Garamond"/>
        </w:rPr>
      </w:pPr>
      <w:r w:rsidRPr="008921B7">
        <w:rPr>
          <w:rFonts w:ascii="Garamond" w:hAnsi="Garamond"/>
        </w:rPr>
        <w:t>Insights on efficiency, complexity, and heuristic impact.</w:t>
      </w:r>
    </w:p>
    <w:p w14:paraId="683024D6" w14:textId="00A1DECF" w:rsidR="00A41E91" w:rsidRPr="008921B7" w:rsidRDefault="003608AA" w:rsidP="0048619B">
      <w:pPr>
        <w:jc w:val="both"/>
        <w:rPr>
          <w:rFonts w:ascii="Garamond" w:hAnsi="Garamond"/>
          <w:color w:val="000000"/>
        </w:rPr>
      </w:pPr>
      <w:r w:rsidRPr="008921B7">
        <w:rPr>
          <w:rFonts w:ascii="Garamond" w:hAnsi="Garamond"/>
        </w:rPr>
        <w:t xml:space="preserve">As Dijkstra’s algorithm is a breadth first search algorithm it will search all nodes from the starting point until it finds the target node, Dijkstra’s algorithm favors the node closest to the start node, however A* is a combination of Dijkstra's algorithm and the Greedy algorithm where A* finds the next best node depending on from where the start point is and from how far it is from the target  </w:t>
      </w:r>
      <w:sdt>
        <w:sdtPr>
          <w:rPr>
            <w:rFonts w:ascii="Garamond" w:hAnsi="Garamond"/>
            <w:color w:val="000000"/>
            <w:highlight w:val="white"/>
          </w:rPr>
          <w:alias w:val="Citation"/>
          <w:tag w:val="{&quot;referencesIds&quot;:[&quot;doc:677fd828d78db76a8b0add57&quot;],&quot;referencesOptions&quot;:{&quot;doc:677fd828d78db76a8b0add57&quot;:{&quot;author&quot;:true,&quot;year&quot;:true,&quot;formatAuthorYear&quot;:false,&quot;pageReplace&quot;:&quot;&quot;,&quot;prefix&quot;:&quot;&quot;,&quot;suffix&quot;:&quot;&quot;}},&quot;hasBrokenReferences&quot;:false,&quot;hasManualEdits&quot;:false,&quot;isEmpty&quot;:false,&quot;citationType&quot;:&quot;inline&quot;,&quot;id&quot;:834258652,&quot;citationText&quot;:&quot;&lt;span style=\&quot;font-family:Cambria;font-size:14.666666666666666px;color:#000000\&quot;&gt;[8]&lt;/span&gt;&quot;}"/>
          <w:id w:val="834258652"/>
          <w:placeholder>
            <w:docPart w:val="EEC7B7C7245140C4AC7B8666D6C1E788"/>
          </w:placeholder>
        </w:sdtPr>
        <w:sdtContent>
          <w:r w:rsidR="0069788F" w:rsidRPr="008921B7">
            <w:rPr>
              <w:rFonts w:ascii="Garamond" w:eastAsia="Times New Roman" w:hAnsi="Garamond"/>
              <w:color w:val="000000"/>
            </w:rPr>
            <w:t>[9]</w:t>
          </w:r>
        </w:sdtContent>
      </w:sdt>
      <w:r w:rsidRPr="008921B7">
        <w:rPr>
          <w:rFonts w:ascii="Garamond" w:hAnsi="Garamond"/>
          <w:color w:val="000000"/>
        </w:rPr>
        <w:t>. When Dijkstra’s algorithm comes across a map to navigate through, even if the target node has not been made visibl</w:t>
      </w:r>
      <w:r w:rsidR="00DB4B70" w:rsidRPr="008921B7">
        <w:rPr>
          <w:rFonts w:ascii="Garamond" w:hAnsi="Garamond"/>
          <w:color w:val="000000"/>
        </w:rPr>
        <w:t>e</w:t>
      </w:r>
      <w:r w:rsidRPr="008921B7">
        <w:rPr>
          <w:rFonts w:ascii="Garamond" w:hAnsi="Garamond"/>
          <w:color w:val="000000"/>
        </w:rPr>
        <w:t xml:space="preserve"> or any obstacles </w:t>
      </w:r>
      <w:r w:rsidR="00DB4B70" w:rsidRPr="008921B7">
        <w:rPr>
          <w:rFonts w:ascii="Garamond" w:hAnsi="Garamond"/>
          <w:color w:val="000000"/>
        </w:rPr>
        <w:t xml:space="preserve">made visible until we visit a node, it would always find the target. Whereas A* would require the </w:t>
      </w:r>
      <w:r w:rsidR="00637200" w:rsidRPr="008921B7">
        <w:rPr>
          <w:rFonts w:ascii="Garamond" w:hAnsi="Garamond"/>
          <w:color w:val="000000"/>
        </w:rPr>
        <w:t>target’s</w:t>
      </w:r>
      <w:r w:rsidR="00DB4B70" w:rsidRPr="008921B7">
        <w:rPr>
          <w:rFonts w:ascii="Garamond" w:hAnsi="Garamond"/>
          <w:color w:val="000000"/>
        </w:rPr>
        <w:t xml:space="preserve"> location to be able to navigate through to the target. If you consider a map of 20x20 with obstacles and target made </w:t>
      </w:r>
      <w:r w:rsidR="00B15897" w:rsidRPr="008921B7">
        <w:rPr>
          <w:rFonts w:ascii="Garamond" w:hAnsi="Garamond"/>
          <w:color w:val="000000"/>
        </w:rPr>
        <w:t>visible,</w:t>
      </w:r>
      <w:r w:rsidR="00DB4B70" w:rsidRPr="008921B7">
        <w:rPr>
          <w:rFonts w:ascii="Garamond" w:hAnsi="Garamond"/>
          <w:color w:val="000000"/>
        </w:rPr>
        <w:t xml:space="preserve"> then A* would be the best algorithm to use compared to the greedy algorithm or Dijkstra’s algorithm. </w:t>
      </w:r>
      <w:r w:rsidR="00B15897" w:rsidRPr="008921B7">
        <w:rPr>
          <w:rFonts w:ascii="Garamond" w:hAnsi="Garamond"/>
          <w:color w:val="000000"/>
        </w:rPr>
        <w:t>However,</w:t>
      </w:r>
      <w:r w:rsidR="00DB4B70" w:rsidRPr="008921B7">
        <w:rPr>
          <w:rFonts w:ascii="Garamond" w:hAnsi="Garamond"/>
          <w:color w:val="000000"/>
        </w:rPr>
        <w:t xml:space="preserve"> in a clear 20x20 map, meaning no obstacles, then the greedy algorithm would be best to use. When there is a map with no target made visible with a fog in front of each unvisited node, then Dijkstra’s algorithm would become the better algorithm to use. </w:t>
      </w:r>
    </w:p>
    <w:p w14:paraId="0ECA2E57" w14:textId="3D882762" w:rsidR="00B15897" w:rsidRPr="008921B7" w:rsidRDefault="00B15897" w:rsidP="0048619B">
      <w:pPr>
        <w:jc w:val="both"/>
        <w:rPr>
          <w:rFonts w:ascii="Garamond" w:hAnsi="Garamond"/>
          <w:b/>
          <w:bCs/>
          <w:color w:val="000000"/>
        </w:rPr>
      </w:pPr>
      <w:r w:rsidRPr="008921B7">
        <w:rPr>
          <w:rFonts w:ascii="Garamond" w:hAnsi="Garamond"/>
          <w:b/>
          <w:bCs/>
          <w:color w:val="000000"/>
        </w:rPr>
        <w:t>A* Strengths:</w:t>
      </w:r>
    </w:p>
    <w:p w14:paraId="60491323" w14:textId="02C9E729" w:rsidR="00B15897" w:rsidRPr="008921B7" w:rsidRDefault="00B15897" w:rsidP="0048619B">
      <w:pPr>
        <w:pStyle w:val="ListParagraph"/>
        <w:numPr>
          <w:ilvl w:val="0"/>
          <w:numId w:val="10"/>
        </w:numPr>
        <w:jc w:val="both"/>
        <w:rPr>
          <w:rFonts w:ascii="Garamond" w:hAnsi="Garamond"/>
          <w:color w:val="000000"/>
        </w:rPr>
      </w:pPr>
      <w:r w:rsidRPr="008921B7">
        <w:rPr>
          <w:rFonts w:ascii="Garamond" w:hAnsi="Garamond"/>
          <w:color w:val="000000"/>
        </w:rPr>
        <w:t>Always finds the most optimal path if target is made visible</w:t>
      </w:r>
      <w:r w:rsidR="0048619B" w:rsidRPr="008921B7">
        <w:rPr>
          <w:rFonts w:ascii="Garamond" w:hAnsi="Garamond"/>
          <w:color w:val="000000"/>
        </w:rPr>
        <w:t>.</w:t>
      </w:r>
    </w:p>
    <w:p w14:paraId="4E9818EF" w14:textId="6DEB9BEE" w:rsidR="00B15897" w:rsidRPr="008921B7" w:rsidRDefault="00B15897" w:rsidP="0048619B">
      <w:pPr>
        <w:pStyle w:val="ListParagraph"/>
        <w:numPr>
          <w:ilvl w:val="0"/>
          <w:numId w:val="10"/>
        </w:numPr>
        <w:jc w:val="both"/>
        <w:rPr>
          <w:rFonts w:ascii="Garamond" w:hAnsi="Garamond"/>
          <w:color w:val="000000"/>
        </w:rPr>
      </w:pPr>
      <w:r w:rsidRPr="008921B7">
        <w:rPr>
          <w:rFonts w:ascii="Garamond" w:hAnsi="Garamond"/>
          <w:color w:val="000000"/>
        </w:rPr>
        <w:t>Can handle large maps by pruning unpromising paths</w:t>
      </w:r>
      <w:r w:rsidR="0048619B" w:rsidRPr="008921B7">
        <w:rPr>
          <w:rFonts w:ascii="Garamond" w:hAnsi="Garamond"/>
          <w:color w:val="000000"/>
        </w:rPr>
        <w:t>.</w:t>
      </w:r>
    </w:p>
    <w:p w14:paraId="3D387909" w14:textId="073A9826" w:rsidR="00B15897" w:rsidRPr="008921B7" w:rsidRDefault="00B15897" w:rsidP="0048619B">
      <w:pPr>
        <w:pStyle w:val="ListParagraph"/>
        <w:numPr>
          <w:ilvl w:val="0"/>
          <w:numId w:val="10"/>
        </w:numPr>
        <w:jc w:val="both"/>
        <w:rPr>
          <w:rFonts w:ascii="Garamond" w:hAnsi="Garamond"/>
          <w:color w:val="000000"/>
        </w:rPr>
      </w:pPr>
      <w:r w:rsidRPr="008921B7">
        <w:rPr>
          <w:rFonts w:ascii="Garamond" w:hAnsi="Garamond"/>
          <w:color w:val="000000"/>
        </w:rPr>
        <w:t>Efficient to use</w:t>
      </w:r>
      <w:r w:rsidR="0048619B" w:rsidRPr="008921B7">
        <w:rPr>
          <w:rFonts w:ascii="Garamond" w:hAnsi="Garamond"/>
          <w:color w:val="000000"/>
        </w:rPr>
        <w:t>.</w:t>
      </w:r>
    </w:p>
    <w:p w14:paraId="63698272" w14:textId="77777777" w:rsidR="00B15897" w:rsidRPr="008921B7" w:rsidRDefault="00B15897" w:rsidP="0048619B">
      <w:pPr>
        <w:jc w:val="both"/>
        <w:rPr>
          <w:rFonts w:ascii="Garamond" w:hAnsi="Garamond"/>
          <w:color w:val="000000"/>
        </w:rPr>
      </w:pPr>
    </w:p>
    <w:p w14:paraId="04755AEA" w14:textId="77777777" w:rsidR="00B15897" w:rsidRPr="008921B7" w:rsidRDefault="00B15897" w:rsidP="0048619B">
      <w:pPr>
        <w:jc w:val="both"/>
        <w:rPr>
          <w:rFonts w:ascii="Garamond" w:hAnsi="Garamond"/>
          <w:b/>
          <w:bCs/>
          <w:color w:val="000000"/>
        </w:rPr>
      </w:pPr>
    </w:p>
    <w:p w14:paraId="783A0FBE" w14:textId="6FEBED9C" w:rsidR="00B15897" w:rsidRPr="008921B7" w:rsidRDefault="00B15897" w:rsidP="0048619B">
      <w:pPr>
        <w:jc w:val="both"/>
        <w:rPr>
          <w:rFonts w:ascii="Garamond" w:hAnsi="Garamond"/>
          <w:b/>
          <w:bCs/>
          <w:color w:val="000000"/>
        </w:rPr>
      </w:pPr>
      <w:r w:rsidRPr="008921B7">
        <w:rPr>
          <w:rFonts w:ascii="Garamond" w:hAnsi="Garamond"/>
          <w:b/>
          <w:bCs/>
          <w:color w:val="000000"/>
        </w:rPr>
        <w:t>A* weaknesses:</w:t>
      </w:r>
    </w:p>
    <w:p w14:paraId="733F935C" w14:textId="1EF125C1" w:rsidR="00B15897" w:rsidRPr="008921B7" w:rsidRDefault="00B15897" w:rsidP="0048619B">
      <w:pPr>
        <w:pStyle w:val="ListParagraph"/>
        <w:numPr>
          <w:ilvl w:val="0"/>
          <w:numId w:val="11"/>
        </w:numPr>
        <w:jc w:val="both"/>
        <w:rPr>
          <w:rFonts w:ascii="Garamond" w:hAnsi="Garamond"/>
        </w:rPr>
      </w:pPr>
      <w:r w:rsidRPr="008921B7">
        <w:rPr>
          <w:rFonts w:ascii="Garamond" w:hAnsi="Garamond"/>
        </w:rPr>
        <w:t>Requires the target to be made visible for the algorithm to calculate distances.</w:t>
      </w:r>
    </w:p>
    <w:p w14:paraId="2848AB81" w14:textId="4D277753" w:rsidR="0048619B" w:rsidRPr="008921B7" w:rsidRDefault="00B15897" w:rsidP="0048619B">
      <w:pPr>
        <w:pStyle w:val="ListParagraph"/>
        <w:numPr>
          <w:ilvl w:val="0"/>
          <w:numId w:val="11"/>
        </w:numPr>
        <w:jc w:val="both"/>
        <w:rPr>
          <w:rFonts w:ascii="Garamond" w:hAnsi="Garamond"/>
        </w:rPr>
      </w:pPr>
      <w:r w:rsidRPr="008921B7">
        <w:rPr>
          <w:rFonts w:ascii="Garamond" w:hAnsi="Garamond"/>
        </w:rPr>
        <w:t>Space required to store nodes visited.</w:t>
      </w:r>
    </w:p>
    <w:p w14:paraId="2E82BDC9" w14:textId="61488EB7" w:rsidR="00B15897" w:rsidRPr="008921B7" w:rsidRDefault="00B15897" w:rsidP="0048619B">
      <w:pPr>
        <w:pStyle w:val="ListParagraph"/>
        <w:numPr>
          <w:ilvl w:val="0"/>
          <w:numId w:val="11"/>
        </w:numPr>
        <w:jc w:val="both"/>
        <w:rPr>
          <w:rFonts w:ascii="Garamond" w:hAnsi="Garamond"/>
        </w:rPr>
      </w:pPr>
      <w:r w:rsidRPr="008921B7">
        <w:rPr>
          <w:rFonts w:ascii="Garamond" w:hAnsi="Garamond"/>
        </w:rPr>
        <w:t>Time complexity to calculate and visit each node.</w:t>
      </w:r>
    </w:p>
    <w:p w14:paraId="6E3A1A3F" w14:textId="77777777" w:rsidR="0048619B" w:rsidRPr="008921B7" w:rsidRDefault="0048619B" w:rsidP="0048619B">
      <w:pPr>
        <w:jc w:val="both"/>
        <w:rPr>
          <w:rFonts w:ascii="Garamond" w:hAnsi="Garamond"/>
          <w:b/>
          <w:bCs/>
        </w:rPr>
      </w:pPr>
    </w:p>
    <w:p w14:paraId="1A838112" w14:textId="77777777" w:rsidR="0048619B" w:rsidRPr="008921B7" w:rsidRDefault="0048619B" w:rsidP="0048619B">
      <w:pPr>
        <w:jc w:val="both"/>
        <w:rPr>
          <w:rFonts w:ascii="Garamond" w:hAnsi="Garamond"/>
          <w:b/>
          <w:bCs/>
        </w:rPr>
      </w:pPr>
    </w:p>
    <w:p w14:paraId="5D39C491" w14:textId="460DCD23" w:rsidR="0048619B" w:rsidRPr="008921B7" w:rsidRDefault="0048619B" w:rsidP="0048619B">
      <w:pPr>
        <w:jc w:val="both"/>
        <w:rPr>
          <w:rFonts w:ascii="Garamond" w:hAnsi="Garamond"/>
          <w:b/>
          <w:bCs/>
        </w:rPr>
      </w:pPr>
      <w:r w:rsidRPr="008921B7">
        <w:rPr>
          <w:rFonts w:ascii="Garamond" w:hAnsi="Garamond"/>
          <w:b/>
          <w:bCs/>
        </w:rPr>
        <w:t>Dijkstra’s strengths</w:t>
      </w:r>
    </w:p>
    <w:p w14:paraId="7B17D707" w14:textId="6E5D2AA9" w:rsidR="0048619B" w:rsidRPr="008921B7" w:rsidRDefault="0048619B" w:rsidP="0048619B">
      <w:pPr>
        <w:pStyle w:val="ListParagraph"/>
        <w:numPr>
          <w:ilvl w:val="0"/>
          <w:numId w:val="10"/>
        </w:numPr>
        <w:jc w:val="both"/>
        <w:rPr>
          <w:rFonts w:ascii="Garamond" w:hAnsi="Garamond"/>
          <w:b/>
          <w:bCs/>
        </w:rPr>
      </w:pPr>
      <w:r w:rsidRPr="008921B7">
        <w:rPr>
          <w:rFonts w:ascii="Garamond" w:hAnsi="Garamond"/>
        </w:rPr>
        <w:t>Will always work for non-negative edge weighted graphs.</w:t>
      </w:r>
    </w:p>
    <w:p w14:paraId="2C18B744" w14:textId="2884166D" w:rsidR="0048619B" w:rsidRPr="008921B7" w:rsidRDefault="0048619B" w:rsidP="0048619B">
      <w:pPr>
        <w:pStyle w:val="ListParagraph"/>
        <w:numPr>
          <w:ilvl w:val="0"/>
          <w:numId w:val="10"/>
        </w:numPr>
        <w:jc w:val="both"/>
        <w:rPr>
          <w:rFonts w:ascii="Garamond" w:hAnsi="Garamond"/>
          <w:b/>
          <w:bCs/>
        </w:rPr>
      </w:pPr>
      <w:r w:rsidRPr="008921B7">
        <w:rPr>
          <w:rFonts w:ascii="Garamond" w:hAnsi="Garamond"/>
        </w:rPr>
        <w:t>Low complexity which is almost linear.</w:t>
      </w:r>
    </w:p>
    <w:p w14:paraId="3B2A34D6" w14:textId="77777777" w:rsidR="0048619B" w:rsidRPr="008921B7" w:rsidRDefault="0048619B" w:rsidP="0048619B">
      <w:pPr>
        <w:jc w:val="both"/>
        <w:rPr>
          <w:rFonts w:ascii="Garamond" w:hAnsi="Garamond"/>
          <w:b/>
          <w:bCs/>
        </w:rPr>
      </w:pPr>
    </w:p>
    <w:p w14:paraId="0761F580" w14:textId="028B7593" w:rsidR="00B15897" w:rsidRPr="008921B7" w:rsidRDefault="0048619B" w:rsidP="0048619B">
      <w:pPr>
        <w:jc w:val="both"/>
        <w:rPr>
          <w:rFonts w:ascii="Garamond" w:hAnsi="Garamond"/>
          <w:b/>
          <w:bCs/>
        </w:rPr>
      </w:pPr>
      <w:r w:rsidRPr="008921B7">
        <w:rPr>
          <w:rFonts w:ascii="Garamond" w:hAnsi="Garamond"/>
          <w:b/>
          <w:bCs/>
        </w:rPr>
        <w:lastRenderedPageBreak/>
        <w:t>Dijkstra’s weaknesses</w:t>
      </w:r>
    </w:p>
    <w:p w14:paraId="1A871C07" w14:textId="7ED5E8C8" w:rsidR="00B15897" w:rsidRPr="008921B7" w:rsidRDefault="007B79E9" w:rsidP="007B79E9">
      <w:pPr>
        <w:pStyle w:val="ListParagraph"/>
        <w:numPr>
          <w:ilvl w:val="0"/>
          <w:numId w:val="17"/>
        </w:numPr>
        <w:jc w:val="both"/>
        <w:rPr>
          <w:rFonts w:ascii="Garamond" w:hAnsi="Garamond"/>
        </w:rPr>
      </w:pPr>
      <w:r w:rsidRPr="008921B7">
        <w:rPr>
          <w:rFonts w:ascii="Garamond" w:hAnsi="Garamond"/>
        </w:rPr>
        <w:t>Dijkstra performs a blind search which can become time consuming</w:t>
      </w:r>
    </w:p>
    <w:p w14:paraId="71908F3A" w14:textId="7FAA8AE8" w:rsidR="007B79E9" w:rsidRPr="008921B7" w:rsidRDefault="007B79E9" w:rsidP="007B79E9">
      <w:pPr>
        <w:pStyle w:val="ListParagraph"/>
        <w:numPr>
          <w:ilvl w:val="0"/>
          <w:numId w:val="17"/>
        </w:numPr>
        <w:jc w:val="both"/>
        <w:rPr>
          <w:rFonts w:ascii="Garamond" w:hAnsi="Garamond"/>
        </w:rPr>
      </w:pPr>
      <w:r w:rsidRPr="008921B7">
        <w:rPr>
          <w:rFonts w:ascii="Garamond" w:hAnsi="Garamond"/>
        </w:rPr>
        <w:t>Cannot handle negative edge weights</w:t>
      </w:r>
    </w:p>
    <w:p w14:paraId="1A02019B" w14:textId="77777777" w:rsidR="00A41E91" w:rsidRPr="008921B7" w:rsidRDefault="00000000" w:rsidP="0048619B">
      <w:pPr>
        <w:pStyle w:val="Heading1"/>
        <w:jc w:val="both"/>
        <w:rPr>
          <w:rFonts w:ascii="Garamond" w:hAnsi="Garamond"/>
        </w:rPr>
      </w:pPr>
      <w:bookmarkStart w:id="5" w:name="_Toc187701389"/>
      <w:r w:rsidRPr="008921B7">
        <w:rPr>
          <w:rFonts w:ascii="Garamond" w:hAnsi="Garamond"/>
        </w:rPr>
        <w:t>3. Implementation Development Process</w:t>
      </w:r>
      <w:bookmarkEnd w:id="5"/>
    </w:p>
    <w:p w14:paraId="351881D7" w14:textId="19A660E7" w:rsidR="0031619C" w:rsidRPr="008921B7" w:rsidRDefault="0031619C" w:rsidP="0048619B">
      <w:pPr>
        <w:jc w:val="both"/>
        <w:rPr>
          <w:rFonts w:ascii="Garamond" w:hAnsi="Garamond"/>
        </w:rPr>
      </w:pPr>
      <w:r w:rsidRPr="008921B7">
        <w:rPr>
          <w:rFonts w:ascii="Garamond" w:hAnsi="Garamond"/>
        </w:rPr>
        <w:t xml:space="preserve">As implementing, the biggest challenge was time, and as time was my biggest challenge there had to be some sacrifices, and the sacrifice made was that the decision to implement an algorithm to search through the 20x20 map was not Dijkstra’s or A* algorithm. The algorithm decided on was the wall following algorithm. This algorithm hugs a wall and follows it until the target is visited. The wall that the algorithm follows is the </w:t>
      </w:r>
      <w:r w:rsidR="00637200" w:rsidRPr="008921B7">
        <w:rPr>
          <w:rFonts w:ascii="Garamond" w:hAnsi="Garamond"/>
        </w:rPr>
        <w:t>right-hand</w:t>
      </w:r>
      <w:r w:rsidRPr="008921B7">
        <w:rPr>
          <w:rFonts w:ascii="Garamond" w:hAnsi="Garamond"/>
        </w:rPr>
        <w:t xml:space="preserve"> side wall because the target is always in the top </w:t>
      </w:r>
      <w:r w:rsidR="00637200" w:rsidRPr="008921B7">
        <w:rPr>
          <w:rFonts w:ascii="Garamond" w:hAnsi="Garamond"/>
        </w:rPr>
        <w:t>right-hand</w:t>
      </w:r>
      <w:r w:rsidRPr="008921B7">
        <w:rPr>
          <w:rFonts w:ascii="Garamond" w:hAnsi="Garamond"/>
        </w:rPr>
        <w:t xml:space="preserve"> side of the map. Because this is the case, it would be more efficient to follow the right hand side wall because of the idea that when you follow the left wall, you would have to get to the very top and when this is done it would always go to the top left of the 20x20 map, however with the right hand side, it will always reach for the top right hand side of the map first. </w:t>
      </w:r>
    </w:p>
    <w:p w14:paraId="32F4FB8D" w14:textId="77777777" w:rsidR="0031619C" w:rsidRPr="008921B7" w:rsidRDefault="0031619C" w:rsidP="0048619B">
      <w:pPr>
        <w:jc w:val="both"/>
        <w:rPr>
          <w:rFonts w:ascii="Garamond" w:hAnsi="Garamond"/>
        </w:rPr>
      </w:pPr>
    </w:p>
    <w:p w14:paraId="058AF81E" w14:textId="467204C3" w:rsidR="0031619C" w:rsidRPr="008921B7" w:rsidRDefault="0031619C" w:rsidP="0048619B">
      <w:pPr>
        <w:jc w:val="both"/>
        <w:rPr>
          <w:rFonts w:ascii="Garamond" w:hAnsi="Garamond"/>
        </w:rPr>
      </w:pPr>
      <w:r w:rsidRPr="008921B7">
        <w:rPr>
          <w:rFonts w:ascii="Garamond" w:hAnsi="Garamond"/>
        </w:rPr>
        <w:t xml:space="preserve">Another challenge during development was understanding on the method of turning and which direction the player is facing, as the player is created, he is started facing north as the default setting, knowing this, all would be necessary would be to have </w:t>
      </w:r>
      <w:r w:rsidR="00637200" w:rsidRPr="008921B7">
        <w:rPr>
          <w:rFonts w:ascii="Garamond" w:hAnsi="Garamond"/>
        </w:rPr>
        <w:t>a switch case for turning right and turning left. However, as the algorithm does work, a problem of this algorithm is that there is no implementation of understanding if the node has already been visited, this means that while turning, it does not consider that the node travelling to has already been visited and is using moves in a wasteful manner. This was made known when debugging, because when debugging, there is an annotated an implementation of a counter, each time the implementation has been run, the counter goes up by 1, every 30 runs, another printed version of the map is outputted to the console. When viewing the console, the player had sometimes gone forward 5 steps, turns and goes backwards a couple of steps and turns again. There has been no implementation to fix this bug within the algorithm yet.</w:t>
      </w:r>
    </w:p>
    <w:p w14:paraId="17F8EC4B" w14:textId="6104E791" w:rsidR="00A41E91" w:rsidRPr="008921B7" w:rsidRDefault="00A41E91" w:rsidP="00637200">
      <w:pPr>
        <w:jc w:val="both"/>
        <w:rPr>
          <w:rFonts w:ascii="Garamond" w:hAnsi="Garamond"/>
        </w:rPr>
      </w:pPr>
    </w:p>
    <w:p w14:paraId="3FF53B21" w14:textId="6599776E" w:rsidR="00637200" w:rsidRPr="008921B7" w:rsidRDefault="00000000" w:rsidP="007B79E9">
      <w:pPr>
        <w:pStyle w:val="Heading1"/>
        <w:jc w:val="both"/>
        <w:rPr>
          <w:rFonts w:ascii="Garamond" w:hAnsi="Garamond"/>
        </w:rPr>
      </w:pPr>
      <w:bookmarkStart w:id="6" w:name="_Toc187701390"/>
      <w:r w:rsidRPr="008921B7">
        <w:rPr>
          <w:rFonts w:ascii="Garamond" w:hAnsi="Garamond"/>
        </w:rPr>
        <w:lastRenderedPageBreak/>
        <w:t>4. Results and Analysis</w:t>
      </w:r>
      <w:bookmarkEnd w:id="6"/>
    </w:p>
    <w:p w14:paraId="5ED3FDB1" w14:textId="6790F2DB" w:rsidR="00637200" w:rsidRPr="008921B7" w:rsidRDefault="00637200" w:rsidP="0048619B">
      <w:pPr>
        <w:jc w:val="both"/>
        <w:rPr>
          <w:rFonts w:ascii="Garamond" w:hAnsi="Garamond"/>
        </w:rPr>
      </w:pPr>
      <w:r w:rsidRPr="008921B7">
        <w:rPr>
          <w:rFonts w:ascii="Garamond" w:hAnsi="Garamond"/>
        </w:rPr>
        <w:drawing>
          <wp:inline distT="0" distB="0" distL="0" distR="0" wp14:anchorId="3EC1AD13" wp14:editId="1B23DD69">
            <wp:extent cx="3591426" cy="4401164"/>
            <wp:effectExtent l="0" t="0" r="9525" b="0"/>
            <wp:docPr id="2142004021" name="Picture 1" descr="A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04021" name="Picture 1" descr="A screen shot of a black screen&#10;&#10;Description automatically generated"/>
                    <pic:cNvPicPr/>
                  </pic:nvPicPr>
                  <pic:blipFill>
                    <a:blip r:embed="rId6"/>
                    <a:stretch>
                      <a:fillRect/>
                    </a:stretch>
                  </pic:blipFill>
                  <pic:spPr>
                    <a:xfrm>
                      <a:off x="0" y="0"/>
                      <a:ext cx="3591426" cy="4401164"/>
                    </a:xfrm>
                    <a:prstGeom prst="rect">
                      <a:avLst/>
                    </a:prstGeom>
                  </pic:spPr>
                </pic:pic>
              </a:graphicData>
            </a:graphic>
          </wp:inline>
        </w:drawing>
      </w:r>
    </w:p>
    <w:p w14:paraId="658DE872" w14:textId="6188E209" w:rsidR="00637200" w:rsidRPr="008921B7" w:rsidRDefault="00637200" w:rsidP="0048619B">
      <w:pPr>
        <w:jc w:val="both"/>
        <w:rPr>
          <w:rStyle w:val="SubtleEmphasis"/>
          <w:rFonts w:ascii="Garamond" w:hAnsi="Garamond"/>
        </w:rPr>
      </w:pPr>
      <w:r w:rsidRPr="008921B7">
        <w:rPr>
          <w:rStyle w:val="SubtleEmphasis"/>
          <w:rFonts w:ascii="Garamond" w:hAnsi="Garamond"/>
        </w:rPr>
        <w:t>Figure 1, Title: Summary of results</w:t>
      </w:r>
      <w:r w:rsidR="005D6799" w:rsidRPr="008921B7">
        <w:rPr>
          <w:rStyle w:val="SubtleEmphasis"/>
          <w:rFonts w:ascii="Garamond" w:hAnsi="Garamond"/>
        </w:rPr>
        <w:t xml:space="preserve"> (debugging)</w:t>
      </w:r>
      <w:r w:rsidRPr="008921B7">
        <w:rPr>
          <w:rStyle w:val="SubtleEmphasis"/>
          <w:rFonts w:ascii="Garamond" w:hAnsi="Garamond"/>
        </w:rPr>
        <w:t>, Author: Kallem G Thomas 2304300</w:t>
      </w:r>
    </w:p>
    <w:p w14:paraId="59CBC9A5" w14:textId="3C768614" w:rsidR="005D6799" w:rsidRPr="008921B7" w:rsidRDefault="005D6799" w:rsidP="0048619B">
      <w:pPr>
        <w:jc w:val="both"/>
        <w:rPr>
          <w:rStyle w:val="SubtleEmphasis"/>
          <w:rFonts w:ascii="Garamond" w:hAnsi="Garamond"/>
        </w:rPr>
      </w:pPr>
      <w:r w:rsidRPr="008921B7">
        <w:rPr>
          <w:rStyle w:val="SubtleEmphasis"/>
          <w:rFonts w:ascii="Garamond" w:hAnsi="Garamond"/>
        </w:rPr>
        <w:drawing>
          <wp:inline distT="0" distB="0" distL="0" distR="0" wp14:anchorId="2A02866F" wp14:editId="233AD70F">
            <wp:extent cx="4829849" cy="1676634"/>
            <wp:effectExtent l="0" t="0" r="8890" b="0"/>
            <wp:docPr id="75731491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14916" name="Picture 1" descr="A black screen with white text&#10;&#10;Description automatically generated"/>
                    <pic:cNvPicPr/>
                  </pic:nvPicPr>
                  <pic:blipFill>
                    <a:blip r:embed="rId7"/>
                    <a:stretch>
                      <a:fillRect/>
                    </a:stretch>
                  </pic:blipFill>
                  <pic:spPr>
                    <a:xfrm>
                      <a:off x="0" y="0"/>
                      <a:ext cx="4829849" cy="1676634"/>
                    </a:xfrm>
                    <a:prstGeom prst="rect">
                      <a:avLst/>
                    </a:prstGeom>
                  </pic:spPr>
                </pic:pic>
              </a:graphicData>
            </a:graphic>
          </wp:inline>
        </w:drawing>
      </w:r>
    </w:p>
    <w:p w14:paraId="40AC82D8" w14:textId="076D22FB" w:rsidR="005D6799" w:rsidRPr="008921B7" w:rsidRDefault="005D6799" w:rsidP="005D6799">
      <w:pPr>
        <w:jc w:val="both"/>
        <w:rPr>
          <w:rStyle w:val="SubtleEmphasis"/>
          <w:rFonts w:ascii="Garamond" w:hAnsi="Garamond"/>
        </w:rPr>
      </w:pPr>
      <w:r w:rsidRPr="008921B7">
        <w:rPr>
          <w:rStyle w:val="SubtleEmphasis"/>
          <w:rFonts w:ascii="Garamond" w:hAnsi="Garamond"/>
        </w:rPr>
        <w:t>Figure</w:t>
      </w:r>
      <w:r w:rsidRPr="008921B7">
        <w:rPr>
          <w:rStyle w:val="SubtleEmphasis"/>
          <w:rFonts w:ascii="Garamond" w:hAnsi="Garamond"/>
        </w:rPr>
        <w:t xml:space="preserve"> 2</w:t>
      </w:r>
      <w:r w:rsidRPr="008921B7">
        <w:rPr>
          <w:rStyle w:val="SubtleEmphasis"/>
          <w:rFonts w:ascii="Garamond" w:hAnsi="Garamond"/>
        </w:rPr>
        <w:t>, Title: Summary of results</w:t>
      </w:r>
      <w:r w:rsidRPr="008921B7">
        <w:rPr>
          <w:rStyle w:val="SubtleEmphasis"/>
          <w:rFonts w:ascii="Garamond" w:hAnsi="Garamond"/>
        </w:rPr>
        <w:t xml:space="preserve"> (No Debugging)</w:t>
      </w:r>
      <w:r w:rsidRPr="008921B7">
        <w:rPr>
          <w:rStyle w:val="SubtleEmphasis"/>
          <w:rFonts w:ascii="Garamond" w:hAnsi="Garamond"/>
        </w:rPr>
        <w:t>, Author: Kallem G Thomas 2304300</w:t>
      </w:r>
    </w:p>
    <w:p w14:paraId="2F7AA88F" w14:textId="2B452CB6" w:rsidR="00637200" w:rsidRPr="008921B7" w:rsidRDefault="005D6799" w:rsidP="0048619B">
      <w:pPr>
        <w:jc w:val="both"/>
        <w:rPr>
          <w:rFonts w:ascii="Garamond" w:hAnsi="Garamond"/>
        </w:rPr>
      </w:pPr>
      <w:r w:rsidRPr="008921B7">
        <w:rPr>
          <w:rFonts w:ascii="Garamond" w:hAnsi="Garamond"/>
        </w:rPr>
        <w:lastRenderedPageBreak/>
        <w:drawing>
          <wp:inline distT="0" distB="0" distL="0" distR="0" wp14:anchorId="17D11909" wp14:editId="42B83F80">
            <wp:extent cx="3572374" cy="4401164"/>
            <wp:effectExtent l="0" t="0" r="9525" b="0"/>
            <wp:docPr id="77156805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68050" name="Picture 1" descr="A screenshot of a computer screen&#10;&#10;Description automatically generated"/>
                    <pic:cNvPicPr/>
                  </pic:nvPicPr>
                  <pic:blipFill>
                    <a:blip r:embed="rId8"/>
                    <a:stretch>
                      <a:fillRect/>
                    </a:stretch>
                  </pic:blipFill>
                  <pic:spPr>
                    <a:xfrm>
                      <a:off x="0" y="0"/>
                      <a:ext cx="3572374" cy="4401164"/>
                    </a:xfrm>
                    <a:prstGeom prst="rect">
                      <a:avLst/>
                    </a:prstGeom>
                  </pic:spPr>
                </pic:pic>
              </a:graphicData>
            </a:graphic>
          </wp:inline>
        </w:drawing>
      </w:r>
    </w:p>
    <w:p w14:paraId="1DD4BB81" w14:textId="0501B2C3" w:rsidR="005D6799" w:rsidRPr="008921B7" w:rsidRDefault="005D6799" w:rsidP="005D6799">
      <w:pPr>
        <w:jc w:val="center"/>
        <w:rPr>
          <w:rStyle w:val="SubtleEmphasis"/>
          <w:rFonts w:ascii="Garamond" w:hAnsi="Garamond"/>
        </w:rPr>
      </w:pPr>
      <w:r w:rsidRPr="008921B7">
        <w:rPr>
          <w:rStyle w:val="SubtleEmphasis"/>
          <w:rFonts w:ascii="Garamond" w:hAnsi="Garamond"/>
        </w:rPr>
        <w:t xml:space="preserve">Figure </w:t>
      </w:r>
      <w:r w:rsidRPr="008921B7">
        <w:rPr>
          <w:rStyle w:val="SubtleEmphasis"/>
          <w:rFonts w:ascii="Garamond" w:hAnsi="Garamond"/>
        </w:rPr>
        <w:t>3</w:t>
      </w:r>
      <w:r w:rsidRPr="008921B7">
        <w:rPr>
          <w:rStyle w:val="SubtleEmphasis"/>
          <w:rFonts w:ascii="Garamond" w:hAnsi="Garamond"/>
        </w:rPr>
        <w:t>, Title: Summary of results (</w:t>
      </w:r>
      <w:r w:rsidRPr="008921B7">
        <w:rPr>
          <w:rStyle w:val="SubtleEmphasis"/>
          <w:rFonts w:ascii="Garamond" w:hAnsi="Garamond"/>
        </w:rPr>
        <w:t>efficient</w:t>
      </w:r>
      <w:r w:rsidRPr="008921B7">
        <w:rPr>
          <w:rStyle w:val="SubtleEmphasis"/>
          <w:rFonts w:ascii="Garamond" w:hAnsi="Garamond"/>
        </w:rPr>
        <w:t>), Author: Kallem G Thomas 2304300</w:t>
      </w:r>
    </w:p>
    <w:p w14:paraId="2D84F15D" w14:textId="7426BBA1" w:rsidR="005D6799" w:rsidRPr="008921B7" w:rsidRDefault="005D6799" w:rsidP="005D6799">
      <w:pPr>
        <w:jc w:val="both"/>
        <w:rPr>
          <w:rStyle w:val="SubtleEmphasis"/>
          <w:rFonts w:ascii="Garamond" w:hAnsi="Garamond"/>
        </w:rPr>
      </w:pPr>
      <w:r w:rsidRPr="008921B7">
        <w:rPr>
          <w:rStyle w:val="SubtleEmphasis"/>
          <w:rFonts w:ascii="Garamond" w:hAnsi="Garamond"/>
        </w:rPr>
        <w:lastRenderedPageBreak/>
        <w:drawing>
          <wp:anchor distT="0" distB="0" distL="114300" distR="114300" simplePos="0" relativeHeight="251658240" behindDoc="0" locked="0" layoutInCell="1" allowOverlap="1" wp14:anchorId="519737C0" wp14:editId="08C2538A">
            <wp:simplePos x="1140031" y="914400"/>
            <wp:positionH relativeFrom="column">
              <wp:align>left</wp:align>
            </wp:positionH>
            <wp:positionV relativeFrom="paragraph">
              <wp:align>top</wp:align>
            </wp:positionV>
            <wp:extent cx="3629532" cy="4467849"/>
            <wp:effectExtent l="0" t="0" r="9525" b="9525"/>
            <wp:wrapSquare wrapText="bothSides"/>
            <wp:docPr id="1983726405"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726405" name="Picture 1" descr="A screen shot of a computer screen&#10;&#10;Description automatically generated"/>
                    <pic:cNvPicPr/>
                  </pic:nvPicPr>
                  <pic:blipFill>
                    <a:blip r:embed="rId9"/>
                    <a:stretch>
                      <a:fillRect/>
                    </a:stretch>
                  </pic:blipFill>
                  <pic:spPr>
                    <a:xfrm>
                      <a:off x="0" y="0"/>
                      <a:ext cx="3629532" cy="4467849"/>
                    </a:xfrm>
                    <a:prstGeom prst="rect">
                      <a:avLst/>
                    </a:prstGeom>
                  </pic:spPr>
                </pic:pic>
              </a:graphicData>
            </a:graphic>
          </wp:anchor>
        </w:drawing>
      </w:r>
      <w:r w:rsidRPr="008921B7">
        <w:rPr>
          <w:rStyle w:val="SubtleEmphasis"/>
          <w:rFonts w:ascii="Garamond" w:hAnsi="Garamond"/>
        </w:rPr>
        <w:br w:type="textWrapping" w:clear="all"/>
      </w:r>
      <w:r w:rsidRPr="008921B7">
        <w:rPr>
          <w:rStyle w:val="SubtleEmphasis"/>
          <w:rFonts w:ascii="Garamond" w:hAnsi="Garamond"/>
        </w:rPr>
        <w:t xml:space="preserve">Figure </w:t>
      </w:r>
      <w:r w:rsidRPr="008921B7">
        <w:rPr>
          <w:rStyle w:val="SubtleEmphasis"/>
          <w:rFonts w:ascii="Garamond" w:hAnsi="Garamond"/>
        </w:rPr>
        <w:t>4</w:t>
      </w:r>
      <w:r w:rsidRPr="008921B7">
        <w:rPr>
          <w:rStyle w:val="SubtleEmphasis"/>
          <w:rFonts w:ascii="Garamond" w:hAnsi="Garamond"/>
        </w:rPr>
        <w:t>, Title: Summary of results (</w:t>
      </w:r>
      <w:r w:rsidRPr="008921B7">
        <w:rPr>
          <w:rStyle w:val="SubtleEmphasis"/>
          <w:rFonts w:ascii="Garamond" w:hAnsi="Garamond"/>
        </w:rPr>
        <w:t>inefficiency</w:t>
      </w:r>
      <w:r w:rsidRPr="008921B7">
        <w:rPr>
          <w:rStyle w:val="SubtleEmphasis"/>
          <w:rFonts w:ascii="Garamond" w:hAnsi="Garamond"/>
        </w:rPr>
        <w:t>), Author: Kallem G Thomas 2304300</w:t>
      </w:r>
    </w:p>
    <w:p w14:paraId="4CA09963" w14:textId="76A649E5" w:rsidR="005D6799" w:rsidRPr="008921B7" w:rsidRDefault="005A23F6" w:rsidP="005D6799">
      <w:pPr>
        <w:jc w:val="both"/>
        <w:rPr>
          <w:rStyle w:val="SubtleEmphasis"/>
          <w:rFonts w:ascii="Garamond" w:hAnsi="Garamond"/>
        </w:rPr>
      </w:pPr>
      <w:r w:rsidRPr="008921B7">
        <w:rPr>
          <w:rFonts w:ascii="Garamond" w:hAnsi="Garamond"/>
          <w:i/>
          <w:iCs/>
          <w:noProof/>
          <w:color w:val="808080" w:themeColor="text1" w:themeTint="7F"/>
        </w:rPr>
        <mc:AlternateContent>
          <mc:Choice Requires="wps">
            <w:drawing>
              <wp:anchor distT="0" distB="0" distL="114300" distR="114300" simplePos="0" relativeHeight="251660288" behindDoc="0" locked="0" layoutInCell="1" allowOverlap="1" wp14:anchorId="2AA5AFAD" wp14:editId="2FD51C55">
                <wp:simplePos x="0" y="0"/>
                <wp:positionH relativeFrom="column">
                  <wp:posOffset>2143636</wp:posOffset>
                </wp:positionH>
                <wp:positionV relativeFrom="paragraph">
                  <wp:posOffset>268605</wp:posOffset>
                </wp:positionV>
                <wp:extent cx="123454" cy="11876"/>
                <wp:effectExtent l="57150" t="38100" r="67310" b="83820"/>
                <wp:wrapNone/>
                <wp:docPr id="1098610908" name="Straight Connector 2"/>
                <wp:cNvGraphicFramePr/>
                <a:graphic xmlns:a="http://schemas.openxmlformats.org/drawingml/2006/main">
                  <a:graphicData uri="http://schemas.microsoft.com/office/word/2010/wordprocessingShape">
                    <wps:wsp>
                      <wps:cNvCnPr/>
                      <wps:spPr>
                        <a:xfrm flipH="1" flipV="1">
                          <a:off x="0" y="0"/>
                          <a:ext cx="123454" cy="11876"/>
                        </a:xfrm>
                        <a:prstGeom prst="line">
                          <a:avLst/>
                        </a:prstGeom>
                        <a:ln>
                          <a:solidFill>
                            <a:schemeClr val="accent4">
                              <a:lumMod val="60000"/>
                              <a:lumOff val="4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701BE6"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8pt,21.15pt" to="178.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" strokecolor="#b2a1c7 [1943]" strokeweight="2pt">
                <v:shadow on="t" color="black" opacity="24903f" origin=",.5" offset="0,.55556mm"/>
              </v:line>
            </w:pict>
          </mc:Fallback>
        </mc:AlternateContent>
      </w:r>
      <w:r w:rsidRPr="008921B7">
        <w:rPr>
          <w:rFonts w:ascii="Garamond" w:hAnsi="Garamond"/>
          <w:i/>
          <w:iCs/>
          <w:noProof/>
          <w:color w:val="808080" w:themeColor="text1" w:themeTint="7F"/>
        </w:rPr>
        <mc:AlternateContent>
          <mc:Choice Requires="wps">
            <w:drawing>
              <wp:anchor distT="0" distB="0" distL="114300" distR="114300" simplePos="0" relativeHeight="251662336" behindDoc="0" locked="0" layoutInCell="1" allowOverlap="1" wp14:anchorId="2C0E0310" wp14:editId="492AD369">
                <wp:simplePos x="0" y="0"/>
                <wp:positionH relativeFrom="column">
                  <wp:posOffset>2217386</wp:posOffset>
                </wp:positionH>
                <wp:positionV relativeFrom="paragraph">
                  <wp:posOffset>280892</wp:posOffset>
                </wp:positionV>
                <wp:extent cx="33729" cy="116279"/>
                <wp:effectExtent l="38100" t="38100" r="61595" b="74295"/>
                <wp:wrapNone/>
                <wp:docPr id="417778976" name="Straight Connector 2"/>
                <wp:cNvGraphicFramePr/>
                <a:graphic xmlns:a="http://schemas.openxmlformats.org/drawingml/2006/main">
                  <a:graphicData uri="http://schemas.microsoft.com/office/word/2010/wordprocessingShape">
                    <wps:wsp>
                      <wps:cNvCnPr/>
                      <wps:spPr>
                        <a:xfrm flipV="1">
                          <a:off x="0" y="0"/>
                          <a:ext cx="33729" cy="116279"/>
                        </a:xfrm>
                        <a:prstGeom prst="line">
                          <a:avLst/>
                        </a:prstGeom>
                        <a:ln>
                          <a:solidFill>
                            <a:schemeClr val="accent4">
                              <a:lumMod val="60000"/>
                              <a:lumOff val="4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61C587" id="Straight Connector 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6pt,22.1pt" to="177.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" strokecolor="#b2a1c7 [1943]" strokeweight="2pt">
                <v:shadow on="t" color="black" opacity="24903f" origin=",.5" offset="0,.55556mm"/>
              </v:line>
            </w:pict>
          </mc:Fallback>
        </mc:AlternateContent>
      </w:r>
      <w:r w:rsidRPr="008921B7">
        <w:rPr>
          <w:rFonts w:ascii="Garamond" w:hAnsi="Garamond"/>
          <w:i/>
          <w:iCs/>
          <w:noProof/>
          <w:color w:val="808080" w:themeColor="text1" w:themeTint="7F"/>
        </w:rPr>
        <mc:AlternateContent>
          <mc:Choice Requires="wps">
            <w:drawing>
              <wp:anchor distT="0" distB="0" distL="114300" distR="114300" simplePos="0" relativeHeight="251659264" behindDoc="0" locked="0" layoutInCell="1" allowOverlap="1" wp14:anchorId="66DE943B" wp14:editId="450ED3B8">
                <wp:simplePos x="0" y="0"/>
                <wp:positionH relativeFrom="column">
                  <wp:posOffset>2096737</wp:posOffset>
                </wp:positionH>
                <wp:positionV relativeFrom="paragraph">
                  <wp:posOffset>178715</wp:posOffset>
                </wp:positionV>
                <wp:extent cx="1068515" cy="586592"/>
                <wp:effectExtent l="57150" t="19050" r="74930" b="99695"/>
                <wp:wrapNone/>
                <wp:docPr id="378720868" name="Oval 1"/>
                <wp:cNvGraphicFramePr/>
                <a:graphic xmlns:a="http://schemas.openxmlformats.org/drawingml/2006/main">
                  <a:graphicData uri="http://schemas.microsoft.com/office/word/2010/wordprocessingShape">
                    <wps:wsp>
                      <wps:cNvSpPr/>
                      <wps:spPr>
                        <a:xfrm>
                          <a:off x="0" y="0"/>
                          <a:ext cx="1068515" cy="586592"/>
                        </a:xfrm>
                        <a:prstGeom prst="ellipse">
                          <a:avLst/>
                        </a:prstGeom>
                        <a:noFill/>
                        <a:ln>
                          <a:solidFill>
                            <a:schemeClr val="accent4">
                              <a:lumMod val="60000"/>
                              <a:lumOff val="4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594E74" id="Oval 1" o:spid="_x0000_s1026" style="position:absolute;margin-left:165.1pt;margin-top:14.05pt;width:84.15pt;height:4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" filled="f" strokecolor="#b2a1c7 [1943]">
                <v:shadow on="t" color="black" opacity="22937f" origin=",.5" offset="0,.63889mm"/>
              </v:oval>
            </w:pict>
          </mc:Fallback>
        </mc:AlternateContent>
      </w:r>
      <w:r w:rsidRPr="008921B7">
        <w:rPr>
          <w:rStyle w:val="SubtleEmphasis"/>
          <w:rFonts w:ascii="Garamond" w:hAnsi="Garamond"/>
        </w:rPr>
        <w:drawing>
          <wp:inline distT="0" distB="0" distL="0" distR="0" wp14:anchorId="12A37CF0" wp14:editId="0D9C6D92">
            <wp:extent cx="3543795" cy="3286584"/>
            <wp:effectExtent l="0" t="0" r="0" b="9525"/>
            <wp:docPr id="1540611961" name="Picture 1" descr="A black and white scree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11961" name="Picture 1" descr="A black and white screen with white letters&#10;&#10;Description automatically generated"/>
                    <pic:cNvPicPr/>
                  </pic:nvPicPr>
                  <pic:blipFill>
                    <a:blip r:embed="rId10"/>
                    <a:stretch>
                      <a:fillRect/>
                    </a:stretch>
                  </pic:blipFill>
                  <pic:spPr>
                    <a:xfrm>
                      <a:off x="0" y="0"/>
                      <a:ext cx="3543795" cy="3286584"/>
                    </a:xfrm>
                    <a:prstGeom prst="rect">
                      <a:avLst/>
                    </a:prstGeom>
                  </pic:spPr>
                </pic:pic>
              </a:graphicData>
            </a:graphic>
          </wp:inline>
        </w:drawing>
      </w:r>
    </w:p>
    <w:p w14:paraId="1A65966F" w14:textId="1C2033DB" w:rsidR="005A23F6" w:rsidRPr="008921B7" w:rsidRDefault="005A23F6" w:rsidP="005D6799">
      <w:pPr>
        <w:jc w:val="both"/>
        <w:rPr>
          <w:rStyle w:val="SubtleEmphasis"/>
          <w:rFonts w:ascii="Garamond" w:hAnsi="Garamond"/>
        </w:rPr>
      </w:pPr>
      <w:r w:rsidRPr="008921B7">
        <w:rPr>
          <w:rStyle w:val="SubtleEmphasis"/>
          <w:rFonts w:ascii="Garamond" w:hAnsi="Garamond"/>
        </w:rPr>
        <w:lastRenderedPageBreak/>
        <w:t xml:space="preserve">Figure </w:t>
      </w:r>
      <w:r w:rsidRPr="008921B7">
        <w:rPr>
          <w:rStyle w:val="SubtleEmphasis"/>
          <w:rFonts w:ascii="Garamond" w:hAnsi="Garamond"/>
        </w:rPr>
        <w:t>5</w:t>
      </w:r>
      <w:r w:rsidRPr="008921B7">
        <w:rPr>
          <w:rStyle w:val="SubtleEmphasis"/>
          <w:rFonts w:ascii="Garamond" w:hAnsi="Garamond"/>
        </w:rPr>
        <w:t>, Title:</w:t>
      </w:r>
      <w:r w:rsidRPr="008921B7">
        <w:rPr>
          <w:rStyle w:val="SubtleEmphasis"/>
          <w:rFonts w:ascii="Garamond" w:hAnsi="Garamond"/>
        </w:rPr>
        <w:t xml:space="preserve"> Glitched Loop</w:t>
      </w:r>
      <w:r w:rsidRPr="008921B7">
        <w:rPr>
          <w:rStyle w:val="SubtleEmphasis"/>
          <w:rFonts w:ascii="Garamond" w:hAnsi="Garamond"/>
        </w:rPr>
        <w:t>, Author: Kallem G Thomas 2304300</w:t>
      </w:r>
    </w:p>
    <w:p w14:paraId="22EAE554" w14:textId="77777777" w:rsidR="005D6799" w:rsidRPr="008921B7" w:rsidRDefault="005D6799" w:rsidP="0048619B">
      <w:pPr>
        <w:jc w:val="both"/>
        <w:rPr>
          <w:rFonts w:ascii="Garamond" w:hAnsi="Garamond"/>
        </w:rPr>
      </w:pPr>
    </w:p>
    <w:p w14:paraId="5DC52993" w14:textId="18292E68" w:rsidR="00637200" w:rsidRPr="008921B7" w:rsidRDefault="00637200" w:rsidP="0048619B">
      <w:pPr>
        <w:jc w:val="both"/>
        <w:rPr>
          <w:rFonts w:ascii="Garamond" w:hAnsi="Garamond"/>
        </w:rPr>
      </w:pPr>
      <w:r w:rsidRPr="008921B7">
        <w:rPr>
          <w:rFonts w:ascii="Garamond" w:hAnsi="Garamond"/>
        </w:rPr>
        <w:t xml:space="preserve">As seen in figure 1, the amount of grid accesses is because of the Counter mentioned before in the implementation process, the </w:t>
      </w:r>
      <w:r w:rsidR="005D6799" w:rsidRPr="008921B7">
        <w:rPr>
          <w:rFonts w:ascii="Garamond" w:hAnsi="Garamond"/>
        </w:rPr>
        <w:t>algorithm would still work just as fine without any grid accesses as seen in Figure 2.</w:t>
      </w:r>
    </w:p>
    <w:p w14:paraId="4CAEB661" w14:textId="0692B387" w:rsidR="005D6799" w:rsidRDefault="005D6799" w:rsidP="0048619B">
      <w:pPr>
        <w:jc w:val="both"/>
        <w:rPr>
          <w:rFonts w:ascii="Garamond" w:hAnsi="Garamond"/>
        </w:rPr>
      </w:pPr>
      <w:r w:rsidRPr="008921B7">
        <w:rPr>
          <w:rFonts w:ascii="Garamond" w:hAnsi="Garamond"/>
        </w:rPr>
        <w:t>An interesting portion of the results are that the results vary from efficient to inefficient, as seen in Figure 3, the results took one print of the grid and managed to get through the map no problem, However in Figure 4 the grid was accessed 2000 times</w:t>
      </w:r>
      <w:r w:rsidR="005A23F6" w:rsidRPr="008921B7">
        <w:rPr>
          <w:rFonts w:ascii="Garamond" w:hAnsi="Garamond"/>
        </w:rPr>
        <w:t xml:space="preserve">. Another interesting result was that if the player has found a small loop in the lines of </w:t>
      </w:r>
      <w:proofErr w:type="gramStart"/>
      <w:r w:rsidR="005A23F6" w:rsidRPr="008921B7">
        <w:rPr>
          <w:rFonts w:ascii="Garamond" w:hAnsi="Garamond"/>
        </w:rPr>
        <w:t>walls</w:t>
      </w:r>
      <w:proofErr w:type="gramEnd"/>
      <w:r w:rsidR="005A23F6" w:rsidRPr="008921B7">
        <w:rPr>
          <w:rFonts w:ascii="Garamond" w:hAnsi="Garamond"/>
        </w:rPr>
        <w:t xml:space="preserve"> then </w:t>
      </w:r>
      <w:r w:rsidR="008921B7" w:rsidRPr="008921B7">
        <w:rPr>
          <w:rFonts w:ascii="Garamond" w:hAnsi="Garamond"/>
        </w:rPr>
        <w:t>as there</w:t>
      </w:r>
      <w:r w:rsidR="005A23F6" w:rsidRPr="008921B7">
        <w:rPr>
          <w:rFonts w:ascii="Garamond" w:hAnsi="Garamond"/>
        </w:rPr>
        <w:t xml:space="preserve"> is no way to check if that node has been accessed then it would continue to think "This is an okay move” and continue to loop itself around 2 gaps in the wall. This </w:t>
      </w:r>
      <w:proofErr w:type="gramStart"/>
      <w:r w:rsidR="005A23F6" w:rsidRPr="008921B7">
        <w:rPr>
          <w:rFonts w:ascii="Garamond" w:hAnsi="Garamond"/>
        </w:rPr>
        <w:t>is able to</w:t>
      </w:r>
      <w:proofErr w:type="gramEnd"/>
      <w:r w:rsidR="005A23F6" w:rsidRPr="008921B7">
        <w:rPr>
          <w:rFonts w:ascii="Garamond" w:hAnsi="Garamond"/>
        </w:rPr>
        <w:t xml:space="preserve"> be seen in Figure 5.</w:t>
      </w:r>
    </w:p>
    <w:p w14:paraId="38B999B3" w14:textId="53B3469A" w:rsidR="005A56D7" w:rsidRDefault="005A56D7" w:rsidP="005A56D7">
      <w:pPr>
        <w:pStyle w:val="Heading1"/>
      </w:pPr>
      <w:bookmarkStart w:id="7" w:name="_Toc187701391"/>
      <w:r>
        <w:t>Implementation</w:t>
      </w:r>
      <w:bookmarkEnd w:id="7"/>
    </w:p>
    <w:p w14:paraId="235C968A" w14:textId="77777777" w:rsidR="003A7A33" w:rsidRDefault="003A7A33" w:rsidP="003A7A33"/>
    <w:p w14:paraId="77E2BE3F" w14:textId="1DF644D2" w:rsidR="003A7A33" w:rsidRDefault="003A7A33" w:rsidP="003A7A33">
      <w:proofErr w:type="spellStart"/>
      <w:r>
        <w:t>Ctrl+Click</w:t>
      </w:r>
      <w:proofErr w:type="spellEnd"/>
      <w:r>
        <w:t xml:space="preserve"> here for the implementation:</w:t>
      </w:r>
    </w:p>
    <w:p w14:paraId="17B7AE1C" w14:textId="0BBAEC0E" w:rsidR="003A7A33" w:rsidRPr="003A7A33" w:rsidRDefault="003A7A33" w:rsidP="003A7A33">
      <w:hyperlink r:id="rId11" w:history="1">
        <w:r w:rsidRPr="002A1BA6">
          <w:rPr>
            <w:rStyle w:val="Hyperlink"/>
          </w:rPr>
          <w:t>https://drive.google.com/file/d/158FDpY6h6TdHTn7DSRmDWmPJLvIWKwPp/view?usp=sharing</w:t>
        </w:r>
      </w:hyperlink>
    </w:p>
    <w:p w14:paraId="71D14330" w14:textId="24BC4592" w:rsidR="00A41E91" w:rsidRPr="008921B7" w:rsidRDefault="00000000" w:rsidP="0048619B">
      <w:pPr>
        <w:pStyle w:val="Heading1"/>
        <w:jc w:val="both"/>
        <w:rPr>
          <w:rFonts w:ascii="Garamond" w:hAnsi="Garamond"/>
        </w:rPr>
      </w:pPr>
      <w:bookmarkStart w:id="8" w:name="_Toc187701392"/>
      <w:r w:rsidRPr="008921B7">
        <w:rPr>
          <w:rFonts w:ascii="Garamond" w:hAnsi="Garamond"/>
        </w:rPr>
        <w:t>5. Reflection</w:t>
      </w:r>
      <w:bookmarkEnd w:id="8"/>
    </w:p>
    <w:p w14:paraId="1A8F2F4F" w14:textId="3933D209" w:rsidR="007B79E9" w:rsidRPr="008921B7" w:rsidRDefault="005A23F6" w:rsidP="007B79E9">
      <w:pPr>
        <w:jc w:val="both"/>
        <w:rPr>
          <w:rFonts w:ascii="Garamond" w:hAnsi="Garamond"/>
        </w:rPr>
      </w:pPr>
      <w:r w:rsidRPr="008921B7">
        <w:rPr>
          <w:rFonts w:ascii="Garamond" w:hAnsi="Garamond"/>
        </w:rPr>
        <w:t xml:space="preserve">Future improvements of my algorithm </w:t>
      </w:r>
      <w:proofErr w:type="gramStart"/>
      <w:r w:rsidRPr="008921B7">
        <w:rPr>
          <w:rFonts w:ascii="Garamond" w:hAnsi="Garamond"/>
        </w:rPr>
        <w:t>is</w:t>
      </w:r>
      <w:proofErr w:type="gramEnd"/>
      <w:r w:rsidRPr="008921B7">
        <w:rPr>
          <w:rFonts w:ascii="Garamond" w:hAnsi="Garamond"/>
        </w:rPr>
        <w:t xml:space="preserve"> to implement an “Already been here” method so that the Figure 5 glitch and inefficiency problem is fixed</w:t>
      </w:r>
      <w:r w:rsidR="007B79E9" w:rsidRPr="008921B7">
        <w:rPr>
          <w:rFonts w:ascii="Garamond" w:hAnsi="Garamond"/>
        </w:rPr>
        <w:t>.</w:t>
      </w:r>
    </w:p>
    <w:p w14:paraId="5243B5FF" w14:textId="7EA4FD1D" w:rsidR="00A41E91" w:rsidRPr="008921B7" w:rsidRDefault="00000000" w:rsidP="007B79E9">
      <w:pPr>
        <w:pStyle w:val="Heading1"/>
        <w:jc w:val="both"/>
        <w:rPr>
          <w:rFonts w:ascii="Garamond" w:hAnsi="Garamond"/>
        </w:rPr>
      </w:pPr>
      <w:bookmarkStart w:id="9" w:name="_Toc187701393"/>
      <w:r w:rsidRPr="008921B7">
        <w:rPr>
          <w:rFonts w:ascii="Garamond" w:hAnsi="Garamond"/>
        </w:rPr>
        <w:t>References</w:t>
      </w:r>
      <w:bookmarkEnd w:id="9"/>
    </w:p>
    <w:sdt>
      <w:sdtPr>
        <w:rPr>
          <w:rFonts w:ascii="Garamond" w:hAnsi="Garamond"/>
        </w:rPr>
        <w:tag w:val="rw.bWnCOutputStyleIdiblio"/>
        <w:id w:val="-1147361594"/>
        <w:placeholder>
          <w:docPart w:val="CE5FA6F194014F1C85B004CDF504255C"/>
        </w:placeholder>
      </w:sdtPr>
      <w:sdtEndPr>
        <w:rPr>
          <w:rFonts w:cstheme="minorBidi"/>
          <w:sz w:val="22"/>
          <w:szCs w:val="22"/>
          <w:lang w:val="en-US" w:eastAsia="en-US"/>
        </w:rPr>
      </w:sdtEndPr>
      <w:sdtContent>
        <w:p w14:paraId="1777B6BC" w14:textId="3C4961FC" w:rsidR="007B79E9" w:rsidRPr="008921B7" w:rsidRDefault="007B79E9" w:rsidP="007B79E9">
          <w:pPr>
            <w:pStyle w:val="NormalWeb"/>
            <w:divId w:val="1590697703"/>
            <w:rPr>
              <w:rFonts w:ascii="Garamond" w:hAnsi="Garamond"/>
            </w:rPr>
          </w:pPr>
          <w:r w:rsidRPr="008921B7">
            <w:rPr>
              <w:rFonts w:ascii="Garamond" w:hAnsi="Garamond"/>
            </w:rPr>
            <w:t xml:space="preserve">[1] "Pathfinding algorithms in A Level computer science." </w:t>
          </w:r>
          <w:hyperlink r:id="rId12" w:tgtFrame="_blank" w:history="1">
            <w:r w:rsidRPr="008921B7">
              <w:rPr>
                <w:rStyle w:val="Hyperlink"/>
                <w:rFonts w:ascii="Garamond" w:hAnsi="Garamond"/>
              </w:rPr>
              <w:t>https://teachcomputing.org</w:t>
            </w:r>
          </w:hyperlink>
          <w:r w:rsidRPr="008921B7">
            <w:rPr>
              <w:rFonts w:ascii="Garamond" w:hAnsi="Garamond"/>
            </w:rPr>
            <w:t xml:space="preserve"> (accessed Dec 29). </w:t>
          </w:r>
        </w:p>
        <w:p w14:paraId="66AA15AC" w14:textId="77777777" w:rsidR="007B79E9" w:rsidRPr="008921B7" w:rsidRDefault="007B79E9">
          <w:pPr>
            <w:pStyle w:val="NormalWeb"/>
            <w:ind w:left="450" w:hanging="450"/>
            <w:divId w:val="1590697703"/>
            <w:rPr>
              <w:rFonts w:ascii="Garamond" w:hAnsi="Garamond"/>
            </w:rPr>
          </w:pPr>
          <w:r w:rsidRPr="008921B7">
            <w:rPr>
              <w:rFonts w:ascii="Garamond" w:hAnsi="Garamond"/>
            </w:rPr>
            <w:t>[2] "untitled," Accessed: Jan 9, 2025, [</w:t>
          </w:r>
          <w:proofErr w:type="gramStart"/>
          <w:r w:rsidRPr="008921B7">
            <w:rPr>
              <w:rFonts w:ascii="Garamond" w:hAnsi="Garamond"/>
            </w:rPr>
            <w:t>Online</w:t>
          </w:r>
          <w:proofErr w:type="gramEnd"/>
          <w:r w:rsidRPr="008921B7">
            <w:rPr>
              <w:rFonts w:ascii="Garamond" w:hAnsi="Garamond"/>
            </w:rPr>
            <w:t xml:space="preserve">]. Available: </w:t>
          </w:r>
          <w:hyperlink r:id="rId13" w:tgtFrame="_blank" w:history="1">
            <w:r w:rsidRPr="008921B7">
              <w:rPr>
                <w:rStyle w:val="Hyperlink"/>
                <w:rFonts w:ascii="Garamond" w:hAnsi="Garamond"/>
              </w:rPr>
              <w:t>https://iopscience.iop.org/article/10.1088/1757-899X/769/1/012021/pdf</w:t>
            </w:r>
          </w:hyperlink>
        </w:p>
        <w:p w14:paraId="260E5D59" w14:textId="77777777" w:rsidR="007B79E9" w:rsidRPr="008921B7" w:rsidRDefault="007B79E9">
          <w:pPr>
            <w:pStyle w:val="NormalWeb"/>
            <w:ind w:left="450" w:hanging="450"/>
            <w:divId w:val="1590697703"/>
            <w:rPr>
              <w:rFonts w:ascii="Garamond" w:hAnsi="Garamond"/>
            </w:rPr>
          </w:pPr>
          <w:r w:rsidRPr="008921B7">
            <w:rPr>
              <w:rFonts w:ascii="Garamond" w:hAnsi="Garamond"/>
            </w:rPr>
            <w:t xml:space="preserve">[3] "What is Dijkstra’s Algorithm? | Introduction to Dijkstra's Shortest Path Algorithm." </w:t>
          </w:r>
          <w:hyperlink r:id="rId14" w:tgtFrame="_blank" w:history="1">
            <w:r w:rsidRPr="008921B7">
              <w:rPr>
                <w:rStyle w:val="Hyperlink"/>
                <w:rFonts w:ascii="Garamond" w:hAnsi="Garamond"/>
              </w:rPr>
              <w:t>https://www.geeksforgeeks.org/introduction-to-dijkstras-shortest-path-algorithm/</w:t>
            </w:r>
          </w:hyperlink>
          <w:r w:rsidRPr="008921B7">
            <w:rPr>
              <w:rFonts w:ascii="Garamond" w:hAnsi="Garamond"/>
            </w:rPr>
            <w:t xml:space="preserve"> (accessed Dec 30). </w:t>
          </w:r>
        </w:p>
        <w:p w14:paraId="101FEE76" w14:textId="77777777" w:rsidR="007B79E9" w:rsidRPr="008921B7" w:rsidRDefault="007B79E9">
          <w:pPr>
            <w:pStyle w:val="NormalWeb"/>
            <w:ind w:left="450" w:hanging="450"/>
            <w:divId w:val="1590697703"/>
            <w:rPr>
              <w:rFonts w:ascii="Garamond" w:hAnsi="Garamond"/>
            </w:rPr>
          </w:pPr>
          <w:r w:rsidRPr="008921B7">
            <w:rPr>
              <w:rFonts w:ascii="Garamond" w:hAnsi="Garamond"/>
            </w:rPr>
            <w:t xml:space="preserve">[4] "Bellman–Ford Algorithm." </w:t>
          </w:r>
          <w:hyperlink r:id="rId15" w:tgtFrame="_blank" w:history="1">
            <w:r w:rsidRPr="008921B7">
              <w:rPr>
                <w:rStyle w:val="Hyperlink"/>
                <w:rFonts w:ascii="Garamond" w:hAnsi="Garamond"/>
              </w:rPr>
              <w:t>https://www.geeksforgeeks.org/bellman-ford-algorithm-dp-23/</w:t>
            </w:r>
          </w:hyperlink>
          <w:r w:rsidRPr="008921B7">
            <w:rPr>
              <w:rFonts w:ascii="Garamond" w:hAnsi="Garamond"/>
            </w:rPr>
            <w:t xml:space="preserve"> (accessed Dec 30). </w:t>
          </w:r>
        </w:p>
        <w:p w14:paraId="340BD127" w14:textId="77777777" w:rsidR="007B79E9" w:rsidRPr="008921B7" w:rsidRDefault="007B79E9">
          <w:pPr>
            <w:pStyle w:val="NormalWeb"/>
            <w:ind w:left="450" w:hanging="450"/>
            <w:divId w:val="1590697703"/>
            <w:rPr>
              <w:rFonts w:ascii="Garamond" w:hAnsi="Garamond"/>
            </w:rPr>
          </w:pPr>
          <w:r w:rsidRPr="008921B7">
            <w:rPr>
              <w:rFonts w:ascii="Garamond" w:hAnsi="Garamond"/>
            </w:rPr>
            <w:t>[5] "Prim's Algorithm," Accessed: Dec 30, 2024, [</w:t>
          </w:r>
          <w:proofErr w:type="gramStart"/>
          <w:r w:rsidRPr="008921B7">
            <w:rPr>
              <w:rFonts w:ascii="Garamond" w:hAnsi="Garamond"/>
            </w:rPr>
            <w:t>Online</w:t>
          </w:r>
          <w:proofErr w:type="gramEnd"/>
          <w:r w:rsidRPr="008921B7">
            <w:rPr>
              <w:rFonts w:ascii="Garamond" w:hAnsi="Garamond"/>
            </w:rPr>
            <w:t xml:space="preserve">]. Available: </w:t>
          </w:r>
          <w:hyperlink r:id="rId16" w:tgtFrame="_blank" w:history="1">
            <w:r w:rsidRPr="008921B7">
              <w:rPr>
                <w:rStyle w:val="Hyperlink"/>
                <w:rFonts w:ascii="Garamond" w:hAnsi="Garamond"/>
              </w:rPr>
              <w:t>https://www.programiz.com/dsa/prim-algorithm</w:t>
            </w:r>
          </w:hyperlink>
        </w:p>
        <w:p w14:paraId="4463860E" w14:textId="77777777" w:rsidR="007B79E9" w:rsidRPr="008921B7" w:rsidRDefault="007B79E9">
          <w:pPr>
            <w:pStyle w:val="NormalWeb"/>
            <w:ind w:left="450" w:hanging="450"/>
            <w:divId w:val="1590697703"/>
            <w:rPr>
              <w:rFonts w:ascii="Garamond" w:hAnsi="Garamond"/>
            </w:rPr>
          </w:pPr>
          <w:r w:rsidRPr="008921B7">
            <w:rPr>
              <w:rFonts w:ascii="Garamond" w:hAnsi="Garamond"/>
            </w:rPr>
            <w:lastRenderedPageBreak/>
            <w:t xml:space="preserve">[6] "Kruskal’s Minimal Spanning Tree Algorithm." </w:t>
          </w:r>
          <w:hyperlink r:id="rId17" w:tgtFrame="_blank" w:history="1">
            <w:r w:rsidRPr="008921B7">
              <w:rPr>
                <w:rStyle w:val="Hyperlink"/>
                <w:rFonts w:ascii="Garamond" w:hAnsi="Garamond"/>
              </w:rPr>
              <w:t>https://www.tutorialspoint.com/data_structures_algorithms/kruskals_spanning_tree_algorithm.htm</w:t>
            </w:r>
          </w:hyperlink>
          <w:r w:rsidRPr="008921B7">
            <w:rPr>
              <w:rFonts w:ascii="Garamond" w:hAnsi="Garamond"/>
            </w:rPr>
            <w:t xml:space="preserve"> (accessed Dec 30). </w:t>
          </w:r>
        </w:p>
        <w:p w14:paraId="391AAC77" w14:textId="77777777" w:rsidR="007B79E9" w:rsidRPr="008921B7" w:rsidRDefault="007B79E9">
          <w:pPr>
            <w:pStyle w:val="NormalWeb"/>
            <w:ind w:left="450" w:hanging="450"/>
            <w:divId w:val="1590697703"/>
            <w:rPr>
              <w:rFonts w:ascii="Garamond" w:hAnsi="Garamond"/>
            </w:rPr>
          </w:pPr>
          <w:r w:rsidRPr="008921B7">
            <w:rPr>
              <w:rFonts w:ascii="Garamond" w:hAnsi="Garamond"/>
            </w:rPr>
            <w:t>[7] "Introduction to A*," Accessed: Jan 9, 2025, [</w:t>
          </w:r>
          <w:proofErr w:type="gramStart"/>
          <w:r w:rsidRPr="008921B7">
            <w:rPr>
              <w:rFonts w:ascii="Garamond" w:hAnsi="Garamond"/>
            </w:rPr>
            <w:t>Online</w:t>
          </w:r>
          <w:proofErr w:type="gramEnd"/>
          <w:r w:rsidRPr="008921B7">
            <w:rPr>
              <w:rFonts w:ascii="Garamond" w:hAnsi="Garamond"/>
            </w:rPr>
            <w:t xml:space="preserve">]. Available: </w:t>
          </w:r>
          <w:hyperlink r:id="rId18" w:tgtFrame="_blank" w:history="1">
            <w:r w:rsidRPr="008921B7">
              <w:rPr>
                <w:rStyle w:val="Hyperlink"/>
                <w:rFonts w:ascii="Garamond" w:hAnsi="Garamond"/>
              </w:rPr>
              <w:t>https://theory.stanford.edu/~amitp/GameProgramming/AStarComparison.html</w:t>
            </w:r>
          </w:hyperlink>
        </w:p>
        <w:p w14:paraId="4F5721DA" w14:textId="77777777" w:rsidR="007B79E9" w:rsidRPr="008921B7" w:rsidRDefault="007B79E9">
          <w:pPr>
            <w:pStyle w:val="NormalWeb"/>
            <w:ind w:left="450" w:hanging="450"/>
            <w:divId w:val="1590697703"/>
            <w:rPr>
              <w:rFonts w:ascii="Garamond" w:hAnsi="Garamond"/>
            </w:rPr>
          </w:pPr>
          <w:r w:rsidRPr="008921B7">
            <w:rPr>
              <w:rFonts w:ascii="Garamond" w:hAnsi="Garamond"/>
            </w:rPr>
            <w:t xml:space="preserve">[8] "What is Greedy Algorithm: Example, Applications and More | Simplilearn." </w:t>
          </w:r>
          <w:hyperlink r:id="rId19" w:tgtFrame="_blank" w:history="1">
            <w:r w:rsidRPr="008921B7">
              <w:rPr>
                <w:rStyle w:val="Hyperlink"/>
                <w:rFonts w:ascii="Garamond" w:hAnsi="Garamond"/>
              </w:rPr>
              <w:t>https://www.simplilearn.com/tutorials/data-structure-tutorial/greedy-algorithm</w:t>
            </w:r>
          </w:hyperlink>
          <w:r w:rsidRPr="008921B7">
            <w:rPr>
              <w:rFonts w:ascii="Garamond" w:hAnsi="Garamond"/>
            </w:rPr>
            <w:t xml:space="preserve"> (accessed Jan 9). </w:t>
          </w:r>
        </w:p>
        <w:p w14:paraId="457C238E" w14:textId="5CBA931E" w:rsidR="007B79E9" w:rsidRPr="008921B7" w:rsidRDefault="007B79E9" w:rsidP="0048619B">
          <w:pPr>
            <w:jc w:val="both"/>
            <w:rPr>
              <w:rFonts w:ascii="Garamond" w:hAnsi="Garamond"/>
            </w:rPr>
          </w:pPr>
        </w:p>
      </w:sdtContent>
    </w:sdt>
    <w:p w14:paraId="478C1E1E" w14:textId="57ED4BA7" w:rsidR="00A41E91" w:rsidRPr="008921B7" w:rsidRDefault="00A41E91" w:rsidP="0048619B">
      <w:pPr>
        <w:jc w:val="both"/>
        <w:rPr>
          <w:rFonts w:ascii="Garamond" w:hAnsi="Garamond"/>
        </w:rPr>
      </w:pPr>
    </w:p>
    <w:sectPr w:rsidR="00A41E91" w:rsidRPr="008921B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933D18"/>
    <w:multiLevelType w:val="hybridMultilevel"/>
    <w:tmpl w:val="1BEEE32E"/>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240A5F"/>
    <w:multiLevelType w:val="hybridMultilevel"/>
    <w:tmpl w:val="B4DCDC14"/>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DD3DAF"/>
    <w:multiLevelType w:val="hybridMultilevel"/>
    <w:tmpl w:val="5CA221D6"/>
    <w:lvl w:ilvl="0" w:tplc="144CF26C">
      <w:numFmt w:val="bullet"/>
      <w:lvlText w:val="-"/>
      <w:lvlJc w:val="left"/>
      <w:pPr>
        <w:ind w:left="1080" w:hanging="360"/>
      </w:pPr>
      <w:rPr>
        <w:rFonts w:ascii="Cambria" w:eastAsiaTheme="minorEastAsia"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EE21B67"/>
    <w:multiLevelType w:val="hybridMultilevel"/>
    <w:tmpl w:val="017C341A"/>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9E3A19"/>
    <w:multiLevelType w:val="hybridMultilevel"/>
    <w:tmpl w:val="A378D04E"/>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B7CEF"/>
    <w:multiLevelType w:val="hybridMultilevel"/>
    <w:tmpl w:val="680C1124"/>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01E4A"/>
    <w:multiLevelType w:val="hybridMultilevel"/>
    <w:tmpl w:val="476A0C86"/>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8D3EF0"/>
    <w:multiLevelType w:val="hybridMultilevel"/>
    <w:tmpl w:val="7DCEC21E"/>
    <w:lvl w:ilvl="0" w:tplc="144CF26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054626">
    <w:abstractNumId w:val="8"/>
  </w:num>
  <w:num w:numId="2" w16cid:durableId="443698239">
    <w:abstractNumId w:val="6"/>
  </w:num>
  <w:num w:numId="3" w16cid:durableId="938948989">
    <w:abstractNumId w:val="5"/>
  </w:num>
  <w:num w:numId="4" w16cid:durableId="1329552491">
    <w:abstractNumId w:val="4"/>
  </w:num>
  <w:num w:numId="5" w16cid:durableId="342753477">
    <w:abstractNumId w:val="7"/>
  </w:num>
  <w:num w:numId="6" w16cid:durableId="374543915">
    <w:abstractNumId w:val="3"/>
  </w:num>
  <w:num w:numId="7" w16cid:durableId="1052579962">
    <w:abstractNumId w:val="2"/>
  </w:num>
  <w:num w:numId="8" w16cid:durableId="411004955">
    <w:abstractNumId w:val="1"/>
  </w:num>
  <w:num w:numId="9" w16cid:durableId="861360549">
    <w:abstractNumId w:val="0"/>
  </w:num>
  <w:num w:numId="10" w16cid:durableId="108280759">
    <w:abstractNumId w:val="10"/>
  </w:num>
  <w:num w:numId="11" w16cid:durableId="5444495">
    <w:abstractNumId w:val="12"/>
  </w:num>
  <w:num w:numId="12" w16cid:durableId="383062359">
    <w:abstractNumId w:val="16"/>
  </w:num>
  <w:num w:numId="13" w16cid:durableId="69812636">
    <w:abstractNumId w:val="15"/>
  </w:num>
  <w:num w:numId="14" w16cid:durableId="666713432">
    <w:abstractNumId w:val="14"/>
  </w:num>
  <w:num w:numId="15" w16cid:durableId="495730460">
    <w:abstractNumId w:val="13"/>
  </w:num>
  <w:num w:numId="16" w16cid:durableId="1474249011">
    <w:abstractNumId w:val="11"/>
  </w:num>
  <w:num w:numId="17" w16cid:durableId="14552932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7CC1"/>
    <w:rsid w:val="00210ED1"/>
    <w:rsid w:val="002308A6"/>
    <w:rsid w:val="0029639D"/>
    <w:rsid w:val="002D4A30"/>
    <w:rsid w:val="00315F6D"/>
    <w:rsid w:val="0031619C"/>
    <w:rsid w:val="00326F90"/>
    <w:rsid w:val="00341359"/>
    <w:rsid w:val="003608AA"/>
    <w:rsid w:val="003A7A33"/>
    <w:rsid w:val="0048619B"/>
    <w:rsid w:val="00581D41"/>
    <w:rsid w:val="005A23F6"/>
    <w:rsid w:val="005A56D7"/>
    <w:rsid w:val="005D033A"/>
    <w:rsid w:val="005D6799"/>
    <w:rsid w:val="00637200"/>
    <w:rsid w:val="0069788F"/>
    <w:rsid w:val="006E645D"/>
    <w:rsid w:val="007B79E9"/>
    <w:rsid w:val="007F2CF6"/>
    <w:rsid w:val="00820DD5"/>
    <w:rsid w:val="00857854"/>
    <w:rsid w:val="008921B7"/>
    <w:rsid w:val="00915FE3"/>
    <w:rsid w:val="009601B6"/>
    <w:rsid w:val="00A41E91"/>
    <w:rsid w:val="00AA1D8D"/>
    <w:rsid w:val="00B15897"/>
    <w:rsid w:val="00B47730"/>
    <w:rsid w:val="00BE33F9"/>
    <w:rsid w:val="00C00857"/>
    <w:rsid w:val="00CB0664"/>
    <w:rsid w:val="00DB4B70"/>
    <w:rsid w:val="00EC62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0B9974"/>
  <w14:defaultImageDpi w14:val="300"/>
  <w15:docId w15:val="{A13848F3-A615-46A9-AD2B-65F64820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laceholderText">
    <w:name w:val="Placeholder Text"/>
    <w:basedOn w:val="DefaultParagraphFont"/>
    <w:uiPriority w:val="99"/>
    <w:semiHidden/>
    <w:rsid w:val="006E645D"/>
    <w:rPr>
      <w:color w:val="666666"/>
    </w:rPr>
  </w:style>
  <w:style w:type="paragraph" w:styleId="TOC1">
    <w:name w:val="toc 1"/>
    <w:basedOn w:val="Normal"/>
    <w:next w:val="Normal"/>
    <w:autoRedefine/>
    <w:uiPriority w:val="39"/>
    <w:unhideWhenUsed/>
    <w:rsid w:val="006E645D"/>
    <w:pPr>
      <w:spacing w:after="100"/>
    </w:pPr>
  </w:style>
  <w:style w:type="character" w:styleId="Hyperlink">
    <w:name w:val="Hyperlink"/>
    <w:basedOn w:val="DefaultParagraphFont"/>
    <w:uiPriority w:val="99"/>
    <w:unhideWhenUsed/>
    <w:rsid w:val="006E645D"/>
    <w:rPr>
      <w:color w:val="0000FF" w:themeColor="hyperlink"/>
      <w:u w:val="single"/>
    </w:rPr>
  </w:style>
  <w:style w:type="paragraph" w:styleId="TOC2">
    <w:name w:val="toc 2"/>
    <w:basedOn w:val="Normal"/>
    <w:next w:val="Normal"/>
    <w:autoRedefine/>
    <w:uiPriority w:val="39"/>
    <w:unhideWhenUsed/>
    <w:rsid w:val="00915FE3"/>
    <w:pPr>
      <w:spacing w:after="100"/>
      <w:ind w:left="220"/>
    </w:pPr>
  </w:style>
  <w:style w:type="paragraph" w:styleId="NormalWeb">
    <w:name w:val="Normal (Web)"/>
    <w:basedOn w:val="Normal"/>
    <w:uiPriority w:val="99"/>
    <w:unhideWhenUsed/>
    <w:rsid w:val="007B79E9"/>
    <w:pPr>
      <w:spacing w:before="100" w:beforeAutospacing="1" w:after="100" w:afterAutospacing="1" w:line="240" w:lineRule="auto"/>
    </w:pPr>
    <w:rPr>
      <w:rFonts w:ascii="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3A7A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9376">
      <w:bodyDiv w:val="1"/>
      <w:marLeft w:val="0"/>
      <w:marRight w:val="0"/>
      <w:marTop w:val="0"/>
      <w:marBottom w:val="0"/>
      <w:divBdr>
        <w:top w:val="none" w:sz="0" w:space="0" w:color="auto"/>
        <w:left w:val="none" w:sz="0" w:space="0" w:color="auto"/>
        <w:bottom w:val="none" w:sz="0" w:space="0" w:color="auto"/>
        <w:right w:val="none" w:sz="0" w:space="0" w:color="auto"/>
      </w:divBdr>
    </w:div>
    <w:div w:id="159782058">
      <w:bodyDiv w:val="1"/>
      <w:marLeft w:val="0"/>
      <w:marRight w:val="0"/>
      <w:marTop w:val="0"/>
      <w:marBottom w:val="0"/>
      <w:divBdr>
        <w:top w:val="none" w:sz="0" w:space="0" w:color="auto"/>
        <w:left w:val="none" w:sz="0" w:space="0" w:color="auto"/>
        <w:bottom w:val="none" w:sz="0" w:space="0" w:color="auto"/>
        <w:right w:val="none" w:sz="0" w:space="0" w:color="auto"/>
      </w:divBdr>
    </w:div>
    <w:div w:id="265314111">
      <w:bodyDiv w:val="1"/>
      <w:marLeft w:val="0"/>
      <w:marRight w:val="0"/>
      <w:marTop w:val="0"/>
      <w:marBottom w:val="0"/>
      <w:divBdr>
        <w:top w:val="none" w:sz="0" w:space="0" w:color="auto"/>
        <w:left w:val="none" w:sz="0" w:space="0" w:color="auto"/>
        <w:bottom w:val="none" w:sz="0" w:space="0" w:color="auto"/>
        <w:right w:val="none" w:sz="0" w:space="0" w:color="auto"/>
      </w:divBdr>
    </w:div>
    <w:div w:id="292251069">
      <w:bodyDiv w:val="1"/>
      <w:marLeft w:val="0"/>
      <w:marRight w:val="0"/>
      <w:marTop w:val="0"/>
      <w:marBottom w:val="0"/>
      <w:divBdr>
        <w:top w:val="none" w:sz="0" w:space="0" w:color="auto"/>
        <w:left w:val="none" w:sz="0" w:space="0" w:color="auto"/>
        <w:bottom w:val="none" w:sz="0" w:space="0" w:color="auto"/>
        <w:right w:val="none" w:sz="0" w:space="0" w:color="auto"/>
      </w:divBdr>
    </w:div>
    <w:div w:id="314799921">
      <w:bodyDiv w:val="1"/>
      <w:marLeft w:val="0"/>
      <w:marRight w:val="0"/>
      <w:marTop w:val="0"/>
      <w:marBottom w:val="0"/>
      <w:divBdr>
        <w:top w:val="none" w:sz="0" w:space="0" w:color="auto"/>
        <w:left w:val="none" w:sz="0" w:space="0" w:color="auto"/>
        <w:bottom w:val="none" w:sz="0" w:space="0" w:color="auto"/>
        <w:right w:val="none" w:sz="0" w:space="0" w:color="auto"/>
      </w:divBdr>
    </w:div>
    <w:div w:id="333922332">
      <w:bodyDiv w:val="1"/>
      <w:marLeft w:val="0"/>
      <w:marRight w:val="0"/>
      <w:marTop w:val="0"/>
      <w:marBottom w:val="0"/>
      <w:divBdr>
        <w:top w:val="none" w:sz="0" w:space="0" w:color="auto"/>
        <w:left w:val="none" w:sz="0" w:space="0" w:color="auto"/>
        <w:bottom w:val="none" w:sz="0" w:space="0" w:color="auto"/>
        <w:right w:val="none" w:sz="0" w:space="0" w:color="auto"/>
      </w:divBdr>
    </w:div>
    <w:div w:id="358043557">
      <w:bodyDiv w:val="1"/>
      <w:marLeft w:val="0"/>
      <w:marRight w:val="0"/>
      <w:marTop w:val="0"/>
      <w:marBottom w:val="0"/>
      <w:divBdr>
        <w:top w:val="none" w:sz="0" w:space="0" w:color="auto"/>
        <w:left w:val="none" w:sz="0" w:space="0" w:color="auto"/>
        <w:bottom w:val="none" w:sz="0" w:space="0" w:color="auto"/>
        <w:right w:val="none" w:sz="0" w:space="0" w:color="auto"/>
      </w:divBdr>
    </w:div>
    <w:div w:id="438112770">
      <w:bodyDiv w:val="1"/>
      <w:marLeft w:val="0"/>
      <w:marRight w:val="0"/>
      <w:marTop w:val="0"/>
      <w:marBottom w:val="0"/>
      <w:divBdr>
        <w:top w:val="none" w:sz="0" w:space="0" w:color="auto"/>
        <w:left w:val="none" w:sz="0" w:space="0" w:color="auto"/>
        <w:bottom w:val="none" w:sz="0" w:space="0" w:color="auto"/>
        <w:right w:val="none" w:sz="0" w:space="0" w:color="auto"/>
      </w:divBdr>
    </w:div>
    <w:div w:id="441001766">
      <w:bodyDiv w:val="1"/>
      <w:marLeft w:val="0"/>
      <w:marRight w:val="0"/>
      <w:marTop w:val="0"/>
      <w:marBottom w:val="0"/>
      <w:divBdr>
        <w:top w:val="none" w:sz="0" w:space="0" w:color="auto"/>
        <w:left w:val="none" w:sz="0" w:space="0" w:color="auto"/>
        <w:bottom w:val="none" w:sz="0" w:space="0" w:color="auto"/>
        <w:right w:val="none" w:sz="0" w:space="0" w:color="auto"/>
      </w:divBdr>
    </w:div>
    <w:div w:id="447314591">
      <w:bodyDiv w:val="1"/>
      <w:marLeft w:val="0"/>
      <w:marRight w:val="0"/>
      <w:marTop w:val="0"/>
      <w:marBottom w:val="0"/>
      <w:divBdr>
        <w:top w:val="none" w:sz="0" w:space="0" w:color="auto"/>
        <w:left w:val="none" w:sz="0" w:space="0" w:color="auto"/>
        <w:bottom w:val="none" w:sz="0" w:space="0" w:color="auto"/>
        <w:right w:val="none" w:sz="0" w:space="0" w:color="auto"/>
      </w:divBdr>
    </w:div>
    <w:div w:id="497309406">
      <w:bodyDiv w:val="1"/>
      <w:marLeft w:val="0"/>
      <w:marRight w:val="0"/>
      <w:marTop w:val="0"/>
      <w:marBottom w:val="0"/>
      <w:divBdr>
        <w:top w:val="none" w:sz="0" w:space="0" w:color="auto"/>
        <w:left w:val="none" w:sz="0" w:space="0" w:color="auto"/>
        <w:bottom w:val="none" w:sz="0" w:space="0" w:color="auto"/>
        <w:right w:val="none" w:sz="0" w:space="0" w:color="auto"/>
      </w:divBdr>
    </w:div>
    <w:div w:id="508756193">
      <w:bodyDiv w:val="1"/>
      <w:marLeft w:val="0"/>
      <w:marRight w:val="0"/>
      <w:marTop w:val="0"/>
      <w:marBottom w:val="0"/>
      <w:divBdr>
        <w:top w:val="none" w:sz="0" w:space="0" w:color="auto"/>
        <w:left w:val="none" w:sz="0" w:space="0" w:color="auto"/>
        <w:bottom w:val="none" w:sz="0" w:space="0" w:color="auto"/>
        <w:right w:val="none" w:sz="0" w:space="0" w:color="auto"/>
      </w:divBdr>
    </w:div>
    <w:div w:id="552428923">
      <w:bodyDiv w:val="1"/>
      <w:marLeft w:val="0"/>
      <w:marRight w:val="0"/>
      <w:marTop w:val="0"/>
      <w:marBottom w:val="0"/>
      <w:divBdr>
        <w:top w:val="none" w:sz="0" w:space="0" w:color="auto"/>
        <w:left w:val="none" w:sz="0" w:space="0" w:color="auto"/>
        <w:bottom w:val="none" w:sz="0" w:space="0" w:color="auto"/>
        <w:right w:val="none" w:sz="0" w:space="0" w:color="auto"/>
      </w:divBdr>
    </w:div>
    <w:div w:id="574702904">
      <w:bodyDiv w:val="1"/>
      <w:marLeft w:val="0"/>
      <w:marRight w:val="0"/>
      <w:marTop w:val="0"/>
      <w:marBottom w:val="0"/>
      <w:divBdr>
        <w:top w:val="none" w:sz="0" w:space="0" w:color="auto"/>
        <w:left w:val="none" w:sz="0" w:space="0" w:color="auto"/>
        <w:bottom w:val="none" w:sz="0" w:space="0" w:color="auto"/>
        <w:right w:val="none" w:sz="0" w:space="0" w:color="auto"/>
      </w:divBdr>
    </w:div>
    <w:div w:id="613365473">
      <w:bodyDiv w:val="1"/>
      <w:marLeft w:val="0"/>
      <w:marRight w:val="0"/>
      <w:marTop w:val="0"/>
      <w:marBottom w:val="0"/>
      <w:divBdr>
        <w:top w:val="none" w:sz="0" w:space="0" w:color="auto"/>
        <w:left w:val="none" w:sz="0" w:space="0" w:color="auto"/>
        <w:bottom w:val="none" w:sz="0" w:space="0" w:color="auto"/>
        <w:right w:val="none" w:sz="0" w:space="0" w:color="auto"/>
      </w:divBdr>
    </w:div>
    <w:div w:id="622923069">
      <w:bodyDiv w:val="1"/>
      <w:marLeft w:val="0"/>
      <w:marRight w:val="0"/>
      <w:marTop w:val="0"/>
      <w:marBottom w:val="0"/>
      <w:divBdr>
        <w:top w:val="none" w:sz="0" w:space="0" w:color="auto"/>
        <w:left w:val="none" w:sz="0" w:space="0" w:color="auto"/>
        <w:bottom w:val="none" w:sz="0" w:space="0" w:color="auto"/>
        <w:right w:val="none" w:sz="0" w:space="0" w:color="auto"/>
      </w:divBdr>
    </w:div>
    <w:div w:id="648480046">
      <w:bodyDiv w:val="1"/>
      <w:marLeft w:val="0"/>
      <w:marRight w:val="0"/>
      <w:marTop w:val="0"/>
      <w:marBottom w:val="0"/>
      <w:divBdr>
        <w:top w:val="none" w:sz="0" w:space="0" w:color="auto"/>
        <w:left w:val="none" w:sz="0" w:space="0" w:color="auto"/>
        <w:bottom w:val="none" w:sz="0" w:space="0" w:color="auto"/>
        <w:right w:val="none" w:sz="0" w:space="0" w:color="auto"/>
      </w:divBdr>
    </w:div>
    <w:div w:id="698118361">
      <w:bodyDiv w:val="1"/>
      <w:marLeft w:val="0"/>
      <w:marRight w:val="0"/>
      <w:marTop w:val="0"/>
      <w:marBottom w:val="0"/>
      <w:divBdr>
        <w:top w:val="none" w:sz="0" w:space="0" w:color="auto"/>
        <w:left w:val="none" w:sz="0" w:space="0" w:color="auto"/>
        <w:bottom w:val="none" w:sz="0" w:space="0" w:color="auto"/>
        <w:right w:val="none" w:sz="0" w:space="0" w:color="auto"/>
      </w:divBdr>
    </w:div>
    <w:div w:id="706951591">
      <w:bodyDiv w:val="1"/>
      <w:marLeft w:val="0"/>
      <w:marRight w:val="0"/>
      <w:marTop w:val="0"/>
      <w:marBottom w:val="0"/>
      <w:divBdr>
        <w:top w:val="none" w:sz="0" w:space="0" w:color="auto"/>
        <w:left w:val="none" w:sz="0" w:space="0" w:color="auto"/>
        <w:bottom w:val="none" w:sz="0" w:space="0" w:color="auto"/>
        <w:right w:val="none" w:sz="0" w:space="0" w:color="auto"/>
      </w:divBdr>
    </w:div>
    <w:div w:id="788090915">
      <w:bodyDiv w:val="1"/>
      <w:marLeft w:val="0"/>
      <w:marRight w:val="0"/>
      <w:marTop w:val="0"/>
      <w:marBottom w:val="0"/>
      <w:divBdr>
        <w:top w:val="none" w:sz="0" w:space="0" w:color="auto"/>
        <w:left w:val="none" w:sz="0" w:space="0" w:color="auto"/>
        <w:bottom w:val="none" w:sz="0" w:space="0" w:color="auto"/>
        <w:right w:val="none" w:sz="0" w:space="0" w:color="auto"/>
      </w:divBdr>
    </w:div>
    <w:div w:id="807012420">
      <w:bodyDiv w:val="1"/>
      <w:marLeft w:val="0"/>
      <w:marRight w:val="0"/>
      <w:marTop w:val="0"/>
      <w:marBottom w:val="0"/>
      <w:divBdr>
        <w:top w:val="none" w:sz="0" w:space="0" w:color="auto"/>
        <w:left w:val="none" w:sz="0" w:space="0" w:color="auto"/>
        <w:bottom w:val="none" w:sz="0" w:space="0" w:color="auto"/>
        <w:right w:val="none" w:sz="0" w:space="0" w:color="auto"/>
      </w:divBdr>
    </w:div>
    <w:div w:id="831405744">
      <w:bodyDiv w:val="1"/>
      <w:marLeft w:val="0"/>
      <w:marRight w:val="0"/>
      <w:marTop w:val="0"/>
      <w:marBottom w:val="0"/>
      <w:divBdr>
        <w:top w:val="none" w:sz="0" w:space="0" w:color="auto"/>
        <w:left w:val="none" w:sz="0" w:space="0" w:color="auto"/>
        <w:bottom w:val="none" w:sz="0" w:space="0" w:color="auto"/>
        <w:right w:val="none" w:sz="0" w:space="0" w:color="auto"/>
      </w:divBdr>
    </w:div>
    <w:div w:id="843594708">
      <w:bodyDiv w:val="1"/>
      <w:marLeft w:val="0"/>
      <w:marRight w:val="0"/>
      <w:marTop w:val="0"/>
      <w:marBottom w:val="0"/>
      <w:divBdr>
        <w:top w:val="none" w:sz="0" w:space="0" w:color="auto"/>
        <w:left w:val="none" w:sz="0" w:space="0" w:color="auto"/>
        <w:bottom w:val="none" w:sz="0" w:space="0" w:color="auto"/>
        <w:right w:val="none" w:sz="0" w:space="0" w:color="auto"/>
      </w:divBdr>
    </w:div>
    <w:div w:id="851263595">
      <w:bodyDiv w:val="1"/>
      <w:marLeft w:val="0"/>
      <w:marRight w:val="0"/>
      <w:marTop w:val="0"/>
      <w:marBottom w:val="0"/>
      <w:divBdr>
        <w:top w:val="none" w:sz="0" w:space="0" w:color="auto"/>
        <w:left w:val="none" w:sz="0" w:space="0" w:color="auto"/>
        <w:bottom w:val="none" w:sz="0" w:space="0" w:color="auto"/>
        <w:right w:val="none" w:sz="0" w:space="0" w:color="auto"/>
      </w:divBdr>
    </w:div>
    <w:div w:id="906450498">
      <w:bodyDiv w:val="1"/>
      <w:marLeft w:val="0"/>
      <w:marRight w:val="0"/>
      <w:marTop w:val="0"/>
      <w:marBottom w:val="0"/>
      <w:divBdr>
        <w:top w:val="none" w:sz="0" w:space="0" w:color="auto"/>
        <w:left w:val="none" w:sz="0" w:space="0" w:color="auto"/>
        <w:bottom w:val="none" w:sz="0" w:space="0" w:color="auto"/>
        <w:right w:val="none" w:sz="0" w:space="0" w:color="auto"/>
      </w:divBdr>
    </w:div>
    <w:div w:id="918174535">
      <w:bodyDiv w:val="1"/>
      <w:marLeft w:val="0"/>
      <w:marRight w:val="0"/>
      <w:marTop w:val="0"/>
      <w:marBottom w:val="0"/>
      <w:divBdr>
        <w:top w:val="none" w:sz="0" w:space="0" w:color="auto"/>
        <w:left w:val="none" w:sz="0" w:space="0" w:color="auto"/>
        <w:bottom w:val="none" w:sz="0" w:space="0" w:color="auto"/>
        <w:right w:val="none" w:sz="0" w:space="0" w:color="auto"/>
      </w:divBdr>
    </w:div>
    <w:div w:id="927612791">
      <w:bodyDiv w:val="1"/>
      <w:marLeft w:val="0"/>
      <w:marRight w:val="0"/>
      <w:marTop w:val="0"/>
      <w:marBottom w:val="0"/>
      <w:divBdr>
        <w:top w:val="none" w:sz="0" w:space="0" w:color="auto"/>
        <w:left w:val="none" w:sz="0" w:space="0" w:color="auto"/>
        <w:bottom w:val="none" w:sz="0" w:space="0" w:color="auto"/>
        <w:right w:val="none" w:sz="0" w:space="0" w:color="auto"/>
      </w:divBdr>
    </w:div>
    <w:div w:id="1009796993">
      <w:bodyDiv w:val="1"/>
      <w:marLeft w:val="0"/>
      <w:marRight w:val="0"/>
      <w:marTop w:val="0"/>
      <w:marBottom w:val="0"/>
      <w:divBdr>
        <w:top w:val="none" w:sz="0" w:space="0" w:color="auto"/>
        <w:left w:val="none" w:sz="0" w:space="0" w:color="auto"/>
        <w:bottom w:val="none" w:sz="0" w:space="0" w:color="auto"/>
        <w:right w:val="none" w:sz="0" w:space="0" w:color="auto"/>
      </w:divBdr>
    </w:div>
    <w:div w:id="1010792557">
      <w:bodyDiv w:val="1"/>
      <w:marLeft w:val="0"/>
      <w:marRight w:val="0"/>
      <w:marTop w:val="0"/>
      <w:marBottom w:val="0"/>
      <w:divBdr>
        <w:top w:val="none" w:sz="0" w:space="0" w:color="auto"/>
        <w:left w:val="none" w:sz="0" w:space="0" w:color="auto"/>
        <w:bottom w:val="none" w:sz="0" w:space="0" w:color="auto"/>
        <w:right w:val="none" w:sz="0" w:space="0" w:color="auto"/>
      </w:divBdr>
    </w:div>
    <w:div w:id="1047877246">
      <w:bodyDiv w:val="1"/>
      <w:marLeft w:val="0"/>
      <w:marRight w:val="0"/>
      <w:marTop w:val="0"/>
      <w:marBottom w:val="0"/>
      <w:divBdr>
        <w:top w:val="none" w:sz="0" w:space="0" w:color="auto"/>
        <w:left w:val="none" w:sz="0" w:space="0" w:color="auto"/>
        <w:bottom w:val="none" w:sz="0" w:space="0" w:color="auto"/>
        <w:right w:val="none" w:sz="0" w:space="0" w:color="auto"/>
      </w:divBdr>
    </w:div>
    <w:div w:id="1048068895">
      <w:bodyDiv w:val="1"/>
      <w:marLeft w:val="0"/>
      <w:marRight w:val="0"/>
      <w:marTop w:val="0"/>
      <w:marBottom w:val="0"/>
      <w:divBdr>
        <w:top w:val="none" w:sz="0" w:space="0" w:color="auto"/>
        <w:left w:val="none" w:sz="0" w:space="0" w:color="auto"/>
        <w:bottom w:val="none" w:sz="0" w:space="0" w:color="auto"/>
        <w:right w:val="none" w:sz="0" w:space="0" w:color="auto"/>
      </w:divBdr>
    </w:div>
    <w:div w:id="1152403695">
      <w:bodyDiv w:val="1"/>
      <w:marLeft w:val="0"/>
      <w:marRight w:val="0"/>
      <w:marTop w:val="0"/>
      <w:marBottom w:val="0"/>
      <w:divBdr>
        <w:top w:val="none" w:sz="0" w:space="0" w:color="auto"/>
        <w:left w:val="none" w:sz="0" w:space="0" w:color="auto"/>
        <w:bottom w:val="none" w:sz="0" w:space="0" w:color="auto"/>
        <w:right w:val="none" w:sz="0" w:space="0" w:color="auto"/>
      </w:divBdr>
    </w:div>
    <w:div w:id="1159541836">
      <w:bodyDiv w:val="1"/>
      <w:marLeft w:val="0"/>
      <w:marRight w:val="0"/>
      <w:marTop w:val="0"/>
      <w:marBottom w:val="0"/>
      <w:divBdr>
        <w:top w:val="none" w:sz="0" w:space="0" w:color="auto"/>
        <w:left w:val="none" w:sz="0" w:space="0" w:color="auto"/>
        <w:bottom w:val="none" w:sz="0" w:space="0" w:color="auto"/>
        <w:right w:val="none" w:sz="0" w:space="0" w:color="auto"/>
      </w:divBdr>
    </w:div>
    <w:div w:id="1170368863">
      <w:bodyDiv w:val="1"/>
      <w:marLeft w:val="0"/>
      <w:marRight w:val="0"/>
      <w:marTop w:val="0"/>
      <w:marBottom w:val="0"/>
      <w:divBdr>
        <w:top w:val="none" w:sz="0" w:space="0" w:color="auto"/>
        <w:left w:val="none" w:sz="0" w:space="0" w:color="auto"/>
        <w:bottom w:val="none" w:sz="0" w:space="0" w:color="auto"/>
        <w:right w:val="none" w:sz="0" w:space="0" w:color="auto"/>
      </w:divBdr>
    </w:div>
    <w:div w:id="1171869512">
      <w:bodyDiv w:val="1"/>
      <w:marLeft w:val="0"/>
      <w:marRight w:val="0"/>
      <w:marTop w:val="0"/>
      <w:marBottom w:val="0"/>
      <w:divBdr>
        <w:top w:val="none" w:sz="0" w:space="0" w:color="auto"/>
        <w:left w:val="none" w:sz="0" w:space="0" w:color="auto"/>
        <w:bottom w:val="none" w:sz="0" w:space="0" w:color="auto"/>
        <w:right w:val="none" w:sz="0" w:space="0" w:color="auto"/>
      </w:divBdr>
    </w:div>
    <w:div w:id="1171871704">
      <w:bodyDiv w:val="1"/>
      <w:marLeft w:val="0"/>
      <w:marRight w:val="0"/>
      <w:marTop w:val="0"/>
      <w:marBottom w:val="0"/>
      <w:divBdr>
        <w:top w:val="none" w:sz="0" w:space="0" w:color="auto"/>
        <w:left w:val="none" w:sz="0" w:space="0" w:color="auto"/>
        <w:bottom w:val="none" w:sz="0" w:space="0" w:color="auto"/>
        <w:right w:val="none" w:sz="0" w:space="0" w:color="auto"/>
      </w:divBdr>
    </w:div>
    <w:div w:id="1214659746">
      <w:bodyDiv w:val="1"/>
      <w:marLeft w:val="0"/>
      <w:marRight w:val="0"/>
      <w:marTop w:val="0"/>
      <w:marBottom w:val="0"/>
      <w:divBdr>
        <w:top w:val="none" w:sz="0" w:space="0" w:color="auto"/>
        <w:left w:val="none" w:sz="0" w:space="0" w:color="auto"/>
        <w:bottom w:val="none" w:sz="0" w:space="0" w:color="auto"/>
        <w:right w:val="none" w:sz="0" w:space="0" w:color="auto"/>
      </w:divBdr>
    </w:div>
    <w:div w:id="1255897398">
      <w:bodyDiv w:val="1"/>
      <w:marLeft w:val="0"/>
      <w:marRight w:val="0"/>
      <w:marTop w:val="0"/>
      <w:marBottom w:val="0"/>
      <w:divBdr>
        <w:top w:val="none" w:sz="0" w:space="0" w:color="auto"/>
        <w:left w:val="none" w:sz="0" w:space="0" w:color="auto"/>
        <w:bottom w:val="none" w:sz="0" w:space="0" w:color="auto"/>
        <w:right w:val="none" w:sz="0" w:space="0" w:color="auto"/>
      </w:divBdr>
    </w:div>
    <w:div w:id="1274089955">
      <w:bodyDiv w:val="1"/>
      <w:marLeft w:val="0"/>
      <w:marRight w:val="0"/>
      <w:marTop w:val="0"/>
      <w:marBottom w:val="0"/>
      <w:divBdr>
        <w:top w:val="none" w:sz="0" w:space="0" w:color="auto"/>
        <w:left w:val="none" w:sz="0" w:space="0" w:color="auto"/>
        <w:bottom w:val="none" w:sz="0" w:space="0" w:color="auto"/>
        <w:right w:val="none" w:sz="0" w:space="0" w:color="auto"/>
      </w:divBdr>
    </w:div>
    <w:div w:id="1308166675">
      <w:bodyDiv w:val="1"/>
      <w:marLeft w:val="0"/>
      <w:marRight w:val="0"/>
      <w:marTop w:val="0"/>
      <w:marBottom w:val="0"/>
      <w:divBdr>
        <w:top w:val="none" w:sz="0" w:space="0" w:color="auto"/>
        <w:left w:val="none" w:sz="0" w:space="0" w:color="auto"/>
        <w:bottom w:val="none" w:sz="0" w:space="0" w:color="auto"/>
        <w:right w:val="none" w:sz="0" w:space="0" w:color="auto"/>
      </w:divBdr>
    </w:div>
    <w:div w:id="1309282807">
      <w:bodyDiv w:val="1"/>
      <w:marLeft w:val="0"/>
      <w:marRight w:val="0"/>
      <w:marTop w:val="0"/>
      <w:marBottom w:val="0"/>
      <w:divBdr>
        <w:top w:val="none" w:sz="0" w:space="0" w:color="auto"/>
        <w:left w:val="none" w:sz="0" w:space="0" w:color="auto"/>
        <w:bottom w:val="none" w:sz="0" w:space="0" w:color="auto"/>
        <w:right w:val="none" w:sz="0" w:space="0" w:color="auto"/>
      </w:divBdr>
    </w:div>
    <w:div w:id="1311863985">
      <w:bodyDiv w:val="1"/>
      <w:marLeft w:val="0"/>
      <w:marRight w:val="0"/>
      <w:marTop w:val="0"/>
      <w:marBottom w:val="0"/>
      <w:divBdr>
        <w:top w:val="none" w:sz="0" w:space="0" w:color="auto"/>
        <w:left w:val="none" w:sz="0" w:space="0" w:color="auto"/>
        <w:bottom w:val="none" w:sz="0" w:space="0" w:color="auto"/>
        <w:right w:val="none" w:sz="0" w:space="0" w:color="auto"/>
      </w:divBdr>
    </w:div>
    <w:div w:id="1333417020">
      <w:bodyDiv w:val="1"/>
      <w:marLeft w:val="0"/>
      <w:marRight w:val="0"/>
      <w:marTop w:val="0"/>
      <w:marBottom w:val="0"/>
      <w:divBdr>
        <w:top w:val="none" w:sz="0" w:space="0" w:color="auto"/>
        <w:left w:val="none" w:sz="0" w:space="0" w:color="auto"/>
        <w:bottom w:val="none" w:sz="0" w:space="0" w:color="auto"/>
        <w:right w:val="none" w:sz="0" w:space="0" w:color="auto"/>
      </w:divBdr>
    </w:div>
    <w:div w:id="1356149933">
      <w:bodyDiv w:val="1"/>
      <w:marLeft w:val="0"/>
      <w:marRight w:val="0"/>
      <w:marTop w:val="0"/>
      <w:marBottom w:val="0"/>
      <w:divBdr>
        <w:top w:val="none" w:sz="0" w:space="0" w:color="auto"/>
        <w:left w:val="none" w:sz="0" w:space="0" w:color="auto"/>
        <w:bottom w:val="none" w:sz="0" w:space="0" w:color="auto"/>
        <w:right w:val="none" w:sz="0" w:space="0" w:color="auto"/>
      </w:divBdr>
    </w:div>
    <w:div w:id="1367220055">
      <w:bodyDiv w:val="1"/>
      <w:marLeft w:val="0"/>
      <w:marRight w:val="0"/>
      <w:marTop w:val="0"/>
      <w:marBottom w:val="0"/>
      <w:divBdr>
        <w:top w:val="none" w:sz="0" w:space="0" w:color="auto"/>
        <w:left w:val="none" w:sz="0" w:space="0" w:color="auto"/>
        <w:bottom w:val="none" w:sz="0" w:space="0" w:color="auto"/>
        <w:right w:val="none" w:sz="0" w:space="0" w:color="auto"/>
      </w:divBdr>
    </w:div>
    <w:div w:id="1372656784">
      <w:bodyDiv w:val="1"/>
      <w:marLeft w:val="0"/>
      <w:marRight w:val="0"/>
      <w:marTop w:val="0"/>
      <w:marBottom w:val="0"/>
      <w:divBdr>
        <w:top w:val="none" w:sz="0" w:space="0" w:color="auto"/>
        <w:left w:val="none" w:sz="0" w:space="0" w:color="auto"/>
        <w:bottom w:val="none" w:sz="0" w:space="0" w:color="auto"/>
        <w:right w:val="none" w:sz="0" w:space="0" w:color="auto"/>
      </w:divBdr>
    </w:div>
    <w:div w:id="1372724200">
      <w:bodyDiv w:val="1"/>
      <w:marLeft w:val="0"/>
      <w:marRight w:val="0"/>
      <w:marTop w:val="0"/>
      <w:marBottom w:val="0"/>
      <w:divBdr>
        <w:top w:val="none" w:sz="0" w:space="0" w:color="auto"/>
        <w:left w:val="none" w:sz="0" w:space="0" w:color="auto"/>
        <w:bottom w:val="none" w:sz="0" w:space="0" w:color="auto"/>
        <w:right w:val="none" w:sz="0" w:space="0" w:color="auto"/>
      </w:divBdr>
    </w:div>
    <w:div w:id="1418090144">
      <w:bodyDiv w:val="1"/>
      <w:marLeft w:val="0"/>
      <w:marRight w:val="0"/>
      <w:marTop w:val="0"/>
      <w:marBottom w:val="0"/>
      <w:divBdr>
        <w:top w:val="none" w:sz="0" w:space="0" w:color="auto"/>
        <w:left w:val="none" w:sz="0" w:space="0" w:color="auto"/>
        <w:bottom w:val="none" w:sz="0" w:space="0" w:color="auto"/>
        <w:right w:val="none" w:sz="0" w:space="0" w:color="auto"/>
      </w:divBdr>
    </w:div>
    <w:div w:id="1509447056">
      <w:bodyDiv w:val="1"/>
      <w:marLeft w:val="0"/>
      <w:marRight w:val="0"/>
      <w:marTop w:val="0"/>
      <w:marBottom w:val="0"/>
      <w:divBdr>
        <w:top w:val="none" w:sz="0" w:space="0" w:color="auto"/>
        <w:left w:val="none" w:sz="0" w:space="0" w:color="auto"/>
        <w:bottom w:val="none" w:sz="0" w:space="0" w:color="auto"/>
        <w:right w:val="none" w:sz="0" w:space="0" w:color="auto"/>
      </w:divBdr>
    </w:div>
    <w:div w:id="1537234177">
      <w:bodyDiv w:val="1"/>
      <w:marLeft w:val="0"/>
      <w:marRight w:val="0"/>
      <w:marTop w:val="0"/>
      <w:marBottom w:val="0"/>
      <w:divBdr>
        <w:top w:val="none" w:sz="0" w:space="0" w:color="auto"/>
        <w:left w:val="none" w:sz="0" w:space="0" w:color="auto"/>
        <w:bottom w:val="none" w:sz="0" w:space="0" w:color="auto"/>
        <w:right w:val="none" w:sz="0" w:space="0" w:color="auto"/>
      </w:divBdr>
    </w:div>
    <w:div w:id="1561789127">
      <w:bodyDiv w:val="1"/>
      <w:marLeft w:val="0"/>
      <w:marRight w:val="0"/>
      <w:marTop w:val="0"/>
      <w:marBottom w:val="0"/>
      <w:divBdr>
        <w:top w:val="none" w:sz="0" w:space="0" w:color="auto"/>
        <w:left w:val="none" w:sz="0" w:space="0" w:color="auto"/>
        <w:bottom w:val="none" w:sz="0" w:space="0" w:color="auto"/>
        <w:right w:val="none" w:sz="0" w:space="0" w:color="auto"/>
      </w:divBdr>
    </w:div>
    <w:div w:id="1572276377">
      <w:bodyDiv w:val="1"/>
      <w:marLeft w:val="0"/>
      <w:marRight w:val="0"/>
      <w:marTop w:val="0"/>
      <w:marBottom w:val="0"/>
      <w:divBdr>
        <w:top w:val="none" w:sz="0" w:space="0" w:color="auto"/>
        <w:left w:val="none" w:sz="0" w:space="0" w:color="auto"/>
        <w:bottom w:val="none" w:sz="0" w:space="0" w:color="auto"/>
        <w:right w:val="none" w:sz="0" w:space="0" w:color="auto"/>
      </w:divBdr>
    </w:div>
    <w:div w:id="1590697703">
      <w:bodyDiv w:val="1"/>
      <w:marLeft w:val="0"/>
      <w:marRight w:val="0"/>
      <w:marTop w:val="0"/>
      <w:marBottom w:val="0"/>
      <w:divBdr>
        <w:top w:val="none" w:sz="0" w:space="0" w:color="auto"/>
        <w:left w:val="none" w:sz="0" w:space="0" w:color="auto"/>
        <w:bottom w:val="none" w:sz="0" w:space="0" w:color="auto"/>
        <w:right w:val="none" w:sz="0" w:space="0" w:color="auto"/>
      </w:divBdr>
    </w:div>
    <w:div w:id="1595938074">
      <w:bodyDiv w:val="1"/>
      <w:marLeft w:val="0"/>
      <w:marRight w:val="0"/>
      <w:marTop w:val="0"/>
      <w:marBottom w:val="0"/>
      <w:divBdr>
        <w:top w:val="none" w:sz="0" w:space="0" w:color="auto"/>
        <w:left w:val="none" w:sz="0" w:space="0" w:color="auto"/>
        <w:bottom w:val="none" w:sz="0" w:space="0" w:color="auto"/>
        <w:right w:val="none" w:sz="0" w:space="0" w:color="auto"/>
      </w:divBdr>
    </w:div>
    <w:div w:id="1619485141">
      <w:bodyDiv w:val="1"/>
      <w:marLeft w:val="0"/>
      <w:marRight w:val="0"/>
      <w:marTop w:val="0"/>
      <w:marBottom w:val="0"/>
      <w:divBdr>
        <w:top w:val="none" w:sz="0" w:space="0" w:color="auto"/>
        <w:left w:val="none" w:sz="0" w:space="0" w:color="auto"/>
        <w:bottom w:val="none" w:sz="0" w:space="0" w:color="auto"/>
        <w:right w:val="none" w:sz="0" w:space="0" w:color="auto"/>
      </w:divBdr>
    </w:div>
    <w:div w:id="1628781785">
      <w:bodyDiv w:val="1"/>
      <w:marLeft w:val="0"/>
      <w:marRight w:val="0"/>
      <w:marTop w:val="0"/>
      <w:marBottom w:val="0"/>
      <w:divBdr>
        <w:top w:val="none" w:sz="0" w:space="0" w:color="auto"/>
        <w:left w:val="none" w:sz="0" w:space="0" w:color="auto"/>
        <w:bottom w:val="none" w:sz="0" w:space="0" w:color="auto"/>
        <w:right w:val="none" w:sz="0" w:space="0" w:color="auto"/>
      </w:divBdr>
    </w:div>
    <w:div w:id="1693341712">
      <w:bodyDiv w:val="1"/>
      <w:marLeft w:val="0"/>
      <w:marRight w:val="0"/>
      <w:marTop w:val="0"/>
      <w:marBottom w:val="0"/>
      <w:divBdr>
        <w:top w:val="none" w:sz="0" w:space="0" w:color="auto"/>
        <w:left w:val="none" w:sz="0" w:space="0" w:color="auto"/>
        <w:bottom w:val="none" w:sz="0" w:space="0" w:color="auto"/>
        <w:right w:val="none" w:sz="0" w:space="0" w:color="auto"/>
      </w:divBdr>
    </w:div>
    <w:div w:id="1720861116">
      <w:bodyDiv w:val="1"/>
      <w:marLeft w:val="0"/>
      <w:marRight w:val="0"/>
      <w:marTop w:val="0"/>
      <w:marBottom w:val="0"/>
      <w:divBdr>
        <w:top w:val="none" w:sz="0" w:space="0" w:color="auto"/>
        <w:left w:val="none" w:sz="0" w:space="0" w:color="auto"/>
        <w:bottom w:val="none" w:sz="0" w:space="0" w:color="auto"/>
        <w:right w:val="none" w:sz="0" w:space="0" w:color="auto"/>
      </w:divBdr>
    </w:div>
    <w:div w:id="1747339979">
      <w:bodyDiv w:val="1"/>
      <w:marLeft w:val="0"/>
      <w:marRight w:val="0"/>
      <w:marTop w:val="0"/>
      <w:marBottom w:val="0"/>
      <w:divBdr>
        <w:top w:val="none" w:sz="0" w:space="0" w:color="auto"/>
        <w:left w:val="none" w:sz="0" w:space="0" w:color="auto"/>
        <w:bottom w:val="none" w:sz="0" w:space="0" w:color="auto"/>
        <w:right w:val="none" w:sz="0" w:space="0" w:color="auto"/>
      </w:divBdr>
    </w:div>
    <w:div w:id="1784690666">
      <w:bodyDiv w:val="1"/>
      <w:marLeft w:val="0"/>
      <w:marRight w:val="0"/>
      <w:marTop w:val="0"/>
      <w:marBottom w:val="0"/>
      <w:divBdr>
        <w:top w:val="none" w:sz="0" w:space="0" w:color="auto"/>
        <w:left w:val="none" w:sz="0" w:space="0" w:color="auto"/>
        <w:bottom w:val="none" w:sz="0" w:space="0" w:color="auto"/>
        <w:right w:val="none" w:sz="0" w:space="0" w:color="auto"/>
      </w:divBdr>
    </w:div>
    <w:div w:id="1803188294">
      <w:bodyDiv w:val="1"/>
      <w:marLeft w:val="0"/>
      <w:marRight w:val="0"/>
      <w:marTop w:val="0"/>
      <w:marBottom w:val="0"/>
      <w:divBdr>
        <w:top w:val="none" w:sz="0" w:space="0" w:color="auto"/>
        <w:left w:val="none" w:sz="0" w:space="0" w:color="auto"/>
        <w:bottom w:val="none" w:sz="0" w:space="0" w:color="auto"/>
        <w:right w:val="none" w:sz="0" w:space="0" w:color="auto"/>
      </w:divBdr>
    </w:div>
    <w:div w:id="1839730617">
      <w:bodyDiv w:val="1"/>
      <w:marLeft w:val="0"/>
      <w:marRight w:val="0"/>
      <w:marTop w:val="0"/>
      <w:marBottom w:val="0"/>
      <w:divBdr>
        <w:top w:val="none" w:sz="0" w:space="0" w:color="auto"/>
        <w:left w:val="none" w:sz="0" w:space="0" w:color="auto"/>
        <w:bottom w:val="none" w:sz="0" w:space="0" w:color="auto"/>
        <w:right w:val="none" w:sz="0" w:space="0" w:color="auto"/>
      </w:divBdr>
    </w:div>
    <w:div w:id="1875926794">
      <w:bodyDiv w:val="1"/>
      <w:marLeft w:val="0"/>
      <w:marRight w:val="0"/>
      <w:marTop w:val="0"/>
      <w:marBottom w:val="0"/>
      <w:divBdr>
        <w:top w:val="none" w:sz="0" w:space="0" w:color="auto"/>
        <w:left w:val="none" w:sz="0" w:space="0" w:color="auto"/>
        <w:bottom w:val="none" w:sz="0" w:space="0" w:color="auto"/>
        <w:right w:val="none" w:sz="0" w:space="0" w:color="auto"/>
      </w:divBdr>
    </w:div>
    <w:div w:id="1890998002">
      <w:bodyDiv w:val="1"/>
      <w:marLeft w:val="0"/>
      <w:marRight w:val="0"/>
      <w:marTop w:val="0"/>
      <w:marBottom w:val="0"/>
      <w:divBdr>
        <w:top w:val="none" w:sz="0" w:space="0" w:color="auto"/>
        <w:left w:val="none" w:sz="0" w:space="0" w:color="auto"/>
        <w:bottom w:val="none" w:sz="0" w:space="0" w:color="auto"/>
        <w:right w:val="none" w:sz="0" w:space="0" w:color="auto"/>
      </w:divBdr>
    </w:div>
    <w:div w:id="1939636044">
      <w:bodyDiv w:val="1"/>
      <w:marLeft w:val="0"/>
      <w:marRight w:val="0"/>
      <w:marTop w:val="0"/>
      <w:marBottom w:val="0"/>
      <w:divBdr>
        <w:top w:val="none" w:sz="0" w:space="0" w:color="auto"/>
        <w:left w:val="none" w:sz="0" w:space="0" w:color="auto"/>
        <w:bottom w:val="none" w:sz="0" w:space="0" w:color="auto"/>
        <w:right w:val="none" w:sz="0" w:space="0" w:color="auto"/>
      </w:divBdr>
    </w:div>
    <w:div w:id="1948653023">
      <w:bodyDiv w:val="1"/>
      <w:marLeft w:val="0"/>
      <w:marRight w:val="0"/>
      <w:marTop w:val="0"/>
      <w:marBottom w:val="0"/>
      <w:divBdr>
        <w:top w:val="none" w:sz="0" w:space="0" w:color="auto"/>
        <w:left w:val="none" w:sz="0" w:space="0" w:color="auto"/>
        <w:bottom w:val="none" w:sz="0" w:space="0" w:color="auto"/>
        <w:right w:val="none" w:sz="0" w:space="0" w:color="auto"/>
      </w:divBdr>
    </w:div>
    <w:div w:id="1972127473">
      <w:bodyDiv w:val="1"/>
      <w:marLeft w:val="0"/>
      <w:marRight w:val="0"/>
      <w:marTop w:val="0"/>
      <w:marBottom w:val="0"/>
      <w:divBdr>
        <w:top w:val="none" w:sz="0" w:space="0" w:color="auto"/>
        <w:left w:val="none" w:sz="0" w:space="0" w:color="auto"/>
        <w:bottom w:val="none" w:sz="0" w:space="0" w:color="auto"/>
        <w:right w:val="none" w:sz="0" w:space="0" w:color="auto"/>
      </w:divBdr>
    </w:div>
    <w:div w:id="1989556637">
      <w:bodyDiv w:val="1"/>
      <w:marLeft w:val="0"/>
      <w:marRight w:val="0"/>
      <w:marTop w:val="0"/>
      <w:marBottom w:val="0"/>
      <w:divBdr>
        <w:top w:val="none" w:sz="0" w:space="0" w:color="auto"/>
        <w:left w:val="none" w:sz="0" w:space="0" w:color="auto"/>
        <w:bottom w:val="none" w:sz="0" w:space="0" w:color="auto"/>
        <w:right w:val="none" w:sz="0" w:space="0" w:color="auto"/>
      </w:divBdr>
    </w:div>
    <w:div w:id="1994992829">
      <w:bodyDiv w:val="1"/>
      <w:marLeft w:val="0"/>
      <w:marRight w:val="0"/>
      <w:marTop w:val="0"/>
      <w:marBottom w:val="0"/>
      <w:divBdr>
        <w:top w:val="none" w:sz="0" w:space="0" w:color="auto"/>
        <w:left w:val="none" w:sz="0" w:space="0" w:color="auto"/>
        <w:bottom w:val="none" w:sz="0" w:space="0" w:color="auto"/>
        <w:right w:val="none" w:sz="0" w:space="0" w:color="auto"/>
      </w:divBdr>
    </w:div>
    <w:div w:id="1998461307">
      <w:bodyDiv w:val="1"/>
      <w:marLeft w:val="0"/>
      <w:marRight w:val="0"/>
      <w:marTop w:val="0"/>
      <w:marBottom w:val="0"/>
      <w:divBdr>
        <w:top w:val="none" w:sz="0" w:space="0" w:color="auto"/>
        <w:left w:val="none" w:sz="0" w:space="0" w:color="auto"/>
        <w:bottom w:val="none" w:sz="0" w:space="0" w:color="auto"/>
        <w:right w:val="none" w:sz="0" w:space="0" w:color="auto"/>
      </w:divBdr>
    </w:div>
    <w:div w:id="2005667494">
      <w:bodyDiv w:val="1"/>
      <w:marLeft w:val="0"/>
      <w:marRight w:val="0"/>
      <w:marTop w:val="0"/>
      <w:marBottom w:val="0"/>
      <w:divBdr>
        <w:top w:val="none" w:sz="0" w:space="0" w:color="auto"/>
        <w:left w:val="none" w:sz="0" w:space="0" w:color="auto"/>
        <w:bottom w:val="none" w:sz="0" w:space="0" w:color="auto"/>
        <w:right w:val="none" w:sz="0" w:space="0" w:color="auto"/>
      </w:divBdr>
    </w:div>
    <w:div w:id="2021933157">
      <w:bodyDiv w:val="1"/>
      <w:marLeft w:val="0"/>
      <w:marRight w:val="0"/>
      <w:marTop w:val="0"/>
      <w:marBottom w:val="0"/>
      <w:divBdr>
        <w:top w:val="none" w:sz="0" w:space="0" w:color="auto"/>
        <w:left w:val="none" w:sz="0" w:space="0" w:color="auto"/>
        <w:bottom w:val="none" w:sz="0" w:space="0" w:color="auto"/>
        <w:right w:val="none" w:sz="0" w:space="0" w:color="auto"/>
      </w:divBdr>
    </w:div>
    <w:div w:id="2041928400">
      <w:bodyDiv w:val="1"/>
      <w:marLeft w:val="0"/>
      <w:marRight w:val="0"/>
      <w:marTop w:val="0"/>
      <w:marBottom w:val="0"/>
      <w:divBdr>
        <w:top w:val="none" w:sz="0" w:space="0" w:color="auto"/>
        <w:left w:val="none" w:sz="0" w:space="0" w:color="auto"/>
        <w:bottom w:val="none" w:sz="0" w:space="0" w:color="auto"/>
        <w:right w:val="none" w:sz="0" w:space="0" w:color="auto"/>
      </w:divBdr>
    </w:div>
    <w:div w:id="2045321204">
      <w:bodyDiv w:val="1"/>
      <w:marLeft w:val="0"/>
      <w:marRight w:val="0"/>
      <w:marTop w:val="0"/>
      <w:marBottom w:val="0"/>
      <w:divBdr>
        <w:top w:val="none" w:sz="0" w:space="0" w:color="auto"/>
        <w:left w:val="none" w:sz="0" w:space="0" w:color="auto"/>
        <w:bottom w:val="none" w:sz="0" w:space="0" w:color="auto"/>
        <w:right w:val="none" w:sz="0" w:space="0" w:color="auto"/>
      </w:divBdr>
    </w:div>
    <w:div w:id="2084136694">
      <w:bodyDiv w:val="1"/>
      <w:marLeft w:val="0"/>
      <w:marRight w:val="0"/>
      <w:marTop w:val="0"/>
      <w:marBottom w:val="0"/>
      <w:divBdr>
        <w:top w:val="none" w:sz="0" w:space="0" w:color="auto"/>
        <w:left w:val="none" w:sz="0" w:space="0" w:color="auto"/>
        <w:bottom w:val="none" w:sz="0" w:space="0" w:color="auto"/>
        <w:right w:val="none" w:sz="0" w:space="0" w:color="auto"/>
      </w:divBdr>
    </w:div>
    <w:div w:id="2106263032">
      <w:bodyDiv w:val="1"/>
      <w:marLeft w:val="0"/>
      <w:marRight w:val="0"/>
      <w:marTop w:val="0"/>
      <w:marBottom w:val="0"/>
      <w:divBdr>
        <w:top w:val="none" w:sz="0" w:space="0" w:color="auto"/>
        <w:left w:val="none" w:sz="0" w:space="0" w:color="auto"/>
        <w:bottom w:val="none" w:sz="0" w:space="0" w:color="auto"/>
        <w:right w:val="none" w:sz="0" w:space="0" w:color="auto"/>
      </w:divBdr>
    </w:div>
    <w:div w:id="21368228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iopscience.iop.org/article/10.1088/1757-899X/769/1/012021/pdf" TargetMode="External"/><Relationship Id="rId18" Type="http://schemas.openxmlformats.org/officeDocument/2006/relationships/hyperlink" Target="https://theory.stanford.edu/~amitp/GameProgramming/AStarComparison.html"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teachcomputing.org" TargetMode="External"/><Relationship Id="rId17" Type="http://schemas.openxmlformats.org/officeDocument/2006/relationships/hyperlink" Target="https://www.tutorialspoint.com/data_structures_algorithms/kruskals_spanning_tree_algorithm.htm" TargetMode="External"/><Relationship Id="rId2" Type="http://schemas.openxmlformats.org/officeDocument/2006/relationships/numbering" Target="numbering.xml"/><Relationship Id="rId16" Type="http://schemas.openxmlformats.org/officeDocument/2006/relationships/hyperlink" Target="https://www.programiz.com/dsa/prim-algorith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rive.google.com/file/d/158FDpY6h6TdHTn7DSRmDWmPJLvIWKwPp/view?usp=sharing" TargetMode="External"/><Relationship Id="rId5" Type="http://schemas.openxmlformats.org/officeDocument/2006/relationships/webSettings" Target="webSettings.xml"/><Relationship Id="rId15" Type="http://schemas.openxmlformats.org/officeDocument/2006/relationships/hyperlink" Target="https://www.geeksforgeeks.org/bellman-ford-algorithm-dp-23/" TargetMode="External"/><Relationship Id="rId10" Type="http://schemas.openxmlformats.org/officeDocument/2006/relationships/image" Target="media/image5.png"/><Relationship Id="rId19" Type="http://schemas.openxmlformats.org/officeDocument/2006/relationships/hyperlink" Target="https://www.simplilearn.com/tutorials/data-structure-tutorial/greedy-algorith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eeksforgeeks.org/introduction-to-dijkstras-shortest-path-algorithm/"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46D80DD6D04F0184DE8291DA8C207A"/>
        <w:category>
          <w:name w:val="General"/>
          <w:gallery w:val="placeholder"/>
        </w:category>
        <w:types>
          <w:type w:val="bbPlcHdr"/>
        </w:types>
        <w:behaviors>
          <w:behavior w:val="content"/>
        </w:behaviors>
        <w:guid w:val="{23A8435E-9E38-4716-AA32-947406D3E20F}"/>
      </w:docPartPr>
      <w:docPartBody>
        <w:p w:rsidR="00464404" w:rsidRDefault="00E1182F" w:rsidP="00E1182F">
          <w:pPr>
            <w:pStyle w:val="2C46D80DD6D04F0184DE8291DA8C207A"/>
          </w:pPr>
          <w:r w:rsidRPr="00CB6A10">
            <w:rPr>
              <w:rStyle w:val="PlaceholderText"/>
            </w:rPr>
            <w:t>Formatting...</w:t>
          </w:r>
        </w:p>
      </w:docPartBody>
    </w:docPart>
    <w:docPart>
      <w:docPartPr>
        <w:name w:val="9179836B58DC469FAC3C16258B16E9C0"/>
        <w:category>
          <w:name w:val="General"/>
          <w:gallery w:val="placeholder"/>
        </w:category>
        <w:types>
          <w:type w:val="bbPlcHdr"/>
        </w:types>
        <w:behaviors>
          <w:behavior w:val="content"/>
        </w:behaviors>
        <w:guid w:val="{ACF21B83-DF44-4A8F-9682-9AA6308A9FBC}"/>
      </w:docPartPr>
      <w:docPartBody>
        <w:p w:rsidR="00464404" w:rsidRDefault="00E1182F">
          <w:r w:rsidRPr="00CB6A10">
            <w:rPr>
              <w:rStyle w:val="PlaceholderText"/>
            </w:rPr>
            <w:t>Formatting...</w:t>
          </w:r>
        </w:p>
      </w:docPartBody>
    </w:docPart>
    <w:docPart>
      <w:docPartPr>
        <w:name w:val="254E847D5BFD4DF39BE3D0778238420C"/>
        <w:category>
          <w:name w:val="General"/>
          <w:gallery w:val="placeholder"/>
        </w:category>
        <w:types>
          <w:type w:val="bbPlcHdr"/>
        </w:types>
        <w:behaviors>
          <w:behavior w:val="content"/>
        </w:behaviors>
        <w:guid w:val="{95E3C5DC-3ED7-4E50-BAE4-A489669C1FA4}"/>
      </w:docPartPr>
      <w:docPartBody>
        <w:p w:rsidR="00464404" w:rsidRDefault="00E1182F">
          <w:r w:rsidRPr="00CB6A10">
            <w:rPr>
              <w:rStyle w:val="PlaceholderText"/>
            </w:rPr>
            <w:t>Formatting...</w:t>
          </w:r>
        </w:p>
      </w:docPartBody>
    </w:docPart>
    <w:docPart>
      <w:docPartPr>
        <w:name w:val="50E0151546104D829EF303F6C70EBD52"/>
        <w:category>
          <w:name w:val="General"/>
          <w:gallery w:val="placeholder"/>
        </w:category>
        <w:types>
          <w:type w:val="bbPlcHdr"/>
        </w:types>
        <w:behaviors>
          <w:behavior w:val="content"/>
        </w:behaviors>
        <w:guid w:val="{D3B52EC3-B8C9-4393-9163-EF084DF130D3}"/>
      </w:docPartPr>
      <w:docPartBody>
        <w:p w:rsidR="00464404" w:rsidRDefault="00E1182F">
          <w:r w:rsidRPr="00CB6A10">
            <w:rPr>
              <w:rStyle w:val="PlaceholderText"/>
            </w:rPr>
            <w:t>Formatting...</w:t>
          </w:r>
        </w:p>
      </w:docPartBody>
    </w:docPart>
    <w:docPart>
      <w:docPartPr>
        <w:name w:val="22E5B8579F654E08A5ECBC88E179D6A3"/>
        <w:category>
          <w:name w:val="General"/>
          <w:gallery w:val="placeholder"/>
        </w:category>
        <w:types>
          <w:type w:val="bbPlcHdr"/>
        </w:types>
        <w:behaviors>
          <w:behavior w:val="content"/>
        </w:behaviors>
        <w:guid w:val="{C4C008F1-44E9-4173-82A1-E3B996B064D5}"/>
      </w:docPartPr>
      <w:docPartBody>
        <w:p w:rsidR="00464404" w:rsidRDefault="00E1182F">
          <w:r w:rsidRPr="00CB6A10">
            <w:rPr>
              <w:rStyle w:val="PlaceholderText"/>
            </w:rPr>
            <w:t>Formatting...</w:t>
          </w:r>
        </w:p>
      </w:docPartBody>
    </w:docPart>
    <w:docPart>
      <w:docPartPr>
        <w:name w:val="0A89956098BF4021BE690CB639B9EEC6"/>
        <w:category>
          <w:name w:val="General"/>
          <w:gallery w:val="placeholder"/>
        </w:category>
        <w:types>
          <w:type w:val="bbPlcHdr"/>
        </w:types>
        <w:behaviors>
          <w:behavior w:val="content"/>
        </w:behaviors>
        <w:guid w:val="{8E64FB7B-DAC3-4DAF-BED2-764115D649CC}"/>
      </w:docPartPr>
      <w:docPartBody>
        <w:p w:rsidR="00464404" w:rsidRDefault="00E1182F">
          <w:r w:rsidRPr="00CB6A10">
            <w:rPr>
              <w:rStyle w:val="PlaceholderText"/>
            </w:rPr>
            <w:t>Formatting...</w:t>
          </w:r>
        </w:p>
      </w:docPartBody>
    </w:docPart>
    <w:docPart>
      <w:docPartPr>
        <w:name w:val="D63326E580464E95BCEF883BCBC4F32F"/>
        <w:category>
          <w:name w:val="General"/>
          <w:gallery w:val="placeholder"/>
        </w:category>
        <w:types>
          <w:type w:val="bbPlcHdr"/>
        </w:types>
        <w:behaviors>
          <w:behavior w:val="content"/>
        </w:behaviors>
        <w:guid w:val="{5FCC33E0-B266-4A51-99A2-CFD2DA4537BB}"/>
      </w:docPartPr>
      <w:docPartBody>
        <w:p w:rsidR="009C3ED2" w:rsidRDefault="00464404">
          <w:r w:rsidRPr="00DF0392">
            <w:rPr>
              <w:rStyle w:val="PlaceholderText"/>
            </w:rPr>
            <w:t>Formatting...</w:t>
          </w:r>
        </w:p>
      </w:docPartBody>
    </w:docPart>
    <w:docPart>
      <w:docPartPr>
        <w:name w:val="EEC7B7C7245140C4AC7B8666D6C1E788"/>
        <w:category>
          <w:name w:val="General"/>
          <w:gallery w:val="placeholder"/>
        </w:category>
        <w:types>
          <w:type w:val="bbPlcHdr"/>
        </w:types>
        <w:behaviors>
          <w:behavior w:val="content"/>
        </w:behaviors>
        <w:guid w:val="{420CF084-A7DE-4CF0-ADF2-62F1E5B6A4D7}"/>
      </w:docPartPr>
      <w:docPartBody>
        <w:p w:rsidR="009C3ED2" w:rsidRDefault="00464404">
          <w:r w:rsidRPr="00DF0392">
            <w:rPr>
              <w:rStyle w:val="PlaceholderText"/>
            </w:rPr>
            <w:t>Formatting...</w:t>
          </w:r>
        </w:p>
      </w:docPartBody>
    </w:docPart>
    <w:docPart>
      <w:docPartPr>
        <w:name w:val="542BAAE994F84FE680C8742AEA1CCFF5"/>
        <w:category>
          <w:name w:val="General"/>
          <w:gallery w:val="placeholder"/>
        </w:category>
        <w:types>
          <w:type w:val="bbPlcHdr"/>
        </w:types>
        <w:behaviors>
          <w:behavior w:val="content"/>
        </w:behaviors>
        <w:guid w:val="{69E22F50-4F98-4021-A48A-EF83A46D6171}"/>
      </w:docPartPr>
      <w:docPartBody>
        <w:p w:rsidR="009C3ED2" w:rsidRDefault="00464404">
          <w:r w:rsidRPr="00DF0392">
            <w:rPr>
              <w:rStyle w:val="PlaceholderText"/>
            </w:rPr>
            <w:t>Formatting...</w:t>
          </w:r>
        </w:p>
      </w:docPartBody>
    </w:docPart>
    <w:docPart>
      <w:docPartPr>
        <w:name w:val="CE5FA6F194014F1C85B004CDF504255C"/>
        <w:category>
          <w:name w:val="General"/>
          <w:gallery w:val="placeholder"/>
        </w:category>
        <w:types>
          <w:type w:val="bbPlcHdr"/>
        </w:types>
        <w:behaviors>
          <w:behavior w:val="content"/>
        </w:behaviors>
        <w:guid w:val="{E0F8268C-7063-4353-AA63-61A871433EF0}"/>
      </w:docPartPr>
      <w:docPartBody>
        <w:p w:rsidR="00000000" w:rsidRDefault="009C3ED2">
          <w:r w:rsidRPr="002A1BA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82F"/>
    <w:rsid w:val="00464404"/>
    <w:rsid w:val="005D033A"/>
    <w:rsid w:val="0060544E"/>
    <w:rsid w:val="009601B6"/>
    <w:rsid w:val="009C3ED2"/>
    <w:rsid w:val="00B327D9"/>
    <w:rsid w:val="00C00857"/>
    <w:rsid w:val="00E1182F"/>
    <w:rsid w:val="00F03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3ED2"/>
    <w:rPr>
      <w:color w:val="666666"/>
    </w:rPr>
  </w:style>
  <w:style w:type="paragraph" w:customStyle="1" w:styleId="2C46D80DD6D04F0184DE8291DA8C207A">
    <w:name w:val="2C46D80DD6D04F0184DE8291DA8C207A"/>
    <w:rsid w:val="00E118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D2FE8A-05A9-40FD-83B6-8EB671153A67}">
  <we:reference id="8c1c3d44-57e9-40d7-86e4-4adf61fea1dd" version="2.1.0.2" store="EXCatalog" storeType="EXCatalog"/>
  <we:alternateReferences>
    <we:reference id="WA104380122" version="2.1.0.2" store="en-GB" storeType="OMEX"/>
  </we:alternateReferences>
  <we:properties>
    <we:property name="citations" value="{&quot;135620499&quot;:{&quot;referencesIds&quot;:[&quot;doc:6772fc4ebce0551b84883a6c&quot;],&quot;referencesOptions&quot;:{&quot;doc:6772fc4ebce0551b84883a6c&quot;:{&quot;author&quot;:true,&quot;year&quot;:true,&quot;formatAuthorYear&quot;:false,&quot;pageReplace&quot;:&quot;&quot;,&quot;prefix&quot;:&quot;&quot;,&quot;suffix&quot;:&quot;&quot;}},&quot;hasBrokenReferences&quot;:false,&quot;hasManualEdits&quot;:false,&quot;isEmpty&quot;:false,&quot;citationType&quot;:&quot;inline&quot;,&quot;id&quot;:135620499,&quot;citationText&quot;:&quot;&lt;span style=\&quot;font-family:Cambria;font-size:14.666666666666666px;color:#000000\&quot;&gt;[5]&lt;/span&gt;&quot;},&quot;834258652&quot;:{&quot;referencesIds&quot;:[&quot;doc:677fd828d78db76a8b0add57&quot;],&quot;referencesOptions&quot;:{&quot;doc:677fd828d78db76a8b0add57&quot;:{&quot;author&quot;:true,&quot;year&quot;:true,&quot;formatAuthorYear&quot;:false,&quot;pageReplace&quot;:&quot;&quot;,&quot;prefix&quot;:&quot;&quot;,&quot;suffix&quot;:&quot;&quot;}},&quot;hasBrokenReferences&quot;:false,&quot;hasManualEdits&quot;:false,&quot;isEmpty&quot;:false,&quot;citationType&quot;:&quot;inline&quot;,&quot;id&quot;:834258652,&quot;citationText&quot;:&quot;&lt;span style=\&quot;font-family:Cambria;font-size:14.666666666666666px;color:#000000\&quot;&gt;[9]&lt;/span&gt;&quot;},&quot;1389223238&quot;:{&quot;referencesIds&quot;:[&quot;doc:677fdb2507264b6374e8b47d&quot;],&quot;referencesOptions&quot;:{&quot;doc:677fdb2507264b6374e8b47d&quot;:{&quot;author&quot;:true,&quot;year&quot;:true,&quot;formatAuthorYear&quot;:false,&quot;pageReplace&quot;:&quot;&quot;,&quot;prefix&quot;:&quot;&quot;,&quot;suffix&quot;:&quot;&quot;}},&quot;hasBrokenReferences&quot;:false,&quot;hasManualEdits&quot;:false,&quot;isEmpty&quot;:false,&quot;citationType&quot;:&quot;inline&quot;,&quot;id&quot;:1389223238,&quot;citationText&quot;:&quot;&lt;span style=\&quot;font-family:Cambria;font-size:14.666666666666666px;color:#000000\&quot;&gt;[2]&lt;/span&gt;&quot;},&quot;-1854880261&quot;:{&quot;referencesIds&quot;:[&quot;doc:6771cec0aaca522e222f728f&quot;],&quot;referencesOptions&quot;:{&quot;doc:6771cec0aaca522e222f728f&quot;:{&quot;author&quot;:true,&quot;year&quot;:true,&quot;formatAuthorYear&quot;:false,&quot;pageReplace&quot;:&quot;&quot;,&quot;prefix&quot;:&quot;&quot;,&quot;suffix&quot;:&quot;&quot;}},&quot;hasBrokenReferences&quot;:false,&quot;hasManualEdits&quot;:false,&quot;isEmpty&quot;:false,&quot;citationType&quot;:&quot;inline&quot;,&quot;id&quot;:-1854880261,&quot;citationText&quot;:&quot;&lt;span style=\&quot;font-family:Cambria;font-size:14.666666666666666px;color:#000000\&quot;&gt;[1]&lt;/span&gt;&quot;},&quot;-1397583958&quot;:{&quot;referencesIds&quot;:[&quot;doc:6772f52fd6e3371183b1064d&quot;],&quot;referencesOptions&quot;:{&quot;doc:6772f52fd6e3371183b1064d&quot;:{&quot;author&quot;:true,&quot;year&quot;:true,&quot;formatAuthorYear&quot;:false,&quot;pageReplace&quot;:&quot;&quot;,&quot;prefix&quot;:&quot;&quot;,&quot;suffix&quot;:&quot;&quot;}},&quot;hasBrokenReferences&quot;:false,&quot;hasManualEdits&quot;:false,&quot;isEmpty&quot;:false,&quot;citationType&quot;:&quot;inline&quot;,&quot;id&quot;:-1397583958,&quot;citationText&quot;:&quot;&lt;span style=\&quot;font-family:Cambria;font-size:14.666666666666666px;color:#000000\&quot;&gt;[3]&lt;/span&gt;&quot;},&quot;-322904965&quot;:{&quot;referencesIds&quot;:[&quot;doc:6772f60bcd900e65821cafa6&quot;],&quot;referencesOptions&quot;:{&quot;doc:6772f60bcd900e65821cafa6&quot;:{&quot;author&quot;:true,&quot;year&quot;:true,&quot;formatAuthorYear&quot;:false,&quot;pageReplace&quot;:&quot;&quot;,&quot;prefix&quot;:&quot;&quot;,&quot;suffix&quot;:&quot;&quot;}},&quot;hasBrokenReferences&quot;:false,&quot;hasManualEdits&quot;:false,&quot;isEmpty&quot;:false,&quot;citationType&quot;:&quot;inline&quot;,&quot;id&quot;:-322904965,&quot;citationText&quot;:&quot;&lt;span style=\&quot;font-family:Cambria;font-size:14.666666666666666px;color:#000000\&quot;&gt;[4]&lt;/span&gt;&quot;},&quot;-280497100&quot;:{&quot;referencesIds&quot;:[&quot;doc:6772fc8819eb1e4be8d474e3&quot;],&quot;referencesOptions&quot;:{&quot;doc:6772fc8819eb1e4be8d474e3&quot;:{&quot;author&quot;:true,&quot;year&quot;:true,&quot;formatAuthorYear&quot;:false,&quot;pageReplace&quot;:&quot;&quot;,&quot;prefix&quot;:&quot;&quot;,&quot;suffix&quot;:&quot;&quot;}},&quot;hasBrokenReferences&quot;:false,&quot;hasManualEdits&quot;:false,&quot;isEmpty&quot;:false,&quot;citationType&quot;:&quot;inline&quot;,&quot;id&quot;:-280497100,&quot;citationText&quot;:&quot;&lt;span style=\&quot;font-family:Cambria;font-size:14.666666666666666px;color:#000000\&quot;&gt;[6]&lt;/span&gt;&quot;},&quot;-874768904&quot;:{&quot;referencesIds&quot;:[&quot;doc:6772fcbb82f17e58b9a9ff18&quot;],&quot;referencesOptions&quot;:{&quot;doc:6772fcbb82f17e58b9a9ff18&quot;:{&quot;author&quot;:true,&quot;year&quot;:true,&quot;formatAuthorYear&quot;:false,&quot;pageReplace&quot;:&quot;&quot;,&quot;prefix&quot;:&quot;&quot;,&quot;suffix&quot;:&quot;&quot;}},&quot;hasBrokenReferences&quot;:false,&quot;hasManualEdits&quot;:false,&quot;isEmpty&quot;:false,&quot;citationType&quot;:&quot;inline&quot;,&quot;id&quot;:-874768904,&quot;citationText&quot;:&quot;&lt;span style=\&quot;font-family:Cambria;font-size:14.666666666666666px;color:#000000\&quot;&gt;[7]&lt;/span&gt;&quot;},&quot;-89088321&quot;:{&quot;referencesIds&quot;:[&quot;doc:677fd56804fc6465db1b3273&quot;],&quot;referencesOptions&quot;:{&quot;doc:677fd56804fc6465db1b3273&quot;:{&quot;author&quot;:true,&quot;year&quot;:true,&quot;formatAuthorYear&quot;:false,&quot;pageReplace&quot;:&quot;&quot;,&quot;prefix&quot;:&quot;&quot;,&quot;suffix&quot;:&quot;&quot;}},&quot;hasBrokenReferences&quot;:false,&quot;hasManualEdits&quot;:false,&quot;isEmpty&quot;:false,&quot;citationType&quot;:&quot;inline&quot;,&quot;id&quot;:-89088321,&quot;citationText&quot;:&quot;&lt;span style=\&quot;font-family:Cambria;font-size:14.666666666666666px;color:#000000\&quot;&gt;[8]&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2576a1bb252609587b1aff&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9</Pages>
  <Words>1941</Words>
  <Characters>9572</Characters>
  <Application>Microsoft Office Word</Application>
  <DocSecurity>0</DocSecurity>
  <Lines>203</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Kallem Thomas (2304300)</cp:lastModifiedBy>
  <cp:revision>5</cp:revision>
  <dcterms:created xsi:type="dcterms:W3CDTF">2025-01-13T13:21:00Z</dcterms:created>
  <dcterms:modified xsi:type="dcterms:W3CDTF">2025-01-13T22:57:00Z</dcterms:modified>
  <cp:category/>
</cp:coreProperties>
</file>