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Job Title:</w:t>
      </w:r>
    </w:p>
    <w:p>
      <w:r>
        <w:t>Airbnb Property Manager</w:t>
      </w:r>
    </w:p>
    <w:p>
      <w:pPr>
        <w:pStyle w:val="Heading1"/>
      </w:pPr>
      <w:r>
        <w:t>Location:</w:t>
      </w:r>
    </w:p>
    <w:p>
      <w:r>
        <w:t>In Person</w:t>
      </w:r>
    </w:p>
    <w:p>
      <w:pPr>
        <w:pStyle w:val="Heading1"/>
      </w:pPr>
      <w:r>
        <w:t>Job Summary:</w:t>
      </w:r>
    </w:p>
    <w:p>
      <w:r>
        <w:t>We are seeking an active and well-oriented Airbnb Manager to look after and take care of one or more Airbnb listings. The individual will be responsible for guest satisfaction, maintaining the quality of the property, and managing all operations relating to the places.</w:t>
      </w:r>
    </w:p>
    <w:p>
      <w:pPr>
        <w:pStyle w:val="Heading1"/>
      </w:pPr>
      <w:r>
        <w:t>Key Responsibilities:</w:t>
      </w:r>
    </w:p>
    <w:p>
      <w:r>
        <w:t>- Manage Airbnb listings including photos, prices.</w:t>
      </w:r>
    </w:p>
    <w:p>
      <w:r>
        <w:t>- Deal with guests’ check-in, check-out and more stays.</w:t>
      </w:r>
    </w:p>
    <w:p>
      <w:r>
        <w:t>- Handle booking inquiries, guest messages and resolve issues.</w:t>
      </w:r>
    </w:p>
    <w:p>
      <w:r>
        <w:t>- Supervise all maintenance and cleanings.</w:t>
      </w:r>
    </w:p>
    <w:p>
      <w:r>
        <w:t>- Maintain high standards of presentations and cleanliness.</w:t>
      </w:r>
    </w:p>
    <w:p>
      <w:r>
        <w:t>- Keep record of stocks, needs and income/expenses.</w:t>
      </w:r>
    </w:p>
    <w:p>
      <w:r>
        <w:t>- Implementation of new strategies and policies to generate more revenue.</w:t>
      </w:r>
    </w:p>
    <w:p>
      <w:r>
        <w:t>- Make a good, peaceful environment for guests and make positive relations with clients.</w:t>
      </w:r>
    </w:p>
    <w:p>
      <w:r>
        <w:t>- Prepare monthly reports of staff performances and bookings.</w:t>
      </w:r>
    </w:p>
    <w:p>
      <w:pPr>
        <w:pStyle w:val="Heading1"/>
      </w:pPr>
      <w:r>
        <w:t>Benefits:</w:t>
      </w:r>
    </w:p>
    <w:p>
      <w:r>
        <w:t>- Competitive monthly salary</w:t>
      </w:r>
    </w:p>
    <w:p>
      <w:r>
        <w:t>- Commission on every booking</w:t>
      </w:r>
    </w:p>
    <w:p>
      <w:r>
        <w:t>- Pension scheme</w:t>
      </w:r>
    </w:p>
    <w:p>
      <w:r>
        <w:t>- Bonus on well performance</w:t>
      </w:r>
    </w:p>
    <w:p>
      <w:r>
        <w:t>- Health and care benefits</w:t>
      </w:r>
    </w:p>
    <w:p>
      <w:r>
        <w:t>- Paid holidays of 28 days/year</w:t>
      </w:r>
    </w:p>
    <w:p>
      <w:r>
        <w:t>- More opportunities to grow up your career</w:t>
      </w:r>
    </w:p>
    <w:p>
      <w:pPr>
        <w:pStyle w:val="Heading1"/>
      </w:pPr>
      <w:r>
        <w:t>Requirements:</w:t>
      </w:r>
    </w:p>
    <w:p>
      <w:r>
        <w:t>- Must be experienced in hospitality and management.</w:t>
      </w:r>
    </w:p>
    <w:p>
      <w:r>
        <w:t>- Strong communication skills in English and Spanish.</w:t>
      </w:r>
    </w:p>
    <w:p>
      <w:r>
        <w:t>- Decision making and problem solving is required.</w:t>
      </w:r>
    </w:p>
    <w:p>
      <w:r>
        <w:t>- Availability during weekdays and weekends as well.</w:t>
      </w:r>
    </w:p>
    <w:p>
      <w:r>
        <w:t>- Reliable transportation to commute on site.</w:t>
      </w:r>
    </w:p>
    <w:p>
      <w:r>
        <w:t>- Ability to handle emergency situations calmly and efficiently.</w:t>
      </w:r>
    </w:p>
    <w:p>
      <w:pPr>
        <w:pStyle w:val="Heading1"/>
      </w:pPr>
      <w:r>
        <w:t>Qualifications:</w:t>
      </w:r>
    </w:p>
    <w:p>
      <w:r>
        <w:t>- Bachelor’s in Hospitality and Management as a minimum.</w:t>
      </w:r>
    </w:p>
    <w:p>
      <w:r>
        <w:t>- First Aid Certificate.</w:t>
      </w:r>
    </w:p>
    <w:p>
      <w:pPr>
        <w:pStyle w:val="Heading1"/>
      </w:pPr>
      <w:r>
        <w:t>How to Apply:</w:t>
      </w:r>
    </w:p>
    <w:p>
      <w:r>
        <w:t>Send your resume to the given mail address and a short cover letter explaining why you are the best match for this role.</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