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Week 7 Mock Interview Submission</w:t>
      </w:r>
    </w:p>
    <w:p>
      <w:pPr>
        <w:pStyle w:val="Heading2"/>
      </w:pPr>
      <w:r>
        <w:t>Job Advert: Marketing Assistant</w:t>
      </w:r>
    </w:p>
    <w:p>
      <w:r>
        <w:br/>
        <w:t>Company: UK Staffing Group</w:t>
        <w:br/>
        <w:t>Location: Manchester (Remote-friendly)</w:t>
        <w:br/>
        <w:t>Role: Marketing Assistant</w:t>
        <w:br/>
        <w:br/>
        <w:t>Job Description:</w:t>
        <w:br/>
        <w:t>- Create and schedule content across social media, email, and company-owned channels.</w:t>
        <w:br/>
        <w:t>- Support marketing campaigns from planning through execution.</w:t>
        <w:br/>
        <w:t>- Assist with analytics reporting using tools such as Google Analytics and social insights.</w:t>
        <w:br/>
        <w:t>- Coordinate content calendars and maintain consistent brand messaging.</w:t>
        <w:br/>
        <w:t>- Conduct market and competitor research.</w:t>
        <w:br/>
        <w:t>- Work closely with the wider marketing team to deliver promotional projects.</w:t>
        <w:br/>
        <w:br/>
        <w:t>Person Specification:</w:t>
        <w:br/>
        <w:t>- Experience in digital marketing, content creation, or social media management.</w:t>
        <w:br/>
        <w:t>- Strong writing and communication skills.</w:t>
        <w:br/>
        <w:t>- Ability to work to tight deadlines.</w:t>
        <w:br/>
        <w:t>- Familiar with analytics tools and basic reporting.</w:t>
        <w:br/>
        <w:t>- Organised, detail‑focused, and proactive.</w:t>
        <w:br/>
      </w:r>
    </w:p>
    <w:p>
      <w:pPr>
        <w:pStyle w:val="Heading2"/>
      </w:pPr>
      <w:r>
        <w:t>CV – Cerestil Stoica</w:t>
      </w:r>
    </w:p>
    <w:p>
      <w:r>
        <w:br/>
        <w:t>Location: London, UK</w:t>
        <w:br/>
        <w:t>Phone: 0000 000 0000</w:t>
        <w:br/>
        <w:t>Email: example@email.com</w:t>
        <w:br/>
        <w:br/>
        <w:t>Professional Summary:</w:t>
        <w:br/>
        <w:t>Experienced Marketing Assistant with strong background in digital content creation, social media management, and campaign support. Skilled in analytics, copywriting, and working in fast‑paced environments. Proven ability to increase engagement and support brand growth.</w:t>
        <w:br/>
        <w:br/>
        <w:t>Professional Experience:</w:t>
        <w:br/>
        <w:br/>
        <w:t>Marketing Assistant – BrightWave Media, London (2022–2024)</w:t>
        <w:br/>
        <w:t>- Created and scheduled social media content across Instagram, TikTok, Facebook, and LinkedIn.</w:t>
        <w:br/>
        <w:t>- Increased engagement by 28% within 12 months.</w:t>
        <w:br/>
        <w:t>- Supported paid ad campaigns and monitored performance metrics.</w:t>
        <w:br/>
        <w:t>- Coordinated email marketing campaigns using Mailchimp.</w:t>
        <w:br/>
        <w:t>- Provided weekly analytics reports to senior marketing staff.</w:t>
        <w:br/>
        <w:br/>
        <w:t>Digital Content Coordinator – MarketFlow Agency, London (2020–2022)</w:t>
        <w:br/>
        <w:t>- Managed content calendars and delivered multimedia content.</w:t>
        <w:br/>
        <w:t>- Improved website traffic by 18% through consistent SEO‑aware posting.</w:t>
        <w:br/>
        <w:t>- Collaborated with designers and photographers to produce branded visuals.</w:t>
        <w:br/>
        <w:t>- Supported event promotions and live social coverage.</w:t>
        <w:br/>
        <w:br/>
        <w:t>Key Skills:</w:t>
        <w:br/>
        <w:t>- Social Media Management</w:t>
        <w:br/>
        <w:t>- Content Creation &amp; Copywriting</w:t>
        <w:br/>
        <w:t>- Analytics &amp; Reporting</w:t>
        <w:br/>
        <w:t>- Campaign Support</w:t>
        <w:br/>
        <w:t>- Email Marketing</w:t>
        <w:br/>
        <w:t>- Organisation &amp; Time Management</w:t>
        <w:br/>
      </w:r>
    </w:p>
    <w:p>
      <w:pPr>
        <w:pStyle w:val="Heading2"/>
      </w:pPr>
      <w:r>
        <w:t>Cover Letter – Cerestil Stoica</w:t>
      </w:r>
    </w:p>
    <w:p>
      <w:r>
        <w:br/>
        <w:t>Dear Hiring Manager,</w:t>
        <w:br/>
        <w:br/>
        <w:t>I am writing to express my interest in the Marketing Assistant position advertised by UK Staffing Group. With several years of experience in digital marketing and content creation, I have developed strong skills in social media management, campaign support, and analytics reporting.</w:t>
        <w:br/>
        <w:br/>
        <w:t>In my previous roles, I successfully increased engagement across multiple platforms, delivered consistent branded content, and supported marketing campaigns from planning through execution. I am confident that my proactive approach, creativity, and ability to work under pressure align well with the responsibilities outlined in the job description.</w:t>
        <w:br/>
        <w:br/>
        <w:t>I am excited about the opportunity to contribute to your team and support your ongoing marketing initiatives. Thank you for considering my application.</w:t>
        <w:br/>
        <w:br/>
        <w:t>Kind regards,</w:t>
        <w:br/>
        <w:t>Cerestil Stoica</w:t>
        <w:br/>
      </w:r>
    </w:p>
    <w:p>
      <w:pPr>
        <w:pStyle w:val="Heading2"/>
      </w:pPr>
      <w:r>
        <w:t>Interview Questions and Model Answers</w:t>
      </w:r>
    </w:p>
    <w:p>
      <w:r>
        <w:br/>
        <w:t>1. Tell us about your experience in digital marketing.</w:t>
        <w:br/>
        <w:t>Answer: I have over four years of experience supporting digital campaigns, creating content, managing social channels, and producing analytics reports. My work has consistently helped improve engagement and brand visibility.</w:t>
        <w:br/>
        <w:br/>
        <w:t>2. How do you measure success on social media?</w:t>
        <w:br/>
        <w:t>Answer: I track metrics such as engagement rate, reach, impressions, click‑through rate, and conversions. I compare weekly and monthly performance to identify trends and opportunities.</w:t>
        <w:br/>
        <w:br/>
        <w:t>3. Describe a time you managed tight deadlines.</w:t>
        <w:br/>
        <w:t>Answer: At BrightWave Media, I often had to deliver content within 24 hours for fast‑moving campaigns. I prioritised tasks, communicated clearly with the team, and ensured each asset met brand standards.</w:t>
        <w:br/>
        <w:br/>
        <w:t>4. How do you approach content creation?</w:t>
        <w:br/>
        <w:t>Answer: I start by reviewing the campaign goals, identifying the target audience, and selecting the right tone and message. I draft several variations, choose visuals that align with the brand, and optimise formats for each platform.</w:t>
        <w:br/>
        <w:br/>
        <w:t>5. Why do you want this role?</w:t>
        <w:br/>
        <w:t>Answer: I am passionate about digital marketing and enjoy creating content that strengthens customer engagement. This role matches my skills and offers the opportunity to work on exciting campaigns within a supportive team.</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