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47DBC4" w14:textId="0BA32310" w:rsidR="00120597" w:rsidRDefault="004E6C1D">
      <w:pPr>
        <w:jc w:val="center"/>
      </w:pPr>
      <w:r>
        <w:rPr>
          <w:b/>
          <w:sz w:val="48"/>
        </w:rPr>
        <w:t xml:space="preserve">REPORT </w:t>
      </w:r>
      <w:r>
        <w:rPr>
          <w:b/>
          <w:sz w:val="48"/>
        </w:rPr>
        <w:br/>
      </w:r>
    </w:p>
    <w:p w14:paraId="3ADEFD6A" w14:textId="5D1EAD75" w:rsidR="00446C96" w:rsidRDefault="004E6C1D" w:rsidP="00446C96">
      <w:r>
        <w:br/>
        <w:t>Module Name</w:t>
      </w:r>
      <w:r w:rsidR="00712FB6">
        <w:t xml:space="preserve">: </w:t>
      </w:r>
      <w:r w:rsidR="006C6BAC" w:rsidRPr="6E08433B">
        <w:rPr>
          <w:rFonts w:cs="Arial"/>
          <w:color w:val="000000" w:themeColor="text1"/>
        </w:rPr>
        <w:t>Learning in the Digital Era</w:t>
      </w:r>
    </w:p>
    <w:p w14:paraId="4D2F021E" w14:textId="55B186AB" w:rsidR="00712FB6" w:rsidRPr="00446C96" w:rsidRDefault="00712FB6" w:rsidP="00446C96">
      <w:pPr>
        <w:rPr>
          <w:b/>
          <w:bCs/>
          <w:lang w:val="en-GB"/>
        </w:rPr>
      </w:pPr>
      <w:r>
        <w:t>Module Code:</w:t>
      </w:r>
      <w:r w:rsidRPr="00712FB6">
        <w:rPr>
          <w:lang w:val="en-GB"/>
        </w:rPr>
        <w:t xml:space="preserve"> </w:t>
      </w:r>
      <w:r w:rsidRPr="005117A2">
        <w:rPr>
          <w:lang w:val="en-GB"/>
        </w:rPr>
        <w:t>ACCA4025</w:t>
      </w:r>
    </w:p>
    <w:p w14:paraId="18B2D723" w14:textId="50E44FF9" w:rsidR="00120597" w:rsidRDefault="004E6C1D">
      <w:r>
        <w:t xml:space="preserve">Assignment Title: </w:t>
      </w:r>
      <w:r w:rsidR="00712FB6" w:rsidRPr="6E08433B">
        <w:rPr>
          <w:rFonts w:cs="Arial"/>
          <w:color w:val="000000" w:themeColor="text1"/>
        </w:rPr>
        <w:t>Professional Development Plan (PDP)</w:t>
      </w:r>
    </w:p>
    <w:p w14:paraId="1FF4094C" w14:textId="6377AF94" w:rsidR="00120597" w:rsidRDefault="004E6C1D">
      <w:r>
        <w:t xml:space="preserve">Student Name: </w:t>
      </w:r>
      <w:r w:rsidR="00446C96">
        <w:t>Aqil Hussain</w:t>
      </w:r>
    </w:p>
    <w:p w14:paraId="70156932" w14:textId="11F95B1C" w:rsidR="00120597" w:rsidRDefault="004E6C1D">
      <w:r>
        <w:t>Student Number</w:t>
      </w:r>
      <w:r w:rsidR="00446C96">
        <w:t xml:space="preserve"> 2535721</w:t>
      </w:r>
    </w:p>
    <w:p w14:paraId="00719309" w14:textId="64EF860C" w:rsidR="00120597" w:rsidRPr="00850234" w:rsidRDefault="004E6C1D">
      <w:r>
        <w:t xml:space="preserve">Course </w:t>
      </w:r>
      <w:r w:rsidR="00446C96">
        <w:t>Title</w:t>
      </w:r>
      <w:r w:rsidR="00446C96" w:rsidRPr="00850234">
        <w:t xml:space="preserve">: </w:t>
      </w:r>
      <w:proofErr w:type="spellStart"/>
      <w:r w:rsidR="00712FB6" w:rsidRPr="00850234">
        <w:rPr>
          <w:rFonts w:ascii="Arial" w:eastAsia="Arial" w:hAnsi="Arial" w:cs="Arial"/>
          <w:color w:val="000000" w:themeColor="text1"/>
          <w:lang w:val="en-GB"/>
        </w:rPr>
        <w:t>CertHE</w:t>
      </w:r>
      <w:proofErr w:type="spellEnd"/>
      <w:r w:rsidR="00712FB6" w:rsidRPr="00850234">
        <w:rPr>
          <w:rFonts w:ascii="Arial" w:eastAsia="Arial" w:hAnsi="Arial" w:cs="Arial"/>
          <w:color w:val="000000" w:themeColor="text1"/>
          <w:lang w:val="en-GB"/>
        </w:rPr>
        <w:t xml:space="preserve"> Computing Skills for Workplace</w:t>
      </w:r>
    </w:p>
    <w:p w14:paraId="1E70477E" w14:textId="7FBA9EE0" w:rsidR="00712FB6" w:rsidRDefault="00712FB6"/>
    <w:p w14:paraId="20227B17" w14:textId="77777777" w:rsidR="00120597" w:rsidRDefault="004E6C1D">
      <w:r>
        <w:br w:type="page"/>
      </w:r>
    </w:p>
    <w:p w14:paraId="65D8EB62" w14:textId="77777777" w:rsidR="00120597" w:rsidRDefault="004E6C1D">
      <w:pPr>
        <w:pStyle w:val="Heading1"/>
      </w:pPr>
      <w:r>
        <w:lastRenderedPageBreak/>
        <w:t>Table of Contents</w:t>
      </w:r>
    </w:p>
    <w:p w14:paraId="6ABF684B" w14:textId="77777777" w:rsidR="008577F4" w:rsidRDefault="008577F4"/>
    <w:p w14:paraId="00A3A664" w14:textId="6B9FC116" w:rsidR="00120597" w:rsidRDefault="004E6C1D">
      <w:r>
        <w:t>• Task 1 – Self-evaluation</w:t>
      </w:r>
    </w:p>
    <w:p w14:paraId="213306F3" w14:textId="77777777" w:rsidR="00120597" w:rsidRDefault="004E6C1D">
      <w:r>
        <w:t>• Task 2 – PDP</w:t>
      </w:r>
    </w:p>
    <w:p w14:paraId="3D9E49BB" w14:textId="77777777" w:rsidR="00120597" w:rsidRDefault="004E6C1D">
      <w:r>
        <w:t>• Task 3 – Unit 4 Topic Summary</w:t>
      </w:r>
    </w:p>
    <w:p w14:paraId="7C7F6BC6" w14:textId="172F9080" w:rsidR="00120597" w:rsidRDefault="004E6C1D">
      <w:r>
        <w:t xml:space="preserve">• Task 4 – </w:t>
      </w:r>
      <w:r w:rsidR="008577F4">
        <w:t>Link for the video presentation</w:t>
      </w:r>
    </w:p>
    <w:p w14:paraId="3F56958C" w14:textId="77777777" w:rsidR="00120597" w:rsidRDefault="004E6C1D">
      <w:r>
        <w:br w:type="page"/>
      </w:r>
    </w:p>
    <w:p w14:paraId="77B3F732" w14:textId="77777777" w:rsidR="00120597" w:rsidRDefault="004E6C1D">
      <w:pPr>
        <w:pStyle w:val="Heading1"/>
      </w:pPr>
      <w:r>
        <w:lastRenderedPageBreak/>
        <w:t>Task 1 – Self-evaluation</w:t>
      </w:r>
    </w:p>
    <w:p w14:paraId="4E1F231D" w14:textId="64525232" w:rsidR="00120597" w:rsidRDefault="004E6C1D">
      <w:pPr>
        <w:pStyle w:val="ListBullet"/>
      </w:pPr>
      <w:r>
        <w:t xml:space="preserve">Insert a screenshot of your task answer from </w:t>
      </w:r>
      <w:r w:rsidR="008577F4">
        <w:t>your PowerPoint presentation</w:t>
      </w:r>
    </w:p>
    <w:p w14:paraId="1B92E362" w14:textId="34160948" w:rsidR="00120597" w:rsidRDefault="004E6C1D">
      <w:r>
        <w:br/>
      </w:r>
      <w:r>
        <w:br/>
      </w:r>
      <w:r w:rsidR="00446C96" w:rsidRPr="00446C96">
        <w:drawing>
          <wp:inline distT="0" distB="0" distL="0" distR="0" wp14:anchorId="4C6EDF7B" wp14:editId="44BBBBF6">
            <wp:extent cx="5486400" cy="3083560"/>
            <wp:effectExtent l="0" t="0" r="0" b="2540"/>
            <wp:docPr id="492546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25464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3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29E3E4" w14:textId="77777777" w:rsidR="00120597" w:rsidRDefault="004E6C1D">
      <w:r>
        <w:br w:type="page"/>
      </w:r>
    </w:p>
    <w:p w14:paraId="7B1891FE" w14:textId="22A65E72" w:rsidR="00120597" w:rsidRDefault="004E6C1D">
      <w:pPr>
        <w:pStyle w:val="Heading1"/>
      </w:pPr>
      <w:r>
        <w:lastRenderedPageBreak/>
        <w:t>Task 2 – PDP</w:t>
      </w:r>
    </w:p>
    <w:p w14:paraId="0387B930" w14:textId="77777777" w:rsidR="008577F4" w:rsidRDefault="008577F4" w:rsidP="008577F4">
      <w:pPr>
        <w:pStyle w:val="ListBullet"/>
      </w:pPr>
      <w:r>
        <w:t>Insert a screenshot of your task answer from your PowerPoint presentation</w:t>
      </w:r>
    </w:p>
    <w:p w14:paraId="6137F2EA" w14:textId="10287FF7" w:rsidR="008577F4" w:rsidRDefault="008577F4" w:rsidP="008577F4">
      <w:pPr>
        <w:pStyle w:val="ListBullet"/>
      </w:pPr>
      <w:r>
        <w:t>Insert a screenshot of your PDP from your PowerPoint presentation</w:t>
      </w:r>
    </w:p>
    <w:p w14:paraId="1554E434" w14:textId="3738DBAB" w:rsidR="00120597" w:rsidRDefault="004E6C1D">
      <w:pPr>
        <w:pStyle w:val="ListBullet"/>
      </w:pPr>
      <w:r>
        <w:t>Insert a screenshot showing goal progress engagemen</w:t>
      </w:r>
      <w:r w:rsidR="008577F4">
        <w:t xml:space="preserve">t from your </w:t>
      </w:r>
      <w:r w:rsidR="0057426B">
        <w:t>P</w:t>
      </w:r>
      <w:r w:rsidR="008577F4">
        <w:t>ower</w:t>
      </w:r>
      <w:r w:rsidR="0057426B">
        <w:t>P</w:t>
      </w:r>
      <w:r w:rsidR="008577F4">
        <w:t>oint</w:t>
      </w:r>
    </w:p>
    <w:p w14:paraId="3F7D719E" w14:textId="77777777" w:rsidR="00446C96" w:rsidRDefault="00446C96" w:rsidP="00446C96">
      <w:pPr>
        <w:pStyle w:val="ListBullet"/>
        <w:numPr>
          <w:ilvl w:val="0"/>
          <w:numId w:val="0"/>
        </w:numPr>
        <w:ind w:left="360"/>
      </w:pPr>
    </w:p>
    <w:p w14:paraId="66FAB91F" w14:textId="3290F40D" w:rsidR="00446C96" w:rsidRDefault="00446C96" w:rsidP="00446C96">
      <w:pPr>
        <w:pStyle w:val="ListBullet"/>
        <w:numPr>
          <w:ilvl w:val="0"/>
          <w:numId w:val="0"/>
        </w:numPr>
        <w:ind w:left="360"/>
      </w:pPr>
      <w:r w:rsidRPr="00446C96">
        <w:drawing>
          <wp:inline distT="0" distB="0" distL="0" distR="0" wp14:anchorId="7DEF73A1" wp14:editId="7843B16C">
            <wp:extent cx="5486400" cy="3040380"/>
            <wp:effectExtent l="0" t="0" r="0" b="7620"/>
            <wp:docPr id="18914982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149823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40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C3603A" w14:textId="532BD184" w:rsidR="00120597" w:rsidRDefault="004E6C1D">
      <w:r>
        <w:br/>
      </w:r>
      <w:r>
        <w:br/>
      </w:r>
      <w:r w:rsidR="00446C96" w:rsidRPr="00446C96">
        <w:drawing>
          <wp:inline distT="0" distB="0" distL="0" distR="0" wp14:anchorId="53118C52" wp14:editId="6D459B2C">
            <wp:extent cx="5486400" cy="2553335"/>
            <wp:effectExtent l="0" t="0" r="0" b="0"/>
            <wp:docPr id="7722118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221185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53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4F79E6" w14:textId="77777777" w:rsidR="00120597" w:rsidRDefault="004E6C1D">
      <w:r>
        <w:br w:type="page"/>
      </w:r>
    </w:p>
    <w:p w14:paraId="00F5104E" w14:textId="77777777" w:rsidR="00446C96" w:rsidRDefault="00446C96">
      <w:pPr>
        <w:pStyle w:val="Heading1"/>
      </w:pPr>
      <w:r w:rsidRPr="00446C96">
        <w:lastRenderedPageBreak/>
        <w:drawing>
          <wp:inline distT="0" distB="0" distL="0" distR="0" wp14:anchorId="14D84AB0" wp14:editId="6E0B2F56">
            <wp:extent cx="5486400" cy="2607310"/>
            <wp:effectExtent l="0" t="0" r="0" b="2540"/>
            <wp:docPr id="17588662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886622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0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042487" w14:textId="3E23DD7E" w:rsidR="00120597" w:rsidRDefault="004E6C1D">
      <w:pPr>
        <w:pStyle w:val="Heading1"/>
      </w:pPr>
      <w:r>
        <w:t>Task 3 – Unit 4 Topic Summary</w:t>
      </w:r>
    </w:p>
    <w:p w14:paraId="63FA1CD1" w14:textId="2EADF306" w:rsidR="00120597" w:rsidRDefault="004E6C1D">
      <w:pPr>
        <w:pStyle w:val="ListBullet"/>
      </w:pPr>
      <w:r>
        <w:t>Insert a screenshot of your task answer from PowerPoint presentation.</w:t>
      </w:r>
    </w:p>
    <w:p w14:paraId="0D306C99" w14:textId="526030B8" w:rsidR="00120597" w:rsidRDefault="004E6C1D">
      <w:r>
        <w:br/>
      </w:r>
      <w:r>
        <w:br/>
      </w:r>
      <w:r w:rsidR="00446C96" w:rsidRPr="00446C96">
        <w:drawing>
          <wp:inline distT="0" distB="0" distL="0" distR="0" wp14:anchorId="4F39F2B6" wp14:editId="35A9E759">
            <wp:extent cx="5486400" cy="2713355"/>
            <wp:effectExtent l="0" t="0" r="0" b="0"/>
            <wp:docPr id="13706358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0635865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13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C2E7ED" w14:textId="77777777" w:rsidR="00120597" w:rsidRDefault="004E6C1D">
      <w:r>
        <w:br w:type="page"/>
      </w:r>
    </w:p>
    <w:p w14:paraId="7148275E" w14:textId="77777777" w:rsidR="00120597" w:rsidRDefault="004E6C1D">
      <w:pPr>
        <w:pStyle w:val="Heading1"/>
      </w:pPr>
      <w:r>
        <w:lastRenderedPageBreak/>
        <w:t>Task 4 – Video Presentation</w:t>
      </w:r>
    </w:p>
    <w:p w14:paraId="17E1AF68" w14:textId="06012DBE" w:rsidR="00120597" w:rsidRDefault="008577F4" w:rsidP="008577F4">
      <w:pPr>
        <w:pStyle w:val="ListBullet"/>
      </w:pPr>
      <w:r>
        <w:t>Insert the link of your video presentation (please note this should be a public link which can be accessed by your lecturer, module moderator and the external examiner. If you are not sure how to create a publicly available link yourself, it is suggested you come to the lecture in week 10 for in-person presentation in class and your lecturer will help you to record and generate the link)</w:t>
      </w:r>
    </w:p>
    <w:p w14:paraId="2472A2E8" w14:textId="77777777" w:rsidR="00EB153B" w:rsidRDefault="00EB153B" w:rsidP="00EB153B">
      <w:pPr>
        <w:pStyle w:val="ListBullet"/>
        <w:numPr>
          <w:ilvl w:val="0"/>
          <w:numId w:val="0"/>
        </w:numPr>
        <w:ind w:left="360" w:hanging="360"/>
      </w:pPr>
    </w:p>
    <w:p w14:paraId="26793C75" w14:textId="77777777" w:rsidR="00EB153B" w:rsidRDefault="00EB153B" w:rsidP="00EB153B">
      <w:pPr>
        <w:pStyle w:val="ListBullet"/>
        <w:numPr>
          <w:ilvl w:val="0"/>
          <w:numId w:val="0"/>
        </w:numPr>
        <w:ind w:left="360" w:hanging="360"/>
      </w:pPr>
    </w:p>
    <w:p w14:paraId="0413CF34" w14:textId="77777777" w:rsidR="00712FB6" w:rsidRPr="00712FB6" w:rsidRDefault="00712FB6" w:rsidP="00712FB6">
      <w:pPr>
        <w:pStyle w:val="ListBullet"/>
        <w:rPr>
          <w:lang w:val="en-GB"/>
        </w:rPr>
      </w:pPr>
      <w:hyperlink r:id="rId13" w:history="1">
        <w:r w:rsidRPr="00712FB6">
          <w:rPr>
            <w:rStyle w:val="Hyperlink"/>
            <w:lang w:val="en-GB"/>
          </w:rPr>
          <w:t>Aqil Present</w:t>
        </w:r>
        <w:r w:rsidRPr="00712FB6">
          <w:rPr>
            <w:rStyle w:val="Hyperlink"/>
            <w:lang w:val="en-GB"/>
          </w:rPr>
          <w:t>a</w:t>
        </w:r>
        <w:r w:rsidRPr="00712FB6">
          <w:rPr>
            <w:rStyle w:val="Hyperlink"/>
            <w:lang w:val="en-GB"/>
          </w:rPr>
          <w:t>tion 3.pptx</w:t>
        </w:r>
      </w:hyperlink>
    </w:p>
    <w:p w14:paraId="4C10D07A" w14:textId="77FCF151" w:rsidR="00EB153B" w:rsidRPr="00EB153B" w:rsidRDefault="00EB153B" w:rsidP="00712FB6">
      <w:pPr>
        <w:pStyle w:val="ListBullet"/>
        <w:numPr>
          <w:ilvl w:val="0"/>
          <w:numId w:val="0"/>
        </w:numPr>
        <w:ind w:left="360"/>
        <w:rPr>
          <w:lang w:val="en-GB"/>
        </w:rPr>
      </w:pPr>
    </w:p>
    <w:p w14:paraId="710684D4" w14:textId="77777777" w:rsidR="00EB153B" w:rsidRDefault="00EB153B" w:rsidP="00EB153B">
      <w:pPr>
        <w:pStyle w:val="ListBullet"/>
        <w:numPr>
          <w:ilvl w:val="0"/>
          <w:numId w:val="0"/>
        </w:numPr>
        <w:ind w:left="360" w:hanging="360"/>
      </w:pPr>
    </w:p>
    <w:p w14:paraId="2BD44A05" w14:textId="5F532C8B" w:rsidR="004C5B9B" w:rsidRDefault="004C5B9B" w:rsidP="00EB153B">
      <w:pPr>
        <w:pStyle w:val="ListBullet"/>
        <w:numPr>
          <w:ilvl w:val="0"/>
          <w:numId w:val="0"/>
        </w:numPr>
        <w:ind w:left="360" w:hanging="360"/>
      </w:pPr>
      <w:hyperlink r:id="rId14" w:tgtFrame="_blank" w:tooltip="Original URL: https://uwtsd.hosted.panopto.com/Panopto/Pages/Viewer.aspx?id=62a9a14d-b2a4-4707-a7a8-b48d008de634. Click or tap if you trust this link." w:history="1">
        <w:r w:rsidRPr="004C5B9B">
          <w:rPr>
            <w:rStyle w:val="Hyperlink"/>
          </w:rPr>
          <w:t>https://uwtsd.hosted.panopto.com/Panopto/Pages/Viewer.aspx?id=62a9a14d-b2a4-4707-a7a8-b48d008de634</w:t>
        </w:r>
      </w:hyperlink>
    </w:p>
    <w:p w14:paraId="350600EA" w14:textId="77777777" w:rsidR="004C5B9B" w:rsidRDefault="004C5B9B" w:rsidP="00EB153B">
      <w:pPr>
        <w:pStyle w:val="ListBullet"/>
        <w:numPr>
          <w:ilvl w:val="0"/>
          <w:numId w:val="0"/>
        </w:numPr>
        <w:ind w:left="360" w:hanging="360"/>
      </w:pPr>
    </w:p>
    <w:p w14:paraId="280FF81E" w14:textId="77777777" w:rsidR="004C5B9B" w:rsidRDefault="004C5B9B" w:rsidP="00EB153B">
      <w:pPr>
        <w:pStyle w:val="ListBullet"/>
        <w:numPr>
          <w:ilvl w:val="0"/>
          <w:numId w:val="0"/>
        </w:numPr>
        <w:ind w:left="360" w:hanging="360"/>
      </w:pPr>
    </w:p>
    <w:sectPr w:rsidR="004C5B9B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AF6AAE" w14:textId="77777777" w:rsidR="000B30F9" w:rsidRDefault="000B30F9" w:rsidP="0057426B">
      <w:pPr>
        <w:spacing w:after="0" w:line="240" w:lineRule="auto"/>
      </w:pPr>
      <w:r>
        <w:separator/>
      </w:r>
    </w:p>
  </w:endnote>
  <w:endnote w:type="continuationSeparator" w:id="0">
    <w:p w14:paraId="7DAADF69" w14:textId="77777777" w:rsidR="000B30F9" w:rsidRDefault="000B30F9" w:rsidP="005742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4F9F74" w14:textId="77777777" w:rsidR="000B30F9" w:rsidRDefault="000B30F9" w:rsidP="0057426B">
      <w:pPr>
        <w:spacing w:after="0" w:line="240" w:lineRule="auto"/>
      </w:pPr>
      <w:r>
        <w:separator/>
      </w:r>
    </w:p>
  </w:footnote>
  <w:footnote w:type="continuationSeparator" w:id="0">
    <w:p w14:paraId="309F94DC" w14:textId="77777777" w:rsidR="000B30F9" w:rsidRDefault="000B30F9" w:rsidP="005742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95451657">
    <w:abstractNumId w:val="8"/>
  </w:num>
  <w:num w:numId="2" w16cid:durableId="1286037390">
    <w:abstractNumId w:val="6"/>
  </w:num>
  <w:num w:numId="3" w16cid:durableId="1927835861">
    <w:abstractNumId w:val="5"/>
  </w:num>
  <w:num w:numId="4" w16cid:durableId="1351951609">
    <w:abstractNumId w:val="4"/>
  </w:num>
  <w:num w:numId="5" w16cid:durableId="2079277468">
    <w:abstractNumId w:val="7"/>
  </w:num>
  <w:num w:numId="6" w16cid:durableId="877551065">
    <w:abstractNumId w:val="3"/>
  </w:num>
  <w:num w:numId="7" w16cid:durableId="272368149">
    <w:abstractNumId w:val="2"/>
  </w:num>
  <w:num w:numId="8" w16cid:durableId="1065838757">
    <w:abstractNumId w:val="1"/>
  </w:num>
  <w:num w:numId="9" w16cid:durableId="894048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B30F9"/>
    <w:rsid w:val="00120597"/>
    <w:rsid w:val="0015074B"/>
    <w:rsid w:val="0029639D"/>
    <w:rsid w:val="00326F90"/>
    <w:rsid w:val="00446C96"/>
    <w:rsid w:val="004C5B9B"/>
    <w:rsid w:val="004E6C1D"/>
    <w:rsid w:val="005117A2"/>
    <w:rsid w:val="0057426B"/>
    <w:rsid w:val="006C6BAC"/>
    <w:rsid w:val="006F6B95"/>
    <w:rsid w:val="00712FB6"/>
    <w:rsid w:val="00850234"/>
    <w:rsid w:val="008577F4"/>
    <w:rsid w:val="00A348DE"/>
    <w:rsid w:val="00AA1D8D"/>
    <w:rsid w:val="00B47730"/>
    <w:rsid w:val="00CB0664"/>
    <w:rsid w:val="00E40333"/>
    <w:rsid w:val="00EB153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096B6E2"/>
  <w14:defaultImageDpi w14:val="300"/>
  <w15:docId w15:val="{27DA45AD-1803-44DE-ABD0-E90AAC7FC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semiHidden/>
    <w:unhideWhenUsed/>
    <w:rsid w:val="00446C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character" w:styleId="Hyperlink">
    <w:name w:val="Hyperlink"/>
    <w:basedOn w:val="DefaultParagraphFont"/>
    <w:uiPriority w:val="99"/>
    <w:unhideWhenUsed/>
    <w:rsid w:val="00EB153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153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153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uowtsd-my.sharepoint.com/:p:/g/personal/2535721_student_uwtsd_ac_uk/IQB77ipycCYzTLkTv9D39oX9Ac1Q_I8edwZ2FrDheheACpU?e=9D0Mq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eur01.safelinks.protection.outlook.com/?url=https%3A%2F%2Fuwtsd.hosted.panopto.com%2FPanopto%2FPages%2FViewer.aspx%3Fid%3D62a9a14d-b2a4-4707-a7a8-b48d008de634&amp;data=05%7C02%7C2535721%40student.uwtsd.ac.uk%7Cd83ae467040449cdcb7408dee646024e%7C4e0f11f9046e45059cb8db2152311e21%7C0%7C0%7C639201385538824749%7CUnknown%7CTWFpbGZsb3d8eyJFbXB0eU1hcGkiOnRydWUsIlYiOiIwLjAuMDAwMCIsIlAiOiJXaW4zMiIsIkFOIjoiTWFpbCIsIldUIjoyfQ%3D%3D%7C0%7C%7C%7C&amp;sdata=wL%2FryK3GDa1NlInVaigiBT6gq0BiusnmGUzq4qUoYlc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2202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Sadhana Jha</dc:creator>
  <cp:keywords/>
  <dc:description>generated by python-docx</dc:description>
  <cp:lastModifiedBy>Aqil Hussain (2535721)</cp:lastModifiedBy>
  <cp:revision>5</cp:revision>
  <dcterms:created xsi:type="dcterms:W3CDTF">2026-07-20T10:07:00Z</dcterms:created>
  <dcterms:modified xsi:type="dcterms:W3CDTF">2026-07-20T10:19:00Z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03afafe7-bf3f-4d7b-816c-20491b0e25b2</vt:lpwstr>
  </property>
</Properties>
</file>