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F1F94" w14:textId="46360FCE" w:rsidR="007D72D3" w:rsidRPr="007D72D3" w:rsidRDefault="007D72D3" w:rsidP="007D72D3">
      <w:pPr>
        <w:rPr>
          <w:rFonts w:asciiTheme="minorBidi" w:hAnsiTheme="minorBidi"/>
          <w:b/>
          <w:bCs/>
          <w:color w:val="C0000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C00000"/>
          <w:sz w:val="24"/>
          <w:szCs w:val="24"/>
        </w:rPr>
        <w:t>PLEASE NOTE- This is suggested guidance only- Always consult the assignment brief and learning outcomes as well as the relevant power points on Moodle when working on an assignment.</w:t>
      </w:r>
    </w:p>
    <w:p w14:paraId="09582999" w14:textId="4FCCDA4A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 xml:space="preserve">Step-by-Step Guidance: </w:t>
      </w:r>
    </w:p>
    <w:p w14:paraId="16408A55" w14:textId="0209E004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You will take on the role of a manager in a care home who wants to implement a change. The task includes planning the change, identifying skills, and exploring potential barriers and solutions.</w:t>
      </w:r>
    </w:p>
    <w:p w14:paraId="450797C0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1: Choose a Change Idea</w:t>
      </w:r>
    </w:p>
    <w:p w14:paraId="4F55756B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 xml:space="preserve">Decide on a realistic and relevant change you want to implement in a care home setting. Examples include introducing digital care planning, improving meal quality, or revising staff </w:t>
      </w:r>
      <w:proofErr w:type="spellStart"/>
      <w:r w:rsidRPr="007D72D3">
        <w:rPr>
          <w:rFonts w:asciiTheme="minorBidi" w:hAnsiTheme="minorBidi"/>
          <w:sz w:val="24"/>
          <w:szCs w:val="24"/>
        </w:rPr>
        <w:t>rota</w:t>
      </w:r>
      <w:proofErr w:type="spellEnd"/>
      <w:r w:rsidRPr="007D72D3">
        <w:rPr>
          <w:rFonts w:asciiTheme="minorBidi" w:hAnsiTheme="minorBidi"/>
          <w:sz w:val="24"/>
          <w:szCs w:val="24"/>
        </w:rPr>
        <w:t xml:space="preserve"> systems.</w:t>
      </w:r>
    </w:p>
    <w:p w14:paraId="1C866D74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2: Create a Simple Plan</w:t>
      </w:r>
    </w:p>
    <w:p w14:paraId="6C21BDF9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Write a short plan explaining what the change is, why it is needed, who it will involve, and how you plan to carry it out. You may refer to Kotter’s 8-Step Model or Lewin’s Change Theory to guide your planning.</w:t>
      </w:r>
    </w:p>
    <w:p w14:paraId="6581FA8E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3: Identify Required Skills</w:t>
      </w:r>
    </w:p>
    <w:p w14:paraId="46761897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List the key skills that you (as the manager) need to lead this change. This could include communication, leadership, time management, and conflict resolution.</w:t>
      </w:r>
    </w:p>
    <w:p w14:paraId="3B9A2E20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4: Consider the Barriers</w:t>
      </w:r>
    </w:p>
    <w:p w14:paraId="24E8503A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Think about what might make the change difficult to implement. Examples include staff resistance, time pressures, or limited resources.</w:t>
      </w:r>
    </w:p>
    <w:p w14:paraId="7F5A894C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5: Suggest Solutions</w:t>
      </w:r>
    </w:p>
    <w:p w14:paraId="4F522CB5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For each barrier, suggest ways to overcome it. For example, resistance can be reduced by involving staff in the decision-making process.</w:t>
      </w:r>
    </w:p>
    <w:p w14:paraId="1E89FE96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6: Use References</w:t>
      </w:r>
    </w:p>
    <w:p w14:paraId="2EF88A5F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Support your plan with at least two academic or professional sources. This could be books, journal articles, or government/NHS policy guidance.</w:t>
      </w:r>
    </w:p>
    <w:p w14:paraId="0FE13C1A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7: Word Count and Formatting</w:t>
      </w:r>
    </w:p>
    <w:p w14:paraId="391A56D6" w14:textId="4ECB5FE6" w:rsidR="009073B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Your work should be around 250 words (+ or – 10%) and clearly structured. Use short paragraphs or bullet points where helpful.</w:t>
      </w:r>
    </w:p>
    <w:p w14:paraId="63DE8A7B" w14:textId="77777777" w:rsidR="007D72D3" w:rsidRDefault="007D72D3" w:rsidP="007D72D3">
      <w:pPr>
        <w:rPr>
          <w:rFonts w:asciiTheme="minorBidi" w:hAnsiTheme="minorBidi"/>
          <w:sz w:val="24"/>
          <w:szCs w:val="24"/>
        </w:rPr>
      </w:pPr>
    </w:p>
    <w:p w14:paraId="48256551" w14:textId="4B2748C8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8"/>
          <w:szCs w:val="28"/>
        </w:rPr>
      </w:pPr>
      <w:r w:rsidRPr="007D72D3">
        <w:rPr>
          <w:rFonts w:asciiTheme="minorBidi" w:hAnsiTheme="minorBidi"/>
          <w:b/>
          <w:bCs/>
          <w:color w:val="002060"/>
          <w:sz w:val="28"/>
          <w:szCs w:val="28"/>
        </w:rPr>
        <w:t xml:space="preserve">Task 7 </w:t>
      </w:r>
      <w:r>
        <w:rPr>
          <w:rFonts w:asciiTheme="minorBidi" w:hAnsiTheme="minorBidi"/>
          <w:b/>
          <w:bCs/>
          <w:color w:val="002060"/>
          <w:sz w:val="28"/>
          <w:szCs w:val="28"/>
        </w:rPr>
        <w:t xml:space="preserve">– Suggested </w:t>
      </w:r>
      <w:r w:rsidRPr="007D72D3">
        <w:rPr>
          <w:rFonts w:asciiTheme="minorBidi" w:hAnsiTheme="minorBidi"/>
          <w:b/>
          <w:bCs/>
          <w:color w:val="002060"/>
          <w:sz w:val="28"/>
          <w:szCs w:val="28"/>
        </w:rPr>
        <w:t>Report Template</w:t>
      </w:r>
    </w:p>
    <w:p w14:paraId="5DACB6E1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1. Introduction (Approx. 30–40 words)</w:t>
      </w:r>
    </w:p>
    <w:p w14:paraId="45F0C981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Briefly introduce the change you plan to make and the setting (e.g., care home).</w:t>
      </w:r>
    </w:p>
    <w:p w14:paraId="416F25B1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2. Planning the Change (Approx. 60–70 words)</w:t>
      </w:r>
    </w:p>
    <w:p w14:paraId="6005CA3F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Describe the change and outline the plan for implementing it.</w:t>
      </w:r>
    </w:p>
    <w:p w14:paraId="592CAFA6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3. Skills Required (Approx. 30–40 words)</w:t>
      </w:r>
    </w:p>
    <w:p w14:paraId="225B4833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Identify key skills needed to carry out the change effectively.</w:t>
      </w:r>
    </w:p>
    <w:p w14:paraId="22ED9EA7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4. Barriers and Solutions (Approx. 70–80 words)</w:t>
      </w:r>
    </w:p>
    <w:p w14:paraId="10EC2325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List potential barriers and explain how they can be overcome.</w:t>
      </w:r>
    </w:p>
    <w:p w14:paraId="4E0CF7F1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5. Conclusion (Approx. 20–30 words)</w:t>
      </w:r>
    </w:p>
    <w:p w14:paraId="6290A68D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proofErr w:type="spellStart"/>
      <w:r w:rsidRPr="007D72D3">
        <w:rPr>
          <w:rFonts w:asciiTheme="minorBidi" w:hAnsiTheme="minorBidi"/>
          <w:sz w:val="24"/>
          <w:szCs w:val="24"/>
        </w:rPr>
        <w:t>Summarise</w:t>
      </w:r>
      <w:proofErr w:type="spellEnd"/>
      <w:r w:rsidRPr="007D72D3">
        <w:rPr>
          <w:rFonts w:asciiTheme="minorBidi" w:hAnsiTheme="minorBidi"/>
          <w:sz w:val="24"/>
          <w:szCs w:val="24"/>
        </w:rPr>
        <w:t xml:space="preserve"> your change plan and reinforce its value.</w:t>
      </w:r>
    </w:p>
    <w:p w14:paraId="62524C6F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6. References</w:t>
      </w:r>
    </w:p>
    <w:p w14:paraId="4B1A0B2E" w14:textId="0A4B16AB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Include at least two academic sources in Harvard format.</w:t>
      </w:r>
    </w:p>
    <w:sectPr w:rsidR="007D72D3" w:rsidRPr="007D72D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08FD4" w14:textId="77777777" w:rsidR="007D72D3" w:rsidRDefault="007D72D3" w:rsidP="007D72D3">
      <w:pPr>
        <w:spacing w:after="0" w:line="240" w:lineRule="auto"/>
      </w:pPr>
      <w:r>
        <w:separator/>
      </w:r>
    </w:p>
  </w:endnote>
  <w:endnote w:type="continuationSeparator" w:id="0">
    <w:p w14:paraId="39E44858" w14:textId="77777777" w:rsidR="007D72D3" w:rsidRDefault="007D72D3" w:rsidP="007D7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71F68" w14:textId="77777777" w:rsidR="007D72D3" w:rsidRDefault="007D72D3" w:rsidP="007D72D3">
      <w:pPr>
        <w:spacing w:after="0" w:line="240" w:lineRule="auto"/>
      </w:pPr>
      <w:r>
        <w:separator/>
      </w:r>
    </w:p>
  </w:footnote>
  <w:footnote w:type="continuationSeparator" w:id="0">
    <w:p w14:paraId="2A296A8E" w14:textId="77777777" w:rsidR="007D72D3" w:rsidRDefault="007D72D3" w:rsidP="007D7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65CC" w14:textId="0FBDA24A" w:rsidR="007D72D3" w:rsidRPr="007D72D3" w:rsidRDefault="007D72D3" w:rsidP="007D72D3">
    <w:pPr>
      <w:pStyle w:val="Header"/>
      <w:jc w:val="center"/>
      <w:rPr>
        <w:rFonts w:asciiTheme="minorBidi" w:hAnsiTheme="minorBidi"/>
        <w:b/>
        <w:bCs/>
        <w:color w:val="7030A0"/>
        <w:sz w:val="44"/>
        <w:szCs w:val="44"/>
      </w:rPr>
    </w:pPr>
    <w:r w:rsidRPr="007D72D3">
      <w:rPr>
        <w:rFonts w:asciiTheme="minorBidi" w:hAnsiTheme="minorBidi"/>
        <w:b/>
        <w:bCs/>
        <w:color w:val="7030A0"/>
        <w:sz w:val="44"/>
        <w:szCs w:val="44"/>
      </w:rPr>
      <w:t>Task 7 – Assessment 1 Portfolio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451534">
    <w:abstractNumId w:val="8"/>
  </w:num>
  <w:num w:numId="2" w16cid:durableId="647393155">
    <w:abstractNumId w:val="6"/>
  </w:num>
  <w:num w:numId="3" w16cid:durableId="322856439">
    <w:abstractNumId w:val="5"/>
  </w:num>
  <w:num w:numId="4" w16cid:durableId="307168919">
    <w:abstractNumId w:val="4"/>
  </w:num>
  <w:num w:numId="5" w16cid:durableId="1718893618">
    <w:abstractNumId w:val="7"/>
  </w:num>
  <w:num w:numId="6" w16cid:durableId="1699619058">
    <w:abstractNumId w:val="3"/>
  </w:num>
  <w:num w:numId="7" w16cid:durableId="1904097277">
    <w:abstractNumId w:val="2"/>
  </w:num>
  <w:num w:numId="8" w16cid:durableId="1730299498">
    <w:abstractNumId w:val="1"/>
  </w:num>
  <w:num w:numId="9" w16cid:durableId="172991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D72D3"/>
    <w:rsid w:val="008D586E"/>
    <w:rsid w:val="009073B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BA7A4D"/>
  <w14:defaultImageDpi w14:val="300"/>
  <w15:docId w15:val="{529808C3-1774-4E6F-8EA5-AC76E998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2025-06-29T01:05:00Z</dcterms:created>
  <dcterms:modified xsi:type="dcterms:W3CDTF">2025-06-29T01:05:00Z</dcterms:modified>
  <cp:category/>
</cp:coreProperties>
</file>