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377318" w14:textId="3FC46C06" w:rsidR="00012CF8" w:rsidRDefault="00E154C9">
      <w:pPr>
        <w:jc w:val="center"/>
        <w:rPr>
          <w:b/>
        </w:rPr>
      </w:pPr>
      <w:r>
        <w:rPr>
          <w:b/>
        </w:rPr>
        <w:t>Worksheet</w:t>
      </w:r>
    </w:p>
    <w:p w14:paraId="76AFAA21" w14:textId="0A0679FC" w:rsidR="00970AE2" w:rsidRDefault="00E154C9" w:rsidP="00677C3C">
      <w:pPr>
        <w:jc w:val="center"/>
        <w:rPr>
          <w:b/>
        </w:rPr>
      </w:pPr>
      <w:r>
        <w:rPr>
          <w:b/>
        </w:rPr>
        <w:t>Judaism and Hellenism in 2 Maccabe</w:t>
      </w:r>
      <w:r w:rsidR="00743061">
        <w:rPr>
          <w:b/>
        </w:rPr>
        <w:t>es</w:t>
      </w:r>
    </w:p>
    <w:p w14:paraId="69015EB3" w14:textId="77777777" w:rsidR="00000B80" w:rsidRDefault="0042761F" w:rsidP="00000B80">
      <w:pPr>
        <w:jc w:val="center"/>
      </w:pPr>
      <w:r>
        <w:rPr>
          <w:b/>
        </w:rPr>
        <w:t>Student-221</w:t>
      </w:r>
      <w:r w:rsidR="00000B80">
        <w:rPr>
          <w:b/>
        </w:rPr>
        <w:t>9936</w:t>
      </w:r>
    </w:p>
    <w:p w14:paraId="7065E990" w14:textId="10BE1FBE" w:rsidR="00000B80" w:rsidRDefault="00E154C9" w:rsidP="00000B80">
      <w:pPr>
        <w:jc w:val="center"/>
      </w:pPr>
      <w:r>
        <w:t>Name</w:t>
      </w:r>
      <w:r w:rsidR="00000B80">
        <w:t>-</w:t>
      </w:r>
      <w:r>
        <w:t xml:space="preserve">Nikola </w:t>
      </w:r>
      <w:proofErr w:type="spellStart"/>
      <w:r>
        <w:t>Sugarova</w:t>
      </w:r>
      <w:proofErr w:type="spellEnd"/>
    </w:p>
    <w:p w14:paraId="3A86BEFF" w14:textId="12366CEE" w:rsidR="00000B80" w:rsidRDefault="00A03B55" w:rsidP="00000B80">
      <w:pPr>
        <w:jc w:val="center"/>
      </w:pPr>
      <w:r>
        <w:t>Date-04/02/25</w:t>
      </w:r>
    </w:p>
    <w:p w14:paraId="28BF6D64" w14:textId="43E26039" w:rsidR="00970AE2" w:rsidRDefault="00970AE2"/>
    <w:p w14:paraId="52D46414" w14:textId="77777777" w:rsidR="00970AE2" w:rsidRDefault="00E154C9">
      <w:r>
        <w:rPr>
          <w:b/>
        </w:rPr>
        <w:t>What do we mean by Hellenism / Hellenization?</w:t>
      </w:r>
    </w:p>
    <w:p w14:paraId="3910296F" w14:textId="77777777" w:rsidR="00970AE2" w:rsidRDefault="00E154C9">
      <w:r>
        <w:t>Hellenism means Greek culture and lifestyle (language, education, customs). Hellenization means people adopting Greek ways. In 2 Maccabees it is linked especially to the gymnasium and Greek values (status and prestige).</w:t>
      </w:r>
    </w:p>
    <w:p w14:paraId="3C125CD1" w14:textId="77777777" w:rsidR="00970AE2" w:rsidRDefault="00E154C9">
      <w:r>
        <w:rPr>
          <w:b/>
        </w:rPr>
        <w:t>What was the Seleucid Empire?</w:t>
      </w:r>
    </w:p>
    <w:p w14:paraId="277FA16F" w14:textId="77777777" w:rsidR="00970AE2" w:rsidRDefault="00E154C9">
      <w:r>
        <w:t>The Seleucid Empire was a Greek kingdom that ruled the area of Judea after Alexander the Great. Seleucid kings (especially Antiochus IV) controlled Jerusalem during the time of the Maccabean revolt.</w:t>
      </w:r>
    </w:p>
    <w:p w14:paraId="6660DB31" w14:textId="77777777" w:rsidR="00970AE2" w:rsidRDefault="00E154C9">
      <w:r>
        <w:rPr>
          <w:b/>
        </w:rPr>
        <w:t>Who were the Hasmonean (Maccabean) family and what did they do?</w:t>
      </w:r>
    </w:p>
    <w:p w14:paraId="2CC5C5A9" w14:textId="77777777" w:rsidR="00970AE2" w:rsidRDefault="00E154C9">
      <w:r>
        <w:t>They were a Jewish priestly family. They led a revolt against Seleucid rule, defended Jewish law and the Temple, and later became the rulers (high priests and kings) of Judea.</w:t>
      </w:r>
    </w:p>
    <w:p w14:paraId="3A3CBC96" w14:textId="77777777" w:rsidR="00970AE2" w:rsidRDefault="00E154C9">
      <w:r>
        <w:rPr>
          <w:b/>
        </w:rPr>
        <w:t>What was the High Priest and what was their role?</w:t>
      </w:r>
    </w:p>
    <w:p w14:paraId="471B9850" w14:textId="77777777" w:rsidR="00970AE2" w:rsidRDefault="00E154C9">
      <w:r>
        <w:t>The High Priest was the main leader of the Temple in Jerusalem. He led sacrifices and worship. Under foreign rule he also became a political leader who represented the Jewish people.</w:t>
      </w:r>
    </w:p>
    <w:p w14:paraId="08AF1C64" w14:textId="77777777" w:rsidR="00970AE2" w:rsidRDefault="00E154C9">
      <w:r>
        <w:rPr>
          <w:b/>
        </w:rPr>
        <w:t>What does pre-exilic Israel mean?</w:t>
      </w:r>
    </w:p>
    <w:p w14:paraId="40E0EE50" w14:textId="715B4F41" w:rsidR="00970AE2" w:rsidRDefault="00E154C9">
      <w:r>
        <w:t xml:space="preserve">Pre-exilic Israel means Israel before the Babylonian exile </w:t>
      </w:r>
      <w:r w:rsidR="001D7955">
        <w:t xml:space="preserve"> </w:t>
      </w:r>
      <w:r>
        <w:t>when the First Temple period and the kingship existed.</w:t>
      </w:r>
    </w:p>
    <w:p w14:paraId="10233F91" w14:textId="77777777" w:rsidR="00970AE2" w:rsidRDefault="00970AE2"/>
    <w:p w14:paraId="334A629C" w14:textId="34DE03BC" w:rsidR="00970AE2" w:rsidRDefault="00E154C9">
      <w:r>
        <w:rPr>
          <w:b/>
        </w:rPr>
        <w:t>Questions</w:t>
      </w:r>
      <w:r w:rsidR="00933153">
        <w:rPr>
          <w:b/>
        </w:rPr>
        <w:t xml:space="preserve">/Answers </w:t>
      </w:r>
      <w:r>
        <w:rPr>
          <w:b/>
        </w:rPr>
        <w:t>based on Reading</w:t>
      </w:r>
    </w:p>
    <w:p w14:paraId="47B5D8B5" w14:textId="77777777" w:rsidR="00970AE2" w:rsidRDefault="00E154C9">
      <w:r>
        <w:rPr>
          <w:b/>
        </w:rPr>
        <w:t>1. What did you think were the main arguments in the reading?</w:t>
      </w:r>
    </w:p>
    <w:p w14:paraId="26477005" w14:textId="77777777" w:rsidR="00970AE2" w:rsidRDefault="00E154C9">
      <w:r>
        <w:t>Himmelfarb says 2 Maccabees is the first text to set 'Judaism' against 'Hellenism'. For this book, Hellenism is not only about foreign gods but about new values from the gymnasium. The text criticizes Jews who accept Greek values even if they still worship the God of Israel. At the same time, 2 Maccabees uses Greek style and Greek words to praise its heroes, so it also shows Greek influence.</w:t>
      </w:r>
    </w:p>
    <w:p w14:paraId="1DA1489C" w14:textId="77777777" w:rsidR="00970AE2" w:rsidRDefault="00E154C9">
      <w:r>
        <w:rPr>
          <w:b/>
        </w:rPr>
        <w:t>2. What historical, religious, and/or political events led up to the Maccabean Revolt (167-160 BCE)?</w:t>
      </w:r>
    </w:p>
    <w:p w14:paraId="4F6B4583" w14:textId="77777777" w:rsidR="00970AE2" w:rsidRDefault="00E154C9">
      <w:r>
        <w:t>There was pressure to adopt Greek culture. Some Jewish leaders supported Greek reforms, including building a gymnasium. Jason replaced Onias III as High Priest and promoted Greek ways. This created conflict inside the Jewish community. Later Antiochus IV increased control and persecution, and faithful Jews rebelled to protect the Law and the Temple.</w:t>
      </w:r>
    </w:p>
    <w:p w14:paraId="61569F4F" w14:textId="77777777" w:rsidR="00970AE2" w:rsidRDefault="00E154C9">
      <w:r>
        <w:rPr>
          <w:b/>
        </w:rPr>
        <w:t>3. What is the significance of: (a) the Temple purified in 164 BCE, and (b) the end of Seleucid rule about 20 years later?</w:t>
      </w:r>
    </w:p>
    <w:p w14:paraId="532A890B" w14:textId="77777777" w:rsidR="00970AE2" w:rsidRDefault="00E154C9">
      <w:r>
        <w:t>Purifying the Temple meant worship was restored and the Temple was made holy again. It showed God had not abandoned the people. The later end of Seleucid rule meant greater freedom and Jewish control of their own religious life. Together these events symbolised survival and renewal of Judaism.</w:t>
      </w:r>
    </w:p>
    <w:p w14:paraId="21D841B1" w14:textId="77777777" w:rsidR="00970AE2" w:rsidRDefault="00E154C9">
      <w:r>
        <w:rPr>
          <w:b/>
        </w:rPr>
        <w:t>4. How significant is it that the Maccabean family began as 'insignificant country priests' but became High Priests and kings?</w:t>
      </w:r>
    </w:p>
    <w:p w14:paraId="005CDCDA" w14:textId="77777777" w:rsidR="00970AE2" w:rsidRDefault="00E154C9">
      <w:r>
        <w:t>It is very significant because the family gained both religious and political power. The High Priesthood became linked with ruling the country. This created a new Jewish dynasty (the Hasmoneans) and changed leadership in Judea from being under foreign control to being led by Jewish rulers.</w:t>
      </w:r>
    </w:p>
    <w:p w14:paraId="0591377E" w14:textId="77777777" w:rsidR="00970AE2" w:rsidRDefault="00E154C9">
      <w:r>
        <w:rPr>
          <w:b/>
        </w:rPr>
        <w:t>5. How different was life during Second Temple Judaism compared to life in pre-exilic Israel?</w:t>
      </w:r>
    </w:p>
    <w:p w14:paraId="2F0A9B44" w14:textId="77777777" w:rsidR="00970AE2" w:rsidRDefault="00E154C9">
      <w:r>
        <w:t>Pre-exilic Israel had kings and the First Temple traditions. Second Temple Judaism was shaped by living under empires, with the Temple and High Priest as central. Identity was strongly connected to the Law, worship, and keeping traditions, especially when foreign culture was influential.</w:t>
      </w:r>
    </w:p>
    <w:p w14:paraId="44F35448" w14:textId="77777777" w:rsidR="00970AE2" w:rsidRDefault="00E154C9">
      <w:r>
        <w:rPr>
          <w:b/>
        </w:rPr>
        <w:t>6. What are the potential biases with the Maccabean texts?</w:t>
      </w:r>
    </w:p>
    <w:p w14:paraId="45F53A3E" w14:textId="77777777" w:rsidR="00970AE2" w:rsidRDefault="00E154C9">
      <w:r>
        <w:t>They are not neutral history. They support their own side and want readers to see Judaism as right and Hellenism as dangerous. They praise the martyrs and heroes strongly and may make enemies look worse. The stories are written to persuade, not only to report facts.</w:t>
      </w:r>
    </w:p>
    <w:sectPr w:rsidR="00970AE2"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63754764">
    <w:abstractNumId w:val="8"/>
  </w:num>
  <w:num w:numId="2" w16cid:durableId="448083729">
    <w:abstractNumId w:val="6"/>
  </w:num>
  <w:num w:numId="3" w16cid:durableId="1692684085">
    <w:abstractNumId w:val="5"/>
  </w:num>
  <w:num w:numId="4" w16cid:durableId="1866946742">
    <w:abstractNumId w:val="4"/>
  </w:num>
  <w:num w:numId="5" w16cid:durableId="243223389">
    <w:abstractNumId w:val="7"/>
  </w:num>
  <w:num w:numId="6" w16cid:durableId="574440341">
    <w:abstractNumId w:val="3"/>
  </w:num>
  <w:num w:numId="7" w16cid:durableId="493568534">
    <w:abstractNumId w:val="2"/>
  </w:num>
  <w:num w:numId="8" w16cid:durableId="241066570">
    <w:abstractNumId w:val="1"/>
  </w:num>
  <w:num w:numId="9" w16cid:durableId="3695746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proofState w:spelling="clean"/>
  <w:revisionView w:inkAnnotations="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0B80"/>
    <w:rsid w:val="00012CF8"/>
    <w:rsid w:val="00034616"/>
    <w:rsid w:val="0006063C"/>
    <w:rsid w:val="0015074B"/>
    <w:rsid w:val="001D7955"/>
    <w:rsid w:val="0029639D"/>
    <w:rsid w:val="00326F90"/>
    <w:rsid w:val="0042761F"/>
    <w:rsid w:val="004F6B1D"/>
    <w:rsid w:val="00677C3C"/>
    <w:rsid w:val="0069147C"/>
    <w:rsid w:val="00743061"/>
    <w:rsid w:val="0087723C"/>
    <w:rsid w:val="00933153"/>
    <w:rsid w:val="00970AE2"/>
    <w:rsid w:val="00A03B55"/>
    <w:rsid w:val="00AA1D8D"/>
    <w:rsid w:val="00B47730"/>
    <w:rsid w:val="00C4416A"/>
    <w:rsid w:val="00CB0664"/>
    <w:rsid w:val="00E154C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7977147"/>
  <w14:defaultImageDpi w14:val="300"/>
  <w15:docId w15:val="{358A02F9-EBD3-3A40-B07D-FD897E989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Calibri" w:hAnsi="Calibri"/>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553</Words>
  <Characters>3154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3700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Nikola Sugarova (2219936)</cp:lastModifiedBy>
  <cp:revision>2</cp:revision>
  <dcterms:created xsi:type="dcterms:W3CDTF">2026-02-03T11:40:00Z</dcterms:created>
  <dcterms:modified xsi:type="dcterms:W3CDTF">2026-02-03T11:40:00Z</dcterms:modified>
  <cp:category/>
</cp:coreProperties>
</file>