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291778562"/>
        <w:docPartObj>
          <w:docPartGallery w:val="Cover Pages"/>
          <w:docPartUnique/>
        </w:docPartObj>
      </w:sdtPr>
      <w:sdtEndPr>
        <w:rPr>
          <w:rFonts w:cstheme="majorHAnsi"/>
          <w:sz w:val="22"/>
        </w:rPr>
      </w:sdtEndPr>
      <w:sdtContent>
        <w:p w14:paraId="59DE8C58" w14:textId="71A01CD7" w:rsidR="00DE042E" w:rsidRDefault="00DE042E">
          <w:pPr>
            <w:pStyle w:val="NoSpacing"/>
            <w:rPr>
              <w:sz w:val="2"/>
            </w:rPr>
          </w:pPr>
        </w:p>
        <w:p w14:paraId="49BAE3C9" w14:textId="4F94BBCB" w:rsidR="00DE042E" w:rsidRDefault="00DE042E">
          <w:r>
            <w:rPr>
              <w:noProof/>
            </w:rPr>
            <mc:AlternateContent>
              <mc:Choice Requires="wps">
                <w:drawing>
                  <wp:anchor distT="0" distB="0" distL="114300" distR="114300" simplePos="0" relativeHeight="251659776" behindDoc="0" locked="0" layoutInCell="1" allowOverlap="1" wp14:anchorId="21C16B5D" wp14:editId="1440A45B">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C5EC8" w14:textId="77777777" w:rsidR="0062395A" w:rsidRPr="00DE042E" w:rsidRDefault="0062395A" w:rsidP="0062395A">
                                <w:pPr>
                                  <w:rPr>
                                    <w:rFonts w:asciiTheme="majorHAnsi" w:hAnsiTheme="majorHAnsi" w:cstheme="majorHAnsi"/>
                                  </w:rPr>
                                </w:pPr>
                                <w:r w:rsidRPr="00DE042E">
                                  <w:rPr>
                                    <w:rFonts w:asciiTheme="majorHAnsi" w:hAnsiTheme="majorHAnsi" w:cstheme="majorHAnsi"/>
                                  </w:rPr>
                                  <w:t>Student Name:  Mustafa AY</w:t>
                                </w:r>
                              </w:p>
                              <w:p w14:paraId="6D2CF7D2" w14:textId="77777777" w:rsidR="0062395A" w:rsidRPr="00DE042E" w:rsidRDefault="0062395A" w:rsidP="0062395A">
                                <w:pPr>
                                  <w:rPr>
                                    <w:rFonts w:asciiTheme="majorHAnsi" w:hAnsiTheme="majorHAnsi" w:cstheme="majorHAnsi"/>
                                  </w:rPr>
                                </w:pPr>
                                <w:r w:rsidRPr="00DE042E">
                                  <w:rPr>
                                    <w:rFonts w:asciiTheme="majorHAnsi" w:hAnsiTheme="majorHAnsi" w:cstheme="majorHAnsi"/>
                                  </w:rPr>
                                  <w:t>Student ID: 2513629</w:t>
                                </w:r>
                              </w:p>
                              <w:p w14:paraId="712C12F8" w14:textId="77777777" w:rsidR="0062395A" w:rsidRPr="00DE042E" w:rsidRDefault="0062395A" w:rsidP="0062395A">
                                <w:pPr>
                                  <w:rPr>
                                    <w:rFonts w:asciiTheme="majorHAnsi" w:hAnsiTheme="majorHAnsi" w:cstheme="majorHAnsi"/>
                                  </w:rPr>
                                </w:pPr>
                                <w:r w:rsidRPr="00DE042E">
                                  <w:rPr>
                                    <w:rFonts w:asciiTheme="majorHAnsi" w:hAnsiTheme="majorHAnsi" w:cstheme="majorHAnsi"/>
                                  </w:rPr>
                                  <w:t>Submission Date: 24/04/2026</w:t>
                                </w:r>
                              </w:p>
                              <w:p w14:paraId="53664A1C" w14:textId="77777777" w:rsidR="00DE042E" w:rsidRDefault="00DE04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1C16B5D" id="_x0000_t202" coordsize="21600,21600" o:spt="202" path="m,l,21600r21600,l21600,xe">
                    <v:stroke joinstyle="miter"/>
                    <v:path gradientshapeok="t" o:connecttype="rect"/>
                  </v:shapetype>
                  <v:shape id="Text Box 66" o:spid="_x0000_s1026" type="#_x0000_t202" style="position:absolute;margin-left:0;margin-top:0;width:468pt;height:1in;z-index:25165977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3CDC5EC8" w14:textId="77777777" w:rsidR="0062395A" w:rsidRPr="00DE042E" w:rsidRDefault="0062395A" w:rsidP="0062395A">
                          <w:pPr>
                            <w:rPr>
                              <w:rFonts w:asciiTheme="majorHAnsi" w:hAnsiTheme="majorHAnsi" w:cstheme="majorHAnsi"/>
                            </w:rPr>
                          </w:pPr>
                          <w:r w:rsidRPr="00DE042E">
                            <w:rPr>
                              <w:rFonts w:asciiTheme="majorHAnsi" w:hAnsiTheme="majorHAnsi" w:cstheme="majorHAnsi"/>
                            </w:rPr>
                            <w:t>Student Name:  Mustafa AY</w:t>
                          </w:r>
                        </w:p>
                        <w:p w14:paraId="6D2CF7D2" w14:textId="77777777" w:rsidR="0062395A" w:rsidRPr="00DE042E" w:rsidRDefault="0062395A" w:rsidP="0062395A">
                          <w:pPr>
                            <w:rPr>
                              <w:rFonts w:asciiTheme="majorHAnsi" w:hAnsiTheme="majorHAnsi" w:cstheme="majorHAnsi"/>
                            </w:rPr>
                          </w:pPr>
                          <w:r w:rsidRPr="00DE042E">
                            <w:rPr>
                              <w:rFonts w:asciiTheme="majorHAnsi" w:hAnsiTheme="majorHAnsi" w:cstheme="majorHAnsi"/>
                            </w:rPr>
                            <w:t>Student ID: 2513629</w:t>
                          </w:r>
                        </w:p>
                        <w:p w14:paraId="712C12F8" w14:textId="77777777" w:rsidR="0062395A" w:rsidRPr="00DE042E" w:rsidRDefault="0062395A" w:rsidP="0062395A">
                          <w:pPr>
                            <w:rPr>
                              <w:rFonts w:asciiTheme="majorHAnsi" w:hAnsiTheme="majorHAnsi" w:cstheme="majorHAnsi"/>
                            </w:rPr>
                          </w:pPr>
                          <w:r w:rsidRPr="00DE042E">
                            <w:rPr>
                              <w:rFonts w:asciiTheme="majorHAnsi" w:hAnsiTheme="majorHAnsi" w:cstheme="majorHAnsi"/>
                            </w:rPr>
                            <w:t>Submission Date: 24/04/2026</w:t>
                          </w:r>
                        </w:p>
                        <w:p w14:paraId="53664A1C" w14:textId="77777777" w:rsidR="00DE042E" w:rsidRDefault="00DE042E"/>
                      </w:txbxContent>
                    </v:textbox>
                    <w10:wrap anchorx="page" anchory="margin"/>
                  </v:shape>
                </w:pict>
              </mc:Fallback>
            </mc:AlternateContent>
          </w:r>
          <w:r>
            <w:rPr>
              <w:noProof/>
              <w:color w:val="4F81BD" w:themeColor="accent1"/>
              <w:sz w:val="36"/>
              <w:szCs w:val="36"/>
            </w:rPr>
            <mc:AlternateContent>
              <mc:Choice Requires="wpg">
                <w:drawing>
                  <wp:anchor distT="0" distB="0" distL="114300" distR="114300" simplePos="0" relativeHeight="251658752" behindDoc="1" locked="0" layoutInCell="1" allowOverlap="1" wp14:anchorId="0EEDFB2C" wp14:editId="5AC97EBB">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201B5FB" id="Group 2" o:spid="_x0000_s1026" style="position:absolute;margin-left:0;margin-top:0;width:432.65pt;height:448.55pt;z-index:-25165772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EC3422B" w14:textId="17F5302B" w:rsidR="00DE042E" w:rsidRDefault="00DE042E">
          <w:pPr>
            <w:rPr>
              <w:rFonts w:asciiTheme="majorHAnsi" w:hAnsiTheme="majorHAnsi" w:cstheme="majorHAnsi"/>
            </w:rPr>
          </w:pPr>
          <w:r>
            <w:rPr>
              <w:noProof/>
            </w:rPr>
            <mc:AlternateContent>
              <mc:Choice Requires="wps">
                <w:drawing>
                  <wp:anchor distT="0" distB="0" distL="114300" distR="114300" simplePos="0" relativeHeight="251657728" behindDoc="0" locked="0" layoutInCell="1" allowOverlap="1" wp14:anchorId="7F0FAB2A" wp14:editId="59DFCC6A">
                    <wp:simplePos x="0" y="0"/>
                    <wp:positionH relativeFrom="page">
                      <wp:posOffset>3106132</wp:posOffset>
                    </wp:positionH>
                    <wp:positionV relativeFrom="margin">
                      <wp:posOffset>7178511</wp:posOffset>
                    </wp:positionV>
                    <wp:extent cx="4133654" cy="1050284"/>
                    <wp:effectExtent l="0" t="0" r="635" b="0"/>
                    <wp:wrapNone/>
                    <wp:docPr id="69" name="Text Box 73"/>
                    <wp:cNvGraphicFramePr/>
                    <a:graphic xmlns:a="http://schemas.openxmlformats.org/drawingml/2006/main">
                      <a:graphicData uri="http://schemas.microsoft.com/office/word/2010/wordprocessingShape">
                        <wps:wsp>
                          <wps:cNvSpPr txBox="1"/>
                          <wps:spPr>
                            <a:xfrm>
                              <a:off x="0" y="0"/>
                              <a:ext cx="4133654" cy="10502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CFCE89" w14:textId="0AE683B4" w:rsidR="00DE042E" w:rsidRDefault="00DE042E">
                                <w:pPr>
                                  <w:pStyle w:val="NoSpacing"/>
                                  <w:jc w:val="right"/>
                                  <w:rPr>
                                    <w:color w:val="4F81BD" w:themeColor="accent1"/>
                                    <w:sz w:val="36"/>
                                    <w:szCs w:val="36"/>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F81BD" w:themeColor="accent1"/>
                                        <w:sz w:val="36"/>
                                        <w:szCs w:val="36"/>
                                      </w:rPr>
                                      <w:t xml:space="preserve">     </w:t>
                                    </w:r>
                                  </w:sdtContent>
                                </w:sdt>
                              </w:p>
                              <w:p w14:paraId="48AD13D1" w14:textId="3621C760" w:rsidR="00DE042E" w:rsidRPr="00DE042E" w:rsidRDefault="00DE042E" w:rsidP="00DE042E">
                                <w:pPr>
                                  <w:rPr>
                                    <w:rFonts w:asciiTheme="majorHAnsi" w:hAnsiTheme="majorHAnsi" w:cstheme="majorHAnsi"/>
                                  </w:rPr>
                                </w:pPr>
                                <w:r w:rsidRPr="00DE042E">
                                  <w:rPr>
                                    <w:rFonts w:asciiTheme="majorHAnsi" w:hAnsiTheme="majorHAnsi" w:cstheme="majorHAnsi"/>
                                  </w:rPr>
                                  <w:t>Module: Introduction to Web and Database Concepts (ACCA4023)</w:t>
                                </w:r>
                                <w:r w:rsidR="0062395A">
                                  <w:rPr>
                                    <w:rFonts w:asciiTheme="majorHAnsi" w:hAnsiTheme="majorHAnsi" w:cstheme="majorHAnsi"/>
                                  </w:rPr>
                                  <w:br/>
                                </w:r>
                                <w:r w:rsidRPr="00DE042E">
                                  <w:rPr>
                                    <w:rFonts w:asciiTheme="majorHAnsi" w:hAnsiTheme="majorHAnsi" w:cstheme="majorHAnsi"/>
                                  </w:rPr>
                                  <w:t>Assignment: HTML &amp; CSS Web Development</w:t>
                                </w:r>
                                <w:r w:rsidR="0062395A">
                                  <w:rPr>
                                    <w:rFonts w:asciiTheme="majorHAnsi" w:hAnsiTheme="majorHAnsi" w:cstheme="majorHAnsi"/>
                                  </w:rPr>
                                  <w:br/>
                                </w:r>
                                <w:r w:rsidR="0062395A" w:rsidRPr="0062395A">
                                  <w:rPr>
                                    <w:rFonts w:asciiTheme="majorHAnsi" w:hAnsiTheme="majorHAnsi" w:cstheme="majorHAnsi"/>
                                  </w:rPr>
                                  <w:t>Module Lecturer: Abida Perveen</w:t>
                                </w:r>
                                <w:r w:rsidR="0062395A">
                                  <w:rPr>
                                    <w:rFonts w:asciiTheme="majorHAnsi" w:hAnsiTheme="majorHAnsi" w:cstheme="majorHAnsi"/>
                                  </w:rPr>
                                  <w:br/>
                                </w:r>
                                <w:r w:rsidRPr="00DE042E">
                                  <w:rPr>
                                    <w:rFonts w:asciiTheme="majorHAnsi" w:hAnsiTheme="majorHAnsi" w:cstheme="majorHAnsi"/>
                                  </w:rPr>
                                  <w:br/>
                                </w:r>
                              </w:p>
                              <w:p w14:paraId="0C331AD7" w14:textId="41C54EC6" w:rsidR="00DE042E" w:rsidRDefault="00DE042E" w:rsidP="00DE042E">
                                <w:pPr>
                                  <w:pStyle w:val="NoSpacing"/>
                                  <w:jc w:val="right"/>
                                  <w:rPr>
                                    <w:color w:val="4F81BD"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F0FAB2A" id="Text Box 73" o:spid="_x0000_s1027" type="#_x0000_t202" style="position:absolute;margin-left:244.6pt;margin-top:565.25pt;width:325.5pt;height:82.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" filled="f" stroked="f" strokeweight=".5pt">
                    <v:textbox inset="0,0,0,0">
                      <w:txbxContent>
                        <w:p w14:paraId="31CFCE89" w14:textId="0AE683B4" w:rsidR="00DE042E" w:rsidRDefault="00DE042E">
                          <w:pPr>
                            <w:pStyle w:val="NoSpacing"/>
                            <w:jc w:val="right"/>
                            <w:rPr>
                              <w:color w:val="4F81BD" w:themeColor="accent1"/>
                              <w:sz w:val="36"/>
                              <w:szCs w:val="36"/>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F81BD" w:themeColor="accent1"/>
                                  <w:sz w:val="36"/>
                                  <w:szCs w:val="36"/>
                                </w:rPr>
                                <w:t xml:space="preserve">     </w:t>
                              </w:r>
                            </w:sdtContent>
                          </w:sdt>
                        </w:p>
                        <w:p w14:paraId="48AD13D1" w14:textId="3621C760" w:rsidR="00DE042E" w:rsidRPr="00DE042E" w:rsidRDefault="00DE042E" w:rsidP="00DE042E">
                          <w:pPr>
                            <w:rPr>
                              <w:rFonts w:asciiTheme="majorHAnsi" w:hAnsiTheme="majorHAnsi" w:cstheme="majorHAnsi"/>
                            </w:rPr>
                          </w:pPr>
                          <w:r w:rsidRPr="00DE042E">
                            <w:rPr>
                              <w:rFonts w:asciiTheme="majorHAnsi" w:hAnsiTheme="majorHAnsi" w:cstheme="majorHAnsi"/>
                            </w:rPr>
                            <w:t>Module: Introduction to Web and Database Concepts (ACCA4023)</w:t>
                          </w:r>
                          <w:r w:rsidR="0062395A">
                            <w:rPr>
                              <w:rFonts w:asciiTheme="majorHAnsi" w:hAnsiTheme="majorHAnsi" w:cstheme="majorHAnsi"/>
                            </w:rPr>
                            <w:br/>
                          </w:r>
                          <w:r w:rsidRPr="00DE042E">
                            <w:rPr>
                              <w:rFonts w:asciiTheme="majorHAnsi" w:hAnsiTheme="majorHAnsi" w:cstheme="majorHAnsi"/>
                            </w:rPr>
                            <w:t>Assignment: HTML &amp; CSS Web Development</w:t>
                          </w:r>
                          <w:r w:rsidR="0062395A">
                            <w:rPr>
                              <w:rFonts w:asciiTheme="majorHAnsi" w:hAnsiTheme="majorHAnsi" w:cstheme="majorHAnsi"/>
                            </w:rPr>
                            <w:br/>
                          </w:r>
                          <w:r w:rsidR="0062395A" w:rsidRPr="0062395A">
                            <w:rPr>
                              <w:rFonts w:asciiTheme="majorHAnsi" w:hAnsiTheme="majorHAnsi" w:cstheme="majorHAnsi"/>
                            </w:rPr>
                            <w:t>Module Lecturer: Abida Perveen</w:t>
                          </w:r>
                          <w:r w:rsidR="0062395A">
                            <w:rPr>
                              <w:rFonts w:asciiTheme="majorHAnsi" w:hAnsiTheme="majorHAnsi" w:cstheme="majorHAnsi"/>
                            </w:rPr>
                            <w:br/>
                          </w:r>
                          <w:r w:rsidRPr="00DE042E">
                            <w:rPr>
                              <w:rFonts w:asciiTheme="majorHAnsi" w:hAnsiTheme="majorHAnsi" w:cstheme="majorHAnsi"/>
                            </w:rPr>
                            <w:br/>
                          </w:r>
                        </w:p>
                        <w:p w14:paraId="0C331AD7" w14:textId="41C54EC6" w:rsidR="00DE042E" w:rsidRDefault="00DE042E" w:rsidP="00DE042E">
                          <w:pPr>
                            <w:pStyle w:val="NoSpacing"/>
                            <w:jc w:val="right"/>
                            <w:rPr>
                              <w:color w:val="4F81BD" w:themeColor="accent1"/>
                              <w:sz w:val="36"/>
                              <w:szCs w:val="36"/>
                            </w:rPr>
                          </w:pPr>
                        </w:p>
                      </w:txbxContent>
                    </v:textbox>
                    <w10:wrap anchorx="page" anchory="margin"/>
                  </v:shape>
                </w:pict>
              </mc:Fallback>
            </mc:AlternateContent>
          </w:r>
          <w:r>
            <w:rPr>
              <w:rFonts w:cstheme="majorHAnsi"/>
            </w:rPr>
            <w:br w:type="page"/>
          </w:r>
        </w:p>
      </w:sdtContent>
    </w:sdt>
    <w:sdt>
      <w:sdtPr>
        <w:rPr>
          <w:lang w:val="en-GB"/>
        </w:rPr>
        <w:id w:val="628367283"/>
        <w:docPartObj>
          <w:docPartGallery w:val="Table of Contents"/>
          <w:docPartUnique/>
        </w:docPartObj>
      </w:sdtPr>
      <w:sdtEndPr>
        <w:rPr>
          <w:rFonts w:asciiTheme="minorHAnsi" w:eastAsiaTheme="minorEastAsia" w:hAnsiTheme="minorHAnsi" w:cstheme="minorBidi"/>
          <w:color w:val="auto"/>
          <w:sz w:val="22"/>
          <w:szCs w:val="22"/>
          <w:lang w:val="en-US"/>
        </w:rPr>
      </w:sdtEndPr>
      <w:sdtContent>
        <w:p w14:paraId="2B982CC9" w14:textId="61FBC4D0" w:rsidR="00E960BB" w:rsidRDefault="00E960BB">
          <w:pPr>
            <w:pStyle w:val="TOCHeading"/>
            <w:rPr>
              <w:lang w:val="en-GB"/>
            </w:rPr>
          </w:pPr>
          <w:r>
            <w:rPr>
              <w:lang w:val="en-GB"/>
            </w:rPr>
            <w:t>Table of Contents</w:t>
          </w:r>
        </w:p>
        <w:p w14:paraId="40646B55" w14:textId="77777777" w:rsidR="00E960BB" w:rsidRDefault="00E960BB" w:rsidP="00E960BB">
          <w:pPr>
            <w:rPr>
              <w:lang w:val="en-GB"/>
            </w:rPr>
          </w:pPr>
        </w:p>
        <w:p w14:paraId="44869CEC" w14:textId="77777777" w:rsidR="00E960BB" w:rsidRPr="00E960BB" w:rsidRDefault="00E960BB" w:rsidP="00E960BB">
          <w:pPr>
            <w:rPr>
              <w:lang w:val="en-GB"/>
            </w:rPr>
          </w:pPr>
        </w:p>
        <w:p w14:paraId="0241884B" w14:textId="7FAB9E9A" w:rsidR="00E960BB" w:rsidRDefault="00E960BB">
          <w:pPr>
            <w:pStyle w:val="TOC1"/>
            <w:tabs>
              <w:tab w:val="right" w:leader="dot" w:pos="863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27795566" w:history="1">
            <w:r w:rsidRPr="00D25265">
              <w:rPr>
                <w:rStyle w:val="Hyperlink"/>
                <w:noProof/>
              </w:rPr>
              <w:t>Introduction (Abstract)</w:t>
            </w:r>
            <w:r>
              <w:rPr>
                <w:noProof/>
                <w:webHidden/>
              </w:rPr>
              <w:tab/>
            </w:r>
            <w:r>
              <w:rPr>
                <w:noProof/>
                <w:webHidden/>
              </w:rPr>
              <w:fldChar w:fldCharType="begin"/>
            </w:r>
            <w:r>
              <w:rPr>
                <w:noProof/>
                <w:webHidden/>
              </w:rPr>
              <w:instrText xml:space="preserve"> PAGEREF _Toc227795566 \h </w:instrText>
            </w:r>
            <w:r>
              <w:rPr>
                <w:noProof/>
                <w:webHidden/>
              </w:rPr>
            </w:r>
            <w:r>
              <w:rPr>
                <w:noProof/>
                <w:webHidden/>
              </w:rPr>
              <w:fldChar w:fldCharType="separate"/>
            </w:r>
            <w:r>
              <w:rPr>
                <w:noProof/>
                <w:webHidden/>
              </w:rPr>
              <w:t>2</w:t>
            </w:r>
            <w:r>
              <w:rPr>
                <w:noProof/>
                <w:webHidden/>
              </w:rPr>
              <w:fldChar w:fldCharType="end"/>
            </w:r>
          </w:hyperlink>
        </w:p>
        <w:p w14:paraId="27164910" w14:textId="2734426A" w:rsidR="00E960BB" w:rsidRDefault="00E960BB">
          <w:pPr>
            <w:pStyle w:val="TOC1"/>
            <w:tabs>
              <w:tab w:val="right" w:leader="dot" w:pos="8630"/>
            </w:tabs>
            <w:rPr>
              <w:noProof/>
              <w:kern w:val="2"/>
              <w:sz w:val="24"/>
              <w:szCs w:val="24"/>
              <w:lang w:val="en-GB" w:eastAsia="en-GB"/>
              <w14:ligatures w14:val="standardContextual"/>
            </w:rPr>
          </w:pPr>
          <w:hyperlink w:anchor="_Toc227795567" w:history="1">
            <w:r w:rsidRPr="00D25265">
              <w:rPr>
                <w:rStyle w:val="Hyperlink"/>
                <w:noProof/>
              </w:rPr>
              <w:t>Requirements</w:t>
            </w:r>
            <w:r>
              <w:rPr>
                <w:noProof/>
                <w:webHidden/>
              </w:rPr>
              <w:tab/>
            </w:r>
            <w:r>
              <w:rPr>
                <w:noProof/>
                <w:webHidden/>
              </w:rPr>
              <w:fldChar w:fldCharType="begin"/>
            </w:r>
            <w:r>
              <w:rPr>
                <w:noProof/>
                <w:webHidden/>
              </w:rPr>
              <w:instrText xml:space="preserve"> PAGEREF _Toc227795567 \h </w:instrText>
            </w:r>
            <w:r>
              <w:rPr>
                <w:noProof/>
                <w:webHidden/>
              </w:rPr>
            </w:r>
            <w:r>
              <w:rPr>
                <w:noProof/>
                <w:webHidden/>
              </w:rPr>
              <w:fldChar w:fldCharType="separate"/>
            </w:r>
            <w:r>
              <w:rPr>
                <w:noProof/>
                <w:webHidden/>
              </w:rPr>
              <w:t>2</w:t>
            </w:r>
            <w:r>
              <w:rPr>
                <w:noProof/>
                <w:webHidden/>
              </w:rPr>
              <w:fldChar w:fldCharType="end"/>
            </w:r>
          </w:hyperlink>
        </w:p>
        <w:p w14:paraId="1CFDBDEA" w14:textId="4F06F61D" w:rsidR="00E960BB" w:rsidRDefault="00E960BB">
          <w:pPr>
            <w:pStyle w:val="TOC1"/>
            <w:tabs>
              <w:tab w:val="right" w:leader="dot" w:pos="8630"/>
            </w:tabs>
            <w:rPr>
              <w:noProof/>
              <w:kern w:val="2"/>
              <w:sz w:val="24"/>
              <w:szCs w:val="24"/>
              <w:lang w:val="en-GB" w:eastAsia="en-GB"/>
              <w14:ligatures w14:val="standardContextual"/>
            </w:rPr>
          </w:pPr>
          <w:hyperlink w:anchor="_Toc227795568" w:history="1">
            <w:r w:rsidRPr="00D25265">
              <w:rPr>
                <w:rStyle w:val="Hyperlink"/>
                <w:noProof/>
              </w:rPr>
              <w:t>Implementation</w:t>
            </w:r>
            <w:r>
              <w:rPr>
                <w:noProof/>
                <w:webHidden/>
              </w:rPr>
              <w:tab/>
            </w:r>
            <w:r>
              <w:rPr>
                <w:noProof/>
                <w:webHidden/>
              </w:rPr>
              <w:fldChar w:fldCharType="begin"/>
            </w:r>
            <w:r>
              <w:rPr>
                <w:noProof/>
                <w:webHidden/>
              </w:rPr>
              <w:instrText xml:space="preserve"> PAGEREF _Toc227795568 \h </w:instrText>
            </w:r>
            <w:r>
              <w:rPr>
                <w:noProof/>
                <w:webHidden/>
              </w:rPr>
            </w:r>
            <w:r>
              <w:rPr>
                <w:noProof/>
                <w:webHidden/>
              </w:rPr>
              <w:fldChar w:fldCharType="separate"/>
            </w:r>
            <w:r>
              <w:rPr>
                <w:noProof/>
                <w:webHidden/>
              </w:rPr>
              <w:t>3</w:t>
            </w:r>
            <w:r>
              <w:rPr>
                <w:noProof/>
                <w:webHidden/>
              </w:rPr>
              <w:fldChar w:fldCharType="end"/>
            </w:r>
          </w:hyperlink>
        </w:p>
        <w:p w14:paraId="4D6B6EFB" w14:textId="3790C7E9" w:rsidR="00E960BB" w:rsidRDefault="00E960BB">
          <w:pPr>
            <w:pStyle w:val="TOC1"/>
            <w:tabs>
              <w:tab w:val="right" w:leader="dot" w:pos="8630"/>
            </w:tabs>
            <w:rPr>
              <w:noProof/>
              <w:kern w:val="2"/>
              <w:sz w:val="24"/>
              <w:szCs w:val="24"/>
              <w:lang w:val="en-GB" w:eastAsia="en-GB"/>
              <w14:ligatures w14:val="standardContextual"/>
            </w:rPr>
          </w:pPr>
          <w:hyperlink w:anchor="_Toc227795569" w:history="1">
            <w:r w:rsidRPr="00D25265">
              <w:rPr>
                <w:rStyle w:val="Hyperlink"/>
                <w:rFonts w:cstheme="majorHAnsi"/>
                <w:noProof/>
              </w:rPr>
              <w:t>Errors and Fixes</w:t>
            </w:r>
            <w:r>
              <w:rPr>
                <w:noProof/>
                <w:webHidden/>
              </w:rPr>
              <w:tab/>
            </w:r>
            <w:r>
              <w:rPr>
                <w:noProof/>
                <w:webHidden/>
              </w:rPr>
              <w:fldChar w:fldCharType="begin"/>
            </w:r>
            <w:r>
              <w:rPr>
                <w:noProof/>
                <w:webHidden/>
              </w:rPr>
              <w:instrText xml:space="preserve"> PAGEREF _Toc227795569 \h </w:instrText>
            </w:r>
            <w:r>
              <w:rPr>
                <w:noProof/>
                <w:webHidden/>
              </w:rPr>
            </w:r>
            <w:r>
              <w:rPr>
                <w:noProof/>
                <w:webHidden/>
              </w:rPr>
              <w:fldChar w:fldCharType="separate"/>
            </w:r>
            <w:r>
              <w:rPr>
                <w:noProof/>
                <w:webHidden/>
              </w:rPr>
              <w:t>7</w:t>
            </w:r>
            <w:r>
              <w:rPr>
                <w:noProof/>
                <w:webHidden/>
              </w:rPr>
              <w:fldChar w:fldCharType="end"/>
            </w:r>
          </w:hyperlink>
        </w:p>
        <w:p w14:paraId="2D8D7D22" w14:textId="0DE6E835" w:rsidR="00E960BB" w:rsidRDefault="00E960BB">
          <w:pPr>
            <w:pStyle w:val="TOC1"/>
            <w:tabs>
              <w:tab w:val="right" w:leader="dot" w:pos="8630"/>
            </w:tabs>
            <w:rPr>
              <w:noProof/>
              <w:kern w:val="2"/>
              <w:sz w:val="24"/>
              <w:szCs w:val="24"/>
              <w:lang w:val="en-GB" w:eastAsia="en-GB"/>
              <w14:ligatures w14:val="standardContextual"/>
            </w:rPr>
          </w:pPr>
          <w:hyperlink w:anchor="_Toc227795570" w:history="1">
            <w:r w:rsidRPr="00D25265">
              <w:rPr>
                <w:rStyle w:val="Hyperlink"/>
                <w:noProof/>
              </w:rPr>
              <w:t>Evaluation</w:t>
            </w:r>
            <w:r>
              <w:rPr>
                <w:noProof/>
                <w:webHidden/>
              </w:rPr>
              <w:tab/>
            </w:r>
            <w:r>
              <w:rPr>
                <w:noProof/>
                <w:webHidden/>
              </w:rPr>
              <w:fldChar w:fldCharType="begin"/>
            </w:r>
            <w:r>
              <w:rPr>
                <w:noProof/>
                <w:webHidden/>
              </w:rPr>
              <w:instrText xml:space="preserve"> PAGEREF _Toc227795570 \h </w:instrText>
            </w:r>
            <w:r>
              <w:rPr>
                <w:noProof/>
                <w:webHidden/>
              </w:rPr>
            </w:r>
            <w:r>
              <w:rPr>
                <w:noProof/>
                <w:webHidden/>
              </w:rPr>
              <w:fldChar w:fldCharType="separate"/>
            </w:r>
            <w:r>
              <w:rPr>
                <w:noProof/>
                <w:webHidden/>
              </w:rPr>
              <w:t>8</w:t>
            </w:r>
            <w:r>
              <w:rPr>
                <w:noProof/>
                <w:webHidden/>
              </w:rPr>
              <w:fldChar w:fldCharType="end"/>
            </w:r>
          </w:hyperlink>
        </w:p>
        <w:p w14:paraId="2806550C" w14:textId="7DB1524F" w:rsidR="00E960BB" w:rsidRDefault="00E960BB">
          <w:pPr>
            <w:pStyle w:val="TOC2"/>
            <w:tabs>
              <w:tab w:val="right" w:leader="dot" w:pos="8630"/>
            </w:tabs>
            <w:rPr>
              <w:noProof/>
              <w:kern w:val="2"/>
              <w:sz w:val="24"/>
              <w:szCs w:val="24"/>
              <w:lang w:val="en-GB" w:eastAsia="en-GB"/>
              <w14:ligatures w14:val="standardContextual"/>
            </w:rPr>
          </w:pPr>
          <w:hyperlink w:anchor="_Toc227795571" w:history="1">
            <w:r w:rsidRPr="00D25265">
              <w:rPr>
                <w:rStyle w:val="Hyperlink"/>
                <w:rFonts w:cstheme="majorHAnsi"/>
                <w:noProof/>
              </w:rPr>
              <w:t>Research (Usability, Accessibility, SEO)</w:t>
            </w:r>
            <w:r>
              <w:rPr>
                <w:noProof/>
                <w:webHidden/>
              </w:rPr>
              <w:tab/>
            </w:r>
            <w:r>
              <w:rPr>
                <w:noProof/>
                <w:webHidden/>
              </w:rPr>
              <w:fldChar w:fldCharType="begin"/>
            </w:r>
            <w:r>
              <w:rPr>
                <w:noProof/>
                <w:webHidden/>
              </w:rPr>
              <w:instrText xml:space="preserve"> PAGEREF _Toc227795571 \h </w:instrText>
            </w:r>
            <w:r>
              <w:rPr>
                <w:noProof/>
                <w:webHidden/>
              </w:rPr>
            </w:r>
            <w:r>
              <w:rPr>
                <w:noProof/>
                <w:webHidden/>
              </w:rPr>
              <w:fldChar w:fldCharType="separate"/>
            </w:r>
            <w:r>
              <w:rPr>
                <w:noProof/>
                <w:webHidden/>
              </w:rPr>
              <w:t>8</w:t>
            </w:r>
            <w:r>
              <w:rPr>
                <w:noProof/>
                <w:webHidden/>
              </w:rPr>
              <w:fldChar w:fldCharType="end"/>
            </w:r>
          </w:hyperlink>
        </w:p>
        <w:p w14:paraId="15F98315" w14:textId="6A3E155A" w:rsidR="00E960BB" w:rsidRDefault="00E960BB">
          <w:pPr>
            <w:pStyle w:val="TOC2"/>
            <w:tabs>
              <w:tab w:val="right" w:leader="dot" w:pos="8630"/>
            </w:tabs>
            <w:rPr>
              <w:noProof/>
              <w:kern w:val="2"/>
              <w:sz w:val="24"/>
              <w:szCs w:val="24"/>
              <w:lang w:val="en-GB" w:eastAsia="en-GB"/>
              <w14:ligatures w14:val="standardContextual"/>
            </w:rPr>
          </w:pPr>
          <w:hyperlink w:anchor="_Toc227795572" w:history="1">
            <w:r w:rsidRPr="00D25265">
              <w:rPr>
                <w:rStyle w:val="Hyperlink"/>
                <w:rFonts w:cstheme="majorHAnsi"/>
                <w:noProof/>
              </w:rPr>
              <w:t>Website Evaluation</w:t>
            </w:r>
            <w:r>
              <w:rPr>
                <w:noProof/>
                <w:webHidden/>
              </w:rPr>
              <w:tab/>
            </w:r>
            <w:r>
              <w:rPr>
                <w:noProof/>
                <w:webHidden/>
              </w:rPr>
              <w:fldChar w:fldCharType="begin"/>
            </w:r>
            <w:r>
              <w:rPr>
                <w:noProof/>
                <w:webHidden/>
              </w:rPr>
              <w:instrText xml:space="preserve"> PAGEREF _Toc227795572 \h </w:instrText>
            </w:r>
            <w:r>
              <w:rPr>
                <w:noProof/>
                <w:webHidden/>
              </w:rPr>
            </w:r>
            <w:r>
              <w:rPr>
                <w:noProof/>
                <w:webHidden/>
              </w:rPr>
              <w:fldChar w:fldCharType="separate"/>
            </w:r>
            <w:r>
              <w:rPr>
                <w:noProof/>
                <w:webHidden/>
              </w:rPr>
              <w:t>8</w:t>
            </w:r>
            <w:r>
              <w:rPr>
                <w:noProof/>
                <w:webHidden/>
              </w:rPr>
              <w:fldChar w:fldCharType="end"/>
            </w:r>
          </w:hyperlink>
        </w:p>
        <w:p w14:paraId="20266850" w14:textId="4CDD7915" w:rsidR="00E960BB" w:rsidRDefault="00E960BB">
          <w:pPr>
            <w:pStyle w:val="TOC2"/>
            <w:tabs>
              <w:tab w:val="right" w:leader="dot" w:pos="8630"/>
            </w:tabs>
            <w:rPr>
              <w:noProof/>
              <w:kern w:val="2"/>
              <w:sz w:val="24"/>
              <w:szCs w:val="24"/>
              <w:lang w:val="en-GB" w:eastAsia="en-GB"/>
              <w14:ligatures w14:val="standardContextual"/>
            </w:rPr>
          </w:pPr>
          <w:hyperlink w:anchor="_Toc227795573" w:history="1">
            <w:r w:rsidRPr="00D25265">
              <w:rPr>
                <w:rStyle w:val="Hyperlink"/>
                <w:rFonts w:cstheme="majorHAnsi"/>
                <w:noProof/>
              </w:rPr>
              <w:t>Website Comparison</w:t>
            </w:r>
            <w:r>
              <w:rPr>
                <w:noProof/>
                <w:webHidden/>
              </w:rPr>
              <w:tab/>
            </w:r>
            <w:r>
              <w:rPr>
                <w:noProof/>
                <w:webHidden/>
              </w:rPr>
              <w:fldChar w:fldCharType="begin"/>
            </w:r>
            <w:r>
              <w:rPr>
                <w:noProof/>
                <w:webHidden/>
              </w:rPr>
              <w:instrText xml:space="preserve"> PAGEREF _Toc227795573 \h </w:instrText>
            </w:r>
            <w:r>
              <w:rPr>
                <w:noProof/>
                <w:webHidden/>
              </w:rPr>
            </w:r>
            <w:r>
              <w:rPr>
                <w:noProof/>
                <w:webHidden/>
              </w:rPr>
              <w:fldChar w:fldCharType="separate"/>
            </w:r>
            <w:r>
              <w:rPr>
                <w:noProof/>
                <w:webHidden/>
              </w:rPr>
              <w:t>9</w:t>
            </w:r>
            <w:r>
              <w:rPr>
                <w:noProof/>
                <w:webHidden/>
              </w:rPr>
              <w:fldChar w:fldCharType="end"/>
            </w:r>
          </w:hyperlink>
        </w:p>
        <w:p w14:paraId="7C7C9AED" w14:textId="712FC637" w:rsidR="00E960BB" w:rsidRDefault="00E960BB">
          <w:pPr>
            <w:pStyle w:val="TOC1"/>
            <w:tabs>
              <w:tab w:val="right" w:leader="dot" w:pos="8630"/>
            </w:tabs>
            <w:rPr>
              <w:noProof/>
              <w:kern w:val="2"/>
              <w:sz w:val="24"/>
              <w:szCs w:val="24"/>
              <w:lang w:val="en-GB" w:eastAsia="en-GB"/>
              <w14:ligatures w14:val="standardContextual"/>
            </w:rPr>
          </w:pPr>
          <w:hyperlink w:anchor="_Toc227795574" w:history="1">
            <w:r w:rsidRPr="00D25265">
              <w:rPr>
                <w:rStyle w:val="Hyperlink"/>
                <w:noProof/>
              </w:rPr>
              <w:t>Conclusion</w:t>
            </w:r>
            <w:r>
              <w:rPr>
                <w:noProof/>
                <w:webHidden/>
              </w:rPr>
              <w:tab/>
            </w:r>
            <w:r>
              <w:rPr>
                <w:noProof/>
                <w:webHidden/>
              </w:rPr>
              <w:fldChar w:fldCharType="begin"/>
            </w:r>
            <w:r>
              <w:rPr>
                <w:noProof/>
                <w:webHidden/>
              </w:rPr>
              <w:instrText xml:space="preserve"> PAGEREF _Toc227795574 \h </w:instrText>
            </w:r>
            <w:r>
              <w:rPr>
                <w:noProof/>
                <w:webHidden/>
              </w:rPr>
            </w:r>
            <w:r>
              <w:rPr>
                <w:noProof/>
                <w:webHidden/>
              </w:rPr>
              <w:fldChar w:fldCharType="separate"/>
            </w:r>
            <w:r>
              <w:rPr>
                <w:noProof/>
                <w:webHidden/>
              </w:rPr>
              <w:t>9</w:t>
            </w:r>
            <w:r>
              <w:rPr>
                <w:noProof/>
                <w:webHidden/>
              </w:rPr>
              <w:fldChar w:fldCharType="end"/>
            </w:r>
          </w:hyperlink>
        </w:p>
        <w:p w14:paraId="53507C71" w14:textId="732F012B" w:rsidR="00E960BB" w:rsidRDefault="00E960BB">
          <w:pPr>
            <w:pStyle w:val="TOC1"/>
            <w:tabs>
              <w:tab w:val="right" w:leader="dot" w:pos="8630"/>
            </w:tabs>
            <w:rPr>
              <w:noProof/>
              <w:kern w:val="2"/>
              <w:sz w:val="24"/>
              <w:szCs w:val="24"/>
              <w:lang w:val="en-GB" w:eastAsia="en-GB"/>
              <w14:ligatures w14:val="standardContextual"/>
            </w:rPr>
          </w:pPr>
          <w:hyperlink w:anchor="_Toc227795575" w:history="1">
            <w:r w:rsidRPr="00D25265">
              <w:rPr>
                <w:rStyle w:val="Hyperlink"/>
                <w:noProof/>
              </w:rPr>
              <w:t>References</w:t>
            </w:r>
            <w:r>
              <w:rPr>
                <w:noProof/>
                <w:webHidden/>
              </w:rPr>
              <w:tab/>
            </w:r>
            <w:r>
              <w:rPr>
                <w:noProof/>
                <w:webHidden/>
              </w:rPr>
              <w:fldChar w:fldCharType="begin"/>
            </w:r>
            <w:r>
              <w:rPr>
                <w:noProof/>
                <w:webHidden/>
              </w:rPr>
              <w:instrText xml:space="preserve"> PAGEREF _Toc227795575 \h </w:instrText>
            </w:r>
            <w:r>
              <w:rPr>
                <w:noProof/>
                <w:webHidden/>
              </w:rPr>
            </w:r>
            <w:r>
              <w:rPr>
                <w:noProof/>
                <w:webHidden/>
              </w:rPr>
              <w:fldChar w:fldCharType="separate"/>
            </w:r>
            <w:r>
              <w:rPr>
                <w:noProof/>
                <w:webHidden/>
              </w:rPr>
              <w:t>10</w:t>
            </w:r>
            <w:r>
              <w:rPr>
                <w:noProof/>
                <w:webHidden/>
              </w:rPr>
              <w:fldChar w:fldCharType="end"/>
            </w:r>
          </w:hyperlink>
        </w:p>
        <w:p w14:paraId="51C2EF1D" w14:textId="34D87B4C" w:rsidR="00E960BB" w:rsidRDefault="00E960BB">
          <w:pPr>
            <w:pStyle w:val="TOC1"/>
            <w:tabs>
              <w:tab w:val="right" w:leader="dot" w:pos="8630"/>
            </w:tabs>
            <w:rPr>
              <w:noProof/>
              <w:kern w:val="2"/>
              <w:sz w:val="24"/>
              <w:szCs w:val="24"/>
              <w:lang w:val="en-GB" w:eastAsia="en-GB"/>
              <w14:ligatures w14:val="standardContextual"/>
            </w:rPr>
          </w:pPr>
          <w:hyperlink w:anchor="_Toc227795576" w:history="1">
            <w:r w:rsidRPr="00D25265">
              <w:rPr>
                <w:rStyle w:val="Hyperlink"/>
                <w:noProof/>
              </w:rPr>
              <w:t>Appendices</w:t>
            </w:r>
            <w:r>
              <w:rPr>
                <w:noProof/>
                <w:webHidden/>
              </w:rPr>
              <w:tab/>
            </w:r>
            <w:r>
              <w:rPr>
                <w:noProof/>
                <w:webHidden/>
              </w:rPr>
              <w:fldChar w:fldCharType="begin"/>
            </w:r>
            <w:r>
              <w:rPr>
                <w:noProof/>
                <w:webHidden/>
              </w:rPr>
              <w:instrText xml:space="preserve"> PAGEREF _Toc227795576 \h </w:instrText>
            </w:r>
            <w:r>
              <w:rPr>
                <w:noProof/>
                <w:webHidden/>
              </w:rPr>
            </w:r>
            <w:r>
              <w:rPr>
                <w:noProof/>
                <w:webHidden/>
              </w:rPr>
              <w:fldChar w:fldCharType="separate"/>
            </w:r>
            <w:r>
              <w:rPr>
                <w:noProof/>
                <w:webHidden/>
              </w:rPr>
              <w:t>10</w:t>
            </w:r>
            <w:r>
              <w:rPr>
                <w:noProof/>
                <w:webHidden/>
              </w:rPr>
              <w:fldChar w:fldCharType="end"/>
            </w:r>
          </w:hyperlink>
        </w:p>
        <w:p w14:paraId="3E5C133D" w14:textId="1FBC60BB" w:rsidR="00E960BB" w:rsidRDefault="00E960BB">
          <w:pPr>
            <w:pStyle w:val="TOC3"/>
            <w:tabs>
              <w:tab w:val="right" w:leader="dot" w:pos="8630"/>
            </w:tabs>
            <w:rPr>
              <w:noProof/>
              <w:kern w:val="2"/>
              <w:sz w:val="24"/>
              <w:szCs w:val="24"/>
              <w:lang w:val="en-GB" w:eastAsia="en-GB"/>
              <w14:ligatures w14:val="standardContextual"/>
            </w:rPr>
          </w:pPr>
          <w:hyperlink w:anchor="_Toc227795577" w:history="1">
            <w:r w:rsidRPr="00D25265">
              <w:rPr>
                <w:rStyle w:val="Hyperlink"/>
                <w:noProof/>
              </w:rPr>
              <w:t>Appendix A</w:t>
            </w:r>
            <w:r>
              <w:rPr>
                <w:noProof/>
                <w:webHidden/>
              </w:rPr>
              <w:tab/>
            </w:r>
            <w:r>
              <w:rPr>
                <w:noProof/>
                <w:webHidden/>
              </w:rPr>
              <w:fldChar w:fldCharType="begin"/>
            </w:r>
            <w:r>
              <w:rPr>
                <w:noProof/>
                <w:webHidden/>
              </w:rPr>
              <w:instrText xml:space="preserve"> PAGEREF _Toc227795577 \h </w:instrText>
            </w:r>
            <w:r>
              <w:rPr>
                <w:noProof/>
                <w:webHidden/>
              </w:rPr>
            </w:r>
            <w:r>
              <w:rPr>
                <w:noProof/>
                <w:webHidden/>
              </w:rPr>
              <w:fldChar w:fldCharType="separate"/>
            </w:r>
            <w:r>
              <w:rPr>
                <w:noProof/>
                <w:webHidden/>
              </w:rPr>
              <w:t>10</w:t>
            </w:r>
            <w:r>
              <w:rPr>
                <w:noProof/>
                <w:webHidden/>
              </w:rPr>
              <w:fldChar w:fldCharType="end"/>
            </w:r>
          </w:hyperlink>
        </w:p>
        <w:p w14:paraId="6D5ACD9E" w14:textId="24080D17" w:rsidR="00E960BB" w:rsidRDefault="00E960BB">
          <w:pPr>
            <w:pStyle w:val="TOC3"/>
            <w:tabs>
              <w:tab w:val="right" w:leader="dot" w:pos="8630"/>
            </w:tabs>
            <w:rPr>
              <w:noProof/>
              <w:kern w:val="2"/>
              <w:sz w:val="24"/>
              <w:szCs w:val="24"/>
              <w:lang w:val="en-GB" w:eastAsia="en-GB"/>
              <w14:ligatures w14:val="standardContextual"/>
            </w:rPr>
          </w:pPr>
          <w:hyperlink w:anchor="_Toc227795578" w:history="1">
            <w:r w:rsidRPr="00D25265">
              <w:rPr>
                <w:rStyle w:val="Hyperlink"/>
                <w:noProof/>
              </w:rPr>
              <w:t>Appendix B</w:t>
            </w:r>
            <w:r>
              <w:rPr>
                <w:noProof/>
                <w:webHidden/>
              </w:rPr>
              <w:tab/>
            </w:r>
            <w:r>
              <w:rPr>
                <w:noProof/>
                <w:webHidden/>
              </w:rPr>
              <w:fldChar w:fldCharType="begin"/>
            </w:r>
            <w:r>
              <w:rPr>
                <w:noProof/>
                <w:webHidden/>
              </w:rPr>
              <w:instrText xml:space="preserve"> PAGEREF _Toc227795578 \h </w:instrText>
            </w:r>
            <w:r>
              <w:rPr>
                <w:noProof/>
                <w:webHidden/>
              </w:rPr>
            </w:r>
            <w:r>
              <w:rPr>
                <w:noProof/>
                <w:webHidden/>
              </w:rPr>
              <w:fldChar w:fldCharType="separate"/>
            </w:r>
            <w:r>
              <w:rPr>
                <w:noProof/>
                <w:webHidden/>
              </w:rPr>
              <w:t>12</w:t>
            </w:r>
            <w:r>
              <w:rPr>
                <w:noProof/>
                <w:webHidden/>
              </w:rPr>
              <w:fldChar w:fldCharType="end"/>
            </w:r>
          </w:hyperlink>
        </w:p>
        <w:p w14:paraId="4F8F2B05" w14:textId="49DCE4B7" w:rsidR="00E960BB" w:rsidRDefault="00E960BB">
          <w:pPr>
            <w:pStyle w:val="TOC3"/>
            <w:tabs>
              <w:tab w:val="right" w:leader="dot" w:pos="8630"/>
            </w:tabs>
            <w:rPr>
              <w:noProof/>
              <w:kern w:val="2"/>
              <w:sz w:val="24"/>
              <w:szCs w:val="24"/>
              <w:lang w:val="en-GB" w:eastAsia="en-GB"/>
              <w14:ligatures w14:val="standardContextual"/>
            </w:rPr>
          </w:pPr>
          <w:hyperlink w:anchor="_Toc227795579" w:history="1">
            <w:r w:rsidRPr="00D25265">
              <w:rPr>
                <w:rStyle w:val="Hyperlink"/>
                <w:noProof/>
              </w:rPr>
              <w:t>Appendix C</w:t>
            </w:r>
            <w:r>
              <w:rPr>
                <w:noProof/>
                <w:webHidden/>
              </w:rPr>
              <w:tab/>
            </w:r>
            <w:r>
              <w:rPr>
                <w:noProof/>
                <w:webHidden/>
              </w:rPr>
              <w:fldChar w:fldCharType="begin"/>
            </w:r>
            <w:r>
              <w:rPr>
                <w:noProof/>
                <w:webHidden/>
              </w:rPr>
              <w:instrText xml:space="preserve"> PAGEREF _Toc227795579 \h </w:instrText>
            </w:r>
            <w:r>
              <w:rPr>
                <w:noProof/>
                <w:webHidden/>
              </w:rPr>
            </w:r>
            <w:r>
              <w:rPr>
                <w:noProof/>
                <w:webHidden/>
              </w:rPr>
              <w:fldChar w:fldCharType="separate"/>
            </w:r>
            <w:r>
              <w:rPr>
                <w:noProof/>
                <w:webHidden/>
              </w:rPr>
              <w:t>15</w:t>
            </w:r>
            <w:r>
              <w:rPr>
                <w:noProof/>
                <w:webHidden/>
              </w:rPr>
              <w:fldChar w:fldCharType="end"/>
            </w:r>
          </w:hyperlink>
        </w:p>
        <w:p w14:paraId="42724C23" w14:textId="2317FF7F" w:rsidR="00E960BB" w:rsidRDefault="00E960BB">
          <w:pPr>
            <w:pStyle w:val="TOC3"/>
            <w:tabs>
              <w:tab w:val="right" w:leader="dot" w:pos="8630"/>
            </w:tabs>
            <w:rPr>
              <w:noProof/>
              <w:kern w:val="2"/>
              <w:sz w:val="24"/>
              <w:szCs w:val="24"/>
              <w:lang w:val="en-GB" w:eastAsia="en-GB"/>
              <w14:ligatures w14:val="standardContextual"/>
            </w:rPr>
          </w:pPr>
          <w:hyperlink w:anchor="_Toc227795580" w:history="1">
            <w:r w:rsidRPr="00D25265">
              <w:rPr>
                <w:rStyle w:val="Hyperlink"/>
                <w:noProof/>
              </w:rPr>
              <w:t>Appendix D</w:t>
            </w:r>
            <w:r>
              <w:rPr>
                <w:noProof/>
                <w:webHidden/>
              </w:rPr>
              <w:tab/>
            </w:r>
            <w:r>
              <w:rPr>
                <w:noProof/>
                <w:webHidden/>
              </w:rPr>
              <w:fldChar w:fldCharType="begin"/>
            </w:r>
            <w:r>
              <w:rPr>
                <w:noProof/>
                <w:webHidden/>
              </w:rPr>
              <w:instrText xml:space="preserve"> PAGEREF _Toc227795580 \h </w:instrText>
            </w:r>
            <w:r>
              <w:rPr>
                <w:noProof/>
                <w:webHidden/>
              </w:rPr>
            </w:r>
            <w:r>
              <w:rPr>
                <w:noProof/>
                <w:webHidden/>
              </w:rPr>
              <w:fldChar w:fldCharType="separate"/>
            </w:r>
            <w:r>
              <w:rPr>
                <w:noProof/>
                <w:webHidden/>
              </w:rPr>
              <w:t>17</w:t>
            </w:r>
            <w:r>
              <w:rPr>
                <w:noProof/>
                <w:webHidden/>
              </w:rPr>
              <w:fldChar w:fldCharType="end"/>
            </w:r>
          </w:hyperlink>
        </w:p>
        <w:p w14:paraId="35DFB514" w14:textId="33C0A51A" w:rsidR="00E960BB" w:rsidRDefault="00E960BB">
          <w:pPr>
            <w:pStyle w:val="TOC3"/>
            <w:tabs>
              <w:tab w:val="right" w:leader="dot" w:pos="8630"/>
            </w:tabs>
            <w:rPr>
              <w:noProof/>
              <w:kern w:val="2"/>
              <w:sz w:val="24"/>
              <w:szCs w:val="24"/>
              <w:lang w:val="en-GB" w:eastAsia="en-GB"/>
              <w14:ligatures w14:val="standardContextual"/>
            </w:rPr>
          </w:pPr>
          <w:hyperlink w:anchor="_Toc227795581" w:history="1">
            <w:r w:rsidRPr="00D25265">
              <w:rPr>
                <w:rStyle w:val="Hyperlink"/>
                <w:noProof/>
              </w:rPr>
              <w:t>Appendix E</w:t>
            </w:r>
            <w:r>
              <w:rPr>
                <w:noProof/>
                <w:webHidden/>
              </w:rPr>
              <w:tab/>
            </w:r>
            <w:r>
              <w:rPr>
                <w:noProof/>
                <w:webHidden/>
              </w:rPr>
              <w:fldChar w:fldCharType="begin"/>
            </w:r>
            <w:r>
              <w:rPr>
                <w:noProof/>
                <w:webHidden/>
              </w:rPr>
              <w:instrText xml:space="preserve"> PAGEREF _Toc227795581 \h </w:instrText>
            </w:r>
            <w:r>
              <w:rPr>
                <w:noProof/>
                <w:webHidden/>
              </w:rPr>
            </w:r>
            <w:r>
              <w:rPr>
                <w:noProof/>
                <w:webHidden/>
              </w:rPr>
              <w:fldChar w:fldCharType="separate"/>
            </w:r>
            <w:r>
              <w:rPr>
                <w:noProof/>
                <w:webHidden/>
              </w:rPr>
              <w:t>19</w:t>
            </w:r>
            <w:r>
              <w:rPr>
                <w:noProof/>
                <w:webHidden/>
              </w:rPr>
              <w:fldChar w:fldCharType="end"/>
            </w:r>
          </w:hyperlink>
        </w:p>
        <w:p w14:paraId="07FAD5D8" w14:textId="008AA580" w:rsidR="00E960BB" w:rsidRDefault="00E960BB">
          <w:r>
            <w:rPr>
              <w:b/>
              <w:bCs/>
            </w:rPr>
            <w:fldChar w:fldCharType="end"/>
          </w:r>
        </w:p>
      </w:sdtContent>
    </w:sdt>
    <w:p w14:paraId="53557D0D" w14:textId="77777777" w:rsidR="003A27B4" w:rsidRPr="00DE042E" w:rsidRDefault="003A27B4">
      <w:pPr>
        <w:rPr>
          <w:rFonts w:asciiTheme="majorHAnsi" w:hAnsiTheme="majorHAnsi" w:cstheme="majorHAnsi"/>
        </w:rPr>
      </w:pPr>
    </w:p>
    <w:p w14:paraId="70946296" w14:textId="77777777" w:rsidR="003A27B4" w:rsidRPr="00DE042E" w:rsidRDefault="003A27B4">
      <w:pPr>
        <w:rPr>
          <w:rFonts w:asciiTheme="majorHAnsi" w:hAnsiTheme="majorHAnsi" w:cstheme="majorHAnsi"/>
        </w:rPr>
      </w:pPr>
    </w:p>
    <w:p w14:paraId="46306E62" w14:textId="77777777" w:rsidR="003A27B4" w:rsidRPr="00DE042E" w:rsidRDefault="003A27B4">
      <w:pPr>
        <w:rPr>
          <w:rFonts w:asciiTheme="majorHAnsi" w:hAnsiTheme="majorHAnsi" w:cstheme="majorHAnsi"/>
        </w:rPr>
      </w:pPr>
    </w:p>
    <w:p w14:paraId="77ED9806" w14:textId="77777777" w:rsidR="003A27B4" w:rsidRPr="00DE042E" w:rsidRDefault="003A27B4">
      <w:pPr>
        <w:rPr>
          <w:rFonts w:asciiTheme="majorHAnsi" w:hAnsiTheme="majorHAnsi" w:cstheme="majorHAnsi"/>
        </w:rPr>
      </w:pPr>
    </w:p>
    <w:p w14:paraId="7938D0F8" w14:textId="77777777" w:rsidR="003A27B4" w:rsidRPr="00DE042E" w:rsidRDefault="003A27B4">
      <w:pPr>
        <w:rPr>
          <w:rFonts w:asciiTheme="majorHAnsi" w:hAnsiTheme="majorHAnsi" w:cstheme="majorHAnsi"/>
        </w:rPr>
      </w:pPr>
    </w:p>
    <w:p w14:paraId="3DFDC441" w14:textId="77777777" w:rsidR="003A27B4" w:rsidRPr="00DE042E" w:rsidRDefault="003A27B4">
      <w:pPr>
        <w:rPr>
          <w:rFonts w:asciiTheme="majorHAnsi" w:hAnsiTheme="majorHAnsi" w:cstheme="majorHAnsi"/>
        </w:rPr>
      </w:pPr>
    </w:p>
    <w:p w14:paraId="0C572DD8" w14:textId="77777777" w:rsidR="003A27B4" w:rsidRPr="00DE042E" w:rsidRDefault="003A27B4">
      <w:pPr>
        <w:rPr>
          <w:rFonts w:asciiTheme="majorHAnsi" w:hAnsiTheme="majorHAnsi" w:cstheme="majorHAnsi"/>
        </w:rPr>
      </w:pPr>
    </w:p>
    <w:p w14:paraId="4D485A7D" w14:textId="77777777" w:rsidR="003A27B4" w:rsidRPr="00DE042E" w:rsidRDefault="003A27B4">
      <w:pPr>
        <w:rPr>
          <w:rFonts w:asciiTheme="majorHAnsi" w:hAnsiTheme="majorHAnsi" w:cstheme="majorHAnsi"/>
        </w:rPr>
      </w:pPr>
    </w:p>
    <w:p w14:paraId="62E2DFF3" w14:textId="77777777" w:rsidR="003A27B4" w:rsidRPr="00DE042E" w:rsidRDefault="003A27B4">
      <w:pPr>
        <w:rPr>
          <w:rFonts w:asciiTheme="majorHAnsi" w:hAnsiTheme="majorHAnsi" w:cstheme="majorHAnsi"/>
        </w:rPr>
      </w:pPr>
    </w:p>
    <w:p w14:paraId="4FB65CDD" w14:textId="77777777" w:rsidR="003A27B4" w:rsidRPr="00DE042E" w:rsidRDefault="003A27B4">
      <w:pPr>
        <w:rPr>
          <w:rFonts w:asciiTheme="majorHAnsi" w:hAnsiTheme="majorHAnsi" w:cstheme="majorHAnsi"/>
        </w:rPr>
      </w:pPr>
    </w:p>
    <w:p w14:paraId="2A0AED29" w14:textId="77777777" w:rsidR="003A27B4" w:rsidRPr="00DE042E" w:rsidRDefault="003A27B4">
      <w:pPr>
        <w:rPr>
          <w:rFonts w:asciiTheme="majorHAnsi" w:hAnsiTheme="majorHAnsi" w:cstheme="majorHAnsi"/>
        </w:rPr>
      </w:pPr>
    </w:p>
    <w:p w14:paraId="26BB36B7" w14:textId="77777777" w:rsidR="003A27B4" w:rsidRPr="00DE042E" w:rsidRDefault="003A27B4">
      <w:pPr>
        <w:rPr>
          <w:rFonts w:asciiTheme="majorHAnsi" w:hAnsiTheme="majorHAnsi" w:cstheme="majorHAnsi"/>
        </w:rPr>
      </w:pPr>
    </w:p>
    <w:p w14:paraId="5B399205" w14:textId="77777777" w:rsidR="003A27B4" w:rsidRPr="00DE042E" w:rsidRDefault="003A27B4">
      <w:pPr>
        <w:rPr>
          <w:rFonts w:asciiTheme="majorHAnsi" w:hAnsiTheme="majorHAnsi" w:cstheme="majorHAnsi"/>
        </w:rPr>
      </w:pPr>
    </w:p>
    <w:p w14:paraId="06620C53" w14:textId="77777777" w:rsidR="003A27B4" w:rsidRPr="00DE042E" w:rsidRDefault="003A27B4">
      <w:pPr>
        <w:rPr>
          <w:rFonts w:asciiTheme="majorHAnsi" w:hAnsiTheme="majorHAnsi" w:cstheme="majorHAnsi"/>
        </w:rPr>
      </w:pPr>
    </w:p>
    <w:p w14:paraId="0616EEC5" w14:textId="77777777" w:rsidR="003A27B4" w:rsidRPr="00DE042E" w:rsidRDefault="003A27B4">
      <w:pPr>
        <w:rPr>
          <w:rFonts w:asciiTheme="majorHAnsi" w:hAnsiTheme="majorHAnsi" w:cstheme="majorHAnsi"/>
        </w:rPr>
      </w:pPr>
    </w:p>
    <w:p w14:paraId="188EB257" w14:textId="7A7F70CA" w:rsidR="004F059B" w:rsidRPr="00DE042E" w:rsidRDefault="00000000">
      <w:pPr>
        <w:rPr>
          <w:rFonts w:asciiTheme="majorHAnsi" w:hAnsiTheme="majorHAnsi" w:cstheme="majorHAnsi"/>
        </w:rPr>
      </w:pPr>
      <w:r w:rsidRPr="00DE042E">
        <w:rPr>
          <w:rFonts w:asciiTheme="majorHAnsi" w:hAnsiTheme="majorHAnsi" w:cstheme="majorHAnsi"/>
        </w:rPr>
        <w:br/>
      </w:r>
    </w:p>
    <w:p w14:paraId="355C82BB" w14:textId="78A0EB10" w:rsidR="004F059B" w:rsidRPr="00E960BB" w:rsidRDefault="00000000" w:rsidP="00E960BB">
      <w:pPr>
        <w:pStyle w:val="Heading1"/>
      </w:pPr>
      <w:bookmarkStart w:id="0" w:name="_Toc227795566"/>
      <w:r w:rsidRPr="00E960BB">
        <w:t>Introduction (Abstract)</w:t>
      </w:r>
      <w:bookmarkEnd w:id="0"/>
    </w:p>
    <w:p w14:paraId="6A9D42D1" w14:textId="77777777" w:rsidR="000D3C94" w:rsidRPr="00DE042E" w:rsidRDefault="000D3C94" w:rsidP="000D3C94">
      <w:pPr>
        <w:rPr>
          <w:rFonts w:asciiTheme="majorHAnsi" w:hAnsiTheme="majorHAnsi" w:cstheme="majorHAnsi"/>
        </w:rPr>
      </w:pPr>
      <w:r w:rsidRPr="00DE042E">
        <w:rPr>
          <w:rFonts w:asciiTheme="majorHAnsi" w:hAnsiTheme="majorHAnsi" w:cstheme="majorHAnsi"/>
        </w:rPr>
        <w:t>This document describes how to design and develop a responsive multi-page website (HTML &amp; CSS) for Synergy Massage Therapy which is a mobile massage service that operates in London and surrounding areas.</w:t>
      </w:r>
    </w:p>
    <w:p w14:paraId="19C713F8" w14:textId="77777777" w:rsidR="000D3C94" w:rsidRPr="00DE042E" w:rsidRDefault="000D3C94" w:rsidP="000D3C94">
      <w:pPr>
        <w:rPr>
          <w:rFonts w:asciiTheme="majorHAnsi" w:hAnsiTheme="majorHAnsi" w:cstheme="majorHAnsi"/>
        </w:rPr>
      </w:pPr>
      <w:r w:rsidRPr="00DE042E">
        <w:rPr>
          <w:rFonts w:asciiTheme="majorHAnsi" w:hAnsiTheme="majorHAnsi" w:cstheme="majorHAnsi"/>
        </w:rPr>
        <w:t>The goal of the site is to communicate service offerings, increase potential client access to the service provided and provide evidence of basic web development skills such as layout design, responsive style and consideration for usability.</w:t>
      </w:r>
    </w:p>
    <w:p w14:paraId="458B5069" w14:textId="77777777" w:rsidR="000D3C94" w:rsidRPr="00DE042E" w:rsidRDefault="000D3C94" w:rsidP="000D3C94">
      <w:pPr>
        <w:rPr>
          <w:rFonts w:asciiTheme="majorHAnsi" w:hAnsiTheme="majorHAnsi" w:cstheme="majorHAnsi"/>
        </w:rPr>
      </w:pPr>
      <w:r w:rsidRPr="00DE042E">
        <w:rPr>
          <w:rFonts w:asciiTheme="majorHAnsi" w:hAnsiTheme="majorHAnsi" w:cstheme="majorHAnsi"/>
        </w:rPr>
        <w:t>There are four pages on the website (home, services, about &amp; contact) that are connected. The layout has a structured navigation system with images, is mobile responsive and has accessibility features like an alt tag associated with images.</w:t>
      </w:r>
    </w:p>
    <w:p w14:paraId="39101295" w14:textId="5766A33E" w:rsidR="004F059B" w:rsidRPr="00DE042E" w:rsidRDefault="000D3C94" w:rsidP="000D3C94">
      <w:pPr>
        <w:rPr>
          <w:rFonts w:asciiTheme="majorHAnsi" w:hAnsiTheme="majorHAnsi" w:cstheme="majorHAnsi"/>
        </w:rPr>
      </w:pPr>
      <w:r w:rsidRPr="00DE042E">
        <w:rPr>
          <w:rFonts w:asciiTheme="majorHAnsi" w:hAnsiTheme="majorHAnsi" w:cstheme="majorHAnsi"/>
        </w:rPr>
        <w:t xml:space="preserve">This document provides an overview of the requirements; how the site was implemented; usability considerations; improvements made for accessibility; and methods for using search engine </w:t>
      </w:r>
      <w:proofErr w:type="spellStart"/>
      <w:r w:rsidRPr="00DE042E">
        <w:rPr>
          <w:rFonts w:asciiTheme="majorHAnsi" w:hAnsiTheme="majorHAnsi" w:cstheme="majorHAnsi"/>
        </w:rPr>
        <w:t>optimisation</w:t>
      </w:r>
      <w:proofErr w:type="spellEnd"/>
      <w:r w:rsidRPr="00DE042E">
        <w:rPr>
          <w:rFonts w:asciiTheme="majorHAnsi" w:hAnsiTheme="majorHAnsi" w:cstheme="majorHAnsi"/>
        </w:rPr>
        <w:t xml:space="preserve"> (SEO) during the implementation of the website.</w:t>
      </w:r>
      <w:r w:rsidR="00000000" w:rsidRPr="00DE042E">
        <w:rPr>
          <w:rFonts w:asciiTheme="majorHAnsi" w:hAnsiTheme="majorHAnsi" w:cstheme="majorHAnsi"/>
        </w:rPr>
        <w:br/>
      </w:r>
    </w:p>
    <w:p w14:paraId="38A59F05" w14:textId="036D7270" w:rsidR="004F059B" w:rsidRPr="00E960BB" w:rsidRDefault="00000000" w:rsidP="00E960BB">
      <w:pPr>
        <w:pStyle w:val="Heading1"/>
      </w:pPr>
      <w:bookmarkStart w:id="1" w:name="_Toc227795567"/>
      <w:r w:rsidRPr="00E960BB">
        <w:t>Requirements</w:t>
      </w:r>
      <w:bookmarkEnd w:id="1"/>
    </w:p>
    <w:p w14:paraId="381592E8" w14:textId="77777777" w:rsidR="003A27B4" w:rsidRPr="00DE042E" w:rsidRDefault="003A27B4" w:rsidP="003A27B4">
      <w:pPr>
        <w:rPr>
          <w:rFonts w:asciiTheme="majorHAnsi" w:hAnsiTheme="majorHAnsi" w:cstheme="majorHAnsi"/>
        </w:rPr>
      </w:pPr>
    </w:p>
    <w:p w14:paraId="20CB6877" w14:textId="65B8315E" w:rsidR="003A27B4" w:rsidRPr="00DE042E" w:rsidRDefault="003A27B4" w:rsidP="003A27B4">
      <w:pPr>
        <w:rPr>
          <w:rFonts w:asciiTheme="majorHAnsi" w:hAnsiTheme="majorHAnsi" w:cstheme="majorHAnsi"/>
        </w:rPr>
      </w:pPr>
      <w:r w:rsidRPr="00DE042E">
        <w:rPr>
          <w:rFonts w:asciiTheme="majorHAnsi" w:hAnsiTheme="majorHAnsi" w:cstheme="majorHAnsi"/>
        </w:rPr>
        <w:t xml:space="preserve">Synergy Massage Therapy's aim in this project was to create a responsive multi-page website using HTML and CSS that would enable potential customers access to therapy information as well as assist users in understanding the types of therapies and services available via Synergy Massage Therapy. This site is primarily for individuals located in London and </w:t>
      </w:r>
      <w:proofErr w:type="spellStart"/>
      <w:r w:rsidRPr="00DE042E">
        <w:rPr>
          <w:rFonts w:asciiTheme="majorHAnsi" w:hAnsiTheme="majorHAnsi" w:cstheme="majorHAnsi"/>
        </w:rPr>
        <w:t>neighbouring</w:t>
      </w:r>
      <w:proofErr w:type="spellEnd"/>
      <w:r w:rsidRPr="00DE042E">
        <w:rPr>
          <w:rFonts w:asciiTheme="majorHAnsi" w:hAnsiTheme="majorHAnsi" w:cstheme="majorHAnsi"/>
        </w:rPr>
        <w:t xml:space="preserve"> areas who are looking to book mobile massage therapy appointments. The intended user demographic consists of Individuals seeking sports massage therapy, deep tissue massage therapy, reflexology or relaxation therapy that deliver services through home visits.</w:t>
      </w:r>
    </w:p>
    <w:p w14:paraId="0289EECF" w14:textId="664AE18D" w:rsidR="003A27B4" w:rsidRPr="00DE042E" w:rsidRDefault="003A27B4" w:rsidP="003A27B4">
      <w:pPr>
        <w:rPr>
          <w:rFonts w:asciiTheme="majorHAnsi" w:hAnsiTheme="majorHAnsi" w:cstheme="majorHAnsi"/>
        </w:rPr>
      </w:pPr>
      <w:r w:rsidRPr="00DE042E">
        <w:rPr>
          <w:rFonts w:asciiTheme="majorHAnsi" w:hAnsiTheme="majorHAnsi" w:cstheme="majorHAnsi"/>
        </w:rPr>
        <w:lastRenderedPageBreak/>
        <w:t xml:space="preserve">The website consists of four pages, </w:t>
      </w:r>
      <w:proofErr w:type="gramStart"/>
      <w:r w:rsidRPr="00DE042E">
        <w:rPr>
          <w:rFonts w:asciiTheme="majorHAnsi" w:hAnsiTheme="majorHAnsi" w:cstheme="majorHAnsi"/>
        </w:rPr>
        <w:t>namely;</w:t>
      </w:r>
      <w:proofErr w:type="gramEnd"/>
      <w:r w:rsidRPr="00DE042E">
        <w:rPr>
          <w:rFonts w:asciiTheme="majorHAnsi" w:hAnsiTheme="majorHAnsi" w:cstheme="majorHAnsi"/>
        </w:rPr>
        <w:t xml:space="preserve"> Home, Services, About and Contact which can be accessed via a navigation menu throughout all four pages. All four pages are fully interlinked together.</w:t>
      </w:r>
    </w:p>
    <w:p w14:paraId="59975456" w14:textId="70D63B92" w:rsidR="003A27B4" w:rsidRPr="00DE042E" w:rsidRDefault="003A27B4" w:rsidP="003A27B4">
      <w:pPr>
        <w:rPr>
          <w:rFonts w:asciiTheme="majorHAnsi" w:hAnsiTheme="majorHAnsi" w:cstheme="majorHAnsi"/>
        </w:rPr>
      </w:pPr>
      <w:r w:rsidRPr="00DE042E">
        <w:rPr>
          <w:rFonts w:asciiTheme="majorHAnsi" w:hAnsiTheme="majorHAnsi" w:cstheme="majorHAnsi"/>
        </w:rPr>
        <w:t xml:space="preserve">HTML was selected to provide structure of content to the site while CSS was selected to provide improvement in page layout, </w:t>
      </w:r>
      <w:proofErr w:type="spellStart"/>
      <w:r w:rsidRPr="00DE042E">
        <w:rPr>
          <w:rFonts w:asciiTheme="majorHAnsi" w:hAnsiTheme="majorHAnsi" w:cstheme="majorHAnsi"/>
        </w:rPr>
        <w:t>colour</w:t>
      </w:r>
      <w:proofErr w:type="spellEnd"/>
      <w:r w:rsidRPr="00DE042E">
        <w:rPr>
          <w:rFonts w:asciiTheme="majorHAnsi" w:hAnsiTheme="majorHAnsi" w:cstheme="majorHAnsi"/>
        </w:rPr>
        <w:t xml:space="preserve"> schemes of site pages and add visual appeal to the finished product.</w:t>
      </w:r>
    </w:p>
    <w:p w14:paraId="026079EE" w14:textId="2EB1AA12" w:rsidR="003A27B4" w:rsidRPr="00DE042E" w:rsidRDefault="003A27B4" w:rsidP="003A27B4">
      <w:pPr>
        <w:rPr>
          <w:rFonts w:asciiTheme="majorHAnsi" w:hAnsiTheme="majorHAnsi" w:cstheme="majorHAnsi"/>
        </w:rPr>
      </w:pPr>
      <w:r w:rsidRPr="00DE042E">
        <w:rPr>
          <w:rFonts w:asciiTheme="majorHAnsi" w:hAnsiTheme="majorHAnsi" w:cstheme="majorHAnsi"/>
        </w:rPr>
        <w:t xml:space="preserve">In addition to using CSS and HTML to achieve the above </w:t>
      </w:r>
      <w:proofErr w:type="gramStart"/>
      <w:r w:rsidRPr="00DE042E">
        <w:rPr>
          <w:rFonts w:asciiTheme="majorHAnsi" w:hAnsiTheme="majorHAnsi" w:cstheme="majorHAnsi"/>
        </w:rPr>
        <w:t>objectives;</w:t>
      </w:r>
      <w:proofErr w:type="gramEnd"/>
      <w:r w:rsidRPr="00DE042E">
        <w:rPr>
          <w:rFonts w:asciiTheme="majorHAnsi" w:hAnsiTheme="majorHAnsi" w:cstheme="majorHAnsi"/>
        </w:rPr>
        <w:t xml:space="preserve"> images were added to both the Home page and the Services page </w:t>
      </w:r>
      <w:proofErr w:type="gramStart"/>
      <w:r w:rsidRPr="00DE042E">
        <w:rPr>
          <w:rFonts w:asciiTheme="majorHAnsi" w:hAnsiTheme="majorHAnsi" w:cstheme="majorHAnsi"/>
        </w:rPr>
        <w:t>in order to</w:t>
      </w:r>
      <w:proofErr w:type="gramEnd"/>
      <w:r w:rsidRPr="00DE042E">
        <w:rPr>
          <w:rFonts w:asciiTheme="majorHAnsi" w:hAnsiTheme="majorHAnsi" w:cstheme="majorHAnsi"/>
        </w:rPr>
        <w:t xml:space="preserve"> enhance the useability and to create a more </w:t>
      </w:r>
      <w:proofErr w:type="gramStart"/>
      <w:r w:rsidRPr="00DE042E">
        <w:rPr>
          <w:rFonts w:asciiTheme="majorHAnsi" w:hAnsiTheme="majorHAnsi" w:cstheme="majorHAnsi"/>
        </w:rPr>
        <w:t>user friendly</w:t>
      </w:r>
      <w:proofErr w:type="gramEnd"/>
      <w:r w:rsidRPr="00DE042E">
        <w:rPr>
          <w:rFonts w:asciiTheme="majorHAnsi" w:hAnsiTheme="majorHAnsi" w:cstheme="majorHAnsi"/>
        </w:rPr>
        <w:t xml:space="preserve"> experience.</w:t>
      </w:r>
    </w:p>
    <w:p w14:paraId="44D241D5" w14:textId="4A324FCA" w:rsidR="004F059B" w:rsidRPr="00DE042E" w:rsidRDefault="003A27B4" w:rsidP="003A27B4">
      <w:pPr>
        <w:rPr>
          <w:rFonts w:asciiTheme="majorHAnsi" w:hAnsiTheme="majorHAnsi" w:cstheme="majorHAnsi"/>
        </w:rPr>
      </w:pPr>
      <w:r w:rsidRPr="00DE042E">
        <w:rPr>
          <w:rFonts w:asciiTheme="majorHAnsi" w:hAnsiTheme="majorHAnsi" w:cstheme="majorHAnsi"/>
        </w:rPr>
        <w:t>Another important design component was to create a responsive environment for all users accessing this website regardless of their device (desktop or mobile).</w:t>
      </w:r>
    </w:p>
    <w:p w14:paraId="51345900" w14:textId="72930B7B" w:rsidR="004F059B" w:rsidRPr="00E960BB" w:rsidRDefault="00000000" w:rsidP="00E960BB">
      <w:pPr>
        <w:pStyle w:val="Heading1"/>
      </w:pPr>
      <w:bookmarkStart w:id="2" w:name="_Toc227795568"/>
      <w:r w:rsidRPr="00E960BB">
        <w:t>Implementation</w:t>
      </w:r>
      <w:bookmarkEnd w:id="2"/>
    </w:p>
    <w:p w14:paraId="660D7649" w14:textId="77777777" w:rsidR="003A27B4" w:rsidRPr="00DE042E" w:rsidRDefault="003A27B4" w:rsidP="003A27B4">
      <w:pPr>
        <w:rPr>
          <w:rFonts w:asciiTheme="majorHAnsi" w:hAnsiTheme="majorHAnsi" w:cstheme="majorHAnsi"/>
        </w:rPr>
      </w:pPr>
    </w:p>
    <w:p w14:paraId="223A2C0C" w14:textId="3C56FDFB" w:rsidR="003A27B4" w:rsidRPr="00DE042E" w:rsidRDefault="003A27B4" w:rsidP="003A27B4">
      <w:pPr>
        <w:rPr>
          <w:rFonts w:asciiTheme="majorHAnsi" w:hAnsiTheme="majorHAnsi" w:cstheme="majorHAnsi"/>
        </w:rPr>
      </w:pPr>
      <w:r w:rsidRPr="00DE042E">
        <w:rPr>
          <w:rFonts w:asciiTheme="majorHAnsi" w:hAnsiTheme="majorHAnsi" w:cstheme="majorHAnsi"/>
        </w:rPr>
        <w:t>Synergy Massage Therapy has developed their website with an HTML5 content structure and CSS3 layout and visual appeal. Each page contains a consistent navigation bar to allow for easy movement throughout the website when browsing through the different sections.</w:t>
      </w:r>
    </w:p>
    <w:p w14:paraId="41479ACE" w14:textId="18D19BE9" w:rsidR="003A27B4" w:rsidRPr="00DE042E" w:rsidRDefault="003A27B4" w:rsidP="003A27B4">
      <w:pPr>
        <w:rPr>
          <w:rFonts w:asciiTheme="majorHAnsi" w:hAnsiTheme="majorHAnsi" w:cstheme="majorHAnsi"/>
        </w:rPr>
      </w:pPr>
      <w:r w:rsidRPr="00DE042E">
        <w:rPr>
          <w:rFonts w:asciiTheme="majorHAnsi" w:hAnsiTheme="majorHAnsi" w:cstheme="majorHAnsi"/>
        </w:rPr>
        <w:t>There are four pages that connect throughout the website which are Home, Services, About and Contact. The pages format has been developed to display clear and user-friendly content about the service offerings and assist the user to navigate through the four pages easily.</w:t>
      </w:r>
    </w:p>
    <w:p w14:paraId="7A178DF7" w14:textId="2D7FBF10" w:rsidR="003A27B4" w:rsidRPr="00DE042E" w:rsidRDefault="003A27B4" w:rsidP="003A27B4">
      <w:pPr>
        <w:rPr>
          <w:rFonts w:asciiTheme="majorHAnsi" w:hAnsiTheme="majorHAnsi" w:cstheme="majorHAnsi"/>
        </w:rPr>
      </w:pPr>
      <w:r w:rsidRPr="00DE042E">
        <w:rPr>
          <w:rFonts w:asciiTheme="majorHAnsi" w:hAnsiTheme="majorHAnsi" w:cstheme="majorHAnsi"/>
        </w:rPr>
        <w:t xml:space="preserve">The Home and Services pages also include images to enhance </w:t>
      </w:r>
      <w:proofErr w:type="gramStart"/>
      <w:r w:rsidRPr="00DE042E">
        <w:rPr>
          <w:rFonts w:asciiTheme="majorHAnsi" w:hAnsiTheme="majorHAnsi" w:cstheme="majorHAnsi"/>
        </w:rPr>
        <w:t>the visual</w:t>
      </w:r>
      <w:proofErr w:type="gramEnd"/>
      <w:r w:rsidRPr="00DE042E">
        <w:rPr>
          <w:rFonts w:asciiTheme="majorHAnsi" w:hAnsiTheme="majorHAnsi" w:cstheme="majorHAnsi"/>
        </w:rPr>
        <w:t xml:space="preserve"> engagement and usability. Consistent CSS styles have been created to provide the pages with similar layouts, </w:t>
      </w:r>
      <w:proofErr w:type="spellStart"/>
      <w:r w:rsidRPr="00DE042E">
        <w:rPr>
          <w:rFonts w:asciiTheme="majorHAnsi" w:hAnsiTheme="majorHAnsi" w:cstheme="majorHAnsi"/>
        </w:rPr>
        <w:t>colours</w:t>
      </w:r>
      <w:proofErr w:type="spellEnd"/>
      <w:r w:rsidRPr="00DE042E">
        <w:rPr>
          <w:rFonts w:asciiTheme="majorHAnsi" w:hAnsiTheme="majorHAnsi" w:cstheme="majorHAnsi"/>
        </w:rPr>
        <w:t xml:space="preserve"> and spacing.</w:t>
      </w:r>
    </w:p>
    <w:p w14:paraId="070D799A" w14:textId="74AE4339" w:rsidR="003A27B4" w:rsidRPr="00DE042E" w:rsidRDefault="003A27B4" w:rsidP="003A27B4">
      <w:pPr>
        <w:rPr>
          <w:rFonts w:asciiTheme="majorHAnsi" w:hAnsiTheme="majorHAnsi" w:cstheme="majorHAnsi"/>
        </w:rPr>
      </w:pPr>
      <w:r w:rsidRPr="00DE042E">
        <w:rPr>
          <w:rFonts w:asciiTheme="majorHAnsi" w:hAnsiTheme="majorHAnsi" w:cstheme="majorHAnsi"/>
        </w:rPr>
        <w:t>Responsive design techniques using CSS media queries have been utilized so that the pages will display properly on mobile devices and smaller displays.</w:t>
      </w:r>
    </w:p>
    <w:p w14:paraId="40F80AD1" w14:textId="6F9CE5DF" w:rsidR="00A15B83" w:rsidRPr="00DE042E" w:rsidRDefault="00A15B83" w:rsidP="003A27B4">
      <w:pPr>
        <w:rPr>
          <w:rFonts w:asciiTheme="majorHAnsi" w:hAnsiTheme="majorHAnsi" w:cstheme="majorHAnsi"/>
        </w:rPr>
      </w:pPr>
      <w:r w:rsidRPr="00DE042E">
        <w:rPr>
          <w:rFonts w:asciiTheme="majorHAnsi" w:hAnsiTheme="majorHAnsi" w:cstheme="majorHAnsi"/>
        </w:rPr>
        <w:lastRenderedPageBreak/>
        <w:drawing>
          <wp:inline distT="0" distB="0" distL="0" distR="0" wp14:anchorId="712B88A8" wp14:editId="3FDD4E5B">
            <wp:extent cx="5486400" cy="3176905"/>
            <wp:effectExtent l="0" t="0" r="0" b="4445"/>
            <wp:docPr id="89092602" name="Picture 1" descr="A person receiving a ma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2602" name="Picture 1" descr="A person receiving a massage&#10;&#10;AI-generated content may be incorrect."/>
                    <pic:cNvPicPr/>
                  </pic:nvPicPr>
                  <pic:blipFill>
                    <a:blip r:embed="rId6"/>
                    <a:stretch>
                      <a:fillRect/>
                    </a:stretch>
                  </pic:blipFill>
                  <pic:spPr>
                    <a:xfrm>
                      <a:off x="0" y="0"/>
                      <a:ext cx="5486400" cy="3176905"/>
                    </a:xfrm>
                    <a:prstGeom prst="rect">
                      <a:avLst/>
                    </a:prstGeom>
                  </pic:spPr>
                </pic:pic>
              </a:graphicData>
            </a:graphic>
          </wp:inline>
        </w:drawing>
      </w:r>
    </w:p>
    <w:p w14:paraId="2869C0AB" w14:textId="32796E69" w:rsidR="00A15B83" w:rsidRPr="00DE042E" w:rsidRDefault="00A15B83" w:rsidP="003A27B4">
      <w:pPr>
        <w:rPr>
          <w:rFonts w:asciiTheme="majorHAnsi" w:hAnsiTheme="majorHAnsi" w:cstheme="majorHAnsi"/>
        </w:rPr>
      </w:pPr>
      <w:r w:rsidRPr="00DE042E">
        <w:rPr>
          <w:rFonts w:asciiTheme="majorHAnsi" w:hAnsiTheme="majorHAnsi" w:cstheme="majorHAnsi"/>
        </w:rPr>
        <w:t>Figure 1: Home Page Layout of Synergy Massage Therapy Website</w:t>
      </w:r>
    </w:p>
    <w:p w14:paraId="1C2F8BFD" w14:textId="77777777" w:rsidR="00A15B83" w:rsidRPr="00DE042E" w:rsidRDefault="00A15B83" w:rsidP="003A27B4">
      <w:pPr>
        <w:rPr>
          <w:rFonts w:asciiTheme="majorHAnsi" w:hAnsiTheme="majorHAnsi" w:cstheme="majorHAnsi"/>
        </w:rPr>
      </w:pPr>
    </w:p>
    <w:p w14:paraId="6F979572" w14:textId="3BF48EA6" w:rsidR="00A15B83" w:rsidRPr="00DE042E" w:rsidRDefault="00A15B83" w:rsidP="003A27B4">
      <w:pPr>
        <w:rPr>
          <w:rFonts w:asciiTheme="majorHAnsi" w:hAnsiTheme="majorHAnsi" w:cstheme="majorHAnsi"/>
        </w:rPr>
      </w:pPr>
      <w:r w:rsidRPr="00DE042E">
        <w:rPr>
          <w:rFonts w:asciiTheme="majorHAnsi" w:hAnsiTheme="majorHAnsi" w:cstheme="majorHAnsi"/>
        </w:rPr>
        <w:drawing>
          <wp:inline distT="0" distB="0" distL="0" distR="0" wp14:anchorId="30114CEC" wp14:editId="615EA537">
            <wp:extent cx="5486400" cy="3288030"/>
            <wp:effectExtent l="0" t="0" r="0" b="7620"/>
            <wp:docPr id="818814550" name="Picture 1" descr="A screenshot of a massage therap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14550" name="Picture 1" descr="A screenshot of a massage therapy&#10;&#10;AI-generated content may be incorrect."/>
                    <pic:cNvPicPr/>
                  </pic:nvPicPr>
                  <pic:blipFill>
                    <a:blip r:embed="rId7"/>
                    <a:stretch>
                      <a:fillRect/>
                    </a:stretch>
                  </pic:blipFill>
                  <pic:spPr>
                    <a:xfrm>
                      <a:off x="0" y="0"/>
                      <a:ext cx="5486400" cy="3288030"/>
                    </a:xfrm>
                    <a:prstGeom prst="rect">
                      <a:avLst/>
                    </a:prstGeom>
                  </pic:spPr>
                </pic:pic>
              </a:graphicData>
            </a:graphic>
          </wp:inline>
        </w:drawing>
      </w:r>
    </w:p>
    <w:p w14:paraId="08941E83" w14:textId="6CBCFF52" w:rsidR="00A15B83" w:rsidRPr="00DE042E" w:rsidRDefault="00A15B83" w:rsidP="003A27B4">
      <w:pPr>
        <w:rPr>
          <w:rFonts w:asciiTheme="majorHAnsi" w:hAnsiTheme="majorHAnsi" w:cstheme="majorHAnsi"/>
        </w:rPr>
      </w:pPr>
      <w:r w:rsidRPr="00DE042E">
        <w:rPr>
          <w:rFonts w:asciiTheme="majorHAnsi" w:hAnsiTheme="majorHAnsi" w:cstheme="majorHAnsi"/>
        </w:rPr>
        <w:t xml:space="preserve">Figure </w:t>
      </w:r>
      <w:proofErr w:type="gramStart"/>
      <w:r w:rsidRPr="00DE042E">
        <w:rPr>
          <w:rFonts w:asciiTheme="majorHAnsi" w:hAnsiTheme="majorHAnsi" w:cstheme="majorHAnsi"/>
        </w:rPr>
        <w:t xml:space="preserve">2 </w:t>
      </w:r>
      <w:r w:rsidRPr="00DE042E">
        <w:rPr>
          <w:rFonts w:asciiTheme="majorHAnsi" w:hAnsiTheme="majorHAnsi" w:cstheme="majorHAnsi"/>
        </w:rPr>
        <w:t>:</w:t>
      </w:r>
      <w:proofErr w:type="gramEnd"/>
      <w:r w:rsidRPr="00DE042E">
        <w:rPr>
          <w:rFonts w:asciiTheme="majorHAnsi" w:hAnsiTheme="majorHAnsi" w:cstheme="majorHAnsi"/>
        </w:rPr>
        <w:t xml:space="preserve"> </w:t>
      </w:r>
      <w:r w:rsidRPr="00DE042E">
        <w:rPr>
          <w:rFonts w:asciiTheme="majorHAnsi" w:hAnsiTheme="majorHAnsi" w:cstheme="majorHAnsi"/>
        </w:rPr>
        <w:t>Services</w:t>
      </w:r>
      <w:r w:rsidRPr="00DE042E">
        <w:rPr>
          <w:rFonts w:asciiTheme="majorHAnsi" w:hAnsiTheme="majorHAnsi" w:cstheme="majorHAnsi"/>
        </w:rPr>
        <w:t xml:space="preserve"> Page Layout of Synergy Massage Therapy Website</w:t>
      </w:r>
    </w:p>
    <w:p w14:paraId="04CFCA64" w14:textId="77777777" w:rsidR="00A15B83" w:rsidRPr="00DE042E" w:rsidRDefault="00A15B83" w:rsidP="003A27B4">
      <w:pPr>
        <w:rPr>
          <w:rFonts w:asciiTheme="majorHAnsi" w:hAnsiTheme="majorHAnsi" w:cstheme="majorHAnsi"/>
        </w:rPr>
      </w:pPr>
    </w:p>
    <w:p w14:paraId="762855BF" w14:textId="7E4E82FC" w:rsidR="00A15B83" w:rsidRPr="00DE042E" w:rsidRDefault="00A15B83" w:rsidP="003A27B4">
      <w:pPr>
        <w:rPr>
          <w:rFonts w:asciiTheme="majorHAnsi" w:hAnsiTheme="majorHAnsi" w:cstheme="majorHAnsi"/>
        </w:rPr>
      </w:pPr>
      <w:r w:rsidRPr="00DE042E">
        <w:rPr>
          <w:rFonts w:asciiTheme="majorHAnsi" w:hAnsiTheme="majorHAnsi" w:cstheme="majorHAnsi"/>
        </w:rPr>
        <w:lastRenderedPageBreak/>
        <w:drawing>
          <wp:inline distT="0" distB="0" distL="0" distR="0" wp14:anchorId="250407DE" wp14:editId="54E0AAA9">
            <wp:extent cx="5486400" cy="3271520"/>
            <wp:effectExtent l="0" t="0" r="0" b="5080"/>
            <wp:docPr id="10617283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28318" name="Picture 1" descr="A screenshot of a computer&#10;&#10;AI-generated content may be incorrect."/>
                    <pic:cNvPicPr/>
                  </pic:nvPicPr>
                  <pic:blipFill>
                    <a:blip r:embed="rId8"/>
                    <a:stretch>
                      <a:fillRect/>
                    </a:stretch>
                  </pic:blipFill>
                  <pic:spPr>
                    <a:xfrm>
                      <a:off x="0" y="0"/>
                      <a:ext cx="5486400" cy="3271520"/>
                    </a:xfrm>
                    <a:prstGeom prst="rect">
                      <a:avLst/>
                    </a:prstGeom>
                  </pic:spPr>
                </pic:pic>
              </a:graphicData>
            </a:graphic>
          </wp:inline>
        </w:drawing>
      </w:r>
    </w:p>
    <w:p w14:paraId="5E301A66" w14:textId="66A26CEB" w:rsidR="00A15B83" w:rsidRPr="00DE042E" w:rsidRDefault="00A15B83" w:rsidP="003A27B4">
      <w:pPr>
        <w:rPr>
          <w:rFonts w:asciiTheme="majorHAnsi" w:hAnsiTheme="majorHAnsi" w:cstheme="majorHAnsi"/>
        </w:rPr>
      </w:pPr>
      <w:r w:rsidRPr="00DE042E">
        <w:rPr>
          <w:rFonts w:asciiTheme="majorHAnsi" w:hAnsiTheme="majorHAnsi" w:cstheme="majorHAnsi"/>
        </w:rPr>
        <w:t xml:space="preserve">Figure </w:t>
      </w:r>
      <w:r w:rsidRPr="00DE042E">
        <w:rPr>
          <w:rFonts w:asciiTheme="majorHAnsi" w:hAnsiTheme="majorHAnsi" w:cstheme="majorHAnsi"/>
        </w:rPr>
        <w:t>3</w:t>
      </w:r>
      <w:r w:rsidRPr="00DE042E">
        <w:rPr>
          <w:rFonts w:asciiTheme="majorHAnsi" w:hAnsiTheme="majorHAnsi" w:cstheme="majorHAnsi"/>
        </w:rPr>
        <w:t xml:space="preserve">: </w:t>
      </w:r>
      <w:r w:rsidRPr="00DE042E">
        <w:rPr>
          <w:rFonts w:asciiTheme="majorHAnsi" w:hAnsiTheme="majorHAnsi" w:cstheme="majorHAnsi"/>
        </w:rPr>
        <w:t>About</w:t>
      </w:r>
      <w:r w:rsidRPr="00DE042E">
        <w:rPr>
          <w:rFonts w:asciiTheme="majorHAnsi" w:hAnsiTheme="majorHAnsi" w:cstheme="majorHAnsi"/>
        </w:rPr>
        <w:t xml:space="preserve"> Page Layout of Synergy Massage Therapy Website</w:t>
      </w:r>
    </w:p>
    <w:p w14:paraId="7A83E2B9" w14:textId="77777777" w:rsidR="00A15B83" w:rsidRPr="00DE042E" w:rsidRDefault="00A15B83" w:rsidP="003A27B4">
      <w:pPr>
        <w:rPr>
          <w:rFonts w:asciiTheme="majorHAnsi" w:hAnsiTheme="majorHAnsi" w:cstheme="majorHAnsi"/>
        </w:rPr>
      </w:pPr>
    </w:p>
    <w:p w14:paraId="32EF2771" w14:textId="52F1EE21" w:rsidR="00A15B83" w:rsidRPr="00DE042E" w:rsidRDefault="00A15B83" w:rsidP="003A27B4">
      <w:pPr>
        <w:rPr>
          <w:rFonts w:asciiTheme="majorHAnsi" w:hAnsiTheme="majorHAnsi" w:cstheme="majorHAnsi"/>
        </w:rPr>
      </w:pPr>
      <w:r w:rsidRPr="00DE042E">
        <w:rPr>
          <w:rFonts w:asciiTheme="majorHAnsi" w:hAnsiTheme="majorHAnsi" w:cstheme="majorHAnsi"/>
        </w:rPr>
        <w:drawing>
          <wp:inline distT="0" distB="0" distL="0" distR="0" wp14:anchorId="26494C2C" wp14:editId="2FE84807">
            <wp:extent cx="5486400" cy="3259455"/>
            <wp:effectExtent l="0" t="0" r="0" b="0"/>
            <wp:docPr id="13139929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992966" name="Picture 1" descr="A screenshot of a computer&#10;&#10;AI-generated content may be incorrect."/>
                    <pic:cNvPicPr/>
                  </pic:nvPicPr>
                  <pic:blipFill>
                    <a:blip r:embed="rId9"/>
                    <a:stretch>
                      <a:fillRect/>
                    </a:stretch>
                  </pic:blipFill>
                  <pic:spPr>
                    <a:xfrm>
                      <a:off x="0" y="0"/>
                      <a:ext cx="5486400" cy="3259455"/>
                    </a:xfrm>
                    <a:prstGeom prst="rect">
                      <a:avLst/>
                    </a:prstGeom>
                  </pic:spPr>
                </pic:pic>
              </a:graphicData>
            </a:graphic>
          </wp:inline>
        </w:drawing>
      </w:r>
    </w:p>
    <w:p w14:paraId="34CC1A54" w14:textId="410219BB" w:rsidR="00A15B83" w:rsidRPr="00DE042E" w:rsidRDefault="00A15B83" w:rsidP="003A27B4">
      <w:pPr>
        <w:rPr>
          <w:rFonts w:asciiTheme="majorHAnsi" w:hAnsiTheme="majorHAnsi" w:cstheme="majorHAnsi"/>
        </w:rPr>
      </w:pPr>
      <w:r w:rsidRPr="00DE042E">
        <w:rPr>
          <w:rFonts w:asciiTheme="majorHAnsi" w:hAnsiTheme="majorHAnsi" w:cstheme="majorHAnsi"/>
        </w:rPr>
        <w:t xml:space="preserve">Figure </w:t>
      </w:r>
      <w:r w:rsidRPr="00DE042E">
        <w:rPr>
          <w:rFonts w:asciiTheme="majorHAnsi" w:hAnsiTheme="majorHAnsi" w:cstheme="majorHAnsi"/>
        </w:rPr>
        <w:t>4</w:t>
      </w:r>
      <w:r w:rsidRPr="00DE042E">
        <w:rPr>
          <w:rFonts w:asciiTheme="majorHAnsi" w:hAnsiTheme="majorHAnsi" w:cstheme="majorHAnsi"/>
        </w:rPr>
        <w:t xml:space="preserve">: </w:t>
      </w:r>
      <w:r w:rsidRPr="00DE042E">
        <w:rPr>
          <w:rFonts w:asciiTheme="majorHAnsi" w:hAnsiTheme="majorHAnsi" w:cstheme="majorHAnsi"/>
        </w:rPr>
        <w:t>Contact</w:t>
      </w:r>
      <w:r w:rsidRPr="00DE042E">
        <w:rPr>
          <w:rFonts w:asciiTheme="majorHAnsi" w:hAnsiTheme="majorHAnsi" w:cstheme="majorHAnsi"/>
        </w:rPr>
        <w:t xml:space="preserve"> Page Layout of Synergy Massage Therapy Website</w:t>
      </w:r>
    </w:p>
    <w:p w14:paraId="4D14ADFA" w14:textId="77777777" w:rsidR="00A15B83" w:rsidRPr="00DE042E" w:rsidRDefault="00A15B83" w:rsidP="003A27B4">
      <w:pPr>
        <w:rPr>
          <w:rFonts w:asciiTheme="majorHAnsi" w:hAnsiTheme="majorHAnsi" w:cstheme="majorHAnsi"/>
        </w:rPr>
      </w:pPr>
    </w:p>
    <w:p w14:paraId="52BA6D9D" w14:textId="01015010" w:rsidR="00A15B83" w:rsidRPr="00DE042E" w:rsidRDefault="00A15B83" w:rsidP="003A27B4">
      <w:pPr>
        <w:rPr>
          <w:rFonts w:asciiTheme="majorHAnsi" w:hAnsiTheme="majorHAnsi" w:cstheme="majorHAnsi"/>
        </w:rPr>
      </w:pPr>
      <w:r w:rsidRPr="00DE042E">
        <w:rPr>
          <w:rFonts w:asciiTheme="majorHAnsi" w:hAnsiTheme="majorHAnsi" w:cstheme="majorHAnsi"/>
        </w:rPr>
        <w:lastRenderedPageBreak/>
        <w:drawing>
          <wp:inline distT="0" distB="0" distL="0" distR="0" wp14:anchorId="5437B593" wp14:editId="36E0371A">
            <wp:extent cx="2423024" cy="2924175"/>
            <wp:effectExtent l="0" t="0" r="0" b="0"/>
            <wp:docPr id="575690257"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90257" name="Picture 1" descr="A screenshot of a phone&#10;&#10;AI-generated content may be incorrect."/>
                    <pic:cNvPicPr/>
                  </pic:nvPicPr>
                  <pic:blipFill>
                    <a:blip r:embed="rId10"/>
                    <a:stretch>
                      <a:fillRect/>
                    </a:stretch>
                  </pic:blipFill>
                  <pic:spPr>
                    <a:xfrm>
                      <a:off x="0" y="0"/>
                      <a:ext cx="2434922" cy="2938534"/>
                    </a:xfrm>
                    <a:prstGeom prst="rect">
                      <a:avLst/>
                    </a:prstGeom>
                  </pic:spPr>
                </pic:pic>
              </a:graphicData>
            </a:graphic>
          </wp:inline>
        </w:drawing>
      </w:r>
      <w:r w:rsidRPr="00DE042E">
        <w:rPr>
          <w:rFonts w:asciiTheme="majorHAnsi" w:hAnsiTheme="majorHAnsi" w:cstheme="majorHAnsi"/>
        </w:rPr>
        <w:t xml:space="preserve">   </w:t>
      </w:r>
      <w:r w:rsidRPr="00DE042E">
        <w:rPr>
          <w:rFonts w:asciiTheme="majorHAnsi" w:hAnsiTheme="majorHAnsi" w:cstheme="majorHAnsi"/>
        </w:rPr>
        <w:drawing>
          <wp:inline distT="0" distB="0" distL="0" distR="0" wp14:anchorId="2A6930C8" wp14:editId="7D8DF269">
            <wp:extent cx="2151553" cy="2862263"/>
            <wp:effectExtent l="0" t="0" r="1270" b="0"/>
            <wp:docPr id="2072837903"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837903" name="Picture 1" descr="A screenshot of a phone&#10;&#10;AI-generated content may be incorrect."/>
                    <pic:cNvPicPr/>
                  </pic:nvPicPr>
                  <pic:blipFill>
                    <a:blip r:embed="rId11"/>
                    <a:stretch>
                      <a:fillRect/>
                    </a:stretch>
                  </pic:blipFill>
                  <pic:spPr>
                    <a:xfrm>
                      <a:off x="0" y="0"/>
                      <a:ext cx="2155814" cy="2867932"/>
                    </a:xfrm>
                    <a:prstGeom prst="rect">
                      <a:avLst/>
                    </a:prstGeom>
                  </pic:spPr>
                </pic:pic>
              </a:graphicData>
            </a:graphic>
          </wp:inline>
        </w:drawing>
      </w:r>
    </w:p>
    <w:p w14:paraId="490FB7E7" w14:textId="79A1B45B" w:rsidR="00A15B83" w:rsidRPr="00DE042E" w:rsidRDefault="00A15B83" w:rsidP="003A27B4">
      <w:pPr>
        <w:rPr>
          <w:rFonts w:asciiTheme="majorHAnsi" w:hAnsiTheme="majorHAnsi" w:cstheme="majorHAnsi"/>
        </w:rPr>
      </w:pPr>
      <w:r w:rsidRPr="00DE042E">
        <w:rPr>
          <w:rFonts w:asciiTheme="majorHAnsi" w:hAnsiTheme="majorHAnsi" w:cstheme="majorHAnsi"/>
        </w:rPr>
        <w:t xml:space="preserve">Figure </w:t>
      </w:r>
      <w:r w:rsidRPr="00DE042E">
        <w:rPr>
          <w:rFonts w:asciiTheme="majorHAnsi" w:hAnsiTheme="majorHAnsi" w:cstheme="majorHAnsi"/>
        </w:rPr>
        <w:t>5</w:t>
      </w:r>
      <w:r w:rsidRPr="00DE042E">
        <w:rPr>
          <w:rFonts w:asciiTheme="majorHAnsi" w:hAnsiTheme="majorHAnsi" w:cstheme="majorHAnsi"/>
        </w:rPr>
        <w:t xml:space="preserve">: </w:t>
      </w:r>
      <w:r w:rsidRPr="00DE042E">
        <w:rPr>
          <w:rFonts w:asciiTheme="majorHAnsi" w:hAnsiTheme="majorHAnsi" w:cstheme="majorHAnsi"/>
        </w:rPr>
        <w:t>Mobile Responsive View</w:t>
      </w:r>
      <w:r w:rsidRPr="00DE042E">
        <w:rPr>
          <w:rFonts w:asciiTheme="majorHAnsi" w:hAnsiTheme="majorHAnsi" w:cstheme="majorHAnsi"/>
        </w:rPr>
        <w:t xml:space="preserve"> Layout of Synergy Massage Therapy Website</w:t>
      </w:r>
    </w:p>
    <w:p w14:paraId="3C4CECF6" w14:textId="77777777" w:rsidR="00716450" w:rsidRPr="00DE042E" w:rsidRDefault="00716450" w:rsidP="003A27B4">
      <w:pPr>
        <w:rPr>
          <w:rFonts w:asciiTheme="majorHAnsi" w:hAnsiTheme="majorHAnsi" w:cstheme="majorHAnsi"/>
        </w:rPr>
      </w:pPr>
    </w:p>
    <w:p w14:paraId="456D326C" w14:textId="77777777" w:rsidR="00716450" w:rsidRPr="00DE042E" w:rsidRDefault="00716450" w:rsidP="003A27B4">
      <w:pPr>
        <w:rPr>
          <w:rFonts w:asciiTheme="majorHAnsi" w:hAnsiTheme="majorHAnsi" w:cstheme="majorHAnsi"/>
        </w:rPr>
      </w:pPr>
      <w:r w:rsidRPr="00DE042E">
        <w:rPr>
          <w:rFonts w:asciiTheme="majorHAnsi" w:hAnsiTheme="majorHAnsi" w:cstheme="majorHAnsi"/>
        </w:rPr>
        <w:drawing>
          <wp:inline distT="0" distB="0" distL="0" distR="0" wp14:anchorId="63E98181" wp14:editId="4D96E917">
            <wp:extent cx="5486400" cy="2905760"/>
            <wp:effectExtent l="0" t="0" r="0" b="8890"/>
            <wp:docPr id="11519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90" name="Picture 1" descr="A screenshot of a computer&#10;&#10;AI-generated content may be incorrect."/>
                    <pic:cNvPicPr/>
                  </pic:nvPicPr>
                  <pic:blipFill>
                    <a:blip r:embed="rId12"/>
                    <a:stretch>
                      <a:fillRect/>
                    </a:stretch>
                  </pic:blipFill>
                  <pic:spPr>
                    <a:xfrm>
                      <a:off x="0" y="0"/>
                      <a:ext cx="5486400" cy="2905760"/>
                    </a:xfrm>
                    <a:prstGeom prst="rect">
                      <a:avLst/>
                    </a:prstGeom>
                  </pic:spPr>
                </pic:pic>
              </a:graphicData>
            </a:graphic>
          </wp:inline>
        </w:drawing>
      </w:r>
      <w:r w:rsidRPr="00DE042E">
        <w:rPr>
          <w:rFonts w:asciiTheme="majorHAnsi" w:hAnsiTheme="majorHAnsi" w:cstheme="majorHAnsi"/>
        </w:rPr>
        <w:br/>
      </w:r>
    </w:p>
    <w:p w14:paraId="4D602B51" w14:textId="60D0C0E6" w:rsidR="00716450" w:rsidRPr="00DE042E" w:rsidRDefault="00716450" w:rsidP="003A27B4">
      <w:pPr>
        <w:rPr>
          <w:rFonts w:asciiTheme="majorHAnsi" w:hAnsiTheme="majorHAnsi" w:cstheme="majorHAnsi"/>
        </w:rPr>
      </w:pPr>
      <w:r w:rsidRPr="00DE042E">
        <w:rPr>
          <w:rFonts w:asciiTheme="majorHAnsi" w:hAnsiTheme="majorHAnsi" w:cstheme="majorHAnsi"/>
        </w:rPr>
        <w:t>Figure 6: HTML validation results for the home page</w:t>
      </w:r>
      <w:r w:rsidR="003B7F11" w:rsidRPr="00DE042E">
        <w:rPr>
          <w:rFonts w:asciiTheme="majorHAnsi" w:hAnsiTheme="majorHAnsi" w:cstheme="majorHAnsi"/>
        </w:rPr>
        <w:t xml:space="preserve"> </w:t>
      </w:r>
      <w:sdt>
        <w:sdtPr>
          <w:rPr>
            <w:rFonts w:asciiTheme="majorHAnsi" w:hAnsiTheme="majorHAnsi" w:cstheme="majorHAnsi"/>
          </w:rPr>
          <w:id w:val="-1489085770"/>
          <w:citation/>
        </w:sdtPr>
        <w:sdtContent>
          <w:r w:rsidR="003B7F11" w:rsidRPr="00DE042E">
            <w:rPr>
              <w:rFonts w:asciiTheme="majorHAnsi" w:hAnsiTheme="majorHAnsi" w:cstheme="majorHAnsi"/>
            </w:rPr>
            <w:fldChar w:fldCharType="begin"/>
          </w:r>
          <w:r w:rsidR="003B7F11" w:rsidRPr="00DE042E">
            <w:rPr>
              <w:rFonts w:asciiTheme="majorHAnsi" w:hAnsiTheme="majorHAnsi" w:cstheme="majorHAnsi"/>
              <w:lang w:val="en-GB"/>
            </w:rPr>
            <w:instrText xml:space="preserve"> CITATION W3C24 \l 2057 </w:instrText>
          </w:r>
          <w:r w:rsidR="003B7F11" w:rsidRPr="00DE042E">
            <w:rPr>
              <w:rFonts w:asciiTheme="majorHAnsi" w:hAnsiTheme="majorHAnsi" w:cstheme="majorHAnsi"/>
            </w:rPr>
            <w:fldChar w:fldCharType="separate"/>
          </w:r>
          <w:r w:rsidR="003B7F11" w:rsidRPr="00DE042E">
            <w:rPr>
              <w:rFonts w:asciiTheme="majorHAnsi" w:hAnsiTheme="majorHAnsi" w:cstheme="majorHAnsi"/>
              <w:noProof/>
              <w:lang w:val="en-GB"/>
            </w:rPr>
            <w:t>[1]</w:t>
          </w:r>
          <w:r w:rsidR="003B7F11" w:rsidRPr="00DE042E">
            <w:rPr>
              <w:rFonts w:asciiTheme="majorHAnsi" w:hAnsiTheme="majorHAnsi" w:cstheme="majorHAnsi"/>
            </w:rPr>
            <w:fldChar w:fldCharType="end"/>
          </w:r>
        </w:sdtContent>
      </w:sdt>
    </w:p>
    <w:p w14:paraId="4D9C7F0F" w14:textId="77777777" w:rsidR="00716450" w:rsidRPr="00716450" w:rsidRDefault="00716450" w:rsidP="00716450">
      <w:pPr>
        <w:rPr>
          <w:rFonts w:asciiTheme="majorHAnsi" w:hAnsiTheme="majorHAnsi" w:cstheme="majorHAnsi"/>
          <w:lang w:val="en-GB"/>
        </w:rPr>
      </w:pPr>
      <w:r w:rsidRPr="00716450">
        <w:rPr>
          <w:rFonts w:asciiTheme="majorHAnsi" w:hAnsiTheme="majorHAnsi" w:cstheme="majorHAnsi"/>
          <w:lang w:val="en-GB"/>
        </w:rPr>
        <w:t>Figure 6 shows the validation results of the HTML code using the W3C HTML Validator. The validation identified one warning related to a section element lacking a heading. However, this warning did not affect the structure or functionality of the webpage. No critical errors were detected during the validation process.</w:t>
      </w:r>
    </w:p>
    <w:p w14:paraId="713A11D9" w14:textId="77777777" w:rsidR="00716450" w:rsidRPr="00DE042E" w:rsidRDefault="00716450" w:rsidP="003A27B4">
      <w:pPr>
        <w:rPr>
          <w:rFonts w:asciiTheme="majorHAnsi" w:hAnsiTheme="majorHAnsi" w:cstheme="majorHAnsi"/>
        </w:rPr>
      </w:pPr>
      <w:r w:rsidRPr="00DE042E">
        <w:rPr>
          <w:rFonts w:asciiTheme="majorHAnsi" w:hAnsiTheme="majorHAnsi" w:cstheme="majorHAnsi"/>
        </w:rPr>
        <w:lastRenderedPageBreak/>
        <w:drawing>
          <wp:inline distT="0" distB="0" distL="0" distR="0" wp14:anchorId="22241D4D" wp14:editId="502071AF">
            <wp:extent cx="5486400" cy="3200400"/>
            <wp:effectExtent l="0" t="0" r="0" b="0"/>
            <wp:docPr id="1719798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9840" name="Picture 1" descr="A screenshot of a computer&#10;&#10;AI-generated content may be incorrect."/>
                    <pic:cNvPicPr/>
                  </pic:nvPicPr>
                  <pic:blipFill>
                    <a:blip r:embed="rId13"/>
                    <a:stretch>
                      <a:fillRect/>
                    </a:stretch>
                  </pic:blipFill>
                  <pic:spPr>
                    <a:xfrm>
                      <a:off x="0" y="0"/>
                      <a:ext cx="5486400" cy="3200400"/>
                    </a:xfrm>
                    <a:prstGeom prst="rect">
                      <a:avLst/>
                    </a:prstGeom>
                  </pic:spPr>
                </pic:pic>
              </a:graphicData>
            </a:graphic>
          </wp:inline>
        </w:drawing>
      </w:r>
    </w:p>
    <w:p w14:paraId="78B72358" w14:textId="14F67575" w:rsidR="00716450" w:rsidRPr="00DE042E" w:rsidRDefault="00716450" w:rsidP="003A27B4">
      <w:pPr>
        <w:rPr>
          <w:rFonts w:asciiTheme="majorHAnsi" w:hAnsiTheme="majorHAnsi" w:cstheme="majorHAnsi"/>
        </w:rPr>
      </w:pPr>
      <w:r w:rsidRPr="00DE042E">
        <w:rPr>
          <w:rFonts w:asciiTheme="majorHAnsi" w:hAnsiTheme="majorHAnsi" w:cstheme="majorHAnsi"/>
        </w:rPr>
        <w:t>Figure 7: CSS validation results for the stylesheet</w:t>
      </w:r>
      <w:r w:rsidR="003B7F11" w:rsidRPr="00DE042E">
        <w:rPr>
          <w:rFonts w:asciiTheme="majorHAnsi" w:hAnsiTheme="majorHAnsi" w:cstheme="majorHAnsi"/>
        </w:rPr>
        <w:t xml:space="preserve"> </w:t>
      </w:r>
      <w:sdt>
        <w:sdtPr>
          <w:rPr>
            <w:rFonts w:asciiTheme="majorHAnsi" w:hAnsiTheme="majorHAnsi" w:cstheme="majorHAnsi"/>
          </w:rPr>
          <w:id w:val="2029518800"/>
          <w:citation/>
        </w:sdtPr>
        <w:sdtContent>
          <w:r w:rsidR="003B7F11" w:rsidRPr="00DE042E">
            <w:rPr>
              <w:rFonts w:asciiTheme="majorHAnsi" w:hAnsiTheme="majorHAnsi" w:cstheme="majorHAnsi"/>
            </w:rPr>
            <w:fldChar w:fldCharType="begin"/>
          </w:r>
          <w:r w:rsidR="003B7F11" w:rsidRPr="00DE042E">
            <w:rPr>
              <w:rFonts w:asciiTheme="majorHAnsi" w:hAnsiTheme="majorHAnsi" w:cstheme="majorHAnsi"/>
              <w:lang w:val="en-GB"/>
            </w:rPr>
            <w:instrText xml:space="preserve"> CITATION W3C241 \l 2057 </w:instrText>
          </w:r>
          <w:r w:rsidR="003B7F11" w:rsidRPr="00DE042E">
            <w:rPr>
              <w:rFonts w:asciiTheme="majorHAnsi" w:hAnsiTheme="majorHAnsi" w:cstheme="majorHAnsi"/>
            </w:rPr>
            <w:fldChar w:fldCharType="separate"/>
          </w:r>
          <w:r w:rsidR="003B7F11" w:rsidRPr="00DE042E">
            <w:rPr>
              <w:rFonts w:asciiTheme="majorHAnsi" w:hAnsiTheme="majorHAnsi" w:cstheme="majorHAnsi"/>
              <w:noProof/>
              <w:lang w:val="en-GB"/>
            </w:rPr>
            <w:t>[2]</w:t>
          </w:r>
          <w:r w:rsidR="003B7F11" w:rsidRPr="00DE042E">
            <w:rPr>
              <w:rFonts w:asciiTheme="majorHAnsi" w:hAnsiTheme="majorHAnsi" w:cstheme="majorHAnsi"/>
            </w:rPr>
            <w:fldChar w:fldCharType="end"/>
          </w:r>
        </w:sdtContent>
      </w:sdt>
    </w:p>
    <w:p w14:paraId="74F2F6EE" w14:textId="77777777" w:rsidR="008D53A4" w:rsidRPr="008D53A4" w:rsidRDefault="008D53A4" w:rsidP="008D53A4">
      <w:pPr>
        <w:rPr>
          <w:rFonts w:asciiTheme="majorHAnsi" w:hAnsiTheme="majorHAnsi" w:cstheme="majorHAnsi"/>
          <w:lang w:val="en-GB"/>
        </w:rPr>
      </w:pPr>
      <w:r w:rsidRPr="008D53A4">
        <w:rPr>
          <w:rFonts w:asciiTheme="majorHAnsi" w:hAnsiTheme="majorHAnsi" w:cstheme="majorHAnsi"/>
          <w:lang w:val="en-GB"/>
        </w:rPr>
        <w:t>Figure 7 shows the validation results of the stylesheet using the W3C CSS Validator. The validation confirmed that the CSS code followed correct syntax and styling rules, and no errors were identified during the validation process.</w:t>
      </w:r>
    </w:p>
    <w:p w14:paraId="15373B2F" w14:textId="74944737" w:rsidR="00716450" w:rsidRPr="00DE042E" w:rsidRDefault="008D53A4" w:rsidP="003A27B4">
      <w:pPr>
        <w:rPr>
          <w:rFonts w:asciiTheme="majorHAnsi" w:hAnsiTheme="majorHAnsi" w:cstheme="majorHAnsi"/>
          <w:lang w:val="en-GB"/>
        </w:rPr>
      </w:pPr>
      <w:r w:rsidRPr="008D53A4">
        <w:rPr>
          <w:rFonts w:asciiTheme="majorHAnsi" w:hAnsiTheme="majorHAnsi" w:cstheme="majorHAnsi"/>
          <w:lang w:val="en-GB"/>
        </w:rPr>
        <w:t>This result demonstrates that the layout, styling structure and responsive design features were implemented correctly and follow recognised web development standards.</w:t>
      </w:r>
      <w:sdt>
        <w:sdtPr>
          <w:rPr>
            <w:rFonts w:asciiTheme="majorHAnsi" w:hAnsiTheme="majorHAnsi" w:cstheme="majorHAnsi"/>
            <w:lang w:val="en-GB"/>
          </w:rPr>
          <w:id w:val="-2109259569"/>
          <w:citation/>
        </w:sdtPr>
        <w:sdtContent>
          <w:r w:rsidR="003B7F11" w:rsidRPr="00DE042E">
            <w:rPr>
              <w:rFonts w:asciiTheme="majorHAnsi" w:hAnsiTheme="majorHAnsi" w:cstheme="majorHAnsi"/>
              <w:lang w:val="en-GB"/>
            </w:rPr>
            <w:fldChar w:fldCharType="begin"/>
          </w:r>
          <w:r w:rsidR="003B7F11" w:rsidRPr="00DE042E">
            <w:rPr>
              <w:rFonts w:asciiTheme="majorHAnsi" w:hAnsiTheme="majorHAnsi" w:cstheme="majorHAnsi"/>
              <w:lang w:val="en-GB"/>
            </w:rPr>
            <w:instrText xml:space="preserve"> CITATION Wor18 \l 2057 </w:instrText>
          </w:r>
          <w:r w:rsidR="003B7F11" w:rsidRPr="00DE042E">
            <w:rPr>
              <w:rFonts w:asciiTheme="majorHAnsi" w:hAnsiTheme="majorHAnsi" w:cstheme="majorHAnsi"/>
              <w:lang w:val="en-GB"/>
            </w:rPr>
            <w:fldChar w:fldCharType="separate"/>
          </w:r>
          <w:r w:rsidR="003B7F11" w:rsidRPr="00DE042E">
            <w:rPr>
              <w:rFonts w:asciiTheme="majorHAnsi" w:hAnsiTheme="majorHAnsi" w:cstheme="majorHAnsi"/>
              <w:noProof/>
              <w:lang w:val="en-GB"/>
            </w:rPr>
            <w:t xml:space="preserve"> [3]</w:t>
          </w:r>
          <w:r w:rsidR="003B7F11" w:rsidRPr="00DE042E">
            <w:rPr>
              <w:rFonts w:asciiTheme="majorHAnsi" w:hAnsiTheme="majorHAnsi" w:cstheme="majorHAnsi"/>
              <w:lang w:val="en-GB"/>
            </w:rPr>
            <w:fldChar w:fldCharType="end"/>
          </w:r>
        </w:sdtContent>
      </w:sdt>
    </w:p>
    <w:p w14:paraId="24CFFC77" w14:textId="080FB14C" w:rsidR="00543F88" w:rsidRPr="00DE042E" w:rsidRDefault="00543F88" w:rsidP="00543F88">
      <w:pPr>
        <w:pStyle w:val="Heading1"/>
        <w:rPr>
          <w:rFonts w:cstheme="majorHAnsi"/>
          <w:sz w:val="22"/>
          <w:szCs w:val="22"/>
        </w:rPr>
      </w:pPr>
      <w:bookmarkStart w:id="3" w:name="_Toc227795569"/>
      <w:r w:rsidRPr="00DE042E">
        <w:rPr>
          <w:rFonts w:cstheme="majorHAnsi"/>
          <w:sz w:val="22"/>
          <w:szCs w:val="22"/>
        </w:rPr>
        <w:t>E</w:t>
      </w:r>
      <w:r w:rsidR="00000000" w:rsidRPr="00DE042E">
        <w:rPr>
          <w:rFonts w:cstheme="majorHAnsi"/>
          <w:sz w:val="22"/>
          <w:szCs w:val="22"/>
        </w:rPr>
        <w:t xml:space="preserve">rrors and </w:t>
      </w:r>
      <w:r w:rsidRPr="00DE042E">
        <w:rPr>
          <w:rFonts w:cstheme="majorHAnsi"/>
          <w:sz w:val="22"/>
          <w:szCs w:val="22"/>
        </w:rPr>
        <w:t>Fi</w:t>
      </w:r>
      <w:r w:rsidR="00000000" w:rsidRPr="00DE042E">
        <w:rPr>
          <w:rFonts w:cstheme="majorHAnsi"/>
          <w:sz w:val="22"/>
          <w:szCs w:val="22"/>
        </w:rPr>
        <w:t>xes</w:t>
      </w:r>
      <w:bookmarkEnd w:id="3"/>
    </w:p>
    <w:p w14:paraId="7A09A468" w14:textId="77777777" w:rsidR="00543F88" w:rsidRPr="00DE042E" w:rsidRDefault="00543F88">
      <w:pPr>
        <w:rPr>
          <w:rFonts w:asciiTheme="majorHAnsi" w:hAnsiTheme="majorHAnsi" w:cstheme="majorHAnsi"/>
        </w:rPr>
      </w:pPr>
    </w:p>
    <w:p w14:paraId="2636D794" w14:textId="77777777" w:rsidR="00543F88" w:rsidRPr="00DE042E" w:rsidRDefault="00543F88" w:rsidP="00543F88">
      <w:pPr>
        <w:rPr>
          <w:rFonts w:asciiTheme="majorHAnsi" w:hAnsiTheme="majorHAnsi" w:cstheme="majorHAnsi"/>
        </w:rPr>
      </w:pPr>
      <w:r w:rsidRPr="00DE042E">
        <w:rPr>
          <w:rFonts w:asciiTheme="majorHAnsi" w:hAnsiTheme="majorHAnsi" w:cstheme="majorHAnsi"/>
        </w:rPr>
        <w:t xml:space="preserve">W3C HTML Validator was used during validation process to test HTML code on the home page. The validator found one warning on the section element without a heading; however, the heading element is present on the section element, so the warning does not cause any functionality or layout issues on the home page. No structural changes were made </w:t>
      </w:r>
      <w:proofErr w:type="gramStart"/>
      <w:r w:rsidRPr="00DE042E">
        <w:rPr>
          <w:rFonts w:asciiTheme="majorHAnsi" w:hAnsiTheme="majorHAnsi" w:cstheme="majorHAnsi"/>
        </w:rPr>
        <w:t>as a result of</w:t>
      </w:r>
      <w:proofErr w:type="gramEnd"/>
      <w:r w:rsidRPr="00DE042E">
        <w:rPr>
          <w:rFonts w:asciiTheme="majorHAnsi" w:hAnsiTheme="majorHAnsi" w:cstheme="majorHAnsi"/>
        </w:rPr>
        <w:t xml:space="preserve"> the warning.</w:t>
      </w:r>
    </w:p>
    <w:p w14:paraId="20F91DE3" w14:textId="77777777" w:rsidR="00543F88" w:rsidRPr="00DE042E" w:rsidRDefault="00543F88" w:rsidP="00543F88">
      <w:pPr>
        <w:rPr>
          <w:rFonts w:asciiTheme="majorHAnsi" w:hAnsiTheme="majorHAnsi" w:cstheme="majorHAnsi"/>
        </w:rPr>
      </w:pPr>
    </w:p>
    <w:p w14:paraId="0FFC4E22" w14:textId="77777777" w:rsidR="00543F88" w:rsidRPr="00DE042E" w:rsidRDefault="00543F88" w:rsidP="00543F88">
      <w:pPr>
        <w:rPr>
          <w:rFonts w:asciiTheme="majorHAnsi" w:hAnsiTheme="majorHAnsi" w:cstheme="majorHAnsi"/>
        </w:rPr>
      </w:pPr>
      <w:r w:rsidRPr="00DE042E">
        <w:rPr>
          <w:rFonts w:asciiTheme="majorHAnsi" w:hAnsiTheme="majorHAnsi" w:cstheme="majorHAnsi"/>
        </w:rPr>
        <w:t>The W3C CSS Validator was used for validation of the CSS styles for validating that the styles did not contain any syntax errors. Therefore, it can be concluded that the layout styles, grid layouts, and responsive design features were implemented correctly.</w:t>
      </w:r>
    </w:p>
    <w:p w14:paraId="5D4E1876" w14:textId="77777777" w:rsidR="00543F88" w:rsidRPr="00DE042E" w:rsidRDefault="00543F88" w:rsidP="00543F88">
      <w:pPr>
        <w:rPr>
          <w:rFonts w:asciiTheme="majorHAnsi" w:hAnsiTheme="majorHAnsi" w:cstheme="majorHAnsi"/>
        </w:rPr>
      </w:pPr>
    </w:p>
    <w:p w14:paraId="180D43DB" w14:textId="77777777" w:rsidR="00543F88" w:rsidRPr="00DE042E" w:rsidRDefault="00543F88" w:rsidP="00543F88">
      <w:pPr>
        <w:rPr>
          <w:rFonts w:asciiTheme="majorHAnsi" w:hAnsiTheme="majorHAnsi" w:cstheme="majorHAnsi"/>
        </w:rPr>
      </w:pPr>
      <w:r w:rsidRPr="00DE042E">
        <w:rPr>
          <w:rFonts w:asciiTheme="majorHAnsi" w:hAnsiTheme="majorHAnsi" w:cstheme="majorHAnsi"/>
        </w:rPr>
        <w:lastRenderedPageBreak/>
        <w:t>A few of the layout adjustments made earlier in the development process were made to align with the devices appropriately and fix images correctly, including bringing images into alignment and fixing the layout of the mobile device using media queries for CSS.</w:t>
      </w:r>
    </w:p>
    <w:p w14:paraId="4FF0EBFE" w14:textId="77777777" w:rsidR="00543F88" w:rsidRPr="00DE042E" w:rsidRDefault="00543F88" w:rsidP="00543F88">
      <w:pPr>
        <w:rPr>
          <w:rFonts w:asciiTheme="majorHAnsi" w:hAnsiTheme="majorHAnsi" w:cstheme="majorHAnsi"/>
        </w:rPr>
      </w:pPr>
    </w:p>
    <w:p w14:paraId="60473FEC" w14:textId="689A5B65" w:rsidR="004F059B" w:rsidRPr="00DE042E" w:rsidRDefault="00543F88" w:rsidP="00543F88">
      <w:pPr>
        <w:rPr>
          <w:rFonts w:asciiTheme="majorHAnsi" w:hAnsiTheme="majorHAnsi" w:cstheme="majorHAnsi"/>
        </w:rPr>
      </w:pPr>
      <w:r w:rsidRPr="00DE042E">
        <w:rPr>
          <w:rFonts w:asciiTheme="majorHAnsi" w:hAnsiTheme="majorHAnsi" w:cstheme="majorHAnsi"/>
        </w:rPr>
        <w:t xml:space="preserve">Overall, the validation process showed that the website complied with </w:t>
      </w:r>
      <w:proofErr w:type="spellStart"/>
      <w:r w:rsidRPr="00DE042E">
        <w:rPr>
          <w:rFonts w:asciiTheme="majorHAnsi" w:hAnsiTheme="majorHAnsi" w:cstheme="majorHAnsi"/>
        </w:rPr>
        <w:t>recognised</w:t>
      </w:r>
      <w:proofErr w:type="spellEnd"/>
      <w:r w:rsidRPr="00DE042E">
        <w:rPr>
          <w:rFonts w:asciiTheme="majorHAnsi" w:hAnsiTheme="majorHAnsi" w:cstheme="majorHAnsi"/>
        </w:rPr>
        <w:t xml:space="preserve"> web development </w:t>
      </w:r>
      <w:proofErr w:type="gramStart"/>
      <w:r w:rsidRPr="00DE042E">
        <w:rPr>
          <w:rFonts w:asciiTheme="majorHAnsi" w:hAnsiTheme="majorHAnsi" w:cstheme="majorHAnsi"/>
        </w:rPr>
        <w:t>standards, and</w:t>
      </w:r>
      <w:proofErr w:type="gramEnd"/>
      <w:r w:rsidRPr="00DE042E">
        <w:rPr>
          <w:rFonts w:asciiTheme="majorHAnsi" w:hAnsiTheme="majorHAnsi" w:cstheme="majorHAnsi"/>
        </w:rPr>
        <w:t xml:space="preserve"> worked correctly across multiple devices.</w:t>
      </w:r>
      <w:r w:rsidR="00000000" w:rsidRPr="00DE042E">
        <w:rPr>
          <w:rFonts w:asciiTheme="majorHAnsi" w:hAnsiTheme="majorHAnsi" w:cstheme="majorHAnsi"/>
        </w:rPr>
        <w:br/>
      </w:r>
    </w:p>
    <w:p w14:paraId="5F7FBF72" w14:textId="3649B6FA" w:rsidR="00543F88" w:rsidRPr="00DE042E" w:rsidRDefault="00000000" w:rsidP="00E960BB">
      <w:pPr>
        <w:pStyle w:val="Heading1"/>
      </w:pPr>
      <w:bookmarkStart w:id="4" w:name="_Toc227795570"/>
      <w:r w:rsidRPr="00DE042E">
        <w:t>Evaluation</w:t>
      </w:r>
      <w:bookmarkEnd w:id="4"/>
    </w:p>
    <w:p w14:paraId="359213C2" w14:textId="3946EFD8" w:rsidR="00543F88" w:rsidRPr="00DE042E" w:rsidRDefault="00543F88" w:rsidP="00543F88">
      <w:pPr>
        <w:pStyle w:val="Heading2"/>
        <w:rPr>
          <w:rFonts w:cstheme="majorHAnsi"/>
          <w:sz w:val="22"/>
          <w:szCs w:val="22"/>
        </w:rPr>
      </w:pPr>
      <w:bookmarkStart w:id="5" w:name="_Toc227795571"/>
      <w:r w:rsidRPr="00DE042E">
        <w:rPr>
          <w:rFonts w:cstheme="majorHAnsi"/>
          <w:sz w:val="22"/>
          <w:szCs w:val="22"/>
        </w:rPr>
        <w:t>Research (Usability, Accessibility, SEO)</w:t>
      </w:r>
      <w:bookmarkEnd w:id="5"/>
    </w:p>
    <w:p w14:paraId="447CC835" w14:textId="77777777" w:rsidR="00543F88" w:rsidRPr="00543F88" w:rsidRDefault="00543F88" w:rsidP="00543F88">
      <w:pPr>
        <w:rPr>
          <w:rFonts w:asciiTheme="majorHAnsi" w:hAnsiTheme="majorHAnsi" w:cstheme="majorHAnsi"/>
          <w:lang w:val="en-GB"/>
        </w:rPr>
      </w:pPr>
      <w:r w:rsidRPr="00543F88">
        <w:rPr>
          <w:rFonts w:asciiTheme="majorHAnsi" w:hAnsiTheme="majorHAnsi" w:cstheme="majorHAnsi"/>
          <w:lang w:val="en-GB"/>
        </w:rPr>
        <w:t>Usability is an important aspect of website design because it ensures that users can easily navigate a website and find the information they are looking for without confusion. A clear navigation structure, readable layout and consistent page design all help improve the overall user experience.</w:t>
      </w:r>
    </w:p>
    <w:p w14:paraId="02196396" w14:textId="77777777" w:rsidR="00543F88" w:rsidRPr="00543F88" w:rsidRDefault="00543F88" w:rsidP="00543F88">
      <w:pPr>
        <w:rPr>
          <w:rFonts w:asciiTheme="majorHAnsi" w:hAnsiTheme="majorHAnsi" w:cstheme="majorHAnsi"/>
          <w:lang w:val="en-GB"/>
        </w:rPr>
      </w:pPr>
      <w:r w:rsidRPr="00543F88">
        <w:rPr>
          <w:rFonts w:asciiTheme="majorHAnsi" w:hAnsiTheme="majorHAnsi" w:cstheme="majorHAnsi"/>
          <w:lang w:val="en-GB"/>
        </w:rPr>
        <w:t xml:space="preserve">Accessibility refers to how easily different users, including those with disabilities, </w:t>
      </w:r>
      <w:proofErr w:type="gramStart"/>
      <w:r w:rsidRPr="00543F88">
        <w:rPr>
          <w:rFonts w:asciiTheme="majorHAnsi" w:hAnsiTheme="majorHAnsi" w:cstheme="majorHAnsi"/>
          <w:lang w:val="en-GB"/>
        </w:rPr>
        <w:t>are able to</w:t>
      </w:r>
      <w:proofErr w:type="gramEnd"/>
      <w:r w:rsidRPr="00543F88">
        <w:rPr>
          <w:rFonts w:asciiTheme="majorHAnsi" w:hAnsiTheme="majorHAnsi" w:cstheme="majorHAnsi"/>
          <w:lang w:val="en-GB"/>
        </w:rPr>
        <w:t xml:space="preserve"> access and use a website. Accessibility can be improved by adding alternative text to images, using structured headings and ensuring the website works correctly across different devices and screen sizes. These features help users who rely on assistive technologies such as screen readers.</w:t>
      </w:r>
    </w:p>
    <w:p w14:paraId="230E2C2A" w14:textId="77777777" w:rsidR="00543F88" w:rsidRPr="00DE042E" w:rsidRDefault="00543F88" w:rsidP="00543F88">
      <w:pPr>
        <w:rPr>
          <w:rFonts w:asciiTheme="majorHAnsi" w:hAnsiTheme="majorHAnsi" w:cstheme="majorHAnsi"/>
          <w:lang w:val="en-GB"/>
        </w:rPr>
      </w:pPr>
      <w:r w:rsidRPr="00543F88">
        <w:rPr>
          <w:rFonts w:asciiTheme="majorHAnsi" w:hAnsiTheme="majorHAnsi" w:cstheme="majorHAnsi"/>
          <w:lang w:val="en-GB"/>
        </w:rPr>
        <w:t>Search Engine Optimisation (SEO) is used to improve the visibility of websites in search engine results. SEO techniques include the use of meaningful page titles, structured headings, relevant keywords and mobile-friendly layouts. These techniques help users find websites more easily through search engines.</w:t>
      </w:r>
    </w:p>
    <w:p w14:paraId="061596D4" w14:textId="0BFC61F3" w:rsidR="00543F88" w:rsidRPr="00DE042E" w:rsidRDefault="00543F88" w:rsidP="00543F88">
      <w:pPr>
        <w:pStyle w:val="Heading2"/>
        <w:rPr>
          <w:rFonts w:cstheme="majorHAnsi"/>
          <w:sz w:val="22"/>
          <w:szCs w:val="22"/>
        </w:rPr>
      </w:pPr>
      <w:bookmarkStart w:id="6" w:name="_Toc227795572"/>
      <w:r w:rsidRPr="00DE042E">
        <w:rPr>
          <w:rFonts w:cstheme="majorHAnsi"/>
          <w:sz w:val="22"/>
          <w:szCs w:val="22"/>
        </w:rPr>
        <w:t>Website Evaluation</w:t>
      </w:r>
      <w:bookmarkEnd w:id="6"/>
    </w:p>
    <w:p w14:paraId="62BB2848" w14:textId="77777777" w:rsidR="00543F88" w:rsidRPr="00DE042E" w:rsidRDefault="00543F88" w:rsidP="00543F88">
      <w:pPr>
        <w:rPr>
          <w:rFonts w:asciiTheme="majorHAnsi" w:hAnsiTheme="majorHAnsi" w:cstheme="majorHAnsi"/>
        </w:rPr>
      </w:pPr>
    </w:p>
    <w:p w14:paraId="633323AC" w14:textId="77777777" w:rsidR="00543F88" w:rsidRPr="00543F88" w:rsidRDefault="00543F88" w:rsidP="00543F88">
      <w:pPr>
        <w:rPr>
          <w:rFonts w:asciiTheme="majorHAnsi" w:hAnsiTheme="majorHAnsi" w:cstheme="majorHAnsi"/>
          <w:lang w:val="en-GB"/>
        </w:rPr>
      </w:pPr>
      <w:r w:rsidRPr="00543F88">
        <w:rPr>
          <w:rFonts w:asciiTheme="majorHAnsi" w:hAnsiTheme="majorHAnsi" w:cstheme="majorHAnsi"/>
          <w:lang w:val="en-GB"/>
        </w:rPr>
        <w:t>The Synergy Massage Therapy website was designed with usability as a key priority. A clear navigation menu is available on every page, allowing users to move easily between the Home, Services, About and Contact sections. This improves user experience by helping visitors quickly find the information they need.</w:t>
      </w:r>
    </w:p>
    <w:p w14:paraId="3BEC5C1F" w14:textId="77777777" w:rsidR="00543F88" w:rsidRPr="00543F88" w:rsidRDefault="00543F88" w:rsidP="00543F88">
      <w:pPr>
        <w:rPr>
          <w:rFonts w:asciiTheme="majorHAnsi" w:hAnsiTheme="majorHAnsi" w:cstheme="majorHAnsi"/>
          <w:lang w:val="en-GB"/>
        </w:rPr>
      </w:pPr>
      <w:r w:rsidRPr="00543F88">
        <w:rPr>
          <w:rFonts w:asciiTheme="majorHAnsi" w:hAnsiTheme="majorHAnsi" w:cstheme="majorHAnsi"/>
          <w:lang w:val="en-GB"/>
        </w:rPr>
        <w:t>Images were included on the Home and Services pages to improve visual engagement and help users better understand the types of massage treatments available. The layout uses consistent colours, spacing and structure across all pages to create a professional appearance.</w:t>
      </w:r>
    </w:p>
    <w:p w14:paraId="7596D48B" w14:textId="77777777" w:rsidR="00543F88" w:rsidRPr="00543F88" w:rsidRDefault="00543F88" w:rsidP="00543F88">
      <w:pPr>
        <w:rPr>
          <w:rFonts w:asciiTheme="majorHAnsi" w:hAnsiTheme="majorHAnsi" w:cstheme="majorHAnsi"/>
          <w:lang w:val="en-GB"/>
        </w:rPr>
      </w:pPr>
      <w:r w:rsidRPr="00543F88">
        <w:rPr>
          <w:rFonts w:asciiTheme="majorHAnsi" w:hAnsiTheme="majorHAnsi" w:cstheme="majorHAnsi"/>
          <w:lang w:val="en-GB"/>
        </w:rPr>
        <w:t>Accessibility was considered during the development process by adding alternative text to images and ensuring that the website layout works correctly on both desktop and mobile devices. Responsive CSS media queries were used to adapt the layout for smaller screens.</w:t>
      </w:r>
    </w:p>
    <w:p w14:paraId="3664DD0C" w14:textId="77777777" w:rsidR="00543F88" w:rsidRPr="00543F88" w:rsidRDefault="00543F88" w:rsidP="00543F88">
      <w:pPr>
        <w:rPr>
          <w:rFonts w:asciiTheme="majorHAnsi" w:hAnsiTheme="majorHAnsi" w:cstheme="majorHAnsi"/>
          <w:lang w:val="en-GB"/>
        </w:rPr>
      </w:pPr>
      <w:r w:rsidRPr="00543F88">
        <w:rPr>
          <w:rFonts w:asciiTheme="majorHAnsi" w:hAnsiTheme="majorHAnsi" w:cstheme="majorHAnsi"/>
          <w:lang w:val="en-GB"/>
        </w:rPr>
        <w:lastRenderedPageBreak/>
        <w:t>Several SEO techniques were also applied, including meaningful page titles, structured headings and relevant keywords related to massage therapy services. These techniques help improve search engine visibility and make the website easier for potential users to find online.</w:t>
      </w:r>
    </w:p>
    <w:p w14:paraId="3723B64A" w14:textId="3687ED2C" w:rsidR="00543F88" w:rsidRPr="00DE042E" w:rsidRDefault="00543F88" w:rsidP="00543F88">
      <w:pPr>
        <w:pStyle w:val="Heading2"/>
        <w:rPr>
          <w:rFonts w:cstheme="majorHAnsi"/>
          <w:sz w:val="22"/>
          <w:szCs w:val="22"/>
        </w:rPr>
      </w:pPr>
      <w:bookmarkStart w:id="7" w:name="_Toc227795573"/>
      <w:r w:rsidRPr="00DE042E">
        <w:rPr>
          <w:rFonts w:cstheme="majorHAnsi"/>
          <w:sz w:val="22"/>
          <w:szCs w:val="22"/>
        </w:rPr>
        <w:t>Website Comparison</w:t>
      </w:r>
      <w:bookmarkEnd w:id="7"/>
    </w:p>
    <w:p w14:paraId="5DE96EB9" w14:textId="77777777" w:rsidR="00543F88" w:rsidRPr="00DE042E" w:rsidRDefault="00543F88" w:rsidP="00543F88">
      <w:pPr>
        <w:rPr>
          <w:rFonts w:asciiTheme="majorHAnsi" w:hAnsiTheme="majorHAnsi" w:cstheme="majorHAnsi"/>
        </w:rPr>
      </w:pPr>
    </w:p>
    <w:p w14:paraId="23661FAC" w14:textId="66650A7F" w:rsidR="00543F88" w:rsidRPr="00DE042E" w:rsidRDefault="00543F88" w:rsidP="00543F88">
      <w:pPr>
        <w:rPr>
          <w:rFonts w:asciiTheme="majorHAnsi" w:hAnsiTheme="majorHAnsi" w:cstheme="majorHAnsi"/>
        </w:rPr>
      </w:pPr>
      <w:r w:rsidRPr="00DE042E">
        <w:rPr>
          <w:rFonts w:asciiTheme="majorHAnsi" w:hAnsiTheme="majorHAnsi" w:cstheme="majorHAnsi"/>
        </w:rPr>
        <w:t xml:space="preserve">Comparison </w:t>
      </w:r>
      <w:proofErr w:type="gramStart"/>
      <w:r w:rsidRPr="00DE042E">
        <w:rPr>
          <w:rFonts w:asciiTheme="majorHAnsi" w:hAnsiTheme="majorHAnsi" w:cstheme="majorHAnsi"/>
        </w:rPr>
        <w:t>Website :</w:t>
      </w:r>
      <w:proofErr w:type="gramEnd"/>
      <w:r w:rsidRPr="00DE042E">
        <w:rPr>
          <w:rFonts w:asciiTheme="majorHAnsi" w:hAnsiTheme="majorHAnsi" w:cstheme="majorHAnsi"/>
        </w:rPr>
        <w:t xml:space="preserve"> </w:t>
      </w:r>
      <w:hyperlink r:id="rId14" w:history="1">
        <w:r w:rsidRPr="00DE042E">
          <w:rPr>
            <w:rStyle w:val="Hyperlink"/>
            <w:rFonts w:asciiTheme="majorHAnsi" w:hAnsiTheme="majorHAnsi" w:cstheme="majorHAnsi"/>
          </w:rPr>
          <w:t>https://www.londonmassagetherapy.co.uk</w:t>
        </w:r>
      </w:hyperlink>
      <w:r w:rsidRPr="00DE042E">
        <w:rPr>
          <w:rFonts w:asciiTheme="majorHAnsi" w:hAnsiTheme="majorHAnsi" w:cstheme="majorHAnsi"/>
        </w:rPr>
        <w:t xml:space="preserve"> </w:t>
      </w:r>
      <w:sdt>
        <w:sdtPr>
          <w:rPr>
            <w:rFonts w:asciiTheme="majorHAnsi" w:hAnsiTheme="majorHAnsi" w:cstheme="majorHAnsi"/>
          </w:rPr>
          <w:id w:val="-174575564"/>
          <w:citation/>
        </w:sdtPr>
        <w:sdtContent>
          <w:r w:rsidR="003B7F11" w:rsidRPr="00DE042E">
            <w:rPr>
              <w:rFonts w:asciiTheme="majorHAnsi" w:hAnsiTheme="majorHAnsi" w:cstheme="majorHAnsi"/>
            </w:rPr>
            <w:fldChar w:fldCharType="begin"/>
          </w:r>
          <w:r w:rsidR="003B7F11" w:rsidRPr="00DE042E">
            <w:rPr>
              <w:rFonts w:asciiTheme="majorHAnsi" w:hAnsiTheme="majorHAnsi" w:cstheme="majorHAnsi"/>
              <w:lang w:val="en-GB"/>
            </w:rPr>
            <w:instrText xml:space="preserve"> CITATION The24 \l 2057 </w:instrText>
          </w:r>
          <w:r w:rsidR="003B7F11" w:rsidRPr="00DE042E">
            <w:rPr>
              <w:rFonts w:asciiTheme="majorHAnsi" w:hAnsiTheme="majorHAnsi" w:cstheme="majorHAnsi"/>
            </w:rPr>
            <w:fldChar w:fldCharType="separate"/>
          </w:r>
          <w:r w:rsidR="003B7F11" w:rsidRPr="00DE042E">
            <w:rPr>
              <w:rFonts w:asciiTheme="majorHAnsi" w:hAnsiTheme="majorHAnsi" w:cstheme="majorHAnsi"/>
              <w:noProof/>
              <w:lang w:val="en-GB"/>
            </w:rPr>
            <w:t>[4]</w:t>
          </w:r>
          <w:r w:rsidR="003B7F11" w:rsidRPr="00DE042E">
            <w:rPr>
              <w:rFonts w:asciiTheme="majorHAnsi" w:hAnsiTheme="majorHAnsi" w:cstheme="majorHAnsi"/>
            </w:rPr>
            <w:fldChar w:fldCharType="end"/>
          </w:r>
        </w:sdtContent>
      </w:sdt>
    </w:p>
    <w:p w14:paraId="3064C73C" w14:textId="77777777" w:rsidR="00543F88" w:rsidRPr="00543F88" w:rsidRDefault="00543F88" w:rsidP="00543F88">
      <w:pPr>
        <w:rPr>
          <w:rFonts w:asciiTheme="majorHAnsi" w:hAnsiTheme="majorHAnsi" w:cstheme="majorHAnsi"/>
          <w:lang w:val="en-GB"/>
        </w:rPr>
      </w:pPr>
      <w:r w:rsidRPr="00543F88">
        <w:rPr>
          <w:rFonts w:asciiTheme="majorHAnsi" w:hAnsiTheme="majorHAnsi" w:cstheme="majorHAnsi"/>
          <w:lang w:val="en-GB"/>
        </w:rPr>
        <w:t>To evaluate the effectiveness of the Synergy Massage Therapy website, it was compared with another massage therapy website based in London.</w:t>
      </w:r>
    </w:p>
    <w:p w14:paraId="253C1EBE" w14:textId="77777777" w:rsidR="00543F88" w:rsidRPr="00543F88" w:rsidRDefault="00543F88" w:rsidP="00543F88">
      <w:pPr>
        <w:rPr>
          <w:rFonts w:asciiTheme="majorHAnsi" w:hAnsiTheme="majorHAnsi" w:cstheme="majorHAnsi"/>
          <w:lang w:val="en-GB"/>
        </w:rPr>
      </w:pPr>
      <w:r w:rsidRPr="00543F88">
        <w:rPr>
          <w:rFonts w:asciiTheme="majorHAnsi" w:hAnsiTheme="majorHAnsi" w:cstheme="majorHAnsi"/>
          <w:lang w:val="en-GB"/>
        </w:rPr>
        <w:t>Both websites provide clear information about massage treatments and include structured navigation menus to help users move between pages easily. However, the Synergy Massage Therapy website uses a simpler layout which improves readability and makes it easier for users to focus on important service information.</w:t>
      </w:r>
    </w:p>
    <w:p w14:paraId="0E741F9D" w14:textId="77777777" w:rsidR="00543F88" w:rsidRPr="00543F88" w:rsidRDefault="00543F88" w:rsidP="00543F88">
      <w:pPr>
        <w:rPr>
          <w:rFonts w:asciiTheme="majorHAnsi" w:hAnsiTheme="majorHAnsi" w:cstheme="majorHAnsi"/>
          <w:lang w:val="en-GB"/>
        </w:rPr>
      </w:pPr>
      <w:r w:rsidRPr="00543F88">
        <w:rPr>
          <w:rFonts w:asciiTheme="majorHAnsi" w:hAnsiTheme="majorHAnsi" w:cstheme="majorHAnsi"/>
          <w:lang w:val="en-GB"/>
        </w:rPr>
        <w:t>In terms of accessibility, both websites include structured headings and readable content. The Synergy Massage Therapy website also includes alternative text for images and responsive layout features to support mobile users.</w:t>
      </w:r>
    </w:p>
    <w:p w14:paraId="17ED938B" w14:textId="77777777" w:rsidR="00543F88" w:rsidRPr="00543F88" w:rsidRDefault="00543F88" w:rsidP="00543F88">
      <w:pPr>
        <w:rPr>
          <w:rFonts w:asciiTheme="majorHAnsi" w:hAnsiTheme="majorHAnsi" w:cstheme="majorHAnsi"/>
          <w:lang w:val="en-GB"/>
        </w:rPr>
      </w:pPr>
      <w:r w:rsidRPr="00543F88">
        <w:rPr>
          <w:rFonts w:asciiTheme="majorHAnsi" w:hAnsiTheme="majorHAnsi" w:cstheme="majorHAnsi"/>
          <w:lang w:val="en-GB"/>
        </w:rPr>
        <w:t>From an SEO perspective, both websites use relevant keywords related to massage therapy services. The Synergy Massage Therapy website includes clear page titles and structured headings which help improve search engine visibility.</w:t>
      </w:r>
    </w:p>
    <w:p w14:paraId="1041F63E" w14:textId="77777777" w:rsidR="00543F88" w:rsidRPr="00543F88" w:rsidRDefault="00543F88" w:rsidP="00543F88">
      <w:pPr>
        <w:rPr>
          <w:rFonts w:asciiTheme="majorHAnsi" w:hAnsiTheme="majorHAnsi" w:cstheme="majorHAnsi"/>
          <w:lang w:val="en-GB"/>
        </w:rPr>
      </w:pPr>
      <w:r w:rsidRPr="00543F88">
        <w:rPr>
          <w:rFonts w:asciiTheme="majorHAnsi" w:hAnsiTheme="majorHAnsi" w:cstheme="majorHAnsi"/>
          <w:lang w:val="en-GB"/>
        </w:rPr>
        <w:t>In terms of mobile friendliness, the Synergy Massage Therapy website adapts effectively to smaller screen sizes using CSS media queries. This ensures that the layout remains easy to read and navigate on mobile devices.</w:t>
      </w:r>
    </w:p>
    <w:p w14:paraId="4D906B95" w14:textId="77777777" w:rsidR="00543F88" w:rsidRPr="00543F88" w:rsidRDefault="00543F88" w:rsidP="00543F88">
      <w:pPr>
        <w:rPr>
          <w:rFonts w:asciiTheme="majorHAnsi" w:hAnsiTheme="majorHAnsi" w:cstheme="majorHAnsi"/>
          <w:lang w:val="en-GB"/>
        </w:rPr>
      </w:pPr>
      <w:r w:rsidRPr="00543F88">
        <w:rPr>
          <w:rFonts w:asciiTheme="majorHAnsi" w:hAnsiTheme="majorHAnsi" w:cstheme="majorHAnsi"/>
          <w:lang w:val="en-GB"/>
        </w:rPr>
        <w:t>Overall, the comparison shows that the Synergy Massage Therapy website provides a clear, accessible and mobile-friendly user experience that meets the expectations of a modern service website.</w:t>
      </w:r>
    </w:p>
    <w:p w14:paraId="6A1EE19F" w14:textId="77777777" w:rsidR="00543F88" w:rsidRPr="00DE042E" w:rsidRDefault="00543F88" w:rsidP="00543F88">
      <w:pPr>
        <w:rPr>
          <w:rFonts w:asciiTheme="majorHAnsi" w:hAnsiTheme="majorHAnsi" w:cstheme="majorHAnsi"/>
        </w:rPr>
      </w:pPr>
    </w:p>
    <w:p w14:paraId="2DDDCCCB" w14:textId="36B4431A" w:rsidR="004F059B" w:rsidRPr="00E960BB" w:rsidRDefault="00000000" w:rsidP="00E960BB">
      <w:pPr>
        <w:pStyle w:val="Heading1"/>
      </w:pPr>
      <w:bookmarkStart w:id="8" w:name="_Toc227795574"/>
      <w:r w:rsidRPr="00E960BB">
        <w:t>Conclusion</w:t>
      </w:r>
      <w:bookmarkEnd w:id="8"/>
    </w:p>
    <w:p w14:paraId="69743DB1" w14:textId="77777777" w:rsidR="00516301" w:rsidRPr="00DE042E" w:rsidRDefault="00516301" w:rsidP="00516301">
      <w:pPr>
        <w:rPr>
          <w:rFonts w:asciiTheme="majorHAnsi" w:hAnsiTheme="majorHAnsi" w:cstheme="majorHAnsi"/>
        </w:rPr>
      </w:pPr>
    </w:p>
    <w:p w14:paraId="221E374A" w14:textId="71587458" w:rsidR="00516301" w:rsidRPr="00DE042E" w:rsidRDefault="00516301" w:rsidP="00516301">
      <w:pPr>
        <w:rPr>
          <w:rFonts w:asciiTheme="majorHAnsi" w:hAnsiTheme="majorHAnsi" w:cstheme="majorHAnsi"/>
        </w:rPr>
      </w:pPr>
      <w:r w:rsidRPr="00DE042E">
        <w:rPr>
          <w:rFonts w:asciiTheme="majorHAnsi" w:hAnsiTheme="majorHAnsi" w:cstheme="majorHAnsi"/>
        </w:rPr>
        <w:t xml:space="preserve">To sum up this project, which has been completed, Synergy Massage Therapy have an informative and user-friendly mobile view of their multi page responsive website that has been coded in HTML and CSS. Since the site was intended purely to provide a clear view of the services that they (Synergy Massage Therapy) offer, as well as </w:t>
      </w:r>
      <w:proofErr w:type="gramStart"/>
      <w:r w:rsidRPr="00DE042E">
        <w:rPr>
          <w:rFonts w:asciiTheme="majorHAnsi" w:hAnsiTheme="majorHAnsi" w:cstheme="majorHAnsi"/>
        </w:rPr>
        <w:t>make</w:t>
      </w:r>
      <w:proofErr w:type="gramEnd"/>
      <w:r w:rsidRPr="00DE042E">
        <w:rPr>
          <w:rFonts w:asciiTheme="majorHAnsi" w:hAnsiTheme="majorHAnsi" w:cstheme="majorHAnsi"/>
        </w:rPr>
        <w:t xml:space="preserve"> it easy for potential clients to understand what kinds of treatments they provide.</w:t>
      </w:r>
    </w:p>
    <w:p w14:paraId="7C3BD6BD" w14:textId="77777777" w:rsidR="00516301" w:rsidRPr="00DE042E" w:rsidRDefault="00516301" w:rsidP="00516301">
      <w:pPr>
        <w:rPr>
          <w:rFonts w:asciiTheme="majorHAnsi" w:hAnsiTheme="majorHAnsi" w:cstheme="majorHAnsi"/>
        </w:rPr>
      </w:pPr>
    </w:p>
    <w:p w14:paraId="1EAA0E18" w14:textId="77777777" w:rsidR="00516301" w:rsidRPr="00DE042E" w:rsidRDefault="00516301" w:rsidP="00516301">
      <w:pPr>
        <w:rPr>
          <w:rFonts w:asciiTheme="majorHAnsi" w:hAnsiTheme="majorHAnsi" w:cstheme="majorHAnsi"/>
        </w:rPr>
      </w:pPr>
      <w:r w:rsidRPr="00DE042E">
        <w:rPr>
          <w:rFonts w:asciiTheme="majorHAnsi" w:hAnsiTheme="majorHAnsi" w:cstheme="majorHAnsi"/>
        </w:rPr>
        <w:lastRenderedPageBreak/>
        <w:t xml:space="preserve">To assist with the overall look and feel of the website a series of website design principles were used throughout the development process. Examples of these principles </w:t>
      </w:r>
      <w:proofErr w:type="gramStart"/>
      <w:r w:rsidRPr="00DE042E">
        <w:rPr>
          <w:rFonts w:asciiTheme="majorHAnsi" w:hAnsiTheme="majorHAnsi" w:cstheme="majorHAnsi"/>
        </w:rPr>
        <w:t>are:</w:t>
      </w:r>
      <w:proofErr w:type="gramEnd"/>
      <w:r w:rsidRPr="00DE042E">
        <w:rPr>
          <w:rFonts w:asciiTheme="majorHAnsi" w:hAnsiTheme="majorHAnsi" w:cstheme="majorHAnsi"/>
        </w:rPr>
        <w:t xml:space="preserve"> structured navigation; consistent layout; responsive style, </w:t>
      </w:r>
      <w:proofErr w:type="gramStart"/>
      <w:r w:rsidRPr="00DE042E">
        <w:rPr>
          <w:rFonts w:asciiTheme="majorHAnsi" w:hAnsiTheme="majorHAnsi" w:cstheme="majorHAnsi"/>
        </w:rPr>
        <w:t>and;</w:t>
      </w:r>
      <w:proofErr w:type="gramEnd"/>
      <w:r w:rsidRPr="00DE042E">
        <w:rPr>
          <w:rFonts w:asciiTheme="majorHAnsi" w:hAnsiTheme="majorHAnsi" w:cstheme="majorHAnsi"/>
        </w:rPr>
        <w:t xml:space="preserve"> accessibility features such as alternative text for images. </w:t>
      </w:r>
      <w:proofErr w:type="gramStart"/>
      <w:r w:rsidRPr="00DE042E">
        <w:rPr>
          <w:rFonts w:asciiTheme="majorHAnsi" w:hAnsiTheme="majorHAnsi" w:cstheme="majorHAnsi"/>
        </w:rPr>
        <w:t>All of</w:t>
      </w:r>
      <w:proofErr w:type="gramEnd"/>
      <w:r w:rsidRPr="00DE042E">
        <w:rPr>
          <w:rFonts w:asciiTheme="majorHAnsi" w:hAnsiTheme="majorHAnsi" w:cstheme="majorHAnsi"/>
        </w:rPr>
        <w:t xml:space="preserve"> these elements together helped to improve usability </w:t>
      </w:r>
      <w:proofErr w:type="gramStart"/>
      <w:r w:rsidRPr="00DE042E">
        <w:rPr>
          <w:rFonts w:asciiTheme="majorHAnsi" w:hAnsiTheme="majorHAnsi" w:cstheme="majorHAnsi"/>
        </w:rPr>
        <w:t>and also</w:t>
      </w:r>
      <w:proofErr w:type="gramEnd"/>
      <w:r w:rsidRPr="00DE042E">
        <w:rPr>
          <w:rFonts w:asciiTheme="majorHAnsi" w:hAnsiTheme="majorHAnsi" w:cstheme="majorHAnsi"/>
        </w:rPr>
        <w:t xml:space="preserve"> ensure that both desktop and mobile devices were able to access the site.</w:t>
      </w:r>
    </w:p>
    <w:p w14:paraId="7CEB64E3" w14:textId="77777777" w:rsidR="00516301" w:rsidRPr="00DE042E" w:rsidRDefault="00516301" w:rsidP="00516301">
      <w:pPr>
        <w:rPr>
          <w:rFonts w:asciiTheme="majorHAnsi" w:hAnsiTheme="majorHAnsi" w:cstheme="majorHAnsi"/>
        </w:rPr>
      </w:pPr>
    </w:p>
    <w:p w14:paraId="3ED8AA40" w14:textId="4DDA9A56" w:rsidR="003B7F11" w:rsidRPr="00DE042E" w:rsidRDefault="00516301" w:rsidP="003B7F11">
      <w:pPr>
        <w:rPr>
          <w:rFonts w:asciiTheme="majorHAnsi" w:hAnsiTheme="majorHAnsi" w:cstheme="majorHAnsi"/>
        </w:rPr>
      </w:pPr>
      <w:r w:rsidRPr="00DE042E">
        <w:rPr>
          <w:rFonts w:asciiTheme="majorHAnsi" w:hAnsiTheme="majorHAnsi" w:cstheme="majorHAnsi"/>
        </w:rPr>
        <w:t xml:space="preserve">Validation tools were used to validate that the HTML and CSS codes complied with the relevant web development standards. </w:t>
      </w:r>
      <w:proofErr w:type="gramStart"/>
      <w:r w:rsidRPr="00DE042E">
        <w:rPr>
          <w:rFonts w:asciiTheme="majorHAnsi" w:hAnsiTheme="majorHAnsi" w:cstheme="majorHAnsi"/>
        </w:rPr>
        <w:t>Overall</w:t>
      </w:r>
      <w:proofErr w:type="gramEnd"/>
      <w:r w:rsidRPr="00DE042E">
        <w:rPr>
          <w:rFonts w:asciiTheme="majorHAnsi" w:hAnsiTheme="majorHAnsi" w:cstheme="majorHAnsi"/>
        </w:rPr>
        <w:t xml:space="preserve"> the site meets the assignment requirements and therefore provides an appropriate image of a professional mobile massage therapy business through its online presence.</w:t>
      </w:r>
      <w:r w:rsidR="00000000" w:rsidRPr="00DE042E">
        <w:rPr>
          <w:rFonts w:asciiTheme="majorHAnsi" w:hAnsiTheme="majorHAnsi" w:cstheme="majorHAnsi"/>
        </w:rPr>
        <w:br/>
      </w:r>
    </w:p>
    <w:bookmarkStart w:id="9" w:name="_Toc227795575" w:displacedByCustomXml="next"/>
    <w:sdt>
      <w:sdtPr>
        <w:rPr>
          <w:rFonts w:cstheme="majorHAnsi"/>
          <w:sz w:val="22"/>
          <w:szCs w:val="22"/>
          <w:lang w:val="en-GB"/>
        </w:rPr>
        <w:id w:val="-1983295164"/>
        <w:docPartObj>
          <w:docPartGallery w:val="Bibliographies"/>
          <w:docPartUnique/>
        </w:docPartObj>
      </w:sdtPr>
      <w:sdtEndPr>
        <w:rPr>
          <w:rFonts w:ascii="Courier New" w:eastAsiaTheme="minorEastAsia" w:hAnsi="Courier New" w:cs="Courier New"/>
          <w:b w:val="0"/>
          <w:bCs w:val="0"/>
          <w:color w:val="auto"/>
          <w:sz w:val="20"/>
          <w:szCs w:val="20"/>
          <w:lang w:val="en-US"/>
        </w:rPr>
      </w:sdtEndPr>
      <w:sdtContent>
        <w:p w14:paraId="19082947" w14:textId="35BA3DE5" w:rsidR="003B7F11" w:rsidRPr="00E960BB" w:rsidRDefault="003B7F11">
          <w:pPr>
            <w:pStyle w:val="Heading1"/>
          </w:pPr>
          <w:r w:rsidRPr="00E960BB">
            <w:t>References</w:t>
          </w:r>
          <w:bookmarkEnd w:id="9"/>
        </w:p>
        <w:sdt>
          <w:sdtPr>
            <w:rPr>
              <w:rFonts w:asciiTheme="majorHAnsi" w:hAnsiTheme="majorHAnsi" w:cstheme="majorHAnsi"/>
            </w:rPr>
            <w:id w:val="-573587230"/>
            <w:bibliography/>
          </w:sdtPr>
          <w:sdtEndPr>
            <w:rPr>
              <w:rFonts w:ascii="Courier New" w:hAnsi="Courier New" w:cs="Courier New"/>
              <w:sz w:val="20"/>
              <w:szCs w:val="20"/>
            </w:rPr>
          </w:sdtEndPr>
          <w:sdtContent>
            <w:p w14:paraId="03B35D91" w14:textId="77777777" w:rsidR="003B7F11" w:rsidRPr="00DE042E" w:rsidRDefault="003B7F11">
              <w:pPr>
                <w:rPr>
                  <w:rFonts w:asciiTheme="majorHAnsi" w:hAnsiTheme="majorHAnsi" w:cstheme="majorHAnsi"/>
                  <w:noProof/>
                </w:rPr>
              </w:pPr>
              <w:r w:rsidRPr="00DE042E">
                <w:rPr>
                  <w:rFonts w:asciiTheme="majorHAnsi" w:hAnsiTheme="majorHAnsi" w:cstheme="majorHAnsi"/>
                </w:rPr>
                <w:fldChar w:fldCharType="begin"/>
              </w:r>
              <w:r w:rsidRPr="00DE042E">
                <w:rPr>
                  <w:rFonts w:asciiTheme="majorHAnsi" w:hAnsiTheme="majorHAnsi" w:cstheme="majorHAnsi"/>
                </w:rPr>
                <w:instrText>BIBLIOGRAPHY</w:instrText>
              </w:r>
              <w:r w:rsidRPr="00DE042E">
                <w:rPr>
                  <w:rFonts w:asciiTheme="majorHAnsi" w:hAnsiTheme="majorHAnsi" w:cstheme="maj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408"/>
              </w:tblGrid>
              <w:tr w:rsidR="003B7F11" w:rsidRPr="00DE042E" w14:paraId="22D90D44" w14:textId="77777777">
                <w:trPr>
                  <w:divId w:val="1745177977"/>
                  <w:tblCellSpacing w:w="15" w:type="dxa"/>
                </w:trPr>
                <w:tc>
                  <w:tcPr>
                    <w:tcW w:w="50" w:type="pct"/>
                    <w:hideMark/>
                  </w:tcPr>
                  <w:p w14:paraId="2D5032BC" w14:textId="3DE7E119" w:rsidR="003B7F11" w:rsidRPr="00DE042E" w:rsidRDefault="003B7F11">
                    <w:pPr>
                      <w:pStyle w:val="Bibliography"/>
                      <w:rPr>
                        <w:rFonts w:asciiTheme="majorHAnsi" w:hAnsiTheme="majorHAnsi" w:cstheme="majorHAnsi"/>
                        <w:noProof/>
                      </w:rPr>
                    </w:pPr>
                    <w:r w:rsidRPr="00DE042E">
                      <w:rPr>
                        <w:rFonts w:asciiTheme="majorHAnsi" w:hAnsiTheme="majorHAnsi" w:cstheme="majorHAnsi"/>
                        <w:noProof/>
                      </w:rPr>
                      <w:t xml:space="preserve">[1] </w:t>
                    </w:r>
                  </w:p>
                </w:tc>
                <w:tc>
                  <w:tcPr>
                    <w:tcW w:w="0" w:type="auto"/>
                    <w:hideMark/>
                  </w:tcPr>
                  <w:p w14:paraId="78B71622" w14:textId="77777777" w:rsidR="003B7F11" w:rsidRPr="00DE042E" w:rsidRDefault="003B7F11">
                    <w:pPr>
                      <w:pStyle w:val="Bibliography"/>
                      <w:rPr>
                        <w:rFonts w:asciiTheme="majorHAnsi" w:hAnsiTheme="majorHAnsi" w:cstheme="majorHAnsi"/>
                        <w:noProof/>
                      </w:rPr>
                    </w:pPr>
                    <w:r w:rsidRPr="00DE042E">
                      <w:rPr>
                        <w:rFonts w:asciiTheme="majorHAnsi" w:hAnsiTheme="majorHAnsi" w:cstheme="majorHAnsi"/>
                        <w:noProof/>
                      </w:rPr>
                      <w:t>W. W. W. C. (W3C), “Markup Validation Service,” 2024. [Online]. Available: https://validator.w3.org.</w:t>
                    </w:r>
                  </w:p>
                </w:tc>
              </w:tr>
              <w:tr w:rsidR="003B7F11" w:rsidRPr="00DE042E" w14:paraId="32632D46" w14:textId="77777777">
                <w:trPr>
                  <w:divId w:val="1745177977"/>
                  <w:tblCellSpacing w:w="15" w:type="dxa"/>
                </w:trPr>
                <w:tc>
                  <w:tcPr>
                    <w:tcW w:w="50" w:type="pct"/>
                    <w:hideMark/>
                  </w:tcPr>
                  <w:p w14:paraId="7BDEA75E" w14:textId="77777777" w:rsidR="003B7F11" w:rsidRPr="00DE042E" w:rsidRDefault="003B7F11">
                    <w:pPr>
                      <w:pStyle w:val="Bibliography"/>
                      <w:rPr>
                        <w:rFonts w:asciiTheme="majorHAnsi" w:hAnsiTheme="majorHAnsi" w:cstheme="majorHAnsi"/>
                        <w:noProof/>
                      </w:rPr>
                    </w:pPr>
                    <w:r w:rsidRPr="00DE042E">
                      <w:rPr>
                        <w:rFonts w:asciiTheme="majorHAnsi" w:hAnsiTheme="majorHAnsi" w:cstheme="majorHAnsi"/>
                        <w:noProof/>
                      </w:rPr>
                      <w:t xml:space="preserve">[2] </w:t>
                    </w:r>
                  </w:p>
                </w:tc>
                <w:tc>
                  <w:tcPr>
                    <w:tcW w:w="0" w:type="auto"/>
                    <w:hideMark/>
                  </w:tcPr>
                  <w:p w14:paraId="27C7ADCC" w14:textId="77777777" w:rsidR="003B7F11" w:rsidRPr="00DE042E" w:rsidRDefault="003B7F11">
                    <w:pPr>
                      <w:pStyle w:val="Bibliography"/>
                      <w:rPr>
                        <w:rFonts w:asciiTheme="majorHAnsi" w:hAnsiTheme="majorHAnsi" w:cstheme="majorHAnsi"/>
                        <w:noProof/>
                      </w:rPr>
                    </w:pPr>
                    <w:r w:rsidRPr="00DE042E">
                      <w:rPr>
                        <w:rFonts w:asciiTheme="majorHAnsi" w:hAnsiTheme="majorHAnsi" w:cstheme="majorHAnsi"/>
                        <w:noProof/>
                      </w:rPr>
                      <w:t>W. W. W. C. (W3C), “CSS Validation Service,” 2024. [Online]. Available: https://jigsaw.w3.org/css-validator.</w:t>
                    </w:r>
                  </w:p>
                </w:tc>
              </w:tr>
              <w:tr w:rsidR="003B7F11" w:rsidRPr="00DE042E" w14:paraId="06116C47" w14:textId="77777777">
                <w:trPr>
                  <w:divId w:val="1745177977"/>
                  <w:tblCellSpacing w:w="15" w:type="dxa"/>
                </w:trPr>
                <w:tc>
                  <w:tcPr>
                    <w:tcW w:w="50" w:type="pct"/>
                    <w:hideMark/>
                  </w:tcPr>
                  <w:p w14:paraId="21CC98D1" w14:textId="77777777" w:rsidR="003B7F11" w:rsidRPr="00DE042E" w:rsidRDefault="003B7F11">
                    <w:pPr>
                      <w:pStyle w:val="Bibliography"/>
                      <w:rPr>
                        <w:rFonts w:asciiTheme="majorHAnsi" w:hAnsiTheme="majorHAnsi" w:cstheme="majorHAnsi"/>
                        <w:noProof/>
                      </w:rPr>
                    </w:pPr>
                    <w:r w:rsidRPr="00DE042E">
                      <w:rPr>
                        <w:rFonts w:asciiTheme="majorHAnsi" w:hAnsiTheme="majorHAnsi" w:cstheme="majorHAnsi"/>
                        <w:noProof/>
                      </w:rPr>
                      <w:t xml:space="preserve">[3] </w:t>
                    </w:r>
                  </w:p>
                </w:tc>
                <w:tc>
                  <w:tcPr>
                    <w:tcW w:w="0" w:type="auto"/>
                    <w:hideMark/>
                  </w:tcPr>
                  <w:p w14:paraId="410F6138" w14:textId="77777777" w:rsidR="003B7F11" w:rsidRPr="00DE042E" w:rsidRDefault="003B7F11">
                    <w:pPr>
                      <w:pStyle w:val="Bibliography"/>
                      <w:rPr>
                        <w:rFonts w:asciiTheme="majorHAnsi" w:hAnsiTheme="majorHAnsi" w:cstheme="majorHAnsi"/>
                        <w:noProof/>
                      </w:rPr>
                    </w:pPr>
                    <w:r w:rsidRPr="00DE042E">
                      <w:rPr>
                        <w:rFonts w:asciiTheme="majorHAnsi" w:hAnsiTheme="majorHAnsi" w:cstheme="majorHAnsi"/>
                        <w:noProof/>
                      </w:rPr>
                      <w:t>W. W. W. C. (W3C), “Web Content Accessibility Guidelines (WCAG) 2.1,” 2018. [Online]. Available: https://www.w3.org/TR/WCAG21.</w:t>
                    </w:r>
                  </w:p>
                </w:tc>
              </w:tr>
              <w:tr w:rsidR="003B7F11" w:rsidRPr="00DE042E" w14:paraId="482C032B" w14:textId="77777777">
                <w:trPr>
                  <w:divId w:val="1745177977"/>
                  <w:tblCellSpacing w:w="15" w:type="dxa"/>
                </w:trPr>
                <w:tc>
                  <w:tcPr>
                    <w:tcW w:w="50" w:type="pct"/>
                    <w:hideMark/>
                  </w:tcPr>
                  <w:p w14:paraId="6573857B" w14:textId="77777777" w:rsidR="003B7F11" w:rsidRPr="00DE042E" w:rsidRDefault="003B7F11">
                    <w:pPr>
                      <w:pStyle w:val="Bibliography"/>
                      <w:rPr>
                        <w:rFonts w:asciiTheme="majorHAnsi" w:hAnsiTheme="majorHAnsi" w:cstheme="majorHAnsi"/>
                        <w:noProof/>
                      </w:rPr>
                    </w:pPr>
                    <w:r w:rsidRPr="00DE042E">
                      <w:rPr>
                        <w:rFonts w:asciiTheme="majorHAnsi" w:hAnsiTheme="majorHAnsi" w:cstheme="majorHAnsi"/>
                        <w:noProof/>
                      </w:rPr>
                      <w:t xml:space="preserve">[4] </w:t>
                    </w:r>
                  </w:p>
                </w:tc>
                <w:tc>
                  <w:tcPr>
                    <w:tcW w:w="0" w:type="auto"/>
                    <w:hideMark/>
                  </w:tcPr>
                  <w:p w14:paraId="1BD4A789" w14:textId="77777777" w:rsidR="003B7F11" w:rsidRPr="00DE042E" w:rsidRDefault="003B7F11">
                    <w:pPr>
                      <w:pStyle w:val="Bibliography"/>
                      <w:rPr>
                        <w:rFonts w:asciiTheme="majorHAnsi" w:hAnsiTheme="majorHAnsi" w:cstheme="majorHAnsi"/>
                        <w:noProof/>
                      </w:rPr>
                    </w:pPr>
                    <w:r w:rsidRPr="00DE042E">
                      <w:rPr>
                        <w:rFonts w:asciiTheme="majorHAnsi" w:hAnsiTheme="majorHAnsi" w:cstheme="majorHAnsi"/>
                        <w:noProof/>
                      </w:rPr>
                      <w:t>L. M. Therapy, “London Massage Therapy,” 2024. [Online]. Available: https://www.londonmassagetherapy.co.uk.</w:t>
                    </w:r>
                  </w:p>
                </w:tc>
              </w:tr>
            </w:tbl>
            <w:p w14:paraId="5B825EA3" w14:textId="77777777" w:rsidR="003B7F11" w:rsidRPr="00DE042E" w:rsidRDefault="003B7F11">
              <w:pPr>
                <w:divId w:val="1745177977"/>
                <w:rPr>
                  <w:rFonts w:asciiTheme="majorHAnsi" w:eastAsia="Times New Roman" w:hAnsiTheme="majorHAnsi" w:cstheme="majorHAnsi"/>
                  <w:noProof/>
                </w:rPr>
              </w:pPr>
            </w:p>
            <w:p w14:paraId="69243BF8" w14:textId="4B347005" w:rsidR="003B7F11" w:rsidRPr="00DE042E" w:rsidRDefault="003B7F11">
              <w:pPr>
                <w:rPr>
                  <w:rFonts w:ascii="Courier New" w:hAnsi="Courier New" w:cs="Courier New"/>
                  <w:sz w:val="20"/>
                  <w:szCs w:val="20"/>
                </w:rPr>
              </w:pPr>
              <w:r w:rsidRPr="00DE042E">
                <w:rPr>
                  <w:rFonts w:asciiTheme="majorHAnsi" w:hAnsiTheme="majorHAnsi" w:cstheme="majorHAnsi"/>
                  <w:b/>
                  <w:bCs/>
                </w:rPr>
                <w:fldChar w:fldCharType="end"/>
              </w:r>
            </w:p>
          </w:sdtContent>
        </w:sdt>
      </w:sdtContent>
    </w:sdt>
    <w:p w14:paraId="121C9BC0" w14:textId="66A764F3" w:rsidR="004F059B" w:rsidRPr="00DE042E" w:rsidRDefault="004F059B">
      <w:pPr>
        <w:rPr>
          <w:rFonts w:ascii="Courier New" w:hAnsi="Courier New" w:cs="Courier New"/>
          <w:sz w:val="20"/>
          <w:szCs w:val="20"/>
        </w:rPr>
      </w:pPr>
    </w:p>
    <w:p w14:paraId="72A1E817" w14:textId="43851A63" w:rsidR="00516301" w:rsidRPr="00DE042E" w:rsidRDefault="00516301">
      <w:pPr>
        <w:rPr>
          <w:rFonts w:ascii="Courier New" w:hAnsi="Courier New" w:cs="Courier New"/>
          <w:sz w:val="20"/>
          <w:szCs w:val="20"/>
        </w:rPr>
      </w:pPr>
    </w:p>
    <w:p w14:paraId="6E8FCF6B" w14:textId="053DB9DA" w:rsidR="004F059B" w:rsidRPr="00E960BB" w:rsidRDefault="00000000" w:rsidP="00E960BB">
      <w:pPr>
        <w:pStyle w:val="Heading1"/>
      </w:pPr>
      <w:bookmarkStart w:id="10" w:name="_Toc227795576"/>
      <w:r w:rsidRPr="00E960BB">
        <w:t>Appendices</w:t>
      </w:r>
      <w:bookmarkEnd w:id="10"/>
    </w:p>
    <w:p w14:paraId="1E151E54" w14:textId="32FDCA31" w:rsidR="004F059B" w:rsidRPr="00DE042E" w:rsidRDefault="004F059B">
      <w:pPr>
        <w:rPr>
          <w:rFonts w:ascii="Courier New" w:hAnsi="Courier New" w:cs="Courier New"/>
          <w:sz w:val="20"/>
          <w:szCs w:val="20"/>
        </w:rPr>
      </w:pPr>
    </w:p>
    <w:p w14:paraId="2AE4C94A" w14:textId="77777777" w:rsidR="00DE042E" w:rsidRPr="00DE042E" w:rsidRDefault="00DE042E" w:rsidP="00DE042E">
      <w:pPr>
        <w:rPr>
          <w:rFonts w:ascii="Courier New" w:hAnsi="Courier New" w:cs="Courier New"/>
          <w:sz w:val="20"/>
          <w:szCs w:val="20"/>
        </w:rPr>
      </w:pPr>
      <w:bookmarkStart w:id="11" w:name="_Toc227795577"/>
      <w:r w:rsidRPr="00E74CD4">
        <w:rPr>
          <w:rStyle w:val="Heading3Char"/>
        </w:rPr>
        <w:t>Appendix A</w:t>
      </w:r>
      <w:bookmarkEnd w:id="11"/>
      <w:r w:rsidRPr="00DE042E">
        <w:rPr>
          <w:rFonts w:ascii="Courier New" w:hAnsi="Courier New" w:cs="Courier New"/>
          <w:sz w:val="20"/>
          <w:szCs w:val="20"/>
        </w:rPr>
        <w:t xml:space="preserve"> – index.html</w:t>
      </w:r>
    </w:p>
    <w:p w14:paraId="64A749D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&lt;!DOCTYPE html&gt;</w:t>
      </w:r>
    </w:p>
    <w:p w14:paraId="00C9E48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&lt;html lang="</w:t>
      </w:r>
      <w:proofErr w:type="spellStart"/>
      <w:r w:rsidRPr="00DE042E">
        <w:rPr>
          <w:rFonts w:ascii="Courier New" w:hAnsi="Courier New" w:cs="Courier New"/>
          <w:sz w:val="20"/>
          <w:szCs w:val="20"/>
          <w:lang w:val="en-GB"/>
        </w:rPr>
        <w:t>en</w:t>
      </w:r>
      <w:proofErr w:type="spellEnd"/>
      <w:r w:rsidRPr="00DE042E">
        <w:rPr>
          <w:rFonts w:ascii="Courier New" w:hAnsi="Courier New" w:cs="Courier New"/>
          <w:sz w:val="20"/>
          <w:szCs w:val="20"/>
          <w:lang w:val="en-GB"/>
        </w:rPr>
        <w:t>"&gt;</w:t>
      </w:r>
    </w:p>
    <w:p w14:paraId="5C50D3D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lastRenderedPageBreak/>
        <w:t>&lt;head&gt;</w:t>
      </w:r>
    </w:p>
    <w:p w14:paraId="23DB3C1E"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&lt;meta charset="UTF-8"&gt;</w:t>
      </w:r>
    </w:p>
    <w:p w14:paraId="2C9E1082"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&lt;meta name="viewport" content="width=device-width, initial-scale=1.0"&gt;</w:t>
      </w:r>
    </w:p>
    <w:p w14:paraId="46EC1B40" w14:textId="4CEB91C5"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&lt;title&gt;Synergy Massage Therapy&lt;/title&gt;</w:t>
      </w:r>
    </w:p>
    <w:p w14:paraId="6ADE3FC9" w14:textId="77777777" w:rsidR="00DE042E" w:rsidRPr="00DE042E" w:rsidRDefault="00DE042E" w:rsidP="00DE042E">
      <w:pPr>
        <w:rPr>
          <w:rFonts w:ascii="Courier New" w:hAnsi="Courier New" w:cs="Courier New"/>
          <w:sz w:val="20"/>
          <w:szCs w:val="20"/>
          <w:lang w:val="en-GB"/>
        </w:rPr>
      </w:pPr>
    </w:p>
    <w:p w14:paraId="6B42048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&lt;link </w:t>
      </w:r>
      <w:proofErr w:type="spellStart"/>
      <w:r w:rsidRPr="00DE042E">
        <w:rPr>
          <w:rFonts w:ascii="Courier New" w:hAnsi="Courier New" w:cs="Courier New"/>
          <w:sz w:val="20"/>
          <w:szCs w:val="20"/>
          <w:lang w:val="en-GB"/>
        </w:rPr>
        <w:t>rel</w:t>
      </w:r>
      <w:proofErr w:type="spellEnd"/>
      <w:r w:rsidRPr="00DE042E">
        <w:rPr>
          <w:rFonts w:ascii="Courier New" w:hAnsi="Courier New" w:cs="Courier New"/>
          <w:sz w:val="20"/>
          <w:szCs w:val="20"/>
          <w:lang w:val="en-GB"/>
        </w:rPr>
        <w:t xml:space="preserve">="stylesheet"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="style.css"&gt;</w:t>
      </w:r>
    </w:p>
    <w:p w14:paraId="5EB53285" w14:textId="77777777" w:rsidR="00DE042E" w:rsidRPr="00DE042E" w:rsidRDefault="00DE042E" w:rsidP="00DE042E">
      <w:pPr>
        <w:rPr>
          <w:rFonts w:ascii="Courier New" w:hAnsi="Courier New" w:cs="Courier New"/>
          <w:sz w:val="20"/>
          <w:szCs w:val="20"/>
          <w:lang w:val="en-GB"/>
        </w:rPr>
      </w:pPr>
    </w:p>
    <w:p w14:paraId="685FF30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&lt;/head&gt;</w:t>
      </w:r>
    </w:p>
    <w:p w14:paraId="43FC38A7" w14:textId="77777777" w:rsidR="00DE042E" w:rsidRPr="00DE042E" w:rsidRDefault="00DE042E" w:rsidP="00DE042E">
      <w:pPr>
        <w:rPr>
          <w:rFonts w:ascii="Courier New" w:hAnsi="Courier New" w:cs="Courier New"/>
          <w:sz w:val="20"/>
          <w:szCs w:val="20"/>
          <w:lang w:val="en-GB"/>
        </w:rPr>
      </w:pPr>
    </w:p>
    <w:p w14:paraId="3E162CF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&lt;body&gt;</w:t>
      </w:r>
    </w:p>
    <w:p w14:paraId="73C7F8D0" w14:textId="77777777" w:rsidR="00DE042E" w:rsidRPr="00DE042E" w:rsidRDefault="00DE042E" w:rsidP="00DE042E">
      <w:pPr>
        <w:rPr>
          <w:rFonts w:ascii="Courier New" w:hAnsi="Courier New" w:cs="Courier New"/>
          <w:sz w:val="20"/>
          <w:szCs w:val="20"/>
          <w:lang w:val="en-GB"/>
        </w:rPr>
      </w:pPr>
    </w:p>
    <w:p w14:paraId="59A131C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&lt;header&gt;</w:t>
      </w:r>
    </w:p>
    <w:p w14:paraId="17FFA6FE" w14:textId="77777777" w:rsidR="00DE042E" w:rsidRPr="00DE042E" w:rsidRDefault="00DE042E" w:rsidP="00DE042E">
      <w:pPr>
        <w:rPr>
          <w:rFonts w:ascii="Courier New" w:hAnsi="Courier New" w:cs="Courier New"/>
          <w:sz w:val="20"/>
          <w:szCs w:val="20"/>
          <w:lang w:val="en-GB"/>
        </w:rPr>
      </w:pPr>
    </w:p>
    <w:p w14:paraId="45B60FE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&lt;h1&gt;Synergy Massage Therapy&lt;/h1&gt;</w:t>
      </w:r>
    </w:p>
    <w:p w14:paraId="748BE7A7" w14:textId="77777777" w:rsidR="00DE042E" w:rsidRPr="00DE042E" w:rsidRDefault="00DE042E" w:rsidP="00DE042E">
      <w:pPr>
        <w:rPr>
          <w:rFonts w:ascii="Courier New" w:hAnsi="Courier New" w:cs="Courier New"/>
          <w:sz w:val="20"/>
          <w:szCs w:val="20"/>
          <w:lang w:val="en-GB"/>
        </w:rPr>
      </w:pPr>
    </w:p>
    <w:p w14:paraId="3642E55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&lt;nav&gt;</w:t>
      </w:r>
    </w:p>
    <w:p w14:paraId="3F65BF4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="index.html"&gt;Home&lt;/a&gt;</w:t>
      </w:r>
    </w:p>
    <w:p w14:paraId="3D680439"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="services.html"&gt;Services&lt;/a&gt;</w:t>
      </w:r>
    </w:p>
    <w:p w14:paraId="5A76DB1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="about.html"&gt;About&lt;/a&gt;</w:t>
      </w:r>
    </w:p>
    <w:p w14:paraId="1CC0002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="contact.html"&gt;Contact&lt;/a&gt;</w:t>
      </w:r>
    </w:p>
    <w:p w14:paraId="0CD1FF15"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&lt;/nav&gt;</w:t>
      </w:r>
    </w:p>
    <w:p w14:paraId="6F337D3A" w14:textId="77777777" w:rsidR="00DE042E" w:rsidRPr="00DE042E" w:rsidRDefault="00DE042E" w:rsidP="00DE042E">
      <w:pPr>
        <w:rPr>
          <w:rFonts w:ascii="Courier New" w:hAnsi="Courier New" w:cs="Courier New"/>
          <w:sz w:val="20"/>
          <w:szCs w:val="20"/>
          <w:lang w:val="en-GB"/>
        </w:rPr>
      </w:pPr>
    </w:p>
    <w:p w14:paraId="2558078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&lt;/header&gt;</w:t>
      </w:r>
    </w:p>
    <w:p w14:paraId="3D262182" w14:textId="77777777" w:rsidR="00DE042E" w:rsidRPr="00DE042E" w:rsidRDefault="00DE042E" w:rsidP="00DE042E">
      <w:pPr>
        <w:rPr>
          <w:rFonts w:ascii="Courier New" w:hAnsi="Courier New" w:cs="Courier New"/>
          <w:sz w:val="20"/>
          <w:szCs w:val="20"/>
          <w:lang w:val="en-GB"/>
        </w:rPr>
      </w:pPr>
    </w:p>
    <w:p w14:paraId="7AE05309"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&lt;section class="hero"&gt;</w:t>
      </w:r>
    </w:p>
    <w:p w14:paraId="0ADE862C" w14:textId="77777777" w:rsidR="00DE042E" w:rsidRPr="00DE042E" w:rsidRDefault="00DE042E" w:rsidP="00DE042E">
      <w:pPr>
        <w:rPr>
          <w:rFonts w:ascii="Courier New" w:hAnsi="Courier New" w:cs="Courier New"/>
          <w:sz w:val="20"/>
          <w:szCs w:val="20"/>
          <w:lang w:val="en-GB"/>
        </w:rPr>
      </w:pPr>
    </w:p>
    <w:p w14:paraId="17921071" w14:textId="2881211B"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w:t>
      </w:r>
      <w:proofErr w:type="spellStart"/>
      <w:r w:rsidRPr="00DE042E">
        <w:rPr>
          <w:rFonts w:ascii="Courier New" w:hAnsi="Courier New" w:cs="Courier New"/>
          <w:sz w:val="20"/>
          <w:szCs w:val="20"/>
          <w:lang w:val="en-GB"/>
        </w:rPr>
        <w:t>img</w:t>
      </w:r>
      <w:proofErr w:type="spellEnd"/>
      <w:r w:rsidRPr="00DE042E">
        <w:rPr>
          <w:rFonts w:ascii="Courier New" w:hAnsi="Courier New" w:cs="Courier New"/>
          <w:sz w:val="20"/>
          <w:szCs w:val="20"/>
          <w:lang w:val="en-GB"/>
        </w:rPr>
        <w:t xml:space="preserve"> </w:t>
      </w:r>
      <w:proofErr w:type="spellStart"/>
      <w:r w:rsidRPr="00DE042E">
        <w:rPr>
          <w:rFonts w:ascii="Courier New" w:hAnsi="Courier New" w:cs="Courier New"/>
          <w:sz w:val="20"/>
          <w:szCs w:val="20"/>
          <w:lang w:val="en-GB"/>
        </w:rPr>
        <w:t>src</w:t>
      </w:r>
      <w:proofErr w:type="spellEnd"/>
      <w:r w:rsidRPr="00DE042E">
        <w:rPr>
          <w:rFonts w:ascii="Courier New" w:hAnsi="Courier New" w:cs="Courier New"/>
          <w:sz w:val="20"/>
          <w:szCs w:val="20"/>
          <w:lang w:val="en-GB"/>
        </w:rPr>
        <w:t>="images/massage.jpg" alt="Mobile massage therapy treatment" width="400"&gt;</w:t>
      </w:r>
    </w:p>
    <w:p w14:paraId="245820BB" w14:textId="62BDDAD6"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w:t>
      </w:r>
      <w:r w:rsidR="008875B5" w:rsidRPr="008875B5">
        <w:rPr>
          <w:rFonts w:ascii="Courier New" w:hAnsi="Courier New" w:cs="Courier New"/>
          <w:sz w:val="20"/>
          <w:szCs w:val="20"/>
          <w:lang w:val="en-GB"/>
        </w:rPr>
        <w:t>&lt;h2&gt;Professional Massage Therapy for Recovery and Relaxation&lt;/h2&gt;</w:t>
      </w:r>
    </w:p>
    <w:p w14:paraId="63EC754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lastRenderedPageBreak/>
        <w:t xml:space="preserve">&lt;p&gt;Supporting your health, recovery and overall wellbeing </w:t>
      </w:r>
      <w:proofErr w:type="spellStart"/>
      <w:r w:rsidRPr="00DE042E">
        <w:rPr>
          <w:rFonts w:ascii="Courier New" w:hAnsi="Courier New" w:cs="Courier New"/>
          <w:sz w:val="20"/>
          <w:szCs w:val="20"/>
          <w:lang w:val="en-GB"/>
        </w:rPr>
        <w:t>wıth</w:t>
      </w:r>
      <w:proofErr w:type="spellEnd"/>
      <w:r w:rsidRPr="00DE042E">
        <w:rPr>
          <w:rFonts w:ascii="Courier New" w:hAnsi="Courier New" w:cs="Courier New"/>
          <w:sz w:val="20"/>
          <w:szCs w:val="20"/>
          <w:lang w:val="en-GB"/>
        </w:rPr>
        <w:t xml:space="preserve"> </w:t>
      </w:r>
      <w:proofErr w:type="spellStart"/>
      <w:r w:rsidRPr="00DE042E">
        <w:rPr>
          <w:rFonts w:ascii="Courier New" w:hAnsi="Courier New" w:cs="Courier New"/>
          <w:sz w:val="20"/>
          <w:szCs w:val="20"/>
          <w:lang w:val="en-GB"/>
        </w:rPr>
        <w:t>mobıle</w:t>
      </w:r>
      <w:proofErr w:type="spellEnd"/>
      <w:r w:rsidRPr="00DE042E">
        <w:rPr>
          <w:rFonts w:ascii="Courier New" w:hAnsi="Courier New" w:cs="Courier New"/>
          <w:sz w:val="20"/>
          <w:szCs w:val="20"/>
          <w:lang w:val="en-GB"/>
        </w:rPr>
        <w:t xml:space="preserve"> massage therapy </w:t>
      </w:r>
      <w:proofErr w:type="spellStart"/>
      <w:r w:rsidRPr="00DE042E">
        <w:rPr>
          <w:rFonts w:ascii="Courier New" w:hAnsi="Courier New" w:cs="Courier New"/>
          <w:sz w:val="20"/>
          <w:szCs w:val="20"/>
          <w:lang w:val="en-GB"/>
        </w:rPr>
        <w:t>delıvered</w:t>
      </w:r>
      <w:proofErr w:type="spellEnd"/>
      <w:r w:rsidRPr="00DE042E">
        <w:rPr>
          <w:rFonts w:ascii="Courier New" w:hAnsi="Courier New" w:cs="Courier New"/>
          <w:sz w:val="20"/>
          <w:szCs w:val="20"/>
          <w:lang w:val="en-GB"/>
        </w:rPr>
        <w:t xml:space="preserve"> to your home&lt;/p&gt;</w:t>
      </w:r>
    </w:p>
    <w:p w14:paraId="015C32B6" w14:textId="77777777" w:rsidR="00DE042E" w:rsidRPr="00DE042E" w:rsidRDefault="00DE042E" w:rsidP="00DE042E">
      <w:pPr>
        <w:rPr>
          <w:rFonts w:ascii="Courier New" w:hAnsi="Courier New" w:cs="Courier New"/>
          <w:sz w:val="20"/>
          <w:szCs w:val="20"/>
          <w:lang w:val="en-GB"/>
        </w:rPr>
      </w:pPr>
    </w:p>
    <w:p w14:paraId="491224A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&lt;/section&gt;</w:t>
      </w:r>
    </w:p>
    <w:p w14:paraId="58148E14" w14:textId="77777777" w:rsidR="00DE042E" w:rsidRPr="00DE042E" w:rsidRDefault="00DE042E" w:rsidP="00DE042E">
      <w:pPr>
        <w:rPr>
          <w:rFonts w:ascii="Courier New" w:hAnsi="Courier New" w:cs="Courier New"/>
          <w:sz w:val="20"/>
          <w:szCs w:val="20"/>
          <w:lang w:val="en-GB"/>
        </w:rPr>
      </w:pPr>
    </w:p>
    <w:p w14:paraId="279B8D2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&lt;section&gt;</w:t>
      </w:r>
    </w:p>
    <w:p w14:paraId="1582DCA0" w14:textId="77777777" w:rsidR="00DE042E" w:rsidRPr="00DE042E" w:rsidRDefault="00DE042E" w:rsidP="00DE042E">
      <w:pPr>
        <w:rPr>
          <w:rFonts w:ascii="Courier New" w:hAnsi="Courier New" w:cs="Courier New"/>
          <w:sz w:val="20"/>
          <w:szCs w:val="20"/>
          <w:lang w:val="en-GB"/>
        </w:rPr>
      </w:pPr>
    </w:p>
    <w:p w14:paraId="5856963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&lt;h2&gt;Welcome&lt;/h2&gt;</w:t>
      </w:r>
    </w:p>
    <w:p w14:paraId="0CCE2071" w14:textId="77777777" w:rsidR="00DE042E" w:rsidRPr="00DE042E" w:rsidRDefault="00DE042E" w:rsidP="00DE042E">
      <w:pPr>
        <w:rPr>
          <w:rFonts w:ascii="Courier New" w:hAnsi="Courier New" w:cs="Courier New"/>
          <w:sz w:val="20"/>
          <w:szCs w:val="20"/>
          <w:lang w:val="en-GB"/>
        </w:rPr>
      </w:pPr>
    </w:p>
    <w:p w14:paraId="5ABF3BB5"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&lt;p&gt;</w:t>
      </w:r>
    </w:p>
    <w:p w14:paraId="7562727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We provide </w:t>
      </w:r>
      <w:proofErr w:type="spellStart"/>
      <w:r w:rsidRPr="00DE042E">
        <w:rPr>
          <w:rFonts w:ascii="Courier New" w:hAnsi="Courier New" w:cs="Courier New"/>
          <w:sz w:val="20"/>
          <w:szCs w:val="20"/>
          <w:lang w:val="en-GB"/>
        </w:rPr>
        <w:t>expecıally</w:t>
      </w:r>
      <w:proofErr w:type="spellEnd"/>
      <w:r w:rsidRPr="00DE042E">
        <w:rPr>
          <w:rFonts w:ascii="Courier New" w:hAnsi="Courier New" w:cs="Courier New"/>
          <w:sz w:val="20"/>
          <w:szCs w:val="20"/>
          <w:lang w:val="en-GB"/>
        </w:rPr>
        <w:t xml:space="preserve"> professional sports massage treatments designed to reduce pain,</w:t>
      </w:r>
    </w:p>
    <w:p w14:paraId="5CCECFD1"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improve mobility and support recovery from injury.</w:t>
      </w:r>
    </w:p>
    <w:p w14:paraId="05077DF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&lt;/p&gt;</w:t>
      </w:r>
    </w:p>
    <w:p w14:paraId="0B772114" w14:textId="77777777" w:rsidR="00DE042E" w:rsidRPr="00DE042E" w:rsidRDefault="00DE042E" w:rsidP="00DE042E">
      <w:pPr>
        <w:rPr>
          <w:rFonts w:ascii="Courier New" w:hAnsi="Courier New" w:cs="Courier New"/>
          <w:sz w:val="20"/>
          <w:szCs w:val="20"/>
          <w:lang w:val="en-GB"/>
        </w:rPr>
      </w:pPr>
    </w:p>
    <w:p w14:paraId="743CBB4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&lt;/section&gt;</w:t>
      </w:r>
    </w:p>
    <w:p w14:paraId="58E989C7" w14:textId="77777777" w:rsidR="00DE042E" w:rsidRPr="00DE042E" w:rsidRDefault="00DE042E" w:rsidP="00DE042E">
      <w:pPr>
        <w:rPr>
          <w:rFonts w:ascii="Courier New" w:hAnsi="Courier New" w:cs="Courier New"/>
          <w:sz w:val="20"/>
          <w:szCs w:val="20"/>
          <w:lang w:val="en-GB"/>
        </w:rPr>
      </w:pPr>
    </w:p>
    <w:p w14:paraId="1257823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&lt;footer&gt;</w:t>
      </w:r>
    </w:p>
    <w:p w14:paraId="422B598A" w14:textId="77777777" w:rsidR="00DE042E" w:rsidRPr="00DE042E" w:rsidRDefault="00DE042E" w:rsidP="00DE042E">
      <w:pPr>
        <w:rPr>
          <w:rFonts w:ascii="Courier New" w:hAnsi="Courier New" w:cs="Courier New"/>
          <w:sz w:val="20"/>
          <w:szCs w:val="20"/>
          <w:lang w:val="en-GB"/>
        </w:rPr>
      </w:pPr>
    </w:p>
    <w:p w14:paraId="1416C9A5"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&lt;p&gt;© 2026 Synergy Massages Therapy&lt;/p&gt;</w:t>
      </w:r>
    </w:p>
    <w:p w14:paraId="49426F7F" w14:textId="77777777" w:rsidR="00DE042E" w:rsidRPr="00DE042E" w:rsidRDefault="00DE042E" w:rsidP="00DE042E">
      <w:pPr>
        <w:rPr>
          <w:rFonts w:ascii="Courier New" w:hAnsi="Courier New" w:cs="Courier New"/>
          <w:sz w:val="20"/>
          <w:szCs w:val="20"/>
          <w:lang w:val="en-GB"/>
        </w:rPr>
      </w:pPr>
    </w:p>
    <w:p w14:paraId="14BC299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&lt;/footer&gt;</w:t>
      </w:r>
    </w:p>
    <w:p w14:paraId="11944027" w14:textId="77777777" w:rsidR="00DE042E" w:rsidRPr="00DE042E" w:rsidRDefault="00DE042E" w:rsidP="00DE042E">
      <w:pPr>
        <w:rPr>
          <w:rFonts w:ascii="Courier New" w:hAnsi="Courier New" w:cs="Courier New"/>
          <w:sz w:val="20"/>
          <w:szCs w:val="20"/>
          <w:lang w:val="en-GB"/>
        </w:rPr>
      </w:pPr>
    </w:p>
    <w:p w14:paraId="7F6DD7C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&lt;/body&gt;</w:t>
      </w:r>
    </w:p>
    <w:p w14:paraId="0970FAB3" w14:textId="77777777" w:rsidR="00DE042E" w:rsidRPr="00DE042E" w:rsidRDefault="00DE042E" w:rsidP="00DE042E">
      <w:pPr>
        <w:rPr>
          <w:rFonts w:ascii="Courier New" w:hAnsi="Courier New" w:cs="Courier New"/>
          <w:sz w:val="20"/>
          <w:szCs w:val="20"/>
        </w:rPr>
      </w:pPr>
    </w:p>
    <w:p w14:paraId="4E4E53B5" w14:textId="77777777" w:rsidR="00DE042E" w:rsidRPr="00DE042E" w:rsidRDefault="00DE042E" w:rsidP="00DE042E">
      <w:pPr>
        <w:rPr>
          <w:rFonts w:ascii="Courier New" w:hAnsi="Courier New" w:cs="Courier New"/>
          <w:sz w:val="20"/>
          <w:szCs w:val="20"/>
        </w:rPr>
      </w:pPr>
      <w:bookmarkStart w:id="12" w:name="_Toc227795578"/>
      <w:r w:rsidRPr="00E74CD4">
        <w:rPr>
          <w:rStyle w:val="Heading3Char"/>
        </w:rPr>
        <w:t>Appendix B</w:t>
      </w:r>
      <w:bookmarkEnd w:id="12"/>
      <w:r w:rsidRPr="00DE042E">
        <w:rPr>
          <w:rFonts w:ascii="Courier New" w:hAnsi="Courier New" w:cs="Courier New"/>
          <w:sz w:val="20"/>
          <w:szCs w:val="20"/>
        </w:rPr>
        <w:t xml:space="preserve"> – services.html</w:t>
      </w:r>
    </w:p>
    <w:p w14:paraId="5C082D7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&lt;!DOCTYPE html&gt;</w:t>
      </w:r>
    </w:p>
    <w:p w14:paraId="40C589E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&lt;html lang="</w:t>
      </w:r>
      <w:proofErr w:type="spellStart"/>
      <w:r w:rsidRPr="00DE042E">
        <w:rPr>
          <w:rFonts w:ascii="Courier New" w:hAnsi="Courier New" w:cs="Courier New"/>
          <w:sz w:val="20"/>
          <w:szCs w:val="20"/>
          <w:lang w:val="en-GB"/>
        </w:rPr>
        <w:t>en</w:t>
      </w:r>
      <w:proofErr w:type="spellEnd"/>
      <w:r w:rsidRPr="00DE042E">
        <w:rPr>
          <w:rFonts w:ascii="Courier New" w:hAnsi="Courier New" w:cs="Courier New"/>
          <w:sz w:val="20"/>
          <w:szCs w:val="20"/>
          <w:lang w:val="en-GB"/>
        </w:rPr>
        <w:t>"&gt;</w:t>
      </w:r>
    </w:p>
    <w:p w14:paraId="7548EC16" w14:textId="77777777" w:rsidR="00DE042E" w:rsidRPr="00DE042E" w:rsidRDefault="00DE042E" w:rsidP="00DE042E">
      <w:pPr>
        <w:rPr>
          <w:rFonts w:ascii="Courier New" w:hAnsi="Courier New" w:cs="Courier New"/>
          <w:sz w:val="20"/>
          <w:szCs w:val="20"/>
          <w:lang w:val="en-GB"/>
        </w:rPr>
      </w:pPr>
    </w:p>
    <w:p w14:paraId="0996018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lastRenderedPageBreak/>
        <w:t>&lt;head&gt;</w:t>
      </w:r>
    </w:p>
    <w:p w14:paraId="5AC5637F" w14:textId="77777777" w:rsidR="00DE042E" w:rsidRPr="00DE042E" w:rsidRDefault="00DE042E" w:rsidP="00DE042E">
      <w:pPr>
        <w:rPr>
          <w:rFonts w:ascii="Courier New" w:hAnsi="Courier New" w:cs="Courier New"/>
          <w:sz w:val="20"/>
          <w:szCs w:val="20"/>
          <w:lang w:val="en-GB"/>
        </w:rPr>
      </w:pPr>
    </w:p>
    <w:p w14:paraId="6186D59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&lt;meta charset="UTF-8"&gt;</w:t>
      </w:r>
    </w:p>
    <w:p w14:paraId="0CBD6651"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&lt;meta name="viewport" content="width=device-width, initial-scale=1.0"&gt;</w:t>
      </w:r>
    </w:p>
    <w:p w14:paraId="590ADE15" w14:textId="77777777" w:rsidR="00DE042E" w:rsidRPr="00DE042E" w:rsidRDefault="00DE042E" w:rsidP="00DE042E">
      <w:pPr>
        <w:rPr>
          <w:rFonts w:ascii="Courier New" w:hAnsi="Courier New" w:cs="Courier New"/>
          <w:sz w:val="20"/>
          <w:szCs w:val="20"/>
          <w:lang w:val="en-GB"/>
        </w:rPr>
      </w:pPr>
    </w:p>
    <w:p w14:paraId="10F6AF5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&lt;title&gt;Services - Synergy Massage Therapy&lt;/title&gt;</w:t>
      </w:r>
    </w:p>
    <w:p w14:paraId="62B22D31" w14:textId="77777777" w:rsidR="00DE042E" w:rsidRPr="00DE042E" w:rsidRDefault="00DE042E" w:rsidP="00DE042E">
      <w:pPr>
        <w:rPr>
          <w:rFonts w:ascii="Courier New" w:hAnsi="Courier New" w:cs="Courier New"/>
          <w:sz w:val="20"/>
          <w:szCs w:val="20"/>
          <w:lang w:val="en-GB"/>
        </w:rPr>
      </w:pPr>
    </w:p>
    <w:p w14:paraId="687CA9A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&lt;link </w:t>
      </w:r>
      <w:proofErr w:type="spellStart"/>
      <w:r w:rsidRPr="00DE042E">
        <w:rPr>
          <w:rFonts w:ascii="Courier New" w:hAnsi="Courier New" w:cs="Courier New"/>
          <w:sz w:val="20"/>
          <w:szCs w:val="20"/>
          <w:lang w:val="en-GB"/>
        </w:rPr>
        <w:t>rel</w:t>
      </w:r>
      <w:proofErr w:type="spellEnd"/>
      <w:r w:rsidRPr="00DE042E">
        <w:rPr>
          <w:rFonts w:ascii="Courier New" w:hAnsi="Courier New" w:cs="Courier New"/>
          <w:sz w:val="20"/>
          <w:szCs w:val="20"/>
          <w:lang w:val="en-GB"/>
        </w:rPr>
        <w:t xml:space="preserve">="stylesheet"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="style.css"&gt;</w:t>
      </w:r>
    </w:p>
    <w:p w14:paraId="118591B6" w14:textId="77777777" w:rsidR="00DE042E" w:rsidRPr="00DE042E" w:rsidRDefault="00DE042E" w:rsidP="00DE042E">
      <w:pPr>
        <w:rPr>
          <w:rFonts w:ascii="Courier New" w:hAnsi="Courier New" w:cs="Courier New"/>
          <w:sz w:val="20"/>
          <w:szCs w:val="20"/>
          <w:lang w:val="en-GB"/>
        </w:rPr>
      </w:pPr>
    </w:p>
    <w:p w14:paraId="4C33BA6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&lt;/head&gt;</w:t>
      </w:r>
    </w:p>
    <w:p w14:paraId="7781C4BF" w14:textId="77777777" w:rsidR="00DE042E" w:rsidRPr="00DE042E" w:rsidRDefault="00DE042E" w:rsidP="00DE042E">
      <w:pPr>
        <w:rPr>
          <w:rFonts w:ascii="Courier New" w:hAnsi="Courier New" w:cs="Courier New"/>
          <w:sz w:val="20"/>
          <w:szCs w:val="20"/>
          <w:lang w:val="en-GB"/>
        </w:rPr>
      </w:pPr>
    </w:p>
    <w:p w14:paraId="4865C55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&lt;body&gt;</w:t>
      </w:r>
    </w:p>
    <w:p w14:paraId="0350F22E" w14:textId="77777777" w:rsidR="00DE042E" w:rsidRPr="00DE042E" w:rsidRDefault="00DE042E" w:rsidP="00DE042E">
      <w:pPr>
        <w:rPr>
          <w:rFonts w:ascii="Courier New" w:hAnsi="Courier New" w:cs="Courier New"/>
          <w:sz w:val="20"/>
          <w:szCs w:val="20"/>
          <w:lang w:val="en-GB"/>
        </w:rPr>
      </w:pPr>
    </w:p>
    <w:p w14:paraId="5367721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&lt;header&gt;</w:t>
      </w:r>
    </w:p>
    <w:p w14:paraId="429038EB" w14:textId="77777777" w:rsidR="00DE042E" w:rsidRPr="00DE042E" w:rsidRDefault="00DE042E" w:rsidP="00DE042E">
      <w:pPr>
        <w:rPr>
          <w:rFonts w:ascii="Courier New" w:hAnsi="Courier New" w:cs="Courier New"/>
          <w:sz w:val="20"/>
          <w:szCs w:val="20"/>
          <w:lang w:val="en-GB"/>
        </w:rPr>
      </w:pPr>
    </w:p>
    <w:p w14:paraId="31E45D1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&lt;h1&gt;Synergy Massage Therapy&lt;/h1&gt;</w:t>
      </w:r>
    </w:p>
    <w:p w14:paraId="20D3633E" w14:textId="77777777" w:rsidR="00DE042E" w:rsidRPr="00DE042E" w:rsidRDefault="00DE042E" w:rsidP="00DE042E">
      <w:pPr>
        <w:rPr>
          <w:rFonts w:ascii="Courier New" w:hAnsi="Courier New" w:cs="Courier New"/>
          <w:sz w:val="20"/>
          <w:szCs w:val="20"/>
          <w:lang w:val="en-GB"/>
        </w:rPr>
      </w:pPr>
    </w:p>
    <w:p w14:paraId="689303F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&lt;nav&gt;</w:t>
      </w:r>
    </w:p>
    <w:p w14:paraId="6B0CB8CE" w14:textId="77777777" w:rsidR="00DE042E" w:rsidRPr="00DE042E" w:rsidRDefault="00DE042E" w:rsidP="00DE042E">
      <w:pPr>
        <w:rPr>
          <w:rFonts w:ascii="Courier New" w:hAnsi="Courier New" w:cs="Courier New"/>
          <w:sz w:val="20"/>
          <w:szCs w:val="20"/>
          <w:lang w:val="en-GB"/>
        </w:rPr>
      </w:pPr>
    </w:p>
    <w:p w14:paraId="621AA401"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="index.html"&gt;Home&lt;/a&gt;</w:t>
      </w:r>
    </w:p>
    <w:p w14:paraId="3312AD3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="services.html"&gt;Services&lt;/a&gt;</w:t>
      </w:r>
    </w:p>
    <w:p w14:paraId="6E8C755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="about.html"&gt;About&lt;/a&gt;</w:t>
      </w:r>
    </w:p>
    <w:p w14:paraId="1D7F753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="contact.html"&gt;Contact&lt;/a&gt;</w:t>
      </w:r>
    </w:p>
    <w:p w14:paraId="3DBF646A" w14:textId="77777777" w:rsidR="00DE042E" w:rsidRPr="00DE042E" w:rsidRDefault="00DE042E" w:rsidP="00DE042E">
      <w:pPr>
        <w:rPr>
          <w:rFonts w:ascii="Courier New" w:hAnsi="Courier New" w:cs="Courier New"/>
          <w:sz w:val="20"/>
          <w:szCs w:val="20"/>
          <w:lang w:val="en-GB"/>
        </w:rPr>
      </w:pPr>
    </w:p>
    <w:p w14:paraId="727C164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&lt;/nav&gt;</w:t>
      </w:r>
    </w:p>
    <w:p w14:paraId="1D6F0DCA" w14:textId="77777777" w:rsidR="00DE042E" w:rsidRPr="00DE042E" w:rsidRDefault="00DE042E" w:rsidP="00DE042E">
      <w:pPr>
        <w:rPr>
          <w:rFonts w:ascii="Courier New" w:hAnsi="Courier New" w:cs="Courier New"/>
          <w:sz w:val="20"/>
          <w:szCs w:val="20"/>
          <w:lang w:val="en-GB"/>
        </w:rPr>
      </w:pPr>
    </w:p>
    <w:p w14:paraId="4870C531"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&lt;/header&gt;</w:t>
      </w:r>
    </w:p>
    <w:p w14:paraId="2949B53B" w14:textId="77777777" w:rsidR="00DE042E" w:rsidRPr="00DE042E" w:rsidRDefault="00DE042E" w:rsidP="00DE042E">
      <w:pPr>
        <w:rPr>
          <w:rFonts w:ascii="Courier New" w:hAnsi="Courier New" w:cs="Courier New"/>
          <w:sz w:val="20"/>
          <w:szCs w:val="20"/>
          <w:lang w:val="en-GB"/>
        </w:rPr>
      </w:pPr>
    </w:p>
    <w:p w14:paraId="0BBA566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lastRenderedPageBreak/>
        <w:t>&lt;section&gt;</w:t>
      </w:r>
    </w:p>
    <w:p w14:paraId="06916937" w14:textId="77777777" w:rsidR="00DE042E" w:rsidRPr="00DE042E" w:rsidRDefault="00DE042E" w:rsidP="00DE042E">
      <w:pPr>
        <w:rPr>
          <w:rFonts w:ascii="Courier New" w:hAnsi="Courier New" w:cs="Courier New"/>
          <w:sz w:val="20"/>
          <w:szCs w:val="20"/>
          <w:lang w:val="en-GB"/>
        </w:rPr>
      </w:pPr>
    </w:p>
    <w:p w14:paraId="61DDEE9D" w14:textId="6AB1DE59" w:rsid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&lt;h2&gt;Our Services&lt;/h2&gt;</w:t>
      </w:r>
    </w:p>
    <w:p w14:paraId="13887684" w14:textId="77777777" w:rsidR="000D752F" w:rsidRPr="00DE042E" w:rsidRDefault="000D752F" w:rsidP="00DE042E">
      <w:pPr>
        <w:rPr>
          <w:rFonts w:ascii="Courier New" w:hAnsi="Courier New" w:cs="Courier New"/>
          <w:sz w:val="20"/>
          <w:szCs w:val="20"/>
          <w:lang w:val="en-GB"/>
        </w:rPr>
      </w:pPr>
    </w:p>
    <w:p w14:paraId="1A17D7A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&lt;div class="services"&gt;</w:t>
      </w:r>
    </w:p>
    <w:p w14:paraId="1FB7DFC2" w14:textId="77777777" w:rsidR="00DE042E" w:rsidRPr="00DE042E" w:rsidRDefault="00DE042E" w:rsidP="00DE042E">
      <w:pPr>
        <w:rPr>
          <w:rFonts w:ascii="Courier New" w:hAnsi="Courier New" w:cs="Courier New"/>
          <w:sz w:val="20"/>
          <w:szCs w:val="20"/>
          <w:lang w:val="en-GB"/>
        </w:rPr>
      </w:pPr>
    </w:p>
    <w:p w14:paraId="6C0FC5A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&lt;div&gt;</w:t>
      </w:r>
    </w:p>
    <w:p w14:paraId="341E9001"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&lt;h3&gt;Sports Massage&lt;/h3&gt;</w:t>
      </w:r>
    </w:p>
    <w:p w14:paraId="1387456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w:t>
      </w:r>
      <w:proofErr w:type="spellStart"/>
      <w:r w:rsidRPr="00DE042E">
        <w:rPr>
          <w:rFonts w:ascii="Courier New" w:hAnsi="Courier New" w:cs="Courier New"/>
          <w:sz w:val="20"/>
          <w:szCs w:val="20"/>
          <w:lang w:val="en-GB"/>
        </w:rPr>
        <w:t>img</w:t>
      </w:r>
      <w:proofErr w:type="spellEnd"/>
      <w:r w:rsidRPr="00DE042E">
        <w:rPr>
          <w:rFonts w:ascii="Courier New" w:hAnsi="Courier New" w:cs="Courier New"/>
          <w:sz w:val="20"/>
          <w:szCs w:val="20"/>
          <w:lang w:val="en-GB"/>
        </w:rPr>
        <w:t xml:space="preserve"> </w:t>
      </w:r>
      <w:proofErr w:type="spellStart"/>
      <w:r w:rsidRPr="00DE042E">
        <w:rPr>
          <w:rFonts w:ascii="Courier New" w:hAnsi="Courier New" w:cs="Courier New"/>
          <w:sz w:val="20"/>
          <w:szCs w:val="20"/>
          <w:lang w:val="en-GB"/>
        </w:rPr>
        <w:t>src</w:t>
      </w:r>
      <w:proofErr w:type="spellEnd"/>
      <w:r w:rsidRPr="00DE042E">
        <w:rPr>
          <w:rFonts w:ascii="Courier New" w:hAnsi="Courier New" w:cs="Courier New"/>
          <w:sz w:val="20"/>
          <w:szCs w:val="20"/>
          <w:lang w:val="en-GB"/>
        </w:rPr>
        <w:t>="images/sports.jpeg" alt="Sports massage treatment"&gt;</w:t>
      </w:r>
    </w:p>
    <w:p w14:paraId="477EBF2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&lt;/div&gt;</w:t>
      </w:r>
    </w:p>
    <w:p w14:paraId="64795972" w14:textId="77777777" w:rsidR="00DE042E" w:rsidRPr="00DE042E" w:rsidRDefault="00DE042E" w:rsidP="00DE042E">
      <w:pPr>
        <w:rPr>
          <w:rFonts w:ascii="Courier New" w:hAnsi="Courier New" w:cs="Courier New"/>
          <w:sz w:val="20"/>
          <w:szCs w:val="20"/>
          <w:lang w:val="en-GB"/>
        </w:rPr>
      </w:pPr>
    </w:p>
    <w:p w14:paraId="1E694F6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&lt;div&gt;</w:t>
      </w:r>
    </w:p>
    <w:p w14:paraId="4918900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&lt;h3&gt;Deep Tissue Massage&lt;/h3&gt;</w:t>
      </w:r>
    </w:p>
    <w:p w14:paraId="4E59C29E"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w:t>
      </w:r>
      <w:proofErr w:type="spellStart"/>
      <w:r w:rsidRPr="00DE042E">
        <w:rPr>
          <w:rFonts w:ascii="Courier New" w:hAnsi="Courier New" w:cs="Courier New"/>
          <w:sz w:val="20"/>
          <w:szCs w:val="20"/>
          <w:lang w:val="en-GB"/>
        </w:rPr>
        <w:t>img</w:t>
      </w:r>
      <w:proofErr w:type="spellEnd"/>
      <w:r w:rsidRPr="00DE042E">
        <w:rPr>
          <w:rFonts w:ascii="Courier New" w:hAnsi="Courier New" w:cs="Courier New"/>
          <w:sz w:val="20"/>
          <w:szCs w:val="20"/>
          <w:lang w:val="en-GB"/>
        </w:rPr>
        <w:t xml:space="preserve"> </w:t>
      </w:r>
      <w:proofErr w:type="spellStart"/>
      <w:r w:rsidRPr="00DE042E">
        <w:rPr>
          <w:rFonts w:ascii="Courier New" w:hAnsi="Courier New" w:cs="Courier New"/>
          <w:sz w:val="20"/>
          <w:szCs w:val="20"/>
          <w:lang w:val="en-GB"/>
        </w:rPr>
        <w:t>src</w:t>
      </w:r>
      <w:proofErr w:type="spellEnd"/>
      <w:r w:rsidRPr="00DE042E">
        <w:rPr>
          <w:rFonts w:ascii="Courier New" w:hAnsi="Courier New" w:cs="Courier New"/>
          <w:sz w:val="20"/>
          <w:szCs w:val="20"/>
          <w:lang w:val="en-GB"/>
        </w:rPr>
        <w:t>="images/deep.jpeg" alt="Deep tissue massage treatment"&gt;</w:t>
      </w:r>
    </w:p>
    <w:p w14:paraId="648C071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&lt;/div&gt;</w:t>
      </w:r>
    </w:p>
    <w:p w14:paraId="6AF888BE" w14:textId="77777777" w:rsidR="00DE042E" w:rsidRPr="00DE042E" w:rsidRDefault="00DE042E" w:rsidP="00DE042E">
      <w:pPr>
        <w:rPr>
          <w:rFonts w:ascii="Courier New" w:hAnsi="Courier New" w:cs="Courier New"/>
          <w:sz w:val="20"/>
          <w:szCs w:val="20"/>
          <w:lang w:val="en-GB"/>
        </w:rPr>
      </w:pPr>
    </w:p>
    <w:p w14:paraId="5BA2D23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&lt;div&gt;</w:t>
      </w:r>
    </w:p>
    <w:p w14:paraId="106859A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&lt;h3&gt;Reflexology&lt;/h3&gt;</w:t>
      </w:r>
    </w:p>
    <w:p w14:paraId="0E455B2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w:t>
      </w:r>
      <w:proofErr w:type="spellStart"/>
      <w:r w:rsidRPr="00DE042E">
        <w:rPr>
          <w:rFonts w:ascii="Courier New" w:hAnsi="Courier New" w:cs="Courier New"/>
          <w:sz w:val="20"/>
          <w:szCs w:val="20"/>
          <w:lang w:val="en-GB"/>
        </w:rPr>
        <w:t>img</w:t>
      </w:r>
      <w:proofErr w:type="spellEnd"/>
      <w:r w:rsidRPr="00DE042E">
        <w:rPr>
          <w:rFonts w:ascii="Courier New" w:hAnsi="Courier New" w:cs="Courier New"/>
          <w:sz w:val="20"/>
          <w:szCs w:val="20"/>
          <w:lang w:val="en-GB"/>
        </w:rPr>
        <w:t xml:space="preserve"> </w:t>
      </w:r>
      <w:proofErr w:type="spellStart"/>
      <w:r w:rsidRPr="00DE042E">
        <w:rPr>
          <w:rFonts w:ascii="Courier New" w:hAnsi="Courier New" w:cs="Courier New"/>
          <w:sz w:val="20"/>
          <w:szCs w:val="20"/>
          <w:lang w:val="en-GB"/>
        </w:rPr>
        <w:t>src</w:t>
      </w:r>
      <w:proofErr w:type="spellEnd"/>
      <w:r w:rsidRPr="00DE042E">
        <w:rPr>
          <w:rFonts w:ascii="Courier New" w:hAnsi="Courier New" w:cs="Courier New"/>
          <w:sz w:val="20"/>
          <w:szCs w:val="20"/>
          <w:lang w:val="en-GB"/>
        </w:rPr>
        <w:t>="images/reflexology.jpg" alt="Reflexology massage treatment"&gt;</w:t>
      </w:r>
    </w:p>
    <w:p w14:paraId="15C6B31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&lt;/div&gt;</w:t>
      </w:r>
    </w:p>
    <w:p w14:paraId="02D09375" w14:textId="77777777" w:rsidR="00DE042E" w:rsidRPr="00DE042E" w:rsidRDefault="00DE042E" w:rsidP="00DE042E">
      <w:pPr>
        <w:rPr>
          <w:rFonts w:ascii="Courier New" w:hAnsi="Courier New" w:cs="Courier New"/>
          <w:sz w:val="20"/>
          <w:szCs w:val="20"/>
          <w:lang w:val="en-GB"/>
        </w:rPr>
      </w:pPr>
    </w:p>
    <w:p w14:paraId="16B5A1C9"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&lt;div&gt;</w:t>
      </w:r>
    </w:p>
    <w:p w14:paraId="510C4AE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&lt;h3&gt;Aromatherapy Massage&lt;/h3&gt;</w:t>
      </w:r>
    </w:p>
    <w:p w14:paraId="5FA34BB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w:t>
      </w:r>
      <w:proofErr w:type="spellStart"/>
      <w:r w:rsidRPr="00DE042E">
        <w:rPr>
          <w:rFonts w:ascii="Courier New" w:hAnsi="Courier New" w:cs="Courier New"/>
          <w:sz w:val="20"/>
          <w:szCs w:val="20"/>
          <w:lang w:val="en-GB"/>
        </w:rPr>
        <w:t>img</w:t>
      </w:r>
      <w:proofErr w:type="spellEnd"/>
      <w:r w:rsidRPr="00DE042E">
        <w:rPr>
          <w:rFonts w:ascii="Courier New" w:hAnsi="Courier New" w:cs="Courier New"/>
          <w:sz w:val="20"/>
          <w:szCs w:val="20"/>
          <w:lang w:val="en-GB"/>
        </w:rPr>
        <w:t xml:space="preserve"> </w:t>
      </w:r>
      <w:proofErr w:type="spellStart"/>
      <w:r w:rsidRPr="00DE042E">
        <w:rPr>
          <w:rFonts w:ascii="Courier New" w:hAnsi="Courier New" w:cs="Courier New"/>
          <w:sz w:val="20"/>
          <w:szCs w:val="20"/>
          <w:lang w:val="en-GB"/>
        </w:rPr>
        <w:t>src</w:t>
      </w:r>
      <w:proofErr w:type="spellEnd"/>
      <w:r w:rsidRPr="00DE042E">
        <w:rPr>
          <w:rFonts w:ascii="Courier New" w:hAnsi="Courier New" w:cs="Courier New"/>
          <w:sz w:val="20"/>
          <w:szCs w:val="20"/>
          <w:lang w:val="en-GB"/>
        </w:rPr>
        <w:t>="images/aromatherapy.jpg" alt="Aroma Therapy massage treatment"&gt;</w:t>
      </w:r>
    </w:p>
    <w:p w14:paraId="169BF78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&lt;/div&gt;</w:t>
      </w:r>
    </w:p>
    <w:p w14:paraId="7874E124" w14:textId="77777777" w:rsidR="00DE042E" w:rsidRPr="00DE042E" w:rsidRDefault="00DE042E" w:rsidP="00DE042E">
      <w:pPr>
        <w:rPr>
          <w:rFonts w:ascii="Courier New" w:hAnsi="Courier New" w:cs="Courier New"/>
          <w:sz w:val="20"/>
          <w:szCs w:val="20"/>
          <w:lang w:val="en-GB"/>
        </w:rPr>
      </w:pPr>
    </w:p>
    <w:p w14:paraId="36EE2B1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&lt;/div&gt;</w:t>
      </w:r>
    </w:p>
    <w:p w14:paraId="69F926A4" w14:textId="77777777" w:rsidR="00DE042E" w:rsidRPr="00DE042E" w:rsidRDefault="00DE042E" w:rsidP="00DE042E">
      <w:pPr>
        <w:rPr>
          <w:rFonts w:ascii="Courier New" w:hAnsi="Courier New" w:cs="Courier New"/>
          <w:sz w:val="20"/>
          <w:szCs w:val="20"/>
          <w:lang w:val="en-GB"/>
        </w:rPr>
      </w:pPr>
    </w:p>
    <w:p w14:paraId="164C4E6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lastRenderedPageBreak/>
        <w:t>&lt;/section&gt;</w:t>
      </w:r>
    </w:p>
    <w:p w14:paraId="086788D4" w14:textId="77777777" w:rsidR="00DE042E" w:rsidRPr="00DE042E" w:rsidRDefault="00DE042E" w:rsidP="00DE042E">
      <w:pPr>
        <w:rPr>
          <w:rFonts w:ascii="Courier New" w:hAnsi="Courier New" w:cs="Courier New"/>
          <w:sz w:val="20"/>
          <w:szCs w:val="20"/>
          <w:lang w:val="en-GB"/>
        </w:rPr>
      </w:pPr>
    </w:p>
    <w:p w14:paraId="06F8D93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&lt;p&gt;</w:t>
      </w:r>
    </w:p>
    <w:p w14:paraId="13B23FFE"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All treatments are available as a mobile massage service. We visit clients at home to provide convenient and professional therapy sessions.</w:t>
      </w:r>
    </w:p>
    <w:p w14:paraId="384DB669"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&lt;/p&gt;</w:t>
      </w:r>
    </w:p>
    <w:p w14:paraId="185BAA65" w14:textId="77777777" w:rsidR="00DE042E" w:rsidRPr="00DE042E" w:rsidRDefault="00DE042E" w:rsidP="00DE042E">
      <w:pPr>
        <w:rPr>
          <w:rFonts w:ascii="Courier New" w:hAnsi="Courier New" w:cs="Courier New"/>
          <w:sz w:val="20"/>
          <w:szCs w:val="20"/>
          <w:lang w:val="en-GB"/>
        </w:rPr>
      </w:pPr>
    </w:p>
    <w:p w14:paraId="0FA4ACC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&lt;/ul&gt;</w:t>
      </w:r>
    </w:p>
    <w:p w14:paraId="3B84F7BB" w14:textId="77777777" w:rsidR="00DE042E" w:rsidRPr="00DE042E" w:rsidRDefault="00DE042E" w:rsidP="00DE042E">
      <w:pPr>
        <w:rPr>
          <w:rFonts w:ascii="Courier New" w:hAnsi="Courier New" w:cs="Courier New"/>
          <w:sz w:val="20"/>
          <w:szCs w:val="20"/>
          <w:lang w:val="en-GB"/>
        </w:rPr>
      </w:pPr>
    </w:p>
    <w:p w14:paraId="77208591"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&lt;/section&gt;</w:t>
      </w:r>
    </w:p>
    <w:p w14:paraId="35B0F434" w14:textId="77777777" w:rsidR="00DE042E" w:rsidRPr="00DE042E" w:rsidRDefault="00DE042E" w:rsidP="00DE042E">
      <w:pPr>
        <w:rPr>
          <w:rFonts w:ascii="Courier New" w:hAnsi="Courier New" w:cs="Courier New"/>
          <w:sz w:val="20"/>
          <w:szCs w:val="20"/>
          <w:lang w:val="en-GB"/>
        </w:rPr>
      </w:pPr>
    </w:p>
    <w:p w14:paraId="6095315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&lt;footer&gt;</w:t>
      </w:r>
    </w:p>
    <w:p w14:paraId="569327F4" w14:textId="77777777" w:rsidR="00DE042E" w:rsidRPr="00DE042E" w:rsidRDefault="00DE042E" w:rsidP="00DE042E">
      <w:pPr>
        <w:rPr>
          <w:rFonts w:ascii="Courier New" w:hAnsi="Courier New" w:cs="Courier New"/>
          <w:sz w:val="20"/>
          <w:szCs w:val="20"/>
          <w:lang w:val="en-GB"/>
        </w:rPr>
      </w:pPr>
    </w:p>
    <w:p w14:paraId="6670A8C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&lt;p&gt;© 2026 Synergy Massage Therapy&lt;/p&gt;</w:t>
      </w:r>
    </w:p>
    <w:p w14:paraId="0B08FFFE" w14:textId="77777777" w:rsidR="00DE042E" w:rsidRPr="00DE042E" w:rsidRDefault="00DE042E" w:rsidP="00DE042E">
      <w:pPr>
        <w:rPr>
          <w:rFonts w:ascii="Courier New" w:hAnsi="Courier New" w:cs="Courier New"/>
          <w:sz w:val="20"/>
          <w:szCs w:val="20"/>
          <w:lang w:val="en-GB"/>
        </w:rPr>
      </w:pPr>
    </w:p>
    <w:p w14:paraId="7351713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&lt;/footer&gt;</w:t>
      </w:r>
    </w:p>
    <w:p w14:paraId="16721352" w14:textId="77777777" w:rsidR="00DE042E" w:rsidRPr="00DE042E" w:rsidRDefault="00DE042E" w:rsidP="00DE042E">
      <w:pPr>
        <w:rPr>
          <w:rFonts w:ascii="Courier New" w:hAnsi="Courier New" w:cs="Courier New"/>
          <w:sz w:val="20"/>
          <w:szCs w:val="20"/>
          <w:lang w:val="en-GB"/>
        </w:rPr>
      </w:pPr>
    </w:p>
    <w:p w14:paraId="315BE27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&lt;/body&gt;</w:t>
      </w:r>
    </w:p>
    <w:p w14:paraId="2D0BD97B" w14:textId="77777777" w:rsidR="00DE042E" w:rsidRPr="00DE042E" w:rsidRDefault="00DE042E" w:rsidP="00DE042E">
      <w:pPr>
        <w:rPr>
          <w:rFonts w:ascii="Courier New" w:hAnsi="Courier New" w:cs="Courier New"/>
          <w:sz w:val="20"/>
          <w:szCs w:val="20"/>
          <w:lang w:val="en-GB"/>
        </w:rPr>
      </w:pPr>
    </w:p>
    <w:p w14:paraId="3AA30CE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&lt;/html&gt;</w:t>
      </w:r>
    </w:p>
    <w:p w14:paraId="2453CE29" w14:textId="77777777" w:rsidR="00DE042E" w:rsidRPr="00DE042E" w:rsidRDefault="00DE042E" w:rsidP="00DE042E">
      <w:pPr>
        <w:rPr>
          <w:rFonts w:ascii="Courier New" w:hAnsi="Courier New" w:cs="Courier New"/>
          <w:sz w:val="20"/>
          <w:szCs w:val="20"/>
        </w:rPr>
      </w:pPr>
    </w:p>
    <w:p w14:paraId="3E18B125" w14:textId="77777777" w:rsidR="00DE042E" w:rsidRPr="00DE042E" w:rsidRDefault="00DE042E" w:rsidP="00DE042E">
      <w:pPr>
        <w:rPr>
          <w:rFonts w:ascii="Courier New" w:hAnsi="Courier New" w:cs="Courier New"/>
          <w:sz w:val="20"/>
          <w:szCs w:val="20"/>
        </w:rPr>
      </w:pPr>
      <w:bookmarkStart w:id="13" w:name="_Toc227795579"/>
      <w:r w:rsidRPr="00E74CD4">
        <w:rPr>
          <w:rStyle w:val="Heading3Char"/>
        </w:rPr>
        <w:t>Appendix C</w:t>
      </w:r>
      <w:bookmarkEnd w:id="13"/>
      <w:r w:rsidRPr="00DE042E">
        <w:rPr>
          <w:rFonts w:ascii="Courier New" w:hAnsi="Courier New" w:cs="Courier New"/>
          <w:sz w:val="20"/>
          <w:szCs w:val="20"/>
        </w:rPr>
        <w:t xml:space="preserve"> – about.html</w:t>
      </w:r>
    </w:p>
    <w:p w14:paraId="38EE2A09"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&lt;!DOCTYPE html&gt;</w:t>
      </w:r>
    </w:p>
    <w:p w14:paraId="23CF6C1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&lt;html lang="</w:t>
      </w:r>
      <w:proofErr w:type="spellStart"/>
      <w:r w:rsidRPr="00DE042E">
        <w:rPr>
          <w:rFonts w:ascii="Courier New" w:hAnsi="Courier New" w:cs="Courier New"/>
          <w:sz w:val="20"/>
          <w:szCs w:val="20"/>
          <w:lang w:val="en-GB"/>
        </w:rPr>
        <w:t>en</w:t>
      </w:r>
      <w:proofErr w:type="spellEnd"/>
      <w:r w:rsidRPr="00DE042E">
        <w:rPr>
          <w:rFonts w:ascii="Courier New" w:hAnsi="Courier New" w:cs="Courier New"/>
          <w:sz w:val="20"/>
          <w:szCs w:val="20"/>
          <w:lang w:val="en-GB"/>
        </w:rPr>
        <w:t>"&gt;</w:t>
      </w:r>
    </w:p>
    <w:p w14:paraId="6773945C" w14:textId="77777777" w:rsidR="00DE042E" w:rsidRPr="00DE042E" w:rsidRDefault="00DE042E" w:rsidP="00DE042E">
      <w:pPr>
        <w:rPr>
          <w:rFonts w:ascii="Courier New" w:hAnsi="Courier New" w:cs="Courier New"/>
          <w:sz w:val="20"/>
          <w:szCs w:val="20"/>
          <w:lang w:val="en-GB"/>
        </w:rPr>
      </w:pPr>
    </w:p>
    <w:p w14:paraId="580F88F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&lt;head&gt;</w:t>
      </w:r>
    </w:p>
    <w:p w14:paraId="6706CCD0" w14:textId="77777777" w:rsidR="00DE042E" w:rsidRPr="00DE042E" w:rsidRDefault="00DE042E" w:rsidP="00DE042E">
      <w:pPr>
        <w:rPr>
          <w:rFonts w:ascii="Courier New" w:hAnsi="Courier New" w:cs="Courier New"/>
          <w:sz w:val="20"/>
          <w:szCs w:val="20"/>
          <w:lang w:val="en-GB"/>
        </w:rPr>
      </w:pPr>
    </w:p>
    <w:p w14:paraId="0AEC3A4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&lt;meta charset="UTF-8"&gt;</w:t>
      </w:r>
    </w:p>
    <w:p w14:paraId="2384932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lastRenderedPageBreak/>
        <w:t>&lt;meta name="viewport" content="width=device-width, initial-scale=1.0"&gt;</w:t>
      </w:r>
    </w:p>
    <w:p w14:paraId="300E2572" w14:textId="77777777" w:rsidR="00DE042E" w:rsidRPr="00DE042E" w:rsidRDefault="00DE042E" w:rsidP="00DE042E">
      <w:pPr>
        <w:rPr>
          <w:rFonts w:ascii="Courier New" w:hAnsi="Courier New" w:cs="Courier New"/>
          <w:sz w:val="20"/>
          <w:szCs w:val="20"/>
          <w:lang w:val="en-GB"/>
        </w:rPr>
      </w:pPr>
    </w:p>
    <w:p w14:paraId="29BF5DE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&lt;title&gt;About - Synergy Massage Therapy&lt;/title&gt;</w:t>
      </w:r>
    </w:p>
    <w:p w14:paraId="2D83534C" w14:textId="77777777" w:rsidR="00DE042E" w:rsidRPr="00DE042E" w:rsidRDefault="00DE042E" w:rsidP="00DE042E">
      <w:pPr>
        <w:rPr>
          <w:rFonts w:ascii="Courier New" w:hAnsi="Courier New" w:cs="Courier New"/>
          <w:sz w:val="20"/>
          <w:szCs w:val="20"/>
          <w:lang w:val="en-GB"/>
        </w:rPr>
      </w:pPr>
    </w:p>
    <w:p w14:paraId="221F4A4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&lt;link </w:t>
      </w:r>
      <w:proofErr w:type="spellStart"/>
      <w:r w:rsidRPr="00DE042E">
        <w:rPr>
          <w:rFonts w:ascii="Courier New" w:hAnsi="Courier New" w:cs="Courier New"/>
          <w:sz w:val="20"/>
          <w:szCs w:val="20"/>
          <w:lang w:val="en-GB"/>
        </w:rPr>
        <w:t>rel</w:t>
      </w:r>
      <w:proofErr w:type="spellEnd"/>
      <w:r w:rsidRPr="00DE042E">
        <w:rPr>
          <w:rFonts w:ascii="Courier New" w:hAnsi="Courier New" w:cs="Courier New"/>
          <w:sz w:val="20"/>
          <w:szCs w:val="20"/>
          <w:lang w:val="en-GB"/>
        </w:rPr>
        <w:t xml:space="preserve">="stylesheet"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="style.css"&gt;</w:t>
      </w:r>
    </w:p>
    <w:p w14:paraId="25722E96" w14:textId="77777777" w:rsidR="00DE042E" w:rsidRPr="00DE042E" w:rsidRDefault="00DE042E" w:rsidP="00DE042E">
      <w:pPr>
        <w:rPr>
          <w:rFonts w:ascii="Courier New" w:hAnsi="Courier New" w:cs="Courier New"/>
          <w:sz w:val="20"/>
          <w:szCs w:val="20"/>
          <w:lang w:val="en-GB"/>
        </w:rPr>
      </w:pPr>
    </w:p>
    <w:p w14:paraId="2871F65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&lt;/head&gt;</w:t>
      </w:r>
    </w:p>
    <w:p w14:paraId="3703B315" w14:textId="77777777" w:rsidR="00DE042E" w:rsidRPr="00DE042E" w:rsidRDefault="00DE042E" w:rsidP="00DE042E">
      <w:pPr>
        <w:rPr>
          <w:rFonts w:ascii="Courier New" w:hAnsi="Courier New" w:cs="Courier New"/>
          <w:sz w:val="20"/>
          <w:szCs w:val="20"/>
          <w:lang w:val="en-GB"/>
        </w:rPr>
      </w:pPr>
    </w:p>
    <w:p w14:paraId="23F9F9C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&lt;body&gt;</w:t>
      </w:r>
    </w:p>
    <w:p w14:paraId="47F1311F" w14:textId="77777777" w:rsidR="00DE042E" w:rsidRPr="00DE042E" w:rsidRDefault="00DE042E" w:rsidP="00DE042E">
      <w:pPr>
        <w:rPr>
          <w:rFonts w:ascii="Courier New" w:hAnsi="Courier New" w:cs="Courier New"/>
          <w:sz w:val="20"/>
          <w:szCs w:val="20"/>
          <w:lang w:val="en-GB"/>
        </w:rPr>
      </w:pPr>
    </w:p>
    <w:p w14:paraId="0AF6519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&lt;header&gt;</w:t>
      </w:r>
    </w:p>
    <w:p w14:paraId="26A429AE" w14:textId="77777777" w:rsidR="00DE042E" w:rsidRPr="00DE042E" w:rsidRDefault="00DE042E" w:rsidP="00DE042E">
      <w:pPr>
        <w:rPr>
          <w:rFonts w:ascii="Courier New" w:hAnsi="Courier New" w:cs="Courier New"/>
          <w:sz w:val="20"/>
          <w:szCs w:val="20"/>
          <w:lang w:val="en-GB"/>
        </w:rPr>
      </w:pPr>
    </w:p>
    <w:p w14:paraId="02DFB14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&lt;h1&gt;Synergy Massage Therapy&lt;/h1&gt;</w:t>
      </w:r>
    </w:p>
    <w:p w14:paraId="5AA1E6E9" w14:textId="77777777" w:rsidR="00DE042E" w:rsidRPr="00DE042E" w:rsidRDefault="00DE042E" w:rsidP="00DE042E">
      <w:pPr>
        <w:rPr>
          <w:rFonts w:ascii="Courier New" w:hAnsi="Courier New" w:cs="Courier New"/>
          <w:sz w:val="20"/>
          <w:szCs w:val="20"/>
          <w:lang w:val="en-GB"/>
        </w:rPr>
      </w:pPr>
    </w:p>
    <w:p w14:paraId="10244FDE"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&lt;nav&gt;</w:t>
      </w:r>
    </w:p>
    <w:p w14:paraId="5C18AC3F" w14:textId="77777777" w:rsidR="00DE042E" w:rsidRPr="00DE042E" w:rsidRDefault="00DE042E" w:rsidP="00DE042E">
      <w:pPr>
        <w:rPr>
          <w:rFonts w:ascii="Courier New" w:hAnsi="Courier New" w:cs="Courier New"/>
          <w:sz w:val="20"/>
          <w:szCs w:val="20"/>
          <w:lang w:val="en-GB"/>
        </w:rPr>
      </w:pPr>
    </w:p>
    <w:p w14:paraId="3994DA5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="index.html"&gt;Home&lt;/a&gt;</w:t>
      </w:r>
    </w:p>
    <w:p w14:paraId="1E89BD5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="services.html"&gt;Services&lt;/a&gt;</w:t>
      </w:r>
    </w:p>
    <w:p w14:paraId="25324645"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="about.html"&gt;About&lt;/a&gt;</w:t>
      </w:r>
    </w:p>
    <w:p w14:paraId="14BE825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="contact.html"&gt;Contact&lt;/a&gt;</w:t>
      </w:r>
    </w:p>
    <w:p w14:paraId="6B9BCD39" w14:textId="77777777" w:rsidR="00DE042E" w:rsidRPr="00DE042E" w:rsidRDefault="00DE042E" w:rsidP="00DE042E">
      <w:pPr>
        <w:rPr>
          <w:rFonts w:ascii="Courier New" w:hAnsi="Courier New" w:cs="Courier New"/>
          <w:sz w:val="20"/>
          <w:szCs w:val="20"/>
          <w:lang w:val="en-GB"/>
        </w:rPr>
      </w:pPr>
    </w:p>
    <w:p w14:paraId="531D00B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&lt;/nav&gt;</w:t>
      </w:r>
    </w:p>
    <w:p w14:paraId="1AB038E1" w14:textId="77777777" w:rsidR="00DE042E" w:rsidRPr="00DE042E" w:rsidRDefault="00DE042E" w:rsidP="00DE042E">
      <w:pPr>
        <w:rPr>
          <w:rFonts w:ascii="Courier New" w:hAnsi="Courier New" w:cs="Courier New"/>
          <w:sz w:val="20"/>
          <w:szCs w:val="20"/>
          <w:lang w:val="en-GB"/>
        </w:rPr>
      </w:pPr>
    </w:p>
    <w:p w14:paraId="7582DA8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&lt;/header&gt;</w:t>
      </w:r>
    </w:p>
    <w:p w14:paraId="3805DE6F" w14:textId="77777777" w:rsidR="00DE042E" w:rsidRPr="00DE042E" w:rsidRDefault="00DE042E" w:rsidP="00DE042E">
      <w:pPr>
        <w:rPr>
          <w:rFonts w:ascii="Courier New" w:hAnsi="Courier New" w:cs="Courier New"/>
          <w:sz w:val="20"/>
          <w:szCs w:val="20"/>
          <w:lang w:val="en-GB"/>
        </w:rPr>
      </w:pPr>
    </w:p>
    <w:p w14:paraId="54331221"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&lt;section&gt;</w:t>
      </w:r>
    </w:p>
    <w:p w14:paraId="464B529B" w14:textId="77777777" w:rsidR="00DE042E" w:rsidRPr="00DE042E" w:rsidRDefault="00DE042E" w:rsidP="00DE042E">
      <w:pPr>
        <w:rPr>
          <w:rFonts w:ascii="Courier New" w:hAnsi="Courier New" w:cs="Courier New"/>
          <w:sz w:val="20"/>
          <w:szCs w:val="20"/>
          <w:lang w:val="en-GB"/>
        </w:rPr>
      </w:pPr>
    </w:p>
    <w:p w14:paraId="52ACDD3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&lt;h2&gt;About Us&lt;/h2&gt;</w:t>
      </w:r>
    </w:p>
    <w:p w14:paraId="4CB0AB07" w14:textId="77777777" w:rsidR="00DE042E" w:rsidRPr="00DE042E" w:rsidRDefault="00DE042E" w:rsidP="00DE042E">
      <w:pPr>
        <w:rPr>
          <w:rFonts w:ascii="Courier New" w:hAnsi="Courier New" w:cs="Courier New"/>
          <w:sz w:val="20"/>
          <w:szCs w:val="20"/>
          <w:lang w:val="en-GB"/>
        </w:rPr>
      </w:pPr>
    </w:p>
    <w:p w14:paraId="309E1006"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&lt;p&gt;</w:t>
      </w:r>
    </w:p>
    <w:p w14:paraId="3AD97FE9" w14:textId="77777777" w:rsidR="00DE042E" w:rsidRPr="00DE042E" w:rsidRDefault="00DE042E" w:rsidP="00DE042E">
      <w:pPr>
        <w:rPr>
          <w:rFonts w:ascii="Courier New" w:hAnsi="Courier New" w:cs="Courier New"/>
          <w:sz w:val="20"/>
          <w:szCs w:val="20"/>
          <w:lang w:val="en-GB"/>
        </w:rPr>
      </w:pPr>
    </w:p>
    <w:p w14:paraId="450CDD4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Synergy Massage Therapy provides professional massage treatments designed to reduce muscle tension, improve recovery and support overall wellbeing.</w:t>
      </w:r>
    </w:p>
    <w:p w14:paraId="1992634F" w14:textId="77777777" w:rsidR="00DE042E" w:rsidRPr="00DE042E" w:rsidRDefault="00DE042E" w:rsidP="00DE042E">
      <w:pPr>
        <w:rPr>
          <w:rFonts w:ascii="Courier New" w:hAnsi="Courier New" w:cs="Courier New"/>
          <w:sz w:val="20"/>
          <w:szCs w:val="20"/>
          <w:lang w:val="en-GB"/>
        </w:rPr>
      </w:pPr>
    </w:p>
    <w:p w14:paraId="1FF8981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We offer personalised treatments including sports massage, deep tissue massage, classic massage and reflexology to meet individual client needs.</w:t>
      </w:r>
    </w:p>
    <w:p w14:paraId="1EF00573" w14:textId="77777777" w:rsidR="00DE042E" w:rsidRPr="00DE042E" w:rsidRDefault="00DE042E" w:rsidP="00DE042E">
      <w:pPr>
        <w:rPr>
          <w:rFonts w:ascii="Courier New" w:hAnsi="Courier New" w:cs="Courier New"/>
          <w:sz w:val="20"/>
          <w:szCs w:val="20"/>
          <w:lang w:val="en-GB"/>
        </w:rPr>
      </w:pPr>
    </w:p>
    <w:p w14:paraId="790DC4B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&lt;/p&gt;</w:t>
      </w:r>
    </w:p>
    <w:p w14:paraId="2041C787" w14:textId="77777777" w:rsidR="00DE042E" w:rsidRPr="00DE042E" w:rsidRDefault="00DE042E" w:rsidP="00DE042E">
      <w:pPr>
        <w:rPr>
          <w:rFonts w:ascii="Courier New" w:hAnsi="Courier New" w:cs="Courier New"/>
          <w:sz w:val="20"/>
          <w:szCs w:val="20"/>
          <w:lang w:val="en-GB"/>
        </w:rPr>
      </w:pPr>
    </w:p>
    <w:p w14:paraId="16904E8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&lt;/section&gt;</w:t>
      </w:r>
    </w:p>
    <w:p w14:paraId="392050C7" w14:textId="77777777" w:rsidR="00DE042E" w:rsidRPr="00DE042E" w:rsidRDefault="00DE042E" w:rsidP="00DE042E">
      <w:pPr>
        <w:rPr>
          <w:rFonts w:ascii="Courier New" w:hAnsi="Courier New" w:cs="Courier New"/>
          <w:sz w:val="20"/>
          <w:szCs w:val="20"/>
          <w:lang w:val="en-GB"/>
        </w:rPr>
      </w:pPr>
    </w:p>
    <w:p w14:paraId="27C7B8B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&lt;footer&gt;</w:t>
      </w:r>
    </w:p>
    <w:p w14:paraId="3404FBF9" w14:textId="77777777" w:rsidR="00DE042E" w:rsidRPr="00DE042E" w:rsidRDefault="00DE042E" w:rsidP="00DE042E">
      <w:pPr>
        <w:rPr>
          <w:rFonts w:ascii="Courier New" w:hAnsi="Courier New" w:cs="Courier New"/>
          <w:sz w:val="20"/>
          <w:szCs w:val="20"/>
          <w:lang w:val="en-GB"/>
        </w:rPr>
      </w:pPr>
    </w:p>
    <w:p w14:paraId="3E435699"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&lt;p&gt;© 2026 Synergy Massage Therapy&lt;/p&gt;</w:t>
      </w:r>
    </w:p>
    <w:p w14:paraId="385E0EF0" w14:textId="77777777" w:rsidR="00DE042E" w:rsidRPr="00DE042E" w:rsidRDefault="00DE042E" w:rsidP="00DE042E">
      <w:pPr>
        <w:rPr>
          <w:rFonts w:ascii="Courier New" w:hAnsi="Courier New" w:cs="Courier New"/>
          <w:sz w:val="20"/>
          <w:szCs w:val="20"/>
          <w:lang w:val="en-GB"/>
        </w:rPr>
      </w:pPr>
    </w:p>
    <w:p w14:paraId="0B6FE17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&lt;/footer&gt;</w:t>
      </w:r>
    </w:p>
    <w:p w14:paraId="5E2A12C9" w14:textId="77777777" w:rsidR="00DE042E" w:rsidRPr="00DE042E" w:rsidRDefault="00DE042E" w:rsidP="00DE042E">
      <w:pPr>
        <w:rPr>
          <w:rFonts w:ascii="Courier New" w:hAnsi="Courier New" w:cs="Courier New"/>
          <w:sz w:val="20"/>
          <w:szCs w:val="20"/>
          <w:lang w:val="en-GB"/>
        </w:rPr>
      </w:pPr>
    </w:p>
    <w:p w14:paraId="0F1F807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&lt;/body&gt;</w:t>
      </w:r>
    </w:p>
    <w:p w14:paraId="469007BB" w14:textId="77777777" w:rsidR="00DE042E" w:rsidRPr="00DE042E" w:rsidRDefault="00DE042E" w:rsidP="00DE042E">
      <w:pPr>
        <w:rPr>
          <w:rFonts w:ascii="Courier New" w:hAnsi="Courier New" w:cs="Courier New"/>
          <w:sz w:val="20"/>
          <w:szCs w:val="20"/>
          <w:lang w:val="en-GB"/>
        </w:rPr>
      </w:pPr>
    </w:p>
    <w:p w14:paraId="1E857B1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&lt;/html&gt;</w:t>
      </w:r>
    </w:p>
    <w:p w14:paraId="54509F66" w14:textId="2A78AB2B" w:rsidR="00DE042E" w:rsidRPr="00DE042E" w:rsidRDefault="00DE042E" w:rsidP="00DE042E">
      <w:pPr>
        <w:rPr>
          <w:rFonts w:ascii="Courier New" w:hAnsi="Courier New" w:cs="Courier New"/>
          <w:sz w:val="20"/>
          <w:szCs w:val="20"/>
        </w:rPr>
      </w:pPr>
    </w:p>
    <w:p w14:paraId="33FFE66B" w14:textId="77777777" w:rsidR="00DE042E" w:rsidRPr="00DE042E" w:rsidRDefault="00DE042E" w:rsidP="00DE042E">
      <w:pPr>
        <w:rPr>
          <w:rFonts w:ascii="Courier New" w:hAnsi="Courier New" w:cs="Courier New"/>
          <w:sz w:val="20"/>
          <w:szCs w:val="20"/>
        </w:rPr>
      </w:pPr>
    </w:p>
    <w:p w14:paraId="7B3772F4" w14:textId="77777777" w:rsidR="00DE042E" w:rsidRPr="00DE042E" w:rsidRDefault="00DE042E" w:rsidP="00DE042E">
      <w:pPr>
        <w:rPr>
          <w:rFonts w:ascii="Courier New" w:hAnsi="Courier New" w:cs="Courier New"/>
          <w:sz w:val="20"/>
          <w:szCs w:val="20"/>
        </w:rPr>
      </w:pPr>
      <w:bookmarkStart w:id="14" w:name="_Toc227795580"/>
      <w:r w:rsidRPr="00E74CD4">
        <w:rPr>
          <w:rStyle w:val="Heading3Char"/>
        </w:rPr>
        <w:t>Appendix D</w:t>
      </w:r>
      <w:bookmarkEnd w:id="14"/>
      <w:r w:rsidRPr="00DE042E">
        <w:rPr>
          <w:rFonts w:ascii="Courier New" w:hAnsi="Courier New" w:cs="Courier New"/>
          <w:sz w:val="20"/>
          <w:szCs w:val="20"/>
        </w:rPr>
        <w:t xml:space="preserve"> – contact.html</w:t>
      </w:r>
    </w:p>
    <w:p w14:paraId="5132F60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&lt;!DOCTYPE html&gt;</w:t>
      </w:r>
    </w:p>
    <w:p w14:paraId="2B15E99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&lt;html lang="</w:t>
      </w:r>
      <w:proofErr w:type="spellStart"/>
      <w:r w:rsidRPr="00DE042E">
        <w:rPr>
          <w:rFonts w:ascii="Courier New" w:hAnsi="Courier New" w:cs="Courier New"/>
          <w:sz w:val="20"/>
          <w:szCs w:val="20"/>
          <w:lang w:val="en-GB"/>
        </w:rPr>
        <w:t>en</w:t>
      </w:r>
      <w:proofErr w:type="spellEnd"/>
      <w:r w:rsidRPr="00DE042E">
        <w:rPr>
          <w:rFonts w:ascii="Courier New" w:hAnsi="Courier New" w:cs="Courier New"/>
          <w:sz w:val="20"/>
          <w:szCs w:val="20"/>
          <w:lang w:val="en-GB"/>
        </w:rPr>
        <w:t>"&gt;</w:t>
      </w:r>
    </w:p>
    <w:p w14:paraId="02AF781D" w14:textId="77777777" w:rsidR="00DE042E" w:rsidRPr="00DE042E" w:rsidRDefault="00DE042E" w:rsidP="00DE042E">
      <w:pPr>
        <w:rPr>
          <w:rFonts w:ascii="Courier New" w:hAnsi="Courier New" w:cs="Courier New"/>
          <w:sz w:val="20"/>
          <w:szCs w:val="20"/>
          <w:lang w:val="en-GB"/>
        </w:rPr>
      </w:pPr>
    </w:p>
    <w:p w14:paraId="209FA8B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lastRenderedPageBreak/>
        <w:t>&lt;head&gt;</w:t>
      </w:r>
    </w:p>
    <w:p w14:paraId="2818F09E" w14:textId="77777777" w:rsidR="00DE042E" w:rsidRPr="00DE042E" w:rsidRDefault="00DE042E" w:rsidP="00DE042E">
      <w:pPr>
        <w:rPr>
          <w:rFonts w:ascii="Courier New" w:hAnsi="Courier New" w:cs="Courier New"/>
          <w:sz w:val="20"/>
          <w:szCs w:val="20"/>
          <w:lang w:val="en-GB"/>
        </w:rPr>
      </w:pPr>
    </w:p>
    <w:p w14:paraId="5FD3B05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&lt;meta charset="UTF-8"&gt;</w:t>
      </w:r>
    </w:p>
    <w:p w14:paraId="5720FCB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&lt;meta name="viewport" content="width=device-width, initial-scale=1.0"&gt;</w:t>
      </w:r>
    </w:p>
    <w:p w14:paraId="278C66D4" w14:textId="77777777" w:rsidR="00DE042E" w:rsidRPr="00DE042E" w:rsidRDefault="00DE042E" w:rsidP="00DE042E">
      <w:pPr>
        <w:rPr>
          <w:rFonts w:ascii="Courier New" w:hAnsi="Courier New" w:cs="Courier New"/>
          <w:sz w:val="20"/>
          <w:szCs w:val="20"/>
          <w:lang w:val="en-GB"/>
        </w:rPr>
      </w:pPr>
    </w:p>
    <w:p w14:paraId="5051A52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&lt;title&gt;Contact - Synergy Massage Therapy&lt;/title&gt;</w:t>
      </w:r>
    </w:p>
    <w:p w14:paraId="67390C8D" w14:textId="77777777" w:rsidR="00DE042E" w:rsidRPr="00DE042E" w:rsidRDefault="00DE042E" w:rsidP="00DE042E">
      <w:pPr>
        <w:rPr>
          <w:rFonts w:ascii="Courier New" w:hAnsi="Courier New" w:cs="Courier New"/>
          <w:sz w:val="20"/>
          <w:szCs w:val="20"/>
          <w:lang w:val="en-GB"/>
        </w:rPr>
      </w:pPr>
    </w:p>
    <w:p w14:paraId="12A35916"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&lt;link </w:t>
      </w:r>
      <w:proofErr w:type="spellStart"/>
      <w:r w:rsidRPr="00DE042E">
        <w:rPr>
          <w:rFonts w:ascii="Courier New" w:hAnsi="Courier New" w:cs="Courier New"/>
          <w:sz w:val="20"/>
          <w:szCs w:val="20"/>
          <w:lang w:val="en-GB"/>
        </w:rPr>
        <w:t>rel</w:t>
      </w:r>
      <w:proofErr w:type="spellEnd"/>
      <w:r w:rsidRPr="00DE042E">
        <w:rPr>
          <w:rFonts w:ascii="Courier New" w:hAnsi="Courier New" w:cs="Courier New"/>
          <w:sz w:val="20"/>
          <w:szCs w:val="20"/>
          <w:lang w:val="en-GB"/>
        </w:rPr>
        <w:t xml:space="preserve">="stylesheet"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="style.css"&gt;</w:t>
      </w:r>
    </w:p>
    <w:p w14:paraId="1F9D6EFF" w14:textId="77777777" w:rsidR="00DE042E" w:rsidRPr="00DE042E" w:rsidRDefault="00DE042E" w:rsidP="00DE042E">
      <w:pPr>
        <w:rPr>
          <w:rFonts w:ascii="Courier New" w:hAnsi="Courier New" w:cs="Courier New"/>
          <w:sz w:val="20"/>
          <w:szCs w:val="20"/>
          <w:lang w:val="en-GB"/>
        </w:rPr>
      </w:pPr>
    </w:p>
    <w:p w14:paraId="75B7E37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&lt;/head&gt;</w:t>
      </w:r>
    </w:p>
    <w:p w14:paraId="2A9EE464" w14:textId="77777777" w:rsidR="00DE042E" w:rsidRPr="00DE042E" w:rsidRDefault="00DE042E" w:rsidP="00DE042E">
      <w:pPr>
        <w:rPr>
          <w:rFonts w:ascii="Courier New" w:hAnsi="Courier New" w:cs="Courier New"/>
          <w:sz w:val="20"/>
          <w:szCs w:val="20"/>
          <w:lang w:val="en-GB"/>
        </w:rPr>
      </w:pPr>
    </w:p>
    <w:p w14:paraId="2CAC89C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&lt;body&gt;</w:t>
      </w:r>
    </w:p>
    <w:p w14:paraId="722F3D29" w14:textId="77777777" w:rsidR="00DE042E" w:rsidRPr="00DE042E" w:rsidRDefault="00DE042E" w:rsidP="00DE042E">
      <w:pPr>
        <w:rPr>
          <w:rFonts w:ascii="Courier New" w:hAnsi="Courier New" w:cs="Courier New"/>
          <w:sz w:val="20"/>
          <w:szCs w:val="20"/>
          <w:lang w:val="en-GB"/>
        </w:rPr>
      </w:pPr>
    </w:p>
    <w:p w14:paraId="194A36D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&lt;header&gt;</w:t>
      </w:r>
    </w:p>
    <w:p w14:paraId="4F27CEEB" w14:textId="77777777" w:rsidR="00DE042E" w:rsidRPr="00DE042E" w:rsidRDefault="00DE042E" w:rsidP="00DE042E">
      <w:pPr>
        <w:rPr>
          <w:rFonts w:ascii="Courier New" w:hAnsi="Courier New" w:cs="Courier New"/>
          <w:sz w:val="20"/>
          <w:szCs w:val="20"/>
          <w:lang w:val="en-GB"/>
        </w:rPr>
      </w:pPr>
    </w:p>
    <w:p w14:paraId="4539F945"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&lt;h1&gt;Synergy Massage Therapy&lt;/h1&gt;</w:t>
      </w:r>
    </w:p>
    <w:p w14:paraId="5C1C951F" w14:textId="77777777" w:rsidR="00DE042E" w:rsidRPr="00DE042E" w:rsidRDefault="00DE042E" w:rsidP="00DE042E">
      <w:pPr>
        <w:rPr>
          <w:rFonts w:ascii="Courier New" w:hAnsi="Courier New" w:cs="Courier New"/>
          <w:sz w:val="20"/>
          <w:szCs w:val="20"/>
          <w:lang w:val="en-GB"/>
        </w:rPr>
      </w:pPr>
    </w:p>
    <w:p w14:paraId="4F91A3E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&lt;nav&gt;</w:t>
      </w:r>
    </w:p>
    <w:p w14:paraId="214A7086" w14:textId="77777777" w:rsidR="00DE042E" w:rsidRPr="00DE042E" w:rsidRDefault="00DE042E" w:rsidP="00DE042E">
      <w:pPr>
        <w:rPr>
          <w:rFonts w:ascii="Courier New" w:hAnsi="Courier New" w:cs="Courier New"/>
          <w:sz w:val="20"/>
          <w:szCs w:val="20"/>
          <w:lang w:val="en-GB"/>
        </w:rPr>
      </w:pPr>
    </w:p>
    <w:p w14:paraId="3FCB8BB6"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="index.html"&gt;Home&lt;/a&gt;</w:t>
      </w:r>
    </w:p>
    <w:p w14:paraId="7EBBA672"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="services.html"&gt;Services&lt;/a&gt;</w:t>
      </w:r>
    </w:p>
    <w:p w14:paraId="7FED61B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="about.html"&gt;About&lt;/a&gt;</w:t>
      </w:r>
    </w:p>
    <w:p w14:paraId="50CB997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&lt;a </w:t>
      </w:r>
      <w:proofErr w:type="spellStart"/>
      <w:r w:rsidRPr="00DE042E">
        <w:rPr>
          <w:rFonts w:ascii="Courier New" w:hAnsi="Courier New" w:cs="Courier New"/>
          <w:sz w:val="20"/>
          <w:szCs w:val="20"/>
          <w:lang w:val="en-GB"/>
        </w:rPr>
        <w:t>href</w:t>
      </w:r>
      <w:proofErr w:type="spellEnd"/>
      <w:r w:rsidRPr="00DE042E">
        <w:rPr>
          <w:rFonts w:ascii="Courier New" w:hAnsi="Courier New" w:cs="Courier New"/>
          <w:sz w:val="20"/>
          <w:szCs w:val="20"/>
          <w:lang w:val="en-GB"/>
        </w:rPr>
        <w:t>="contact.html"&gt;Contact&lt;/a&gt;</w:t>
      </w:r>
    </w:p>
    <w:p w14:paraId="2DCAD27B" w14:textId="77777777" w:rsidR="00DE042E" w:rsidRPr="00DE042E" w:rsidRDefault="00DE042E" w:rsidP="00DE042E">
      <w:pPr>
        <w:rPr>
          <w:rFonts w:ascii="Courier New" w:hAnsi="Courier New" w:cs="Courier New"/>
          <w:sz w:val="20"/>
          <w:szCs w:val="20"/>
          <w:lang w:val="en-GB"/>
        </w:rPr>
      </w:pPr>
    </w:p>
    <w:p w14:paraId="58F97C45"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&lt;/nav&gt;</w:t>
      </w:r>
    </w:p>
    <w:p w14:paraId="762136C2" w14:textId="77777777" w:rsidR="00DE042E" w:rsidRPr="00DE042E" w:rsidRDefault="00DE042E" w:rsidP="00DE042E">
      <w:pPr>
        <w:rPr>
          <w:rFonts w:ascii="Courier New" w:hAnsi="Courier New" w:cs="Courier New"/>
          <w:sz w:val="20"/>
          <w:szCs w:val="20"/>
          <w:lang w:val="en-GB"/>
        </w:rPr>
      </w:pPr>
    </w:p>
    <w:p w14:paraId="733EAC8E"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&lt;/header&gt;</w:t>
      </w:r>
    </w:p>
    <w:p w14:paraId="466EBBFF" w14:textId="77777777" w:rsidR="00DE042E" w:rsidRPr="00DE042E" w:rsidRDefault="00DE042E" w:rsidP="00DE042E">
      <w:pPr>
        <w:rPr>
          <w:rFonts w:ascii="Courier New" w:hAnsi="Courier New" w:cs="Courier New"/>
          <w:sz w:val="20"/>
          <w:szCs w:val="20"/>
          <w:lang w:val="en-GB"/>
        </w:rPr>
      </w:pPr>
    </w:p>
    <w:p w14:paraId="212EFB95"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lastRenderedPageBreak/>
        <w:t>&lt;section&gt;</w:t>
      </w:r>
    </w:p>
    <w:p w14:paraId="227643B8" w14:textId="77777777" w:rsidR="00DE042E" w:rsidRPr="00DE042E" w:rsidRDefault="00DE042E" w:rsidP="00DE042E">
      <w:pPr>
        <w:rPr>
          <w:rFonts w:ascii="Courier New" w:hAnsi="Courier New" w:cs="Courier New"/>
          <w:sz w:val="20"/>
          <w:szCs w:val="20"/>
          <w:lang w:val="en-GB"/>
        </w:rPr>
      </w:pPr>
    </w:p>
    <w:p w14:paraId="2E10B35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&lt;h2&gt;Contact Us&lt;/h2&gt;</w:t>
      </w:r>
    </w:p>
    <w:p w14:paraId="51BD3E70" w14:textId="77777777" w:rsidR="00DE042E" w:rsidRPr="00DE042E" w:rsidRDefault="00DE042E" w:rsidP="00DE042E">
      <w:pPr>
        <w:rPr>
          <w:rFonts w:ascii="Courier New" w:hAnsi="Courier New" w:cs="Courier New"/>
          <w:sz w:val="20"/>
          <w:szCs w:val="20"/>
          <w:lang w:val="en-GB"/>
        </w:rPr>
      </w:pPr>
    </w:p>
    <w:p w14:paraId="6411381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&lt;p&gt;Email: info@synergymassagetherapy.com&lt;/p&gt;</w:t>
      </w:r>
    </w:p>
    <w:p w14:paraId="03A279D2" w14:textId="77777777" w:rsidR="00DE042E" w:rsidRPr="00DE042E" w:rsidRDefault="00DE042E" w:rsidP="00DE042E">
      <w:pPr>
        <w:rPr>
          <w:rFonts w:ascii="Courier New" w:hAnsi="Courier New" w:cs="Courier New"/>
          <w:sz w:val="20"/>
          <w:szCs w:val="20"/>
          <w:lang w:val="en-GB"/>
        </w:rPr>
      </w:pPr>
    </w:p>
    <w:p w14:paraId="0B281322"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&lt;p&gt;Mobile appointments available 7 days a </w:t>
      </w:r>
      <w:proofErr w:type="gramStart"/>
      <w:r w:rsidRPr="00DE042E">
        <w:rPr>
          <w:rFonts w:ascii="Courier New" w:hAnsi="Courier New" w:cs="Courier New"/>
          <w:sz w:val="20"/>
          <w:szCs w:val="20"/>
          <w:lang w:val="en-GB"/>
        </w:rPr>
        <w:t>week.&lt;</w:t>
      </w:r>
      <w:proofErr w:type="gramEnd"/>
      <w:r w:rsidRPr="00DE042E">
        <w:rPr>
          <w:rFonts w:ascii="Courier New" w:hAnsi="Courier New" w:cs="Courier New"/>
          <w:sz w:val="20"/>
          <w:szCs w:val="20"/>
          <w:lang w:val="en-GB"/>
        </w:rPr>
        <w:t>/p&gt;</w:t>
      </w:r>
    </w:p>
    <w:p w14:paraId="1B72A86A" w14:textId="77777777" w:rsidR="00DE042E" w:rsidRPr="00DE042E" w:rsidRDefault="00DE042E" w:rsidP="00DE042E">
      <w:pPr>
        <w:rPr>
          <w:rFonts w:ascii="Courier New" w:hAnsi="Courier New" w:cs="Courier New"/>
          <w:sz w:val="20"/>
          <w:szCs w:val="20"/>
          <w:lang w:val="en-GB"/>
        </w:rPr>
      </w:pPr>
    </w:p>
    <w:p w14:paraId="18B3B2A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&lt;p&gt;Phone: 07706014511&lt;/p&gt;</w:t>
      </w:r>
    </w:p>
    <w:p w14:paraId="40D9FA86" w14:textId="77777777" w:rsidR="00DE042E" w:rsidRPr="00DE042E" w:rsidRDefault="00DE042E" w:rsidP="00DE042E">
      <w:pPr>
        <w:rPr>
          <w:rFonts w:ascii="Courier New" w:hAnsi="Courier New" w:cs="Courier New"/>
          <w:sz w:val="20"/>
          <w:szCs w:val="20"/>
          <w:lang w:val="en-GB"/>
        </w:rPr>
      </w:pPr>
    </w:p>
    <w:p w14:paraId="056CCD8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&lt;p&gt;Location: Mobile massage service available across London and surrounding </w:t>
      </w:r>
      <w:proofErr w:type="gramStart"/>
      <w:r w:rsidRPr="00DE042E">
        <w:rPr>
          <w:rFonts w:ascii="Courier New" w:hAnsi="Courier New" w:cs="Courier New"/>
          <w:sz w:val="20"/>
          <w:szCs w:val="20"/>
          <w:lang w:val="en-GB"/>
        </w:rPr>
        <w:t>areas.&lt;</w:t>
      </w:r>
      <w:proofErr w:type="gramEnd"/>
      <w:r w:rsidRPr="00DE042E">
        <w:rPr>
          <w:rFonts w:ascii="Courier New" w:hAnsi="Courier New" w:cs="Courier New"/>
          <w:sz w:val="20"/>
          <w:szCs w:val="20"/>
          <w:lang w:val="en-GB"/>
        </w:rPr>
        <w:t>/p&gt;</w:t>
      </w:r>
    </w:p>
    <w:p w14:paraId="3A16A97C" w14:textId="77777777" w:rsidR="00DE042E" w:rsidRPr="00DE042E" w:rsidRDefault="00DE042E" w:rsidP="00DE042E">
      <w:pPr>
        <w:rPr>
          <w:rFonts w:ascii="Courier New" w:hAnsi="Courier New" w:cs="Courier New"/>
          <w:sz w:val="20"/>
          <w:szCs w:val="20"/>
          <w:lang w:val="en-GB"/>
        </w:rPr>
      </w:pPr>
    </w:p>
    <w:p w14:paraId="1270DF4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&lt;/section&gt;</w:t>
      </w:r>
    </w:p>
    <w:p w14:paraId="0F32697C" w14:textId="77777777" w:rsidR="00DE042E" w:rsidRPr="00DE042E" w:rsidRDefault="00DE042E" w:rsidP="00DE042E">
      <w:pPr>
        <w:rPr>
          <w:rFonts w:ascii="Courier New" w:hAnsi="Courier New" w:cs="Courier New"/>
          <w:sz w:val="20"/>
          <w:szCs w:val="20"/>
          <w:lang w:val="en-GB"/>
        </w:rPr>
      </w:pPr>
    </w:p>
    <w:p w14:paraId="1C05607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&lt;footer&gt;</w:t>
      </w:r>
    </w:p>
    <w:p w14:paraId="155355DB" w14:textId="77777777" w:rsidR="00DE042E" w:rsidRPr="00DE042E" w:rsidRDefault="00DE042E" w:rsidP="00DE042E">
      <w:pPr>
        <w:rPr>
          <w:rFonts w:ascii="Courier New" w:hAnsi="Courier New" w:cs="Courier New"/>
          <w:sz w:val="20"/>
          <w:szCs w:val="20"/>
          <w:lang w:val="en-GB"/>
        </w:rPr>
      </w:pPr>
    </w:p>
    <w:p w14:paraId="3911801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&lt;p&gt;© 2026 Synergy Massage Therapy&lt;/p&gt;</w:t>
      </w:r>
    </w:p>
    <w:p w14:paraId="6F6C8BEF" w14:textId="77777777" w:rsidR="00DE042E" w:rsidRPr="00DE042E" w:rsidRDefault="00DE042E" w:rsidP="00DE042E">
      <w:pPr>
        <w:rPr>
          <w:rFonts w:ascii="Courier New" w:hAnsi="Courier New" w:cs="Courier New"/>
          <w:sz w:val="20"/>
          <w:szCs w:val="20"/>
          <w:lang w:val="en-GB"/>
        </w:rPr>
      </w:pPr>
    </w:p>
    <w:p w14:paraId="324140E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&lt;/footer&gt;</w:t>
      </w:r>
    </w:p>
    <w:p w14:paraId="0C63486B" w14:textId="77777777" w:rsidR="00DE042E" w:rsidRPr="00DE042E" w:rsidRDefault="00DE042E" w:rsidP="00DE042E">
      <w:pPr>
        <w:rPr>
          <w:rFonts w:ascii="Courier New" w:hAnsi="Courier New" w:cs="Courier New"/>
          <w:sz w:val="20"/>
          <w:szCs w:val="20"/>
          <w:lang w:val="en-GB"/>
        </w:rPr>
      </w:pPr>
    </w:p>
    <w:p w14:paraId="57DDDF5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&lt;/body&gt;</w:t>
      </w:r>
    </w:p>
    <w:p w14:paraId="75CD64AA" w14:textId="77777777" w:rsidR="00DE042E" w:rsidRPr="00DE042E" w:rsidRDefault="00DE042E" w:rsidP="00DE042E">
      <w:pPr>
        <w:rPr>
          <w:rFonts w:ascii="Courier New" w:hAnsi="Courier New" w:cs="Courier New"/>
          <w:sz w:val="20"/>
          <w:szCs w:val="20"/>
          <w:lang w:val="en-GB"/>
        </w:rPr>
      </w:pPr>
    </w:p>
    <w:p w14:paraId="639BD51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&lt;/html&gt;</w:t>
      </w:r>
    </w:p>
    <w:p w14:paraId="149CD27F" w14:textId="77777777" w:rsidR="00DE042E" w:rsidRPr="00DE042E" w:rsidRDefault="00DE042E" w:rsidP="00DE042E">
      <w:pPr>
        <w:rPr>
          <w:rFonts w:ascii="Courier New" w:hAnsi="Courier New" w:cs="Courier New"/>
          <w:sz w:val="20"/>
          <w:szCs w:val="20"/>
        </w:rPr>
      </w:pPr>
    </w:p>
    <w:p w14:paraId="5F44053C" w14:textId="77777777" w:rsidR="00DE042E" w:rsidRPr="00DE042E" w:rsidRDefault="00DE042E" w:rsidP="00DE042E">
      <w:pPr>
        <w:rPr>
          <w:rFonts w:ascii="Courier New" w:hAnsi="Courier New" w:cs="Courier New"/>
          <w:sz w:val="20"/>
          <w:szCs w:val="20"/>
        </w:rPr>
      </w:pPr>
      <w:bookmarkStart w:id="15" w:name="_Toc227795581"/>
      <w:r w:rsidRPr="00E74CD4">
        <w:rPr>
          <w:rStyle w:val="Heading3Char"/>
        </w:rPr>
        <w:t>Appendix E</w:t>
      </w:r>
      <w:bookmarkEnd w:id="15"/>
      <w:r w:rsidRPr="00DE042E">
        <w:rPr>
          <w:rFonts w:ascii="Courier New" w:hAnsi="Courier New" w:cs="Courier New"/>
          <w:sz w:val="20"/>
          <w:szCs w:val="20"/>
        </w:rPr>
        <w:t xml:space="preserve"> – style.css</w:t>
      </w:r>
    </w:p>
    <w:p w14:paraId="399B518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Global reset */</w:t>
      </w:r>
    </w:p>
    <w:p w14:paraId="1692D52D" w14:textId="77777777" w:rsidR="00DE042E" w:rsidRPr="00DE042E" w:rsidRDefault="00DE042E" w:rsidP="00DE042E">
      <w:pPr>
        <w:rPr>
          <w:rFonts w:ascii="Courier New" w:hAnsi="Courier New" w:cs="Courier New"/>
          <w:sz w:val="20"/>
          <w:szCs w:val="20"/>
          <w:lang w:val="en-GB"/>
        </w:rPr>
      </w:pPr>
    </w:p>
    <w:p w14:paraId="1A08D6D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lastRenderedPageBreak/>
        <w:t>* {</w:t>
      </w:r>
    </w:p>
    <w:p w14:paraId="6027F35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box-sizing: border-</w:t>
      </w:r>
      <w:proofErr w:type="gramStart"/>
      <w:r w:rsidRPr="00DE042E">
        <w:rPr>
          <w:rFonts w:ascii="Courier New" w:hAnsi="Courier New" w:cs="Courier New"/>
          <w:sz w:val="20"/>
          <w:szCs w:val="20"/>
          <w:lang w:val="en-GB"/>
        </w:rPr>
        <w:t>box;</w:t>
      </w:r>
      <w:proofErr w:type="gramEnd"/>
    </w:p>
    <w:p w14:paraId="77AF31A2"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17101CAC" w14:textId="77777777" w:rsidR="00DE042E" w:rsidRPr="00DE042E" w:rsidRDefault="00DE042E" w:rsidP="00DE042E">
      <w:pPr>
        <w:rPr>
          <w:rFonts w:ascii="Courier New" w:hAnsi="Courier New" w:cs="Courier New"/>
          <w:sz w:val="20"/>
          <w:szCs w:val="20"/>
          <w:lang w:val="en-GB"/>
        </w:rPr>
      </w:pPr>
    </w:p>
    <w:p w14:paraId="6028C009"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body {</w:t>
      </w:r>
    </w:p>
    <w:p w14:paraId="165BF309"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margin: </w:t>
      </w:r>
      <w:proofErr w:type="gramStart"/>
      <w:r w:rsidRPr="00DE042E">
        <w:rPr>
          <w:rFonts w:ascii="Courier New" w:hAnsi="Courier New" w:cs="Courier New"/>
          <w:sz w:val="20"/>
          <w:szCs w:val="20"/>
          <w:lang w:val="en-GB"/>
        </w:rPr>
        <w:t>0;</w:t>
      </w:r>
      <w:proofErr w:type="gramEnd"/>
    </w:p>
    <w:p w14:paraId="60876AF9"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padding: </w:t>
      </w:r>
      <w:proofErr w:type="gramStart"/>
      <w:r w:rsidRPr="00DE042E">
        <w:rPr>
          <w:rFonts w:ascii="Courier New" w:hAnsi="Courier New" w:cs="Courier New"/>
          <w:sz w:val="20"/>
          <w:szCs w:val="20"/>
          <w:lang w:val="en-GB"/>
        </w:rPr>
        <w:t>0;</w:t>
      </w:r>
      <w:proofErr w:type="gramEnd"/>
    </w:p>
    <w:p w14:paraId="461FAFF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font-family: Arial, sans-</w:t>
      </w:r>
      <w:proofErr w:type="gramStart"/>
      <w:r w:rsidRPr="00DE042E">
        <w:rPr>
          <w:rFonts w:ascii="Courier New" w:hAnsi="Courier New" w:cs="Courier New"/>
          <w:sz w:val="20"/>
          <w:szCs w:val="20"/>
          <w:lang w:val="en-GB"/>
        </w:rPr>
        <w:t>serif;</w:t>
      </w:r>
      <w:proofErr w:type="gramEnd"/>
    </w:p>
    <w:p w14:paraId="48AE8AF2"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overflow-x: </w:t>
      </w:r>
      <w:proofErr w:type="gramStart"/>
      <w:r w:rsidRPr="00DE042E">
        <w:rPr>
          <w:rFonts w:ascii="Courier New" w:hAnsi="Courier New" w:cs="Courier New"/>
          <w:sz w:val="20"/>
          <w:szCs w:val="20"/>
          <w:lang w:val="en-GB"/>
        </w:rPr>
        <w:t>hidden;</w:t>
      </w:r>
      <w:proofErr w:type="gramEnd"/>
    </w:p>
    <w:p w14:paraId="6B15353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27A65306" w14:textId="77777777" w:rsidR="00DE042E" w:rsidRPr="00DE042E" w:rsidRDefault="00DE042E" w:rsidP="00DE042E">
      <w:pPr>
        <w:rPr>
          <w:rFonts w:ascii="Courier New" w:hAnsi="Courier New" w:cs="Courier New"/>
          <w:sz w:val="20"/>
          <w:szCs w:val="20"/>
          <w:lang w:val="en-GB"/>
        </w:rPr>
      </w:pPr>
    </w:p>
    <w:p w14:paraId="32CBC5E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Header */</w:t>
      </w:r>
    </w:p>
    <w:p w14:paraId="4E73F5A6" w14:textId="77777777" w:rsidR="00DE042E" w:rsidRPr="00DE042E" w:rsidRDefault="00DE042E" w:rsidP="00DE042E">
      <w:pPr>
        <w:rPr>
          <w:rFonts w:ascii="Courier New" w:hAnsi="Courier New" w:cs="Courier New"/>
          <w:sz w:val="20"/>
          <w:szCs w:val="20"/>
          <w:lang w:val="en-GB"/>
        </w:rPr>
      </w:pPr>
    </w:p>
    <w:p w14:paraId="51A3CD2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header {</w:t>
      </w:r>
    </w:p>
    <w:p w14:paraId="14012D1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background-</w:t>
      </w:r>
      <w:proofErr w:type="spellStart"/>
      <w:r w:rsidRPr="00DE042E">
        <w:rPr>
          <w:rFonts w:ascii="Courier New" w:hAnsi="Courier New" w:cs="Courier New"/>
          <w:sz w:val="20"/>
          <w:szCs w:val="20"/>
          <w:lang w:val="en-GB"/>
        </w:rPr>
        <w:t>color</w:t>
      </w:r>
      <w:proofErr w:type="spellEnd"/>
      <w:r w:rsidRPr="00DE042E">
        <w:rPr>
          <w:rFonts w:ascii="Courier New" w:hAnsi="Courier New" w:cs="Courier New"/>
          <w:sz w:val="20"/>
          <w:szCs w:val="20"/>
          <w:lang w:val="en-GB"/>
        </w:rPr>
        <w:t>: #</w:t>
      </w:r>
      <w:proofErr w:type="gramStart"/>
      <w:r w:rsidRPr="00DE042E">
        <w:rPr>
          <w:rFonts w:ascii="Courier New" w:hAnsi="Courier New" w:cs="Courier New"/>
          <w:sz w:val="20"/>
          <w:szCs w:val="20"/>
          <w:lang w:val="en-GB"/>
        </w:rPr>
        <w:t>2c3e50;</w:t>
      </w:r>
      <w:proofErr w:type="gramEnd"/>
    </w:p>
    <w:p w14:paraId="0C2B13B0" w14:textId="77777777" w:rsidR="00DE042E" w:rsidRPr="00DE042E" w:rsidRDefault="00DE042E" w:rsidP="00DE042E">
      <w:pPr>
        <w:rPr>
          <w:rFonts w:ascii="Courier New" w:hAnsi="Courier New" w:cs="Courier New"/>
          <w:sz w:val="20"/>
          <w:szCs w:val="20"/>
          <w:lang w:val="en-GB"/>
        </w:rPr>
      </w:pPr>
      <w:proofErr w:type="spellStart"/>
      <w:r w:rsidRPr="00DE042E">
        <w:rPr>
          <w:rFonts w:ascii="Courier New" w:hAnsi="Courier New" w:cs="Courier New"/>
          <w:sz w:val="20"/>
          <w:szCs w:val="20"/>
          <w:lang w:val="en-GB"/>
        </w:rPr>
        <w:t>color</w:t>
      </w:r>
      <w:proofErr w:type="spellEnd"/>
      <w:r w:rsidRPr="00DE042E">
        <w:rPr>
          <w:rFonts w:ascii="Courier New" w:hAnsi="Courier New" w:cs="Courier New"/>
          <w:sz w:val="20"/>
          <w:szCs w:val="20"/>
          <w:lang w:val="en-GB"/>
        </w:rPr>
        <w:t xml:space="preserve">: </w:t>
      </w:r>
      <w:proofErr w:type="gramStart"/>
      <w:r w:rsidRPr="00DE042E">
        <w:rPr>
          <w:rFonts w:ascii="Courier New" w:hAnsi="Courier New" w:cs="Courier New"/>
          <w:sz w:val="20"/>
          <w:szCs w:val="20"/>
          <w:lang w:val="en-GB"/>
        </w:rPr>
        <w:t>white;</w:t>
      </w:r>
      <w:proofErr w:type="gramEnd"/>
    </w:p>
    <w:p w14:paraId="6B9EFBF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padding: </w:t>
      </w:r>
      <w:proofErr w:type="gramStart"/>
      <w:r w:rsidRPr="00DE042E">
        <w:rPr>
          <w:rFonts w:ascii="Courier New" w:hAnsi="Courier New" w:cs="Courier New"/>
          <w:sz w:val="20"/>
          <w:szCs w:val="20"/>
          <w:lang w:val="en-GB"/>
        </w:rPr>
        <w:t>20px;</w:t>
      </w:r>
      <w:proofErr w:type="gramEnd"/>
    </w:p>
    <w:p w14:paraId="4D35E37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text-align: </w:t>
      </w:r>
      <w:proofErr w:type="spellStart"/>
      <w:proofErr w:type="gramStart"/>
      <w:r w:rsidRPr="00DE042E">
        <w:rPr>
          <w:rFonts w:ascii="Courier New" w:hAnsi="Courier New" w:cs="Courier New"/>
          <w:sz w:val="20"/>
          <w:szCs w:val="20"/>
          <w:lang w:val="en-GB"/>
        </w:rPr>
        <w:t>center</w:t>
      </w:r>
      <w:proofErr w:type="spellEnd"/>
      <w:r w:rsidRPr="00DE042E">
        <w:rPr>
          <w:rFonts w:ascii="Courier New" w:hAnsi="Courier New" w:cs="Courier New"/>
          <w:sz w:val="20"/>
          <w:szCs w:val="20"/>
          <w:lang w:val="en-GB"/>
        </w:rPr>
        <w:t>;</w:t>
      </w:r>
      <w:proofErr w:type="gramEnd"/>
    </w:p>
    <w:p w14:paraId="27641BE2"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468E63CD" w14:textId="77777777" w:rsidR="00DE042E" w:rsidRPr="00DE042E" w:rsidRDefault="00DE042E" w:rsidP="00DE042E">
      <w:pPr>
        <w:rPr>
          <w:rFonts w:ascii="Courier New" w:hAnsi="Courier New" w:cs="Courier New"/>
          <w:sz w:val="20"/>
          <w:szCs w:val="20"/>
          <w:lang w:val="en-GB"/>
        </w:rPr>
      </w:pPr>
    </w:p>
    <w:p w14:paraId="5F9779E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header h1 {</w:t>
      </w:r>
    </w:p>
    <w:p w14:paraId="512B6E6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margin: </w:t>
      </w:r>
      <w:proofErr w:type="gramStart"/>
      <w:r w:rsidRPr="00DE042E">
        <w:rPr>
          <w:rFonts w:ascii="Courier New" w:hAnsi="Courier New" w:cs="Courier New"/>
          <w:sz w:val="20"/>
          <w:szCs w:val="20"/>
          <w:lang w:val="en-GB"/>
        </w:rPr>
        <w:t>0;</w:t>
      </w:r>
      <w:proofErr w:type="gramEnd"/>
    </w:p>
    <w:p w14:paraId="0A36373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5CF0E064" w14:textId="77777777" w:rsidR="00DE042E" w:rsidRPr="00DE042E" w:rsidRDefault="00DE042E" w:rsidP="00DE042E">
      <w:pPr>
        <w:rPr>
          <w:rFonts w:ascii="Courier New" w:hAnsi="Courier New" w:cs="Courier New"/>
          <w:sz w:val="20"/>
          <w:szCs w:val="20"/>
          <w:lang w:val="en-GB"/>
        </w:rPr>
      </w:pPr>
    </w:p>
    <w:p w14:paraId="1FDD4B0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Navigation */</w:t>
      </w:r>
    </w:p>
    <w:p w14:paraId="0792FD58" w14:textId="77777777" w:rsidR="00DE042E" w:rsidRPr="00DE042E" w:rsidRDefault="00DE042E" w:rsidP="00DE042E">
      <w:pPr>
        <w:rPr>
          <w:rFonts w:ascii="Courier New" w:hAnsi="Courier New" w:cs="Courier New"/>
          <w:sz w:val="20"/>
          <w:szCs w:val="20"/>
          <w:lang w:val="en-GB"/>
        </w:rPr>
      </w:pPr>
    </w:p>
    <w:p w14:paraId="2D0DD13E"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nav {</w:t>
      </w:r>
    </w:p>
    <w:p w14:paraId="0620FAD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margin-top: </w:t>
      </w:r>
      <w:proofErr w:type="gramStart"/>
      <w:r w:rsidRPr="00DE042E">
        <w:rPr>
          <w:rFonts w:ascii="Courier New" w:hAnsi="Courier New" w:cs="Courier New"/>
          <w:sz w:val="20"/>
          <w:szCs w:val="20"/>
          <w:lang w:val="en-GB"/>
        </w:rPr>
        <w:t>10px;</w:t>
      </w:r>
      <w:proofErr w:type="gramEnd"/>
    </w:p>
    <w:p w14:paraId="3A42B562"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lastRenderedPageBreak/>
        <w:t>}</w:t>
      </w:r>
    </w:p>
    <w:p w14:paraId="2C3556CE" w14:textId="77777777" w:rsidR="00DE042E" w:rsidRPr="00DE042E" w:rsidRDefault="00DE042E" w:rsidP="00DE042E">
      <w:pPr>
        <w:rPr>
          <w:rFonts w:ascii="Courier New" w:hAnsi="Courier New" w:cs="Courier New"/>
          <w:sz w:val="20"/>
          <w:szCs w:val="20"/>
          <w:lang w:val="en-GB"/>
        </w:rPr>
      </w:pPr>
    </w:p>
    <w:p w14:paraId="154FED6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nav a {</w:t>
      </w:r>
    </w:p>
    <w:p w14:paraId="3652AC8F" w14:textId="77777777" w:rsidR="00DE042E" w:rsidRPr="00DE042E" w:rsidRDefault="00DE042E" w:rsidP="00DE042E">
      <w:pPr>
        <w:rPr>
          <w:rFonts w:ascii="Courier New" w:hAnsi="Courier New" w:cs="Courier New"/>
          <w:sz w:val="20"/>
          <w:szCs w:val="20"/>
          <w:lang w:val="en-GB"/>
        </w:rPr>
      </w:pPr>
      <w:proofErr w:type="spellStart"/>
      <w:r w:rsidRPr="00DE042E">
        <w:rPr>
          <w:rFonts w:ascii="Courier New" w:hAnsi="Courier New" w:cs="Courier New"/>
          <w:sz w:val="20"/>
          <w:szCs w:val="20"/>
          <w:lang w:val="en-GB"/>
        </w:rPr>
        <w:t>color</w:t>
      </w:r>
      <w:proofErr w:type="spellEnd"/>
      <w:r w:rsidRPr="00DE042E">
        <w:rPr>
          <w:rFonts w:ascii="Courier New" w:hAnsi="Courier New" w:cs="Courier New"/>
          <w:sz w:val="20"/>
          <w:szCs w:val="20"/>
          <w:lang w:val="en-GB"/>
        </w:rPr>
        <w:t xml:space="preserve">: </w:t>
      </w:r>
      <w:proofErr w:type="gramStart"/>
      <w:r w:rsidRPr="00DE042E">
        <w:rPr>
          <w:rFonts w:ascii="Courier New" w:hAnsi="Courier New" w:cs="Courier New"/>
          <w:sz w:val="20"/>
          <w:szCs w:val="20"/>
          <w:lang w:val="en-GB"/>
        </w:rPr>
        <w:t>white;</w:t>
      </w:r>
      <w:proofErr w:type="gramEnd"/>
    </w:p>
    <w:p w14:paraId="1CB2A94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margin: </w:t>
      </w:r>
      <w:proofErr w:type="gramStart"/>
      <w:r w:rsidRPr="00DE042E">
        <w:rPr>
          <w:rFonts w:ascii="Courier New" w:hAnsi="Courier New" w:cs="Courier New"/>
          <w:sz w:val="20"/>
          <w:szCs w:val="20"/>
          <w:lang w:val="en-GB"/>
        </w:rPr>
        <w:t>10px;</w:t>
      </w:r>
      <w:proofErr w:type="gramEnd"/>
    </w:p>
    <w:p w14:paraId="0D145BD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text-decoration: </w:t>
      </w:r>
      <w:proofErr w:type="gramStart"/>
      <w:r w:rsidRPr="00DE042E">
        <w:rPr>
          <w:rFonts w:ascii="Courier New" w:hAnsi="Courier New" w:cs="Courier New"/>
          <w:sz w:val="20"/>
          <w:szCs w:val="20"/>
          <w:lang w:val="en-GB"/>
        </w:rPr>
        <w:t>none;</w:t>
      </w:r>
      <w:proofErr w:type="gramEnd"/>
    </w:p>
    <w:p w14:paraId="6113FB2E"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font-weight: </w:t>
      </w:r>
      <w:proofErr w:type="gramStart"/>
      <w:r w:rsidRPr="00DE042E">
        <w:rPr>
          <w:rFonts w:ascii="Courier New" w:hAnsi="Courier New" w:cs="Courier New"/>
          <w:sz w:val="20"/>
          <w:szCs w:val="20"/>
          <w:lang w:val="en-GB"/>
        </w:rPr>
        <w:t>bold;</w:t>
      </w:r>
      <w:proofErr w:type="gramEnd"/>
    </w:p>
    <w:p w14:paraId="5697F6C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padding: 5px </w:t>
      </w:r>
      <w:proofErr w:type="gramStart"/>
      <w:r w:rsidRPr="00DE042E">
        <w:rPr>
          <w:rFonts w:ascii="Courier New" w:hAnsi="Courier New" w:cs="Courier New"/>
          <w:sz w:val="20"/>
          <w:szCs w:val="20"/>
          <w:lang w:val="en-GB"/>
        </w:rPr>
        <w:t>10px;</w:t>
      </w:r>
      <w:proofErr w:type="gramEnd"/>
    </w:p>
    <w:p w14:paraId="1EE29BF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76870A21" w14:textId="77777777" w:rsidR="00DE042E" w:rsidRPr="00DE042E" w:rsidRDefault="00DE042E" w:rsidP="00DE042E">
      <w:pPr>
        <w:rPr>
          <w:rFonts w:ascii="Courier New" w:hAnsi="Courier New" w:cs="Courier New"/>
          <w:sz w:val="20"/>
          <w:szCs w:val="20"/>
          <w:lang w:val="en-GB"/>
        </w:rPr>
      </w:pPr>
    </w:p>
    <w:p w14:paraId="359C904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nav </w:t>
      </w:r>
      <w:proofErr w:type="gramStart"/>
      <w:r w:rsidRPr="00DE042E">
        <w:rPr>
          <w:rFonts w:ascii="Courier New" w:hAnsi="Courier New" w:cs="Courier New"/>
          <w:sz w:val="20"/>
          <w:szCs w:val="20"/>
          <w:lang w:val="en-GB"/>
        </w:rPr>
        <w:t>a:hover</w:t>
      </w:r>
      <w:proofErr w:type="gramEnd"/>
      <w:r w:rsidRPr="00DE042E">
        <w:rPr>
          <w:rFonts w:ascii="Courier New" w:hAnsi="Courier New" w:cs="Courier New"/>
          <w:sz w:val="20"/>
          <w:szCs w:val="20"/>
          <w:lang w:val="en-GB"/>
        </w:rPr>
        <w:t xml:space="preserve"> {</w:t>
      </w:r>
    </w:p>
    <w:p w14:paraId="52587446"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background-</w:t>
      </w:r>
      <w:proofErr w:type="spellStart"/>
      <w:r w:rsidRPr="00DE042E">
        <w:rPr>
          <w:rFonts w:ascii="Courier New" w:hAnsi="Courier New" w:cs="Courier New"/>
          <w:sz w:val="20"/>
          <w:szCs w:val="20"/>
          <w:lang w:val="en-GB"/>
        </w:rPr>
        <w:t>color</w:t>
      </w:r>
      <w:proofErr w:type="spellEnd"/>
      <w:r w:rsidRPr="00DE042E">
        <w:rPr>
          <w:rFonts w:ascii="Courier New" w:hAnsi="Courier New" w:cs="Courier New"/>
          <w:sz w:val="20"/>
          <w:szCs w:val="20"/>
          <w:lang w:val="en-GB"/>
        </w:rPr>
        <w:t xml:space="preserve">: </w:t>
      </w:r>
      <w:proofErr w:type="gramStart"/>
      <w:r w:rsidRPr="00DE042E">
        <w:rPr>
          <w:rFonts w:ascii="Courier New" w:hAnsi="Courier New" w:cs="Courier New"/>
          <w:sz w:val="20"/>
          <w:szCs w:val="20"/>
          <w:lang w:val="en-GB"/>
        </w:rPr>
        <w:t>white;</w:t>
      </w:r>
      <w:proofErr w:type="gramEnd"/>
    </w:p>
    <w:p w14:paraId="267171E8" w14:textId="77777777" w:rsidR="00DE042E" w:rsidRPr="00DE042E" w:rsidRDefault="00DE042E" w:rsidP="00DE042E">
      <w:pPr>
        <w:rPr>
          <w:rFonts w:ascii="Courier New" w:hAnsi="Courier New" w:cs="Courier New"/>
          <w:sz w:val="20"/>
          <w:szCs w:val="20"/>
          <w:lang w:val="en-GB"/>
        </w:rPr>
      </w:pPr>
      <w:proofErr w:type="spellStart"/>
      <w:r w:rsidRPr="00DE042E">
        <w:rPr>
          <w:rFonts w:ascii="Courier New" w:hAnsi="Courier New" w:cs="Courier New"/>
          <w:sz w:val="20"/>
          <w:szCs w:val="20"/>
          <w:lang w:val="en-GB"/>
        </w:rPr>
        <w:t>color</w:t>
      </w:r>
      <w:proofErr w:type="spellEnd"/>
      <w:r w:rsidRPr="00DE042E">
        <w:rPr>
          <w:rFonts w:ascii="Courier New" w:hAnsi="Courier New" w:cs="Courier New"/>
          <w:sz w:val="20"/>
          <w:szCs w:val="20"/>
          <w:lang w:val="en-GB"/>
        </w:rPr>
        <w:t>: #</w:t>
      </w:r>
      <w:proofErr w:type="gramStart"/>
      <w:r w:rsidRPr="00DE042E">
        <w:rPr>
          <w:rFonts w:ascii="Courier New" w:hAnsi="Courier New" w:cs="Courier New"/>
          <w:sz w:val="20"/>
          <w:szCs w:val="20"/>
          <w:lang w:val="en-GB"/>
        </w:rPr>
        <w:t>2c3e50;</w:t>
      </w:r>
      <w:proofErr w:type="gramEnd"/>
    </w:p>
    <w:p w14:paraId="692B87E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border-radius: </w:t>
      </w:r>
      <w:proofErr w:type="gramStart"/>
      <w:r w:rsidRPr="00DE042E">
        <w:rPr>
          <w:rFonts w:ascii="Courier New" w:hAnsi="Courier New" w:cs="Courier New"/>
          <w:sz w:val="20"/>
          <w:szCs w:val="20"/>
          <w:lang w:val="en-GB"/>
        </w:rPr>
        <w:t>5px;</w:t>
      </w:r>
      <w:proofErr w:type="gramEnd"/>
    </w:p>
    <w:p w14:paraId="460992B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784E6299" w14:textId="77777777" w:rsidR="00DE042E" w:rsidRPr="00DE042E" w:rsidRDefault="00DE042E" w:rsidP="00DE042E">
      <w:pPr>
        <w:rPr>
          <w:rFonts w:ascii="Courier New" w:hAnsi="Courier New" w:cs="Courier New"/>
          <w:sz w:val="20"/>
          <w:szCs w:val="20"/>
          <w:lang w:val="en-GB"/>
        </w:rPr>
      </w:pPr>
    </w:p>
    <w:p w14:paraId="72298BE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Hero section */</w:t>
      </w:r>
    </w:p>
    <w:p w14:paraId="3EE914BB" w14:textId="77777777" w:rsidR="00DE042E" w:rsidRPr="00DE042E" w:rsidRDefault="00DE042E" w:rsidP="00DE042E">
      <w:pPr>
        <w:rPr>
          <w:rFonts w:ascii="Courier New" w:hAnsi="Courier New" w:cs="Courier New"/>
          <w:sz w:val="20"/>
          <w:szCs w:val="20"/>
          <w:lang w:val="en-GB"/>
        </w:rPr>
      </w:pPr>
    </w:p>
    <w:p w14:paraId="0ECD0E7F" w14:textId="77777777" w:rsidR="00DE042E" w:rsidRPr="00DE042E" w:rsidRDefault="00DE042E" w:rsidP="00DE042E">
      <w:pPr>
        <w:rPr>
          <w:rFonts w:ascii="Courier New" w:hAnsi="Courier New" w:cs="Courier New"/>
          <w:sz w:val="20"/>
          <w:szCs w:val="20"/>
          <w:lang w:val="en-GB"/>
        </w:rPr>
      </w:pPr>
      <w:proofErr w:type="gramStart"/>
      <w:r w:rsidRPr="00DE042E">
        <w:rPr>
          <w:rFonts w:ascii="Courier New" w:hAnsi="Courier New" w:cs="Courier New"/>
          <w:sz w:val="20"/>
          <w:szCs w:val="20"/>
          <w:lang w:val="en-GB"/>
        </w:rPr>
        <w:t>.hero</w:t>
      </w:r>
      <w:proofErr w:type="gramEnd"/>
      <w:r w:rsidRPr="00DE042E">
        <w:rPr>
          <w:rFonts w:ascii="Courier New" w:hAnsi="Courier New" w:cs="Courier New"/>
          <w:sz w:val="20"/>
          <w:szCs w:val="20"/>
          <w:lang w:val="en-GB"/>
        </w:rPr>
        <w:t xml:space="preserve"> {</w:t>
      </w:r>
    </w:p>
    <w:p w14:paraId="6BB1D95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text-align: </w:t>
      </w:r>
      <w:proofErr w:type="spellStart"/>
      <w:proofErr w:type="gramStart"/>
      <w:r w:rsidRPr="00DE042E">
        <w:rPr>
          <w:rFonts w:ascii="Courier New" w:hAnsi="Courier New" w:cs="Courier New"/>
          <w:sz w:val="20"/>
          <w:szCs w:val="20"/>
          <w:lang w:val="en-GB"/>
        </w:rPr>
        <w:t>center</w:t>
      </w:r>
      <w:proofErr w:type="spellEnd"/>
      <w:r w:rsidRPr="00DE042E">
        <w:rPr>
          <w:rFonts w:ascii="Courier New" w:hAnsi="Courier New" w:cs="Courier New"/>
          <w:sz w:val="20"/>
          <w:szCs w:val="20"/>
          <w:lang w:val="en-GB"/>
        </w:rPr>
        <w:t>;</w:t>
      </w:r>
      <w:proofErr w:type="gramEnd"/>
    </w:p>
    <w:p w14:paraId="20EB586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background-</w:t>
      </w:r>
      <w:proofErr w:type="spellStart"/>
      <w:r w:rsidRPr="00DE042E">
        <w:rPr>
          <w:rFonts w:ascii="Courier New" w:hAnsi="Courier New" w:cs="Courier New"/>
          <w:sz w:val="20"/>
          <w:szCs w:val="20"/>
          <w:lang w:val="en-GB"/>
        </w:rPr>
        <w:t>color</w:t>
      </w:r>
      <w:proofErr w:type="spellEnd"/>
      <w:r w:rsidRPr="00DE042E">
        <w:rPr>
          <w:rFonts w:ascii="Courier New" w:hAnsi="Courier New" w:cs="Courier New"/>
          <w:sz w:val="20"/>
          <w:szCs w:val="20"/>
          <w:lang w:val="en-GB"/>
        </w:rPr>
        <w:t>: #</w:t>
      </w:r>
      <w:proofErr w:type="gramStart"/>
      <w:r w:rsidRPr="00DE042E">
        <w:rPr>
          <w:rFonts w:ascii="Courier New" w:hAnsi="Courier New" w:cs="Courier New"/>
          <w:sz w:val="20"/>
          <w:szCs w:val="20"/>
          <w:lang w:val="en-GB"/>
        </w:rPr>
        <w:t>f4f6f7;</w:t>
      </w:r>
      <w:proofErr w:type="gramEnd"/>
    </w:p>
    <w:p w14:paraId="7FAAA4F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padding: 60px </w:t>
      </w:r>
      <w:proofErr w:type="gramStart"/>
      <w:r w:rsidRPr="00DE042E">
        <w:rPr>
          <w:rFonts w:ascii="Courier New" w:hAnsi="Courier New" w:cs="Courier New"/>
          <w:sz w:val="20"/>
          <w:szCs w:val="20"/>
          <w:lang w:val="en-GB"/>
        </w:rPr>
        <w:t>20px;</w:t>
      </w:r>
      <w:proofErr w:type="gramEnd"/>
    </w:p>
    <w:p w14:paraId="5087206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6AF3ABC5" w14:textId="77777777" w:rsidR="00DE042E" w:rsidRPr="00DE042E" w:rsidRDefault="00DE042E" w:rsidP="00DE042E">
      <w:pPr>
        <w:rPr>
          <w:rFonts w:ascii="Courier New" w:hAnsi="Courier New" w:cs="Courier New"/>
          <w:sz w:val="20"/>
          <w:szCs w:val="20"/>
          <w:lang w:val="en-GB"/>
        </w:rPr>
      </w:pPr>
    </w:p>
    <w:p w14:paraId="21118AEC" w14:textId="77777777" w:rsidR="00DE042E" w:rsidRPr="00DE042E" w:rsidRDefault="00DE042E" w:rsidP="00DE042E">
      <w:pPr>
        <w:rPr>
          <w:rFonts w:ascii="Courier New" w:hAnsi="Courier New" w:cs="Courier New"/>
          <w:sz w:val="20"/>
          <w:szCs w:val="20"/>
          <w:lang w:val="en-GB"/>
        </w:rPr>
      </w:pPr>
      <w:proofErr w:type="gramStart"/>
      <w:r w:rsidRPr="00DE042E">
        <w:rPr>
          <w:rFonts w:ascii="Courier New" w:hAnsi="Courier New" w:cs="Courier New"/>
          <w:sz w:val="20"/>
          <w:szCs w:val="20"/>
          <w:lang w:val="en-GB"/>
        </w:rPr>
        <w:t>.hero</w:t>
      </w:r>
      <w:proofErr w:type="gramEnd"/>
      <w:r w:rsidRPr="00DE042E">
        <w:rPr>
          <w:rFonts w:ascii="Courier New" w:hAnsi="Courier New" w:cs="Courier New"/>
          <w:sz w:val="20"/>
          <w:szCs w:val="20"/>
          <w:lang w:val="en-GB"/>
        </w:rPr>
        <w:t xml:space="preserve"> </w:t>
      </w:r>
      <w:proofErr w:type="spellStart"/>
      <w:r w:rsidRPr="00DE042E">
        <w:rPr>
          <w:rFonts w:ascii="Courier New" w:hAnsi="Courier New" w:cs="Courier New"/>
          <w:sz w:val="20"/>
          <w:szCs w:val="20"/>
          <w:lang w:val="en-GB"/>
        </w:rPr>
        <w:t>img</w:t>
      </w:r>
      <w:proofErr w:type="spellEnd"/>
      <w:r w:rsidRPr="00DE042E">
        <w:rPr>
          <w:rFonts w:ascii="Courier New" w:hAnsi="Courier New" w:cs="Courier New"/>
          <w:sz w:val="20"/>
          <w:szCs w:val="20"/>
          <w:lang w:val="en-GB"/>
        </w:rPr>
        <w:t xml:space="preserve"> {</w:t>
      </w:r>
    </w:p>
    <w:p w14:paraId="390B3802"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display: </w:t>
      </w:r>
      <w:proofErr w:type="gramStart"/>
      <w:r w:rsidRPr="00DE042E">
        <w:rPr>
          <w:rFonts w:ascii="Courier New" w:hAnsi="Courier New" w:cs="Courier New"/>
          <w:sz w:val="20"/>
          <w:szCs w:val="20"/>
          <w:lang w:val="en-GB"/>
        </w:rPr>
        <w:t>block;</w:t>
      </w:r>
      <w:proofErr w:type="gramEnd"/>
    </w:p>
    <w:p w14:paraId="7E706802"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margin: 20px </w:t>
      </w:r>
      <w:proofErr w:type="gramStart"/>
      <w:r w:rsidRPr="00DE042E">
        <w:rPr>
          <w:rFonts w:ascii="Courier New" w:hAnsi="Courier New" w:cs="Courier New"/>
          <w:sz w:val="20"/>
          <w:szCs w:val="20"/>
          <w:lang w:val="en-GB"/>
        </w:rPr>
        <w:t>auto;</w:t>
      </w:r>
      <w:proofErr w:type="gramEnd"/>
    </w:p>
    <w:p w14:paraId="39531947" w14:textId="77777777" w:rsidR="00DE042E" w:rsidRPr="00DE042E" w:rsidRDefault="00DE042E" w:rsidP="00DE042E">
      <w:pPr>
        <w:rPr>
          <w:rFonts w:ascii="Courier New" w:hAnsi="Courier New" w:cs="Courier New"/>
          <w:sz w:val="20"/>
          <w:szCs w:val="20"/>
          <w:lang w:val="en-GB"/>
        </w:rPr>
      </w:pPr>
      <w:proofErr w:type="gramStart"/>
      <w:r w:rsidRPr="00DE042E">
        <w:rPr>
          <w:rFonts w:ascii="Courier New" w:hAnsi="Courier New" w:cs="Courier New"/>
          <w:sz w:val="20"/>
          <w:szCs w:val="20"/>
          <w:lang w:val="en-GB"/>
        </w:rPr>
        <w:t>max-width</w:t>
      </w:r>
      <w:proofErr w:type="gramEnd"/>
      <w:r w:rsidRPr="00DE042E">
        <w:rPr>
          <w:rFonts w:ascii="Courier New" w:hAnsi="Courier New" w:cs="Courier New"/>
          <w:sz w:val="20"/>
          <w:szCs w:val="20"/>
          <w:lang w:val="en-GB"/>
        </w:rPr>
        <w:t xml:space="preserve">: </w:t>
      </w:r>
      <w:proofErr w:type="gramStart"/>
      <w:r w:rsidRPr="00DE042E">
        <w:rPr>
          <w:rFonts w:ascii="Courier New" w:hAnsi="Courier New" w:cs="Courier New"/>
          <w:sz w:val="20"/>
          <w:szCs w:val="20"/>
          <w:lang w:val="en-GB"/>
        </w:rPr>
        <w:t>80%;</w:t>
      </w:r>
      <w:proofErr w:type="gramEnd"/>
    </w:p>
    <w:p w14:paraId="43FD78B5"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lastRenderedPageBreak/>
        <w:t xml:space="preserve">height: </w:t>
      </w:r>
      <w:proofErr w:type="gramStart"/>
      <w:r w:rsidRPr="00DE042E">
        <w:rPr>
          <w:rFonts w:ascii="Courier New" w:hAnsi="Courier New" w:cs="Courier New"/>
          <w:sz w:val="20"/>
          <w:szCs w:val="20"/>
          <w:lang w:val="en-GB"/>
        </w:rPr>
        <w:t>auto;</w:t>
      </w:r>
      <w:proofErr w:type="gramEnd"/>
    </w:p>
    <w:p w14:paraId="6E0C8F45"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72E129E6" w14:textId="77777777" w:rsidR="00DE042E" w:rsidRPr="00DE042E" w:rsidRDefault="00DE042E" w:rsidP="00DE042E">
      <w:pPr>
        <w:rPr>
          <w:rFonts w:ascii="Courier New" w:hAnsi="Courier New" w:cs="Courier New"/>
          <w:sz w:val="20"/>
          <w:szCs w:val="20"/>
          <w:lang w:val="en-GB"/>
        </w:rPr>
      </w:pPr>
    </w:p>
    <w:p w14:paraId="431142AF" w14:textId="77777777" w:rsidR="00DE042E" w:rsidRPr="00DE042E" w:rsidRDefault="00DE042E" w:rsidP="00DE042E">
      <w:pPr>
        <w:rPr>
          <w:rFonts w:ascii="Courier New" w:hAnsi="Courier New" w:cs="Courier New"/>
          <w:sz w:val="20"/>
          <w:szCs w:val="20"/>
          <w:lang w:val="en-GB"/>
        </w:rPr>
      </w:pPr>
      <w:proofErr w:type="gramStart"/>
      <w:r w:rsidRPr="00DE042E">
        <w:rPr>
          <w:rFonts w:ascii="Courier New" w:hAnsi="Courier New" w:cs="Courier New"/>
          <w:sz w:val="20"/>
          <w:szCs w:val="20"/>
          <w:lang w:val="en-GB"/>
        </w:rPr>
        <w:t>.hero</w:t>
      </w:r>
      <w:proofErr w:type="gramEnd"/>
      <w:r w:rsidRPr="00DE042E">
        <w:rPr>
          <w:rFonts w:ascii="Courier New" w:hAnsi="Courier New" w:cs="Courier New"/>
          <w:sz w:val="20"/>
          <w:szCs w:val="20"/>
          <w:lang w:val="en-GB"/>
        </w:rPr>
        <w:t xml:space="preserve"> h2 {</w:t>
      </w:r>
    </w:p>
    <w:p w14:paraId="0837FD3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text-align: </w:t>
      </w:r>
      <w:proofErr w:type="spellStart"/>
      <w:proofErr w:type="gramStart"/>
      <w:r w:rsidRPr="00DE042E">
        <w:rPr>
          <w:rFonts w:ascii="Courier New" w:hAnsi="Courier New" w:cs="Courier New"/>
          <w:sz w:val="20"/>
          <w:szCs w:val="20"/>
          <w:lang w:val="en-GB"/>
        </w:rPr>
        <w:t>center</w:t>
      </w:r>
      <w:proofErr w:type="spellEnd"/>
      <w:r w:rsidRPr="00DE042E">
        <w:rPr>
          <w:rFonts w:ascii="Courier New" w:hAnsi="Courier New" w:cs="Courier New"/>
          <w:sz w:val="20"/>
          <w:szCs w:val="20"/>
          <w:lang w:val="en-GB"/>
        </w:rPr>
        <w:t>;</w:t>
      </w:r>
      <w:proofErr w:type="gramEnd"/>
    </w:p>
    <w:p w14:paraId="66FA891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346AFEB8" w14:textId="77777777" w:rsidR="00DE042E" w:rsidRPr="00DE042E" w:rsidRDefault="00DE042E" w:rsidP="00DE042E">
      <w:pPr>
        <w:rPr>
          <w:rFonts w:ascii="Courier New" w:hAnsi="Courier New" w:cs="Courier New"/>
          <w:sz w:val="20"/>
          <w:szCs w:val="20"/>
          <w:lang w:val="en-GB"/>
        </w:rPr>
      </w:pPr>
    </w:p>
    <w:p w14:paraId="07BAA2E0" w14:textId="77777777" w:rsidR="00DE042E" w:rsidRPr="00DE042E" w:rsidRDefault="00DE042E" w:rsidP="00DE042E">
      <w:pPr>
        <w:rPr>
          <w:rFonts w:ascii="Courier New" w:hAnsi="Courier New" w:cs="Courier New"/>
          <w:sz w:val="20"/>
          <w:szCs w:val="20"/>
          <w:lang w:val="en-GB"/>
        </w:rPr>
      </w:pPr>
      <w:proofErr w:type="gramStart"/>
      <w:r w:rsidRPr="00DE042E">
        <w:rPr>
          <w:rFonts w:ascii="Courier New" w:hAnsi="Courier New" w:cs="Courier New"/>
          <w:sz w:val="20"/>
          <w:szCs w:val="20"/>
          <w:lang w:val="en-GB"/>
        </w:rPr>
        <w:t>.hero</w:t>
      </w:r>
      <w:proofErr w:type="gramEnd"/>
      <w:r w:rsidRPr="00DE042E">
        <w:rPr>
          <w:rFonts w:ascii="Courier New" w:hAnsi="Courier New" w:cs="Courier New"/>
          <w:sz w:val="20"/>
          <w:szCs w:val="20"/>
          <w:lang w:val="en-GB"/>
        </w:rPr>
        <w:t xml:space="preserve"> p {</w:t>
      </w:r>
    </w:p>
    <w:p w14:paraId="1E073089"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text-align: </w:t>
      </w:r>
      <w:proofErr w:type="spellStart"/>
      <w:proofErr w:type="gramStart"/>
      <w:r w:rsidRPr="00DE042E">
        <w:rPr>
          <w:rFonts w:ascii="Courier New" w:hAnsi="Courier New" w:cs="Courier New"/>
          <w:sz w:val="20"/>
          <w:szCs w:val="20"/>
          <w:lang w:val="en-GB"/>
        </w:rPr>
        <w:t>center</w:t>
      </w:r>
      <w:proofErr w:type="spellEnd"/>
      <w:r w:rsidRPr="00DE042E">
        <w:rPr>
          <w:rFonts w:ascii="Courier New" w:hAnsi="Courier New" w:cs="Courier New"/>
          <w:sz w:val="20"/>
          <w:szCs w:val="20"/>
          <w:lang w:val="en-GB"/>
        </w:rPr>
        <w:t>;</w:t>
      </w:r>
      <w:proofErr w:type="gramEnd"/>
    </w:p>
    <w:p w14:paraId="14DDC459"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font-size: </w:t>
      </w:r>
      <w:proofErr w:type="gramStart"/>
      <w:r w:rsidRPr="00DE042E">
        <w:rPr>
          <w:rFonts w:ascii="Courier New" w:hAnsi="Courier New" w:cs="Courier New"/>
          <w:sz w:val="20"/>
          <w:szCs w:val="20"/>
          <w:lang w:val="en-GB"/>
        </w:rPr>
        <w:t>18px;</w:t>
      </w:r>
      <w:proofErr w:type="gramEnd"/>
    </w:p>
    <w:p w14:paraId="1AC2563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2C7315B6" w14:textId="77777777" w:rsidR="00DE042E" w:rsidRPr="00DE042E" w:rsidRDefault="00DE042E" w:rsidP="00DE042E">
      <w:pPr>
        <w:rPr>
          <w:rFonts w:ascii="Courier New" w:hAnsi="Courier New" w:cs="Courier New"/>
          <w:sz w:val="20"/>
          <w:szCs w:val="20"/>
          <w:lang w:val="en-GB"/>
        </w:rPr>
      </w:pPr>
    </w:p>
    <w:p w14:paraId="5614BFC2"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Sections */</w:t>
      </w:r>
    </w:p>
    <w:p w14:paraId="750D4ABE" w14:textId="77777777" w:rsidR="00DE042E" w:rsidRPr="00DE042E" w:rsidRDefault="00DE042E" w:rsidP="00DE042E">
      <w:pPr>
        <w:rPr>
          <w:rFonts w:ascii="Courier New" w:hAnsi="Courier New" w:cs="Courier New"/>
          <w:sz w:val="20"/>
          <w:szCs w:val="20"/>
          <w:lang w:val="en-GB"/>
        </w:rPr>
      </w:pPr>
    </w:p>
    <w:p w14:paraId="19F94FF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section {</w:t>
      </w:r>
    </w:p>
    <w:p w14:paraId="0C7E653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padding: </w:t>
      </w:r>
      <w:proofErr w:type="gramStart"/>
      <w:r w:rsidRPr="00DE042E">
        <w:rPr>
          <w:rFonts w:ascii="Courier New" w:hAnsi="Courier New" w:cs="Courier New"/>
          <w:sz w:val="20"/>
          <w:szCs w:val="20"/>
          <w:lang w:val="en-GB"/>
        </w:rPr>
        <w:t>40px;</w:t>
      </w:r>
      <w:proofErr w:type="gramEnd"/>
    </w:p>
    <w:p w14:paraId="67FDD3A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0FAEBF36" w14:textId="77777777" w:rsidR="00DE042E" w:rsidRPr="00DE042E" w:rsidRDefault="00DE042E" w:rsidP="00DE042E">
      <w:pPr>
        <w:rPr>
          <w:rFonts w:ascii="Courier New" w:hAnsi="Courier New" w:cs="Courier New"/>
          <w:sz w:val="20"/>
          <w:szCs w:val="20"/>
          <w:lang w:val="en-GB"/>
        </w:rPr>
      </w:pPr>
    </w:p>
    <w:p w14:paraId="3DEA3DE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Services grid */</w:t>
      </w:r>
    </w:p>
    <w:p w14:paraId="5E55A51A" w14:textId="77777777" w:rsidR="00DE042E" w:rsidRPr="00DE042E" w:rsidRDefault="00DE042E" w:rsidP="00DE042E">
      <w:pPr>
        <w:rPr>
          <w:rFonts w:ascii="Courier New" w:hAnsi="Courier New" w:cs="Courier New"/>
          <w:sz w:val="20"/>
          <w:szCs w:val="20"/>
          <w:lang w:val="en-GB"/>
        </w:rPr>
      </w:pPr>
    </w:p>
    <w:p w14:paraId="16ABBCA6" w14:textId="77777777" w:rsidR="00DE042E" w:rsidRPr="00DE042E" w:rsidRDefault="00DE042E" w:rsidP="00DE042E">
      <w:pPr>
        <w:rPr>
          <w:rFonts w:ascii="Courier New" w:hAnsi="Courier New" w:cs="Courier New"/>
          <w:sz w:val="20"/>
          <w:szCs w:val="20"/>
          <w:lang w:val="en-GB"/>
        </w:rPr>
      </w:pPr>
      <w:proofErr w:type="gramStart"/>
      <w:r w:rsidRPr="00DE042E">
        <w:rPr>
          <w:rFonts w:ascii="Courier New" w:hAnsi="Courier New" w:cs="Courier New"/>
          <w:sz w:val="20"/>
          <w:szCs w:val="20"/>
          <w:lang w:val="en-GB"/>
        </w:rPr>
        <w:t>.services</w:t>
      </w:r>
      <w:proofErr w:type="gramEnd"/>
      <w:r w:rsidRPr="00DE042E">
        <w:rPr>
          <w:rFonts w:ascii="Courier New" w:hAnsi="Courier New" w:cs="Courier New"/>
          <w:sz w:val="20"/>
          <w:szCs w:val="20"/>
          <w:lang w:val="en-GB"/>
        </w:rPr>
        <w:t xml:space="preserve"> {</w:t>
      </w:r>
    </w:p>
    <w:p w14:paraId="5570FCD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display: </w:t>
      </w:r>
      <w:proofErr w:type="gramStart"/>
      <w:r w:rsidRPr="00DE042E">
        <w:rPr>
          <w:rFonts w:ascii="Courier New" w:hAnsi="Courier New" w:cs="Courier New"/>
          <w:sz w:val="20"/>
          <w:szCs w:val="20"/>
          <w:lang w:val="en-GB"/>
        </w:rPr>
        <w:t>grid;</w:t>
      </w:r>
      <w:proofErr w:type="gramEnd"/>
    </w:p>
    <w:p w14:paraId="6AA11B26"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grid-template-columns: </w:t>
      </w:r>
      <w:proofErr w:type="gramStart"/>
      <w:r w:rsidRPr="00DE042E">
        <w:rPr>
          <w:rFonts w:ascii="Courier New" w:hAnsi="Courier New" w:cs="Courier New"/>
          <w:sz w:val="20"/>
          <w:szCs w:val="20"/>
          <w:lang w:val="en-GB"/>
        </w:rPr>
        <w:t>repeat(</w:t>
      </w:r>
      <w:proofErr w:type="gramEnd"/>
      <w:r w:rsidRPr="00DE042E">
        <w:rPr>
          <w:rFonts w:ascii="Courier New" w:hAnsi="Courier New" w:cs="Courier New"/>
          <w:sz w:val="20"/>
          <w:szCs w:val="20"/>
          <w:lang w:val="en-GB"/>
        </w:rPr>
        <w:t xml:space="preserve">auto-fit, </w:t>
      </w:r>
      <w:proofErr w:type="gramStart"/>
      <w:r w:rsidRPr="00DE042E">
        <w:rPr>
          <w:rFonts w:ascii="Courier New" w:hAnsi="Courier New" w:cs="Courier New"/>
          <w:sz w:val="20"/>
          <w:szCs w:val="20"/>
          <w:lang w:val="en-GB"/>
        </w:rPr>
        <w:t>minmax(</w:t>
      </w:r>
      <w:proofErr w:type="gramEnd"/>
      <w:r w:rsidRPr="00DE042E">
        <w:rPr>
          <w:rFonts w:ascii="Courier New" w:hAnsi="Courier New" w:cs="Courier New"/>
          <w:sz w:val="20"/>
          <w:szCs w:val="20"/>
          <w:lang w:val="en-GB"/>
        </w:rPr>
        <w:t>250px, 1fr)</w:t>
      </w:r>
      <w:proofErr w:type="gramStart"/>
      <w:r w:rsidRPr="00DE042E">
        <w:rPr>
          <w:rFonts w:ascii="Courier New" w:hAnsi="Courier New" w:cs="Courier New"/>
          <w:sz w:val="20"/>
          <w:szCs w:val="20"/>
          <w:lang w:val="en-GB"/>
        </w:rPr>
        <w:t>);</w:t>
      </w:r>
      <w:proofErr w:type="gramEnd"/>
    </w:p>
    <w:p w14:paraId="419B667C"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gap: </w:t>
      </w:r>
      <w:proofErr w:type="gramStart"/>
      <w:r w:rsidRPr="00DE042E">
        <w:rPr>
          <w:rFonts w:ascii="Courier New" w:hAnsi="Courier New" w:cs="Courier New"/>
          <w:sz w:val="20"/>
          <w:szCs w:val="20"/>
          <w:lang w:val="en-GB"/>
        </w:rPr>
        <w:t>20px;</w:t>
      </w:r>
      <w:proofErr w:type="gramEnd"/>
    </w:p>
    <w:p w14:paraId="01B7692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text-align: </w:t>
      </w:r>
      <w:proofErr w:type="spellStart"/>
      <w:proofErr w:type="gramStart"/>
      <w:r w:rsidRPr="00DE042E">
        <w:rPr>
          <w:rFonts w:ascii="Courier New" w:hAnsi="Courier New" w:cs="Courier New"/>
          <w:sz w:val="20"/>
          <w:szCs w:val="20"/>
          <w:lang w:val="en-GB"/>
        </w:rPr>
        <w:t>center</w:t>
      </w:r>
      <w:proofErr w:type="spellEnd"/>
      <w:r w:rsidRPr="00DE042E">
        <w:rPr>
          <w:rFonts w:ascii="Courier New" w:hAnsi="Courier New" w:cs="Courier New"/>
          <w:sz w:val="20"/>
          <w:szCs w:val="20"/>
          <w:lang w:val="en-GB"/>
        </w:rPr>
        <w:t>;</w:t>
      </w:r>
      <w:proofErr w:type="gramEnd"/>
    </w:p>
    <w:p w14:paraId="744AE426"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781F68DC" w14:textId="77777777" w:rsidR="00DE042E" w:rsidRPr="00DE042E" w:rsidRDefault="00DE042E" w:rsidP="00DE042E">
      <w:pPr>
        <w:rPr>
          <w:rFonts w:ascii="Courier New" w:hAnsi="Courier New" w:cs="Courier New"/>
          <w:sz w:val="20"/>
          <w:szCs w:val="20"/>
          <w:lang w:val="en-GB"/>
        </w:rPr>
      </w:pPr>
    </w:p>
    <w:p w14:paraId="6806B5C8" w14:textId="77777777" w:rsidR="00DE042E" w:rsidRPr="00DE042E" w:rsidRDefault="00DE042E" w:rsidP="00DE042E">
      <w:pPr>
        <w:rPr>
          <w:rFonts w:ascii="Courier New" w:hAnsi="Courier New" w:cs="Courier New"/>
          <w:sz w:val="20"/>
          <w:szCs w:val="20"/>
          <w:lang w:val="en-GB"/>
        </w:rPr>
      </w:pPr>
      <w:proofErr w:type="gramStart"/>
      <w:r w:rsidRPr="00DE042E">
        <w:rPr>
          <w:rFonts w:ascii="Courier New" w:hAnsi="Courier New" w:cs="Courier New"/>
          <w:sz w:val="20"/>
          <w:szCs w:val="20"/>
          <w:lang w:val="en-GB"/>
        </w:rPr>
        <w:t>.services</w:t>
      </w:r>
      <w:proofErr w:type="gramEnd"/>
      <w:r w:rsidRPr="00DE042E">
        <w:rPr>
          <w:rFonts w:ascii="Courier New" w:hAnsi="Courier New" w:cs="Courier New"/>
          <w:sz w:val="20"/>
          <w:szCs w:val="20"/>
          <w:lang w:val="en-GB"/>
        </w:rPr>
        <w:t xml:space="preserve"> </w:t>
      </w:r>
      <w:proofErr w:type="spellStart"/>
      <w:r w:rsidRPr="00DE042E">
        <w:rPr>
          <w:rFonts w:ascii="Courier New" w:hAnsi="Courier New" w:cs="Courier New"/>
          <w:sz w:val="20"/>
          <w:szCs w:val="20"/>
          <w:lang w:val="en-GB"/>
        </w:rPr>
        <w:t>img</w:t>
      </w:r>
      <w:proofErr w:type="spellEnd"/>
      <w:r w:rsidRPr="00DE042E">
        <w:rPr>
          <w:rFonts w:ascii="Courier New" w:hAnsi="Courier New" w:cs="Courier New"/>
          <w:sz w:val="20"/>
          <w:szCs w:val="20"/>
          <w:lang w:val="en-GB"/>
        </w:rPr>
        <w:t xml:space="preserve"> {</w:t>
      </w:r>
    </w:p>
    <w:p w14:paraId="6478AF3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lastRenderedPageBreak/>
        <w:t xml:space="preserve">width: </w:t>
      </w:r>
      <w:proofErr w:type="gramStart"/>
      <w:r w:rsidRPr="00DE042E">
        <w:rPr>
          <w:rFonts w:ascii="Courier New" w:hAnsi="Courier New" w:cs="Courier New"/>
          <w:sz w:val="20"/>
          <w:szCs w:val="20"/>
          <w:lang w:val="en-GB"/>
        </w:rPr>
        <w:t>100%;</w:t>
      </w:r>
      <w:proofErr w:type="gramEnd"/>
    </w:p>
    <w:p w14:paraId="04E6D0F6"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height: </w:t>
      </w:r>
      <w:proofErr w:type="gramStart"/>
      <w:r w:rsidRPr="00DE042E">
        <w:rPr>
          <w:rFonts w:ascii="Courier New" w:hAnsi="Courier New" w:cs="Courier New"/>
          <w:sz w:val="20"/>
          <w:szCs w:val="20"/>
          <w:lang w:val="en-GB"/>
        </w:rPr>
        <w:t>auto;</w:t>
      </w:r>
      <w:proofErr w:type="gramEnd"/>
    </w:p>
    <w:p w14:paraId="25EB2A2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border-radius: </w:t>
      </w:r>
      <w:proofErr w:type="gramStart"/>
      <w:r w:rsidRPr="00DE042E">
        <w:rPr>
          <w:rFonts w:ascii="Courier New" w:hAnsi="Courier New" w:cs="Courier New"/>
          <w:sz w:val="20"/>
          <w:szCs w:val="20"/>
          <w:lang w:val="en-GB"/>
        </w:rPr>
        <w:t>10px;</w:t>
      </w:r>
      <w:proofErr w:type="gramEnd"/>
    </w:p>
    <w:p w14:paraId="49BC401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55F418E9" w14:textId="77777777" w:rsidR="00DE042E" w:rsidRPr="00DE042E" w:rsidRDefault="00DE042E" w:rsidP="00DE042E">
      <w:pPr>
        <w:rPr>
          <w:rFonts w:ascii="Courier New" w:hAnsi="Courier New" w:cs="Courier New"/>
          <w:sz w:val="20"/>
          <w:szCs w:val="20"/>
          <w:lang w:val="en-GB"/>
        </w:rPr>
      </w:pPr>
    </w:p>
    <w:p w14:paraId="106C78F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Footer */</w:t>
      </w:r>
    </w:p>
    <w:p w14:paraId="2C6958CC" w14:textId="77777777" w:rsidR="00DE042E" w:rsidRPr="00DE042E" w:rsidRDefault="00DE042E" w:rsidP="00DE042E">
      <w:pPr>
        <w:rPr>
          <w:rFonts w:ascii="Courier New" w:hAnsi="Courier New" w:cs="Courier New"/>
          <w:sz w:val="20"/>
          <w:szCs w:val="20"/>
          <w:lang w:val="en-GB"/>
        </w:rPr>
      </w:pPr>
    </w:p>
    <w:p w14:paraId="6080655F"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footer {</w:t>
      </w:r>
    </w:p>
    <w:p w14:paraId="38BDD07E"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background-</w:t>
      </w:r>
      <w:proofErr w:type="spellStart"/>
      <w:r w:rsidRPr="00DE042E">
        <w:rPr>
          <w:rFonts w:ascii="Courier New" w:hAnsi="Courier New" w:cs="Courier New"/>
          <w:sz w:val="20"/>
          <w:szCs w:val="20"/>
          <w:lang w:val="en-GB"/>
        </w:rPr>
        <w:t>color</w:t>
      </w:r>
      <w:proofErr w:type="spellEnd"/>
      <w:r w:rsidRPr="00DE042E">
        <w:rPr>
          <w:rFonts w:ascii="Courier New" w:hAnsi="Courier New" w:cs="Courier New"/>
          <w:sz w:val="20"/>
          <w:szCs w:val="20"/>
          <w:lang w:val="en-GB"/>
        </w:rPr>
        <w:t>: #</w:t>
      </w:r>
      <w:proofErr w:type="gramStart"/>
      <w:r w:rsidRPr="00DE042E">
        <w:rPr>
          <w:rFonts w:ascii="Courier New" w:hAnsi="Courier New" w:cs="Courier New"/>
          <w:sz w:val="20"/>
          <w:szCs w:val="20"/>
          <w:lang w:val="en-GB"/>
        </w:rPr>
        <w:t>2c3e50;</w:t>
      </w:r>
      <w:proofErr w:type="gramEnd"/>
    </w:p>
    <w:p w14:paraId="64F44996" w14:textId="77777777" w:rsidR="00DE042E" w:rsidRPr="00DE042E" w:rsidRDefault="00DE042E" w:rsidP="00DE042E">
      <w:pPr>
        <w:rPr>
          <w:rFonts w:ascii="Courier New" w:hAnsi="Courier New" w:cs="Courier New"/>
          <w:sz w:val="20"/>
          <w:szCs w:val="20"/>
          <w:lang w:val="en-GB"/>
        </w:rPr>
      </w:pPr>
      <w:proofErr w:type="spellStart"/>
      <w:r w:rsidRPr="00DE042E">
        <w:rPr>
          <w:rFonts w:ascii="Courier New" w:hAnsi="Courier New" w:cs="Courier New"/>
          <w:sz w:val="20"/>
          <w:szCs w:val="20"/>
          <w:lang w:val="en-GB"/>
        </w:rPr>
        <w:t>color</w:t>
      </w:r>
      <w:proofErr w:type="spellEnd"/>
      <w:r w:rsidRPr="00DE042E">
        <w:rPr>
          <w:rFonts w:ascii="Courier New" w:hAnsi="Courier New" w:cs="Courier New"/>
          <w:sz w:val="20"/>
          <w:szCs w:val="20"/>
          <w:lang w:val="en-GB"/>
        </w:rPr>
        <w:t xml:space="preserve">: </w:t>
      </w:r>
      <w:proofErr w:type="gramStart"/>
      <w:r w:rsidRPr="00DE042E">
        <w:rPr>
          <w:rFonts w:ascii="Courier New" w:hAnsi="Courier New" w:cs="Courier New"/>
          <w:sz w:val="20"/>
          <w:szCs w:val="20"/>
          <w:lang w:val="en-GB"/>
        </w:rPr>
        <w:t>white;</w:t>
      </w:r>
      <w:proofErr w:type="gramEnd"/>
    </w:p>
    <w:p w14:paraId="0AB7FB34"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text-align: </w:t>
      </w:r>
      <w:proofErr w:type="spellStart"/>
      <w:proofErr w:type="gramStart"/>
      <w:r w:rsidRPr="00DE042E">
        <w:rPr>
          <w:rFonts w:ascii="Courier New" w:hAnsi="Courier New" w:cs="Courier New"/>
          <w:sz w:val="20"/>
          <w:szCs w:val="20"/>
          <w:lang w:val="en-GB"/>
        </w:rPr>
        <w:t>center</w:t>
      </w:r>
      <w:proofErr w:type="spellEnd"/>
      <w:r w:rsidRPr="00DE042E">
        <w:rPr>
          <w:rFonts w:ascii="Courier New" w:hAnsi="Courier New" w:cs="Courier New"/>
          <w:sz w:val="20"/>
          <w:szCs w:val="20"/>
          <w:lang w:val="en-GB"/>
        </w:rPr>
        <w:t>;</w:t>
      </w:r>
      <w:proofErr w:type="gramEnd"/>
    </w:p>
    <w:p w14:paraId="4F2CA91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padding: </w:t>
      </w:r>
      <w:proofErr w:type="gramStart"/>
      <w:r w:rsidRPr="00DE042E">
        <w:rPr>
          <w:rFonts w:ascii="Courier New" w:hAnsi="Courier New" w:cs="Courier New"/>
          <w:sz w:val="20"/>
          <w:szCs w:val="20"/>
          <w:lang w:val="en-GB"/>
        </w:rPr>
        <w:t>20px;</w:t>
      </w:r>
      <w:proofErr w:type="gramEnd"/>
    </w:p>
    <w:p w14:paraId="7F5FE83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margin-top: </w:t>
      </w:r>
      <w:proofErr w:type="gramStart"/>
      <w:r w:rsidRPr="00DE042E">
        <w:rPr>
          <w:rFonts w:ascii="Courier New" w:hAnsi="Courier New" w:cs="Courier New"/>
          <w:sz w:val="20"/>
          <w:szCs w:val="20"/>
          <w:lang w:val="en-GB"/>
        </w:rPr>
        <w:t>40px;</w:t>
      </w:r>
      <w:proofErr w:type="gramEnd"/>
    </w:p>
    <w:p w14:paraId="1D5B7DE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59FA32E1" w14:textId="77777777" w:rsidR="00DE042E" w:rsidRPr="00DE042E" w:rsidRDefault="00DE042E" w:rsidP="00DE042E">
      <w:pPr>
        <w:rPr>
          <w:rFonts w:ascii="Courier New" w:hAnsi="Courier New" w:cs="Courier New"/>
          <w:sz w:val="20"/>
          <w:szCs w:val="20"/>
          <w:lang w:val="en-GB"/>
        </w:rPr>
      </w:pPr>
    </w:p>
    <w:p w14:paraId="6E7EB668"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MOBILE RESPONSIVE SETTINGS */</w:t>
      </w:r>
    </w:p>
    <w:p w14:paraId="0E28975D" w14:textId="77777777" w:rsidR="00DE042E" w:rsidRPr="00DE042E" w:rsidRDefault="00DE042E" w:rsidP="00DE042E">
      <w:pPr>
        <w:rPr>
          <w:rFonts w:ascii="Courier New" w:hAnsi="Courier New" w:cs="Courier New"/>
          <w:sz w:val="20"/>
          <w:szCs w:val="20"/>
          <w:lang w:val="en-GB"/>
        </w:rPr>
      </w:pPr>
    </w:p>
    <w:p w14:paraId="46438DB2"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@media (max-width: 768px) {</w:t>
      </w:r>
    </w:p>
    <w:p w14:paraId="289FC75F" w14:textId="77777777" w:rsidR="00DE042E" w:rsidRPr="00DE042E" w:rsidRDefault="00DE042E" w:rsidP="00DE042E">
      <w:pPr>
        <w:rPr>
          <w:rFonts w:ascii="Courier New" w:hAnsi="Courier New" w:cs="Courier New"/>
          <w:sz w:val="20"/>
          <w:szCs w:val="20"/>
          <w:lang w:val="en-GB"/>
        </w:rPr>
      </w:pPr>
    </w:p>
    <w:p w14:paraId="14B05BF5"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header h1 {</w:t>
      </w:r>
    </w:p>
    <w:p w14:paraId="4CC494AE"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font-size: </w:t>
      </w:r>
      <w:proofErr w:type="gramStart"/>
      <w:r w:rsidRPr="00DE042E">
        <w:rPr>
          <w:rFonts w:ascii="Courier New" w:hAnsi="Courier New" w:cs="Courier New"/>
          <w:sz w:val="20"/>
          <w:szCs w:val="20"/>
          <w:lang w:val="en-GB"/>
        </w:rPr>
        <w:t>22px;</w:t>
      </w:r>
      <w:proofErr w:type="gramEnd"/>
    </w:p>
    <w:p w14:paraId="2C88A669"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1164E3C3" w14:textId="77777777" w:rsidR="00DE042E" w:rsidRPr="00DE042E" w:rsidRDefault="00DE042E" w:rsidP="00DE042E">
      <w:pPr>
        <w:rPr>
          <w:rFonts w:ascii="Courier New" w:hAnsi="Courier New" w:cs="Courier New"/>
          <w:sz w:val="20"/>
          <w:szCs w:val="20"/>
          <w:lang w:val="en-GB"/>
        </w:rPr>
      </w:pPr>
    </w:p>
    <w:p w14:paraId="66826C9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nav {</w:t>
      </w:r>
    </w:p>
    <w:p w14:paraId="348D5C1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display: </w:t>
      </w:r>
      <w:proofErr w:type="gramStart"/>
      <w:r w:rsidRPr="00DE042E">
        <w:rPr>
          <w:rFonts w:ascii="Courier New" w:hAnsi="Courier New" w:cs="Courier New"/>
          <w:sz w:val="20"/>
          <w:szCs w:val="20"/>
          <w:lang w:val="en-GB"/>
        </w:rPr>
        <w:t>flex;</w:t>
      </w:r>
      <w:proofErr w:type="gramEnd"/>
    </w:p>
    <w:p w14:paraId="2E119EEA"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flex-direction: </w:t>
      </w:r>
      <w:proofErr w:type="gramStart"/>
      <w:r w:rsidRPr="00DE042E">
        <w:rPr>
          <w:rFonts w:ascii="Courier New" w:hAnsi="Courier New" w:cs="Courier New"/>
          <w:sz w:val="20"/>
          <w:szCs w:val="20"/>
          <w:lang w:val="en-GB"/>
        </w:rPr>
        <w:t>column;</w:t>
      </w:r>
      <w:proofErr w:type="gramEnd"/>
    </w:p>
    <w:p w14:paraId="750A4D53"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align-items: </w:t>
      </w:r>
      <w:proofErr w:type="spellStart"/>
      <w:proofErr w:type="gramStart"/>
      <w:r w:rsidRPr="00DE042E">
        <w:rPr>
          <w:rFonts w:ascii="Courier New" w:hAnsi="Courier New" w:cs="Courier New"/>
          <w:sz w:val="20"/>
          <w:szCs w:val="20"/>
          <w:lang w:val="en-GB"/>
        </w:rPr>
        <w:t>center</w:t>
      </w:r>
      <w:proofErr w:type="spellEnd"/>
      <w:r w:rsidRPr="00DE042E">
        <w:rPr>
          <w:rFonts w:ascii="Courier New" w:hAnsi="Courier New" w:cs="Courier New"/>
          <w:sz w:val="20"/>
          <w:szCs w:val="20"/>
          <w:lang w:val="en-GB"/>
        </w:rPr>
        <w:t>;</w:t>
      </w:r>
      <w:proofErr w:type="gramEnd"/>
    </w:p>
    <w:p w14:paraId="27454C96"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2897CB78" w14:textId="77777777" w:rsidR="00DE042E" w:rsidRPr="00DE042E" w:rsidRDefault="00DE042E" w:rsidP="00DE042E">
      <w:pPr>
        <w:rPr>
          <w:rFonts w:ascii="Courier New" w:hAnsi="Courier New" w:cs="Courier New"/>
          <w:sz w:val="20"/>
          <w:szCs w:val="20"/>
          <w:lang w:val="en-GB"/>
        </w:rPr>
      </w:pPr>
    </w:p>
    <w:p w14:paraId="62657E2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nav a {</w:t>
      </w:r>
    </w:p>
    <w:p w14:paraId="6AA67E6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margin: 5px </w:t>
      </w:r>
      <w:proofErr w:type="gramStart"/>
      <w:r w:rsidRPr="00DE042E">
        <w:rPr>
          <w:rFonts w:ascii="Courier New" w:hAnsi="Courier New" w:cs="Courier New"/>
          <w:sz w:val="20"/>
          <w:szCs w:val="20"/>
          <w:lang w:val="en-GB"/>
        </w:rPr>
        <w:t>0;</w:t>
      </w:r>
      <w:proofErr w:type="gramEnd"/>
    </w:p>
    <w:p w14:paraId="104C3181"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5613CD8C" w14:textId="77777777" w:rsidR="00DE042E" w:rsidRPr="00DE042E" w:rsidRDefault="00DE042E" w:rsidP="00DE042E">
      <w:pPr>
        <w:rPr>
          <w:rFonts w:ascii="Courier New" w:hAnsi="Courier New" w:cs="Courier New"/>
          <w:sz w:val="20"/>
          <w:szCs w:val="20"/>
          <w:lang w:val="en-GB"/>
        </w:rPr>
      </w:pPr>
    </w:p>
    <w:p w14:paraId="50C149BA" w14:textId="77777777" w:rsidR="00DE042E" w:rsidRPr="00DE042E" w:rsidRDefault="00DE042E" w:rsidP="00DE042E">
      <w:pPr>
        <w:rPr>
          <w:rFonts w:ascii="Courier New" w:hAnsi="Courier New" w:cs="Courier New"/>
          <w:sz w:val="20"/>
          <w:szCs w:val="20"/>
          <w:lang w:val="en-GB"/>
        </w:rPr>
      </w:pPr>
      <w:proofErr w:type="gramStart"/>
      <w:r w:rsidRPr="00DE042E">
        <w:rPr>
          <w:rFonts w:ascii="Courier New" w:hAnsi="Courier New" w:cs="Courier New"/>
          <w:sz w:val="20"/>
          <w:szCs w:val="20"/>
          <w:lang w:val="en-GB"/>
        </w:rPr>
        <w:t>.hero</w:t>
      </w:r>
      <w:proofErr w:type="gramEnd"/>
      <w:r w:rsidRPr="00DE042E">
        <w:rPr>
          <w:rFonts w:ascii="Courier New" w:hAnsi="Courier New" w:cs="Courier New"/>
          <w:sz w:val="20"/>
          <w:szCs w:val="20"/>
          <w:lang w:val="en-GB"/>
        </w:rPr>
        <w:t xml:space="preserve"> {</w:t>
      </w:r>
    </w:p>
    <w:p w14:paraId="2236448E"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padding: 30px </w:t>
      </w:r>
      <w:proofErr w:type="gramStart"/>
      <w:r w:rsidRPr="00DE042E">
        <w:rPr>
          <w:rFonts w:ascii="Courier New" w:hAnsi="Courier New" w:cs="Courier New"/>
          <w:sz w:val="20"/>
          <w:szCs w:val="20"/>
          <w:lang w:val="en-GB"/>
        </w:rPr>
        <w:t>10px;</w:t>
      </w:r>
      <w:proofErr w:type="gramEnd"/>
    </w:p>
    <w:p w14:paraId="16F0C937"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2E63FD5A" w14:textId="77777777" w:rsidR="00DE042E" w:rsidRPr="00DE042E" w:rsidRDefault="00DE042E" w:rsidP="00DE042E">
      <w:pPr>
        <w:rPr>
          <w:rFonts w:ascii="Courier New" w:hAnsi="Courier New" w:cs="Courier New"/>
          <w:sz w:val="20"/>
          <w:szCs w:val="20"/>
          <w:lang w:val="en-GB"/>
        </w:rPr>
      </w:pPr>
    </w:p>
    <w:p w14:paraId="4CFB2C47" w14:textId="77777777" w:rsidR="00DE042E" w:rsidRPr="00DE042E" w:rsidRDefault="00DE042E" w:rsidP="00DE042E">
      <w:pPr>
        <w:rPr>
          <w:rFonts w:ascii="Courier New" w:hAnsi="Courier New" w:cs="Courier New"/>
          <w:sz w:val="20"/>
          <w:szCs w:val="20"/>
          <w:lang w:val="en-GB"/>
        </w:rPr>
      </w:pPr>
      <w:proofErr w:type="gramStart"/>
      <w:r w:rsidRPr="00DE042E">
        <w:rPr>
          <w:rFonts w:ascii="Courier New" w:hAnsi="Courier New" w:cs="Courier New"/>
          <w:sz w:val="20"/>
          <w:szCs w:val="20"/>
          <w:lang w:val="en-GB"/>
        </w:rPr>
        <w:t>.services</w:t>
      </w:r>
      <w:proofErr w:type="gramEnd"/>
      <w:r w:rsidRPr="00DE042E">
        <w:rPr>
          <w:rFonts w:ascii="Courier New" w:hAnsi="Courier New" w:cs="Courier New"/>
          <w:sz w:val="20"/>
          <w:szCs w:val="20"/>
          <w:lang w:val="en-GB"/>
        </w:rPr>
        <w:t xml:space="preserve"> {</w:t>
      </w:r>
    </w:p>
    <w:p w14:paraId="5ADE7DAD"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grid-template-columns: </w:t>
      </w:r>
      <w:proofErr w:type="gramStart"/>
      <w:r w:rsidRPr="00DE042E">
        <w:rPr>
          <w:rFonts w:ascii="Courier New" w:hAnsi="Courier New" w:cs="Courier New"/>
          <w:sz w:val="20"/>
          <w:szCs w:val="20"/>
          <w:lang w:val="en-GB"/>
        </w:rPr>
        <w:t>1fr;</w:t>
      </w:r>
      <w:proofErr w:type="gramEnd"/>
    </w:p>
    <w:p w14:paraId="2488468B"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1B06FD2B" w14:textId="77777777" w:rsidR="00DE042E" w:rsidRPr="00DE042E" w:rsidRDefault="00DE042E" w:rsidP="00DE042E">
      <w:pPr>
        <w:rPr>
          <w:rFonts w:ascii="Courier New" w:hAnsi="Courier New" w:cs="Courier New"/>
          <w:sz w:val="20"/>
          <w:szCs w:val="20"/>
          <w:lang w:val="en-GB"/>
        </w:rPr>
      </w:pPr>
    </w:p>
    <w:p w14:paraId="762B16B6"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section {</w:t>
      </w:r>
    </w:p>
    <w:p w14:paraId="6E1337E1"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 xml:space="preserve">padding: </w:t>
      </w:r>
      <w:proofErr w:type="gramStart"/>
      <w:r w:rsidRPr="00DE042E">
        <w:rPr>
          <w:rFonts w:ascii="Courier New" w:hAnsi="Courier New" w:cs="Courier New"/>
          <w:sz w:val="20"/>
          <w:szCs w:val="20"/>
          <w:lang w:val="en-GB"/>
        </w:rPr>
        <w:t>20px;</w:t>
      </w:r>
      <w:proofErr w:type="gramEnd"/>
    </w:p>
    <w:p w14:paraId="7253A50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0DEDF15B" w14:textId="77777777" w:rsidR="00DE042E" w:rsidRPr="00DE042E" w:rsidRDefault="00DE042E" w:rsidP="00DE042E">
      <w:pPr>
        <w:rPr>
          <w:rFonts w:ascii="Courier New" w:hAnsi="Courier New" w:cs="Courier New"/>
          <w:sz w:val="20"/>
          <w:szCs w:val="20"/>
          <w:lang w:val="en-GB"/>
        </w:rPr>
      </w:pPr>
    </w:p>
    <w:p w14:paraId="7C50E960" w14:textId="77777777" w:rsidR="00DE042E" w:rsidRPr="00DE042E" w:rsidRDefault="00DE042E" w:rsidP="00DE042E">
      <w:pPr>
        <w:rPr>
          <w:rFonts w:ascii="Courier New" w:hAnsi="Courier New" w:cs="Courier New"/>
          <w:sz w:val="20"/>
          <w:szCs w:val="20"/>
          <w:lang w:val="en-GB"/>
        </w:rPr>
      </w:pPr>
      <w:r w:rsidRPr="00DE042E">
        <w:rPr>
          <w:rFonts w:ascii="Courier New" w:hAnsi="Courier New" w:cs="Courier New"/>
          <w:sz w:val="20"/>
          <w:szCs w:val="20"/>
          <w:lang w:val="en-GB"/>
        </w:rPr>
        <w:t>}</w:t>
      </w:r>
    </w:p>
    <w:p w14:paraId="0B2FEE65" w14:textId="5C85A1B5" w:rsidR="00DA0BC8" w:rsidRPr="00DE042E" w:rsidRDefault="00DA0BC8" w:rsidP="00DE042E">
      <w:pPr>
        <w:rPr>
          <w:rFonts w:ascii="Courier New" w:hAnsi="Courier New" w:cs="Courier New"/>
          <w:sz w:val="20"/>
          <w:szCs w:val="20"/>
        </w:rPr>
      </w:pPr>
    </w:p>
    <w:sectPr w:rsidR="00DA0BC8" w:rsidRPr="00DE042E" w:rsidSect="00DE042E">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32563137">
    <w:abstractNumId w:val="8"/>
  </w:num>
  <w:num w:numId="2" w16cid:durableId="383916690">
    <w:abstractNumId w:val="6"/>
  </w:num>
  <w:num w:numId="3" w16cid:durableId="1249344720">
    <w:abstractNumId w:val="5"/>
  </w:num>
  <w:num w:numId="4" w16cid:durableId="868839433">
    <w:abstractNumId w:val="4"/>
  </w:num>
  <w:num w:numId="5" w16cid:durableId="722682748">
    <w:abstractNumId w:val="7"/>
  </w:num>
  <w:num w:numId="6" w16cid:durableId="1465538873">
    <w:abstractNumId w:val="3"/>
  </w:num>
  <w:num w:numId="7" w16cid:durableId="1708985793">
    <w:abstractNumId w:val="2"/>
  </w:num>
  <w:num w:numId="8" w16cid:durableId="732895990">
    <w:abstractNumId w:val="1"/>
  </w:num>
  <w:num w:numId="9" w16cid:durableId="1602684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3C94"/>
    <w:rsid w:val="000D752F"/>
    <w:rsid w:val="0015074B"/>
    <w:rsid w:val="00166B96"/>
    <w:rsid w:val="00215523"/>
    <w:rsid w:val="0023487C"/>
    <w:rsid w:val="0029639D"/>
    <w:rsid w:val="00326F90"/>
    <w:rsid w:val="003A27B4"/>
    <w:rsid w:val="003B7F11"/>
    <w:rsid w:val="004F059B"/>
    <w:rsid w:val="00516301"/>
    <w:rsid w:val="00543F88"/>
    <w:rsid w:val="0062395A"/>
    <w:rsid w:val="00716450"/>
    <w:rsid w:val="00843E21"/>
    <w:rsid w:val="008875B5"/>
    <w:rsid w:val="008D53A4"/>
    <w:rsid w:val="00A15B83"/>
    <w:rsid w:val="00AA1D8D"/>
    <w:rsid w:val="00B47730"/>
    <w:rsid w:val="00CB0664"/>
    <w:rsid w:val="00DA0BC8"/>
    <w:rsid w:val="00DE042E"/>
    <w:rsid w:val="00E74CD4"/>
    <w:rsid w:val="00E960B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E0A220"/>
  <w14:defaultImageDpi w14:val="300"/>
  <w15:docId w15:val="{5671A16D-6993-465D-B030-84EC1A2DD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3A27B4"/>
    <w:pPr>
      <w:spacing w:after="100"/>
    </w:pPr>
  </w:style>
  <w:style w:type="character" w:styleId="Hyperlink">
    <w:name w:val="Hyperlink"/>
    <w:basedOn w:val="DefaultParagraphFont"/>
    <w:uiPriority w:val="99"/>
    <w:unhideWhenUsed/>
    <w:rsid w:val="003A27B4"/>
    <w:rPr>
      <w:color w:val="0000FF" w:themeColor="hyperlink"/>
      <w:u w:val="single"/>
    </w:rPr>
  </w:style>
  <w:style w:type="character" w:styleId="UnresolvedMention">
    <w:name w:val="Unresolved Mention"/>
    <w:basedOn w:val="DefaultParagraphFont"/>
    <w:uiPriority w:val="99"/>
    <w:semiHidden/>
    <w:unhideWhenUsed/>
    <w:rsid w:val="00543F88"/>
    <w:rPr>
      <w:color w:val="605E5C"/>
      <w:shd w:val="clear" w:color="auto" w:fill="E1DFDD"/>
    </w:rPr>
  </w:style>
  <w:style w:type="paragraph" w:styleId="Bibliography">
    <w:name w:val="Bibliography"/>
    <w:basedOn w:val="Normal"/>
    <w:next w:val="Normal"/>
    <w:uiPriority w:val="37"/>
    <w:unhideWhenUsed/>
    <w:rsid w:val="003B7F11"/>
  </w:style>
  <w:style w:type="character" w:customStyle="1" w:styleId="NoSpacingChar">
    <w:name w:val="No Spacing Char"/>
    <w:basedOn w:val="DefaultParagraphFont"/>
    <w:link w:val="NoSpacing"/>
    <w:uiPriority w:val="1"/>
    <w:rsid w:val="00DE042E"/>
  </w:style>
  <w:style w:type="paragraph" w:styleId="TOC2">
    <w:name w:val="toc 2"/>
    <w:basedOn w:val="Normal"/>
    <w:next w:val="Normal"/>
    <w:autoRedefine/>
    <w:uiPriority w:val="39"/>
    <w:unhideWhenUsed/>
    <w:rsid w:val="0062395A"/>
    <w:pPr>
      <w:spacing w:after="100"/>
      <w:ind w:left="220"/>
    </w:pPr>
  </w:style>
  <w:style w:type="paragraph" w:styleId="TOC3">
    <w:name w:val="toc 3"/>
    <w:basedOn w:val="Normal"/>
    <w:next w:val="Normal"/>
    <w:autoRedefine/>
    <w:uiPriority w:val="39"/>
    <w:unhideWhenUsed/>
    <w:rsid w:val="00E960B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87234">
      <w:bodyDiv w:val="1"/>
      <w:marLeft w:val="0"/>
      <w:marRight w:val="0"/>
      <w:marTop w:val="0"/>
      <w:marBottom w:val="0"/>
      <w:divBdr>
        <w:top w:val="none" w:sz="0" w:space="0" w:color="auto"/>
        <w:left w:val="none" w:sz="0" w:space="0" w:color="auto"/>
        <w:bottom w:val="none" w:sz="0" w:space="0" w:color="auto"/>
        <w:right w:val="none" w:sz="0" w:space="0" w:color="auto"/>
      </w:divBdr>
    </w:div>
    <w:div w:id="455562779">
      <w:bodyDiv w:val="1"/>
      <w:marLeft w:val="0"/>
      <w:marRight w:val="0"/>
      <w:marTop w:val="0"/>
      <w:marBottom w:val="0"/>
      <w:divBdr>
        <w:top w:val="none" w:sz="0" w:space="0" w:color="auto"/>
        <w:left w:val="none" w:sz="0" w:space="0" w:color="auto"/>
        <w:bottom w:val="none" w:sz="0" w:space="0" w:color="auto"/>
        <w:right w:val="none" w:sz="0" w:space="0" w:color="auto"/>
      </w:divBdr>
    </w:div>
    <w:div w:id="1001276111">
      <w:bodyDiv w:val="1"/>
      <w:marLeft w:val="0"/>
      <w:marRight w:val="0"/>
      <w:marTop w:val="0"/>
      <w:marBottom w:val="0"/>
      <w:divBdr>
        <w:top w:val="none" w:sz="0" w:space="0" w:color="auto"/>
        <w:left w:val="none" w:sz="0" w:space="0" w:color="auto"/>
        <w:bottom w:val="none" w:sz="0" w:space="0" w:color="auto"/>
        <w:right w:val="none" w:sz="0" w:space="0" w:color="auto"/>
      </w:divBdr>
    </w:div>
    <w:div w:id="1046564688">
      <w:bodyDiv w:val="1"/>
      <w:marLeft w:val="0"/>
      <w:marRight w:val="0"/>
      <w:marTop w:val="0"/>
      <w:marBottom w:val="0"/>
      <w:divBdr>
        <w:top w:val="none" w:sz="0" w:space="0" w:color="auto"/>
        <w:left w:val="none" w:sz="0" w:space="0" w:color="auto"/>
        <w:bottom w:val="none" w:sz="0" w:space="0" w:color="auto"/>
        <w:right w:val="none" w:sz="0" w:space="0" w:color="auto"/>
      </w:divBdr>
    </w:div>
    <w:div w:id="1154299853">
      <w:bodyDiv w:val="1"/>
      <w:marLeft w:val="0"/>
      <w:marRight w:val="0"/>
      <w:marTop w:val="0"/>
      <w:marBottom w:val="0"/>
      <w:divBdr>
        <w:top w:val="none" w:sz="0" w:space="0" w:color="auto"/>
        <w:left w:val="none" w:sz="0" w:space="0" w:color="auto"/>
        <w:bottom w:val="none" w:sz="0" w:space="0" w:color="auto"/>
        <w:right w:val="none" w:sz="0" w:space="0" w:color="auto"/>
      </w:divBdr>
    </w:div>
    <w:div w:id="1454786728">
      <w:bodyDiv w:val="1"/>
      <w:marLeft w:val="0"/>
      <w:marRight w:val="0"/>
      <w:marTop w:val="0"/>
      <w:marBottom w:val="0"/>
      <w:divBdr>
        <w:top w:val="none" w:sz="0" w:space="0" w:color="auto"/>
        <w:left w:val="none" w:sz="0" w:space="0" w:color="auto"/>
        <w:bottom w:val="none" w:sz="0" w:space="0" w:color="auto"/>
        <w:right w:val="none" w:sz="0" w:space="0" w:color="auto"/>
      </w:divBdr>
    </w:div>
    <w:div w:id="1541741273">
      <w:bodyDiv w:val="1"/>
      <w:marLeft w:val="0"/>
      <w:marRight w:val="0"/>
      <w:marTop w:val="0"/>
      <w:marBottom w:val="0"/>
      <w:divBdr>
        <w:top w:val="none" w:sz="0" w:space="0" w:color="auto"/>
        <w:left w:val="none" w:sz="0" w:space="0" w:color="auto"/>
        <w:bottom w:val="none" w:sz="0" w:space="0" w:color="auto"/>
        <w:right w:val="none" w:sz="0" w:space="0" w:color="auto"/>
      </w:divBdr>
    </w:div>
    <w:div w:id="17451779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londonmassagetherap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IEEE" Version="0">
  <b:Source>
    <b:Tag>W3C24</b:Tag>
    <b:SourceType>InternetSite</b:SourceType>
    <b:Guid>{B9EAFCAA-8FC3-4385-9A46-B2E33A152A94}</b:Guid>
    <b:Title>Markup Validation Service</b:Title>
    <b:Year>2024</b:Year>
    <b:URL>https://validator.w3.org</b:URL>
    <b:InternetSiteTitle>W3C</b:InternetSiteTitle>
    <b:Author>
      <b:Author>
        <b:NameList>
          <b:Person>
            <b:Last>(W3C)</b:Last>
            <b:First>World</b:First>
            <b:Middle>Wide Web Consortium</b:Middle>
          </b:Person>
        </b:NameList>
      </b:Author>
    </b:Author>
    <b:RefOrder>1</b:RefOrder>
  </b:Source>
  <b:Source>
    <b:Tag>W3C241</b:Tag>
    <b:SourceType>InternetSite</b:SourceType>
    <b:Guid>{F7BDAFEB-A465-4D98-9FBA-81D135F7C898}</b:Guid>
    <b:Author>
      <b:Author>
        <b:NameList>
          <b:Person>
            <b:Last>(W3C)</b:Last>
            <b:First>World</b:First>
            <b:Middle>Wide Web Consortium</b:Middle>
          </b:Person>
        </b:NameList>
      </b:Author>
    </b:Author>
    <b:Title>CSS Validation Service</b:Title>
    <b:Year>2024</b:Year>
    <b:URL>https://jigsaw.w3.org/css-validator</b:URL>
    <b:InternetSiteTitle>W3C</b:InternetSiteTitle>
    <b:RefOrder>2</b:RefOrder>
  </b:Source>
  <b:Source>
    <b:Tag>Wor18</b:Tag>
    <b:SourceType>InternetSite</b:SourceType>
    <b:Guid>{826B8094-505F-488E-96DC-83CABACEA103}</b:Guid>
    <b:Title>Web Content Accessibility Guidelines (WCAG) 2.1</b:Title>
    <b:Year>2018</b:Year>
    <b:URL>https://www.w3.org/TR/WCAG21</b:URL>
    <b:Author>
      <b:Author>
        <b:NameList>
          <b:Person>
            <b:Last>(W3C)</b:Last>
            <b:First>World</b:First>
            <b:Middle>Wide Web Consortium</b:Middle>
          </b:Person>
        </b:NameList>
      </b:Author>
    </b:Author>
    <b:InternetSiteTitle>W3C</b:InternetSiteTitle>
    <b:RefOrder>3</b:RefOrder>
  </b:Source>
  <b:Source>
    <b:Tag>The24</b:Tag>
    <b:SourceType>InternetSite</b:SourceType>
    <b:Guid>{D436F413-C833-495F-BD90-6D7138804D1F}</b:Guid>
    <b:Author>
      <b:Author>
        <b:NameList>
          <b:Person>
            <b:Last>Therapy</b:Last>
            <b:First>London</b:First>
            <b:Middle>Massage</b:Middle>
          </b:Person>
        </b:NameList>
      </b:Author>
    </b:Author>
    <b:Title>London Massage Therapy</b:Title>
    <b:Year>2024</b:Year>
    <b:URL>https://www.londonmassagetherapy.co.uk</b:URL>
    <b:InternetSiteTitle>London Massage Therapy</b:InternetSiteTitle>
    <b:RefOrder>4</b:RefOrder>
  </b:Source>
</b:Sources>
</file>

<file path=customXml/itemProps1.xml><?xml version="1.0" encoding="utf-8"?>
<ds:datastoreItem xmlns:ds="http://schemas.openxmlformats.org/officeDocument/2006/customXml" ds:itemID="{4FB79D6B-DFE3-4DDB-BEB1-C966C7C8F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25</Pages>
  <Words>2650</Words>
  <Characters>15106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17721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Mustafa Ay (2513629)</cp:lastModifiedBy>
  <cp:revision>9</cp:revision>
  <dcterms:created xsi:type="dcterms:W3CDTF">2013-12-23T23:15:00Z</dcterms:created>
  <dcterms:modified xsi:type="dcterms:W3CDTF">2026-04-22T23:12:00Z</dcterms:modified>
  <cp:category/>
</cp:coreProperties>
</file>