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E8160" w14:textId="77777777" w:rsidR="000C0AD6" w:rsidRDefault="00000000">
      <w:pPr>
        <w:pStyle w:val="Title"/>
      </w:pPr>
      <w:r>
        <w:t>Evaluation for Accessibility</w:t>
      </w:r>
    </w:p>
    <w:p w14:paraId="2ABB3EE2" w14:textId="77777777" w:rsidR="000C0AD6" w:rsidRDefault="00000000">
      <w:r>
        <w:t>Work in groups of three. Spend 10 minutes analysing the interface below, then discuss your findings with the class. Choose three features and complete one analysis for each. Focus on what a player needs to do and how the interface could prevent it.</w:t>
      </w:r>
    </w:p>
    <w:p w14:paraId="6C6832A0" w14:textId="77777777" w:rsidR="000C0AD6" w:rsidRDefault="00000000">
      <w:pPr>
        <w:pStyle w:val="Heading1"/>
      </w:pPr>
      <w:r>
        <w:t>The scenario</w:t>
      </w:r>
    </w:p>
    <w:p w14:paraId="746B0BBF" w14:textId="77777777" w:rsidR="000C0AD6" w:rsidRDefault="00000000">
      <w:r>
        <w:t>A fictional Zombie Dice app has the following features:</w:t>
      </w:r>
    </w:p>
    <w:p w14:paraId="49AEA6AE" w14:textId="77777777" w:rsidR="000C0AD6" w:rsidRDefault="00000000">
      <w:pPr>
        <w:pStyle w:val="ListBullet"/>
      </w:pPr>
      <w:r>
        <w:t>Scores and turn status use colour alone.</w:t>
      </w:r>
    </w:p>
    <w:p w14:paraId="4C3D4AA2" w14:textId="77777777" w:rsidR="000C0AD6" w:rsidRDefault="00000000">
      <w:pPr>
        <w:pStyle w:val="ListBullet"/>
      </w:pPr>
      <w:r>
        <w:t>Players must drag dice into a cup to roll them.</w:t>
      </w:r>
    </w:p>
    <w:p w14:paraId="6665187E" w14:textId="77777777" w:rsidR="000C0AD6" w:rsidRDefault="00000000">
      <w:pPr>
        <w:pStyle w:val="ListBullet"/>
      </w:pPr>
      <w:r>
        <w:t>Sound effects provide the only explanation of the dice results.</w:t>
      </w:r>
    </w:p>
    <w:p w14:paraId="4F698C57" w14:textId="77777777" w:rsidR="000C0AD6" w:rsidRDefault="00000000">
      <w:pPr>
        <w:pStyle w:val="ListBullet"/>
      </w:pPr>
      <w:r>
        <w:t>Instructions appear briefly and then disappear.</w:t>
      </w:r>
    </w:p>
    <w:p w14:paraId="1F39B508" w14:textId="77777777" w:rsidR="000C0AD6" w:rsidRDefault="00000000">
      <w:pPr>
        <w:pStyle w:val="ListBullet"/>
      </w:pPr>
      <w:r>
        <w:t>Small icon buttons have no visible labels.</w:t>
      </w:r>
    </w:p>
    <w:p w14:paraId="03E2BC11" w14:textId="77777777" w:rsidR="000C0AD6" w:rsidRDefault="00000000">
      <w:r>
        <w:t>For each feature, identify an access requirement, explain the barrier and its effect on play, propose an improvement, and describe how you would evaluate it. You may refer to the WCAG principles: perceivable, operable, understandable and robust.</w:t>
      </w:r>
    </w:p>
    <w:p w14:paraId="2C558895" w14:textId="77777777" w:rsidR="000C0AD6" w:rsidRDefault="00000000">
      <w:pPr>
        <w:pStyle w:val="Heading1"/>
      </w:pPr>
      <w:r>
        <w:t>Feature analysis 1</w:t>
      </w:r>
    </w:p>
    <w:tbl>
      <w:tblPr>
        <w:tblStyle w:val="TableGrid"/>
        <w:tblW w:w="0" w:type="auto"/>
        <w:tblLayout w:type="fixed"/>
        <w:tblLook w:val="04A0" w:firstRow="1" w:lastRow="0" w:firstColumn="1" w:lastColumn="0" w:noHBand="0" w:noVBand="1"/>
      </w:tblPr>
      <w:tblGrid>
        <w:gridCol w:w="2494"/>
        <w:gridCol w:w="7143"/>
      </w:tblGrid>
      <w:tr w:rsidR="000C0AD6" w14:paraId="705F958C" w14:textId="77777777">
        <w:trPr>
          <w:cantSplit/>
          <w:trHeight w:val="624"/>
        </w:trPr>
        <w:tc>
          <w:tcPr>
            <w:tcW w:w="2494" w:type="dxa"/>
          </w:tcPr>
          <w:p w14:paraId="68657CA4" w14:textId="77777777" w:rsidR="000C0AD6" w:rsidRDefault="00000000">
            <w:pPr>
              <w:spacing w:after="40"/>
            </w:pPr>
            <w:r>
              <w:rPr>
                <w:b/>
                <w:sz w:val="20"/>
              </w:rPr>
              <w:t>Selected feature</w:t>
            </w:r>
          </w:p>
        </w:tc>
        <w:tc>
          <w:tcPr>
            <w:tcW w:w="7143" w:type="dxa"/>
          </w:tcPr>
          <w:p w14:paraId="186B887B" w14:textId="77777777" w:rsidR="000C0AD6" w:rsidRDefault="00000000">
            <w:pPr>
              <w:spacing w:after="40"/>
            </w:pPr>
            <w:r>
              <w:rPr>
                <w:sz w:val="20"/>
              </w:rPr>
              <w:t>Which interface feature are you examining?</w:t>
            </w:r>
          </w:p>
        </w:tc>
      </w:tr>
      <w:tr w:rsidR="000C0AD6" w14:paraId="6D1B54F6" w14:textId="77777777">
        <w:trPr>
          <w:cantSplit/>
          <w:trHeight w:val="850"/>
        </w:trPr>
        <w:tc>
          <w:tcPr>
            <w:tcW w:w="2494" w:type="dxa"/>
          </w:tcPr>
          <w:p w14:paraId="1DF904E9" w14:textId="77777777" w:rsidR="000C0AD6" w:rsidRDefault="00000000">
            <w:pPr>
              <w:spacing w:after="40"/>
            </w:pPr>
            <w:r>
              <w:rPr>
                <w:b/>
                <w:sz w:val="20"/>
              </w:rPr>
              <w:t>Access requirement</w:t>
            </w:r>
          </w:p>
        </w:tc>
        <w:tc>
          <w:tcPr>
            <w:tcW w:w="7143" w:type="dxa"/>
          </w:tcPr>
          <w:p w14:paraId="753E2B98" w14:textId="77777777" w:rsidR="000C0AD6" w:rsidRDefault="00000000">
            <w:pPr>
              <w:spacing w:after="40"/>
            </w:pPr>
            <w:r>
              <w:rPr>
                <w:sz w:val="20"/>
              </w:rPr>
              <w:t>What does the player need? Consider input, perception or understanding.</w:t>
            </w:r>
          </w:p>
        </w:tc>
      </w:tr>
      <w:tr w:rsidR="000C0AD6" w14:paraId="36D9501E" w14:textId="77777777">
        <w:trPr>
          <w:cantSplit/>
          <w:trHeight w:val="964"/>
        </w:trPr>
        <w:tc>
          <w:tcPr>
            <w:tcW w:w="2494" w:type="dxa"/>
          </w:tcPr>
          <w:p w14:paraId="4C974D30" w14:textId="77777777" w:rsidR="000C0AD6" w:rsidRDefault="00000000">
            <w:pPr>
              <w:spacing w:after="40"/>
            </w:pPr>
            <w:r>
              <w:rPr>
                <w:b/>
                <w:sz w:val="20"/>
              </w:rPr>
              <w:t>Barrier and consequence</w:t>
            </w:r>
          </w:p>
        </w:tc>
        <w:tc>
          <w:tcPr>
            <w:tcW w:w="7143" w:type="dxa"/>
          </w:tcPr>
          <w:p w14:paraId="637912F6" w14:textId="77777777" w:rsidR="000C0AD6" w:rsidRDefault="00000000">
            <w:pPr>
              <w:spacing w:after="40"/>
            </w:pPr>
            <w:r>
              <w:rPr>
                <w:sz w:val="20"/>
              </w:rPr>
              <w:t>What prevents or hinders the player? How does this affect the task?</w:t>
            </w:r>
          </w:p>
        </w:tc>
      </w:tr>
      <w:tr w:rsidR="000C0AD6" w14:paraId="6E5E41FC" w14:textId="77777777">
        <w:trPr>
          <w:cantSplit/>
          <w:trHeight w:val="850"/>
        </w:trPr>
        <w:tc>
          <w:tcPr>
            <w:tcW w:w="2494" w:type="dxa"/>
          </w:tcPr>
          <w:p w14:paraId="49E36631" w14:textId="77777777" w:rsidR="000C0AD6" w:rsidRDefault="00000000">
            <w:pPr>
              <w:spacing w:after="40"/>
            </w:pPr>
            <w:r>
              <w:rPr>
                <w:b/>
                <w:sz w:val="20"/>
              </w:rPr>
              <w:t>Proposed improvement</w:t>
            </w:r>
          </w:p>
        </w:tc>
        <w:tc>
          <w:tcPr>
            <w:tcW w:w="7143" w:type="dxa"/>
          </w:tcPr>
          <w:p w14:paraId="33D430BB" w14:textId="77777777" w:rsidR="000C0AD6" w:rsidRDefault="00000000">
            <w:pPr>
              <w:spacing w:after="40"/>
            </w:pPr>
            <w:r>
              <w:rPr>
                <w:sz w:val="20"/>
              </w:rPr>
              <w:t>How could the interface support this requirement?</w:t>
            </w:r>
          </w:p>
        </w:tc>
      </w:tr>
      <w:tr w:rsidR="000C0AD6" w14:paraId="55B594E6" w14:textId="77777777">
        <w:trPr>
          <w:cantSplit/>
          <w:trHeight w:val="964"/>
        </w:trPr>
        <w:tc>
          <w:tcPr>
            <w:tcW w:w="2494" w:type="dxa"/>
          </w:tcPr>
          <w:p w14:paraId="31164866" w14:textId="77777777" w:rsidR="000C0AD6" w:rsidRDefault="00000000">
            <w:pPr>
              <w:spacing w:after="40"/>
            </w:pPr>
            <w:r>
              <w:rPr>
                <w:b/>
                <w:sz w:val="20"/>
              </w:rPr>
              <w:t>Evaluation method</w:t>
            </w:r>
          </w:p>
        </w:tc>
        <w:tc>
          <w:tcPr>
            <w:tcW w:w="7143" w:type="dxa"/>
          </w:tcPr>
          <w:p w14:paraId="3EE4419A" w14:textId="77777777" w:rsidR="000C0AD6" w:rsidRDefault="00000000">
            <w:pPr>
              <w:spacing w:after="40"/>
            </w:pPr>
            <w:r>
              <w:rPr>
                <w:sz w:val="20"/>
              </w:rPr>
              <w:t>What would you test, and what evidence would show improvement?</w:t>
            </w:r>
          </w:p>
        </w:tc>
      </w:tr>
    </w:tbl>
    <w:p w14:paraId="321E213C" w14:textId="77777777" w:rsidR="000C0AD6" w:rsidRDefault="00000000">
      <w:r>
        <w:br w:type="page"/>
      </w:r>
    </w:p>
    <w:p w14:paraId="48EDC0EE" w14:textId="77777777" w:rsidR="000C0AD6" w:rsidRDefault="00000000">
      <w:pPr>
        <w:pStyle w:val="Heading1"/>
      </w:pPr>
      <w:r>
        <w:lastRenderedPageBreak/>
        <w:t>Feature analysis 2</w:t>
      </w:r>
    </w:p>
    <w:tbl>
      <w:tblPr>
        <w:tblStyle w:val="TableGrid"/>
        <w:tblW w:w="0" w:type="auto"/>
        <w:tblLayout w:type="fixed"/>
        <w:tblLook w:val="04A0" w:firstRow="1" w:lastRow="0" w:firstColumn="1" w:lastColumn="0" w:noHBand="0" w:noVBand="1"/>
      </w:tblPr>
      <w:tblGrid>
        <w:gridCol w:w="2494"/>
        <w:gridCol w:w="7143"/>
      </w:tblGrid>
      <w:tr w:rsidR="000C0AD6" w14:paraId="13E45576" w14:textId="77777777">
        <w:trPr>
          <w:cantSplit/>
          <w:trHeight w:val="624"/>
        </w:trPr>
        <w:tc>
          <w:tcPr>
            <w:tcW w:w="2494" w:type="dxa"/>
          </w:tcPr>
          <w:p w14:paraId="640F44E6" w14:textId="77777777" w:rsidR="000C0AD6" w:rsidRDefault="00000000">
            <w:pPr>
              <w:spacing w:after="40"/>
            </w:pPr>
            <w:r>
              <w:rPr>
                <w:b/>
                <w:sz w:val="20"/>
              </w:rPr>
              <w:t>Selected feature</w:t>
            </w:r>
          </w:p>
        </w:tc>
        <w:tc>
          <w:tcPr>
            <w:tcW w:w="7143" w:type="dxa"/>
          </w:tcPr>
          <w:p w14:paraId="38D30E9C" w14:textId="77777777" w:rsidR="000C0AD6" w:rsidRDefault="00000000">
            <w:pPr>
              <w:spacing w:after="40"/>
            </w:pPr>
            <w:r>
              <w:rPr>
                <w:sz w:val="20"/>
              </w:rPr>
              <w:t>Which interface feature are you examining?</w:t>
            </w:r>
          </w:p>
        </w:tc>
      </w:tr>
      <w:tr w:rsidR="000C0AD6" w14:paraId="722ED38A" w14:textId="77777777">
        <w:trPr>
          <w:cantSplit/>
          <w:trHeight w:val="850"/>
        </w:trPr>
        <w:tc>
          <w:tcPr>
            <w:tcW w:w="2494" w:type="dxa"/>
          </w:tcPr>
          <w:p w14:paraId="39AF3ABA" w14:textId="77777777" w:rsidR="000C0AD6" w:rsidRDefault="00000000">
            <w:pPr>
              <w:spacing w:after="40"/>
            </w:pPr>
            <w:r>
              <w:rPr>
                <w:b/>
                <w:sz w:val="20"/>
              </w:rPr>
              <w:t>Access requirement</w:t>
            </w:r>
          </w:p>
        </w:tc>
        <w:tc>
          <w:tcPr>
            <w:tcW w:w="7143" w:type="dxa"/>
          </w:tcPr>
          <w:p w14:paraId="126CC784" w14:textId="77777777" w:rsidR="000C0AD6" w:rsidRDefault="00000000">
            <w:pPr>
              <w:spacing w:after="40"/>
            </w:pPr>
            <w:r>
              <w:rPr>
                <w:sz w:val="20"/>
              </w:rPr>
              <w:t>What does the player need? Consider input, perception or understanding.</w:t>
            </w:r>
          </w:p>
        </w:tc>
      </w:tr>
      <w:tr w:rsidR="000C0AD6" w14:paraId="11F4BF1B" w14:textId="77777777">
        <w:trPr>
          <w:cantSplit/>
          <w:trHeight w:val="964"/>
        </w:trPr>
        <w:tc>
          <w:tcPr>
            <w:tcW w:w="2494" w:type="dxa"/>
          </w:tcPr>
          <w:p w14:paraId="09764501" w14:textId="77777777" w:rsidR="000C0AD6" w:rsidRDefault="00000000">
            <w:pPr>
              <w:spacing w:after="40"/>
            </w:pPr>
            <w:r>
              <w:rPr>
                <w:b/>
                <w:sz w:val="20"/>
              </w:rPr>
              <w:t>Barrier and consequence</w:t>
            </w:r>
          </w:p>
        </w:tc>
        <w:tc>
          <w:tcPr>
            <w:tcW w:w="7143" w:type="dxa"/>
          </w:tcPr>
          <w:p w14:paraId="1941F22F" w14:textId="77777777" w:rsidR="000C0AD6" w:rsidRDefault="00000000">
            <w:pPr>
              <w:spacing w:after="40"/>
            </w:pPr>
            <w:r>
              <w:rPr>
                <w:sz w:val="20"/>
              </w:rPr>
              <w:t>What prevents or hinders the player? How does this affect the task?</w:t>
            </w:r>
          </w:p>
        </w:tc>
      </w:tr>
      <w:tr w:rsidR="000C0AD6" w14:paraId="3C93FB8A" w14:textId="77777777">
        <w:trPr>
          <w:cantSplit/>
          <w:trHeight w:val="850"/>
        </w:trPr>
        <w:tc>
          <w:tcPr>
            <w:tcW w:w="2494" w:type="dxa"/>
          </w:tcPr>
          <w:p w14:paraId="755433F7" w14:textId="77777777" w:rsidR="000C0AD6" w:rsidRDefault="00000000">
            <w:pPr>
              <w:spacing w:after="40"/>
            </w:pPr>
            <w:r>
              <w:rPr>
                <w:b/>
                <w:sz w:val="20"/>
              </w:rPr>
              <w:t>Proposed improvement</w:t>
            </w:r>
          </w:p>
        </w:tc>
        <w:tc>
          <w:tcPr>
            <w:tcW w:w="7143" w:type="dxa"/>
          </w:tcPr>
          <w:p w14:paraId="3A5A7DAC" w14:textId="77777777" w:rsidR="000C0AD6" w:rsidRDefault="00000000">
            <w:pPr>
              <w:spacing w:after="40"/>
            </w:pPr>
            <w:r>
              <w:rPr>
                <w:sz w:val="20"/>
              </w:rPr>
              <w:t>How could the interface support this requirement?</w:t>
            </w:r>
          </w:p>
        </w:tc>
      </w:tr>
      <w:tr w:rsidR="000C0AD6" w14:paraId="60E99CE9" w14:textId="77777777">
        <w:trPr>
          <w:cantSplit/>
          <w:trHeight w:val="964"/>
        </w:trPr>
        <w:tc>
          <w:tcPr>
            <w:tcW w:w="2494" w:type="dxa"/>
          </w:tcPr>
          <w:p w14:paraId="14259EA0" w14:textId="77777777" w:rsidR="000C0AD6" w:rsidRDefault="00000000">
            <w:pPr>
              <w:spacing w:after="40"/>
            </w:pPr>
            <w:r>
              <w:rPr>
                <w:b/>
                <w:sz w:val="20"/>
              </w:rPr>
              <w:t>Evaluation method</w:t>
            </w:r>
          </w:p>
        </w:tc>
        <w:tc>
          <w:tcPr>
            <w:tcW w:w="7143" w:type="dxa"/>
          </w:tcPr>
          <w:p w14:paraId="02430A2A" w14:textId="77777777" w:rsidR="000C0AD6" w:rsidRDefault="00000000">
            <w:pPr>
              <w:spacing w:after="40"/>
            </w:pPr>
            <w:r>
              <w:rPr>
                <w:sz w:val="20"/>
              </w:rPr>
              <w:t>What would you test, and what evidence would show improvement?</w:t>
            </w:r>
          </w:p>
        </w:tc>
      </w:tr>
    </w:tbl>
    <w:p w14:paraId="7D358490" w14:textId="77777777" w:rsidR="000C0AD6" w:rsidRDefault="00000000">
      <w:pPr>
        <w:pStyle w:val="Heading1"/>
      </w:pPr>
      <w:r>
        <w:t>Feature analysis 3</w:t>
      </w:r>
    </w:p>
    <w:tbl>
      <w:tblPr>
        <w:tblStyle w:val="TableGrid"/>
        <w:tblW w:w="0" w:type="auto"/>
        <w:tblLayout w:type="fixed"/>
        <w:tblLook w:val="04A0" w:firstRow="1" w:lastRow="0" w:firstColumn="1" w:lastColumn="0" w:noHBand="0" w:noVBand="1"/>
      </w:tblPr>
      <w:tblGrid>
        <w:gridCol w:w="2494"/>
        <w:gridCol w:w="7143"/>
      </w:tblGrid>
      <w:tr w:rsidR="000C0AD6" w14:paraId="40A520AB" w14:textId="77777777">
        <w:trPr>
          <w:cantSplit/>
          <w:trHeight w:val="624"/>
        </w:trPr>
        <w:tc>
          <w:tcPr>
            <w:tcW w:w="2494" w:type="dxa"/>
          </w:tcPr>
          <w:p w14:paraId="092B8B11" w14:textId="77777777" w:rsidR="000C0AD6" w:rsidRDefault="00000000">
            <w:pPr>
              <w:spacing w:after="40"/>
            </w:pPr>
            <w:r>
              <w:rPr>
                <w:b/>
                <w:sz w:val="20"/>
              </w:rPr>
              <w:t>Selected feature</w:t>
            </w:r>
          </w:p>
        </w:tc>
        <w:tc>
          <w:tcPr>
            <w:tcW w:w="7143" w:type="dxa"/>
          </w:tcPr>
          <w:p w14:paraId="6682BD4D" w14:textId="77777777" w:rsidR="000C0AD6" w:rsidRDefault="00000000">
            <w:pPr>
              <w:spacing w:after="40"/>
            </w:pPr>
            <w:r>
              <w:rPr>
                <w:sz w:val="20"/>
              </w:rPr>
              <w:t>Which interface feature are you examining?</w:t>
            </w:r>
          </w:p>
        </w:tc>
      </w:tr>
      <w:tr w:rsidR="000C0AD6" w14:paraId="44D80165" w14:textId="77777777">
        <w:trPr>
          <w:cantSplit/>
          <w:trHeight w:val="850"/>
        </w:trPr>
        <w:tc>
          <w:tcPr>
            <w:tcW w:w="2494" w:type="dxa"/>
          </w:tcPr>
          <w:p w14:paraId="19E316F7" w14:textId="77777777" w:rsidR="000C0AD6" w:rsidRDefault="00000000">
            <w:pPr>
              <w:spacing w:after="40"/>
            </w:pPr>
            <w:r>
              <w:rPr>
                <w:b/>
                <w:sz w:val="20"/>
              </w:rPr>
              <w:t>Access requirement</w:t>
            </w:r>
          </w:p>
        </w:tc>
        <w:tc>
          <w:tcPr>
            <w:tcW w:w="7143" w:type="dxa"/>
          </w:tcPr>
          <w:p w14:paraId="37F4C936" w14:textId="77777777" w:rsidR="000C0AD6" w:rsidRDefault="00000000">
            <w:pPr>
              <w:spacing w:after="40"/>
            </w:pPr>
            <w:r>
              <w:rPr>
                <w:sz w:val="20"/>
              </w:rPr>
              <w:t>What does the player need? Consider input, perception or understanding.</w:t>
            </w:r>
          </w:p>
        </w:tc>
      </w:tr>
      <w:tr w:rsidR="000C0AD6" w14:paraId="66E5317D" w14:textId="77777777">
        <w:trPr>
          <w:cantSplit/>
          <w:trHeight w:val="964"/>
        </w:trPr>
        <w:tc>
          <w:tcPr>
            <w:tcW w:w="2494" w:type="dxa"/>
          </w:tcPr>
          <w:p w14:paraId="2DBA654C" w14:textId="77777777" w:rsidR="000C0AD6" w:rsidRDefault="00000000">
            <w:pPr>
              <w:spacing w:after="40"/>
            </w:pPr>
            <w:r>
              <w:rPr>
                <w:b/>
                <w:sz w:val="20"/>
              </w:rPr>
              <w:t>Barrier and consequence</w:t>
            </w:r>
          </w:p>
        </w:tc>
        <w:tc>
          <w:tcPr>
            <w:tcW w:w="7143" w:type="dxa"/>
          </w:tcPr>
          <w:p w14:paraId="62CCD3C6" w14:textId="77777777" w:rsidR="000C0AD6" w:rsidRDefault="00000000">
            <w:pPr>
              <w:spacing w:after="40"/>
            </w:pPr>
            <w:r>
              <w:rPr>
                <w:sz w:val="20"/>
              </w:rPr>
              <w:t>What prevents or hinders the player? How does this affect the task?</w:t>
            </w:r>
          </w:p>
        </w:tc>
      </w:tr>
      <w:tr w:rsidR="000C0AD6" w14:paraId="55C7C039" w14:textId="77777777">
        <w:trPr>
          <w:cantSplit/>
          <w:trHeight w:val="850"/>
        </w:trPr>
        <w:tc>
          <w:tcPr>
            <w:tcW w:w="2494" w:type="dxa"/>
          </w:tcPr>
          <w:p w14:paraId="01A86B18" w14:textId="77777777" w:rsidR="000C0AD6" w:rsidRDefault="00000000">
            <w:pPr>
              <w:spacing w:after="40"/>
            </w:pPr>
            <w:r>
              <w:rPr>
                <w:b/>
                <w:sz w:val="20"/>
              </w:rPr>
              <w:t>Proposed improvement</w:t>
            </w:r>
          </w:p>
        </w:tc>
        <w:tc>
          <w:tcPr>
            <w:tcW w:w="7143" w:type="dxa"/>
          </w:tcPr>
          <w:p w14:paraId="352133AA" w14:textId="77777777" w:rsidR="000C0AD6" w:rsidRDefault="00000000">
            <w:pPr>
              <w:spacing w:after="40"/>
            </w:pPr>
            <w:r>
              <w:rPr>
                <w:sz w:val="20"/>
              </w:rPr>
              <w:t>How could the interface support this requirement?</w:t>
            </w:r>
          </w:p>
        </w:tc>
      </w:tr>
      <w:tr w:rsidR="000C0AD6" w14:paraId="143FCF80" w14:textId="77777777">
        <w:trPr>
          <w:cantSplit/>
          <w:trHeight w:val="964"/>
        </w:trPr>
        <w:tc>
          <w:tcPr>
            <w:tcW w:w="2494" w:type="dxa"/>
          </w:tcPr>
          <w:p w14:paraId="6B262A47" w14:textId="77777777" w:rsidR="000C0AD6" w:rsidRDefault="00000000">
            <w:pPr>
              <w:spacing w:after="40"/>
            </w:pPr>
            <w:r>
              <w:rPr>
                <w:b/>
                <w:sz w:val="20"/>
              </w:rPr>
              <w:t>Evaluation method</w:t>
            </w:r>
          </w:p>
        </w:tc>
        <w:tc>
          <w:tcPr>
            <w:tcW w:w="7143" w:type="dxa"/>
          </w:tcPr>
          <w:p w14:paraId="3230C69A" w14:textId="77777777" w:rsidR="000C0AD6" w:rsidRDefault="00000000">
            <w:pPr>
              <w:spacing w:after="40"/>
            </w:pPr>
            <w:r>
              <w:rPr>
                <w:sz w:val="20"/>
              </w:rPr>
              <w:t>What would you test, and what evidence would show improvement?</w:t>
            </w:r>
          </w:p>
        </w:tc>
      </w:tr>
    </w:tbl>
    <w:p w14:paraId="6F0814E6" w14:textId="77777777" w:rsidR="000C0AD6" w:rsidRDefault="00000000">
      <w:pPr>
        <w:pStyle w:val="Heading1"/>
      </w:pPr>
      <w:r>
        <w:t>Discussion</w:t>
      </w:r>
    </w:p>
    <w:p w14:paraId="2416ACA0" w14:textId="77777777" w:rsidR="000C0AD6" w:rsidRDefault="00000000">
      <w:r>
        <w:t>Choose one finding to share. What would still be uncertain after your proposed evaluation?</w:t>
      </w:r>
    </w:p>
    <w:p w14:paraId="14E92D5A" w14:textId="77777777" w:rsidR="000C0AD6" w:rsidRDefault="00000000">
      <w:r>
        <w:t>__________________________________________________________________</w:t>
      </w:r>
      <w:r>
        <w:br/>
        <w:t>__________________________________________________________________</w:t>
      </w:r>
    </w:p>
    <w:p w14:paraId="507D8426" w14:textId="77777777" w:rsidR="000C0AD6" w:rsidRDefault="00000000">
      <w:r>
        <w:rPr>
          <w:sz w:val="20"/>
        </w:rPr>
        <w:t>Remember: a missing visible label does not establish whether a control has an accessible name. Inspect or test before claiming a technical failure. Describe specific access requirements rather than assuming everyone with a diagnosis uses the same interaction method.</w:t>
      </w:r>
    </w:p>
    <w:sectPr w:rsidR="000C0AD6" w:rsidSect="00034616">
      <w:pgSz w:w="11906" w:h="16838"/>
      <w:pgMar w:top="964" w:right="1134" w:bottom="96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52988488">
    <w:abstractNumId w:val="8"/>
  </w:num>
  <w:num w:numId="2" w16cid:durableId="786702656">
    <w:abstractNumId w:val="6"/>
  </w:num>
  <w:num w:numId="3" w16cid:durableId="829563584">
    <w:abstractNumId w:val="5"/>
  </w:num>
  <w:num w:numId="4" w16cid:durableId="1016735678">
    <w:abstractNumId w:val="4"/>
  </w:num>
  <w:num w:numId="5" w16cid:durableId="289940146">
    <w:abstractNumId w:val="7"/>
  </w:num>
  <w:num w:numId="6" w16cid:durableId="1206219304">
    <w:abstractNumId w:val="3"/>
  </w:num>
  <w:num w:numId="7" w16cid:durableId="1667394153">
    <w:abstractNumId w:val="2"/>
  </w:num>
  <w:num w:numId="8" w16cid:durableId="108358108">
    <w:abstractNumId w:val="1"/>
  </w:num>
  <w:num w:numId="9" w16cid:durableId="413743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C0AD6"/>
    <w:rsid w:val="0015074B"/>
    <w:rsid w:val="0029639D"/>
    <w:rsid w:val="00326F90"/>
    <w:rsid w:val="00AA1D8D"/>
    <w:rsid w:val="00AC2073"/>
    <w:rsid w:val="00B47730"/>
    <w:rsid w:val="00B6785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8F83AD"/>
  <w14:defaultImageDpi w14:val="300"/>
  <w15:docId w15:val="{897E5BE0-3C15-4928-9925-7B5507CC8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color w:val="000000"/>
      <w:spacing w:val="5"/>
      <w:kern w:val="28"/>
      <w:sz w:val="4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369</Words>
  <Characters>2230</Characters>
  <Application>Microsoft Office Word</Application>
  <DocSecurity>0</DocSecurity>
  <Lines>58</Lines>
  <Paragraphs>54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Nik Whitehead</cp:lastModifiedBy>
  <cp:revision>2</cp:revision>
  <dcterms:created xsi:type="dcterms:W3CDTF">2013-12-23T23:15:00Z</dcterms:created>
  <dcterms:modified xsi:type="dcterms:W3CDTF">2026-10-12T11:48:00Z</dcterms:modified>
  <cp:category/>
</cp:coreProperties>
</file>