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7E8C21F" w:rsidP="4D0FE20D" w:rsidRDefault="07E8C21F" w14:paraId="7504ABDE" w14:textId="15D07943">
      <w:pPr>
        <w:rPr>
          <w:rFonts w:ascii="Aptos" w:hAnsi="Aptos" w:eastAsia="Aptos" w:cs="Aptos"/>
          <w:b w:val="0"/>
          <w:bCs w:val="0"/>
          <w:i w:val="0"/>
          <w:iCs w:val="0"/>
          <w:caps w:val="0"/>
          <w:smallCaps w:val="0"/>
          <w:noProof w:val="0"/>
          <w:color w:val="000000" w:themeColor="text1" w:themeTint="FF" w:themeShade="FF"/>
          <w:sz w:val="24"/>
          <w:szCs w:val="24"/>
          <w:lang w:val="en-US"/>
        </w:rPr>
      </w:pPr>
      <w:r w:rsidRPr="4D0FE20D" w:rsidR="07E8C21F">
        <w:rPr>
          <w:rFonts w:ascii="Aptos" w:hAnsi="Aptos" w:eastAsia="Aptos" w:cs="Aptos"/>
          <w:b w:val="0"/>
          <w:bCs w:val="0"/>
          <w:i w:val="0"/>
          <w:iCs w:val="0"/>
          <w:caps w:val="0"/>
          <w:smallCaps w:val="0"/>
          <w:noProof w:val="0"/>
          <w:color w:val="000000" w:themeColor="text1" w:themeTint="FF" w:themeShade="FF"/>
          <w:sz w:val="24"/>
          <w:szCs w:val="24"/>
          <w:lang w:val="en-GB"/>
        </w:rPr>
        <w:t>Pomodoro Technique Answer Sheet</w:t>
      </w:r>
    </w:p>
    <w:p w:rsidR="455140A6" w:rsidP="53330679" w:rsidRDefault="455140A6" w14:paraId="4CAB17D6" w14:textId="299CF9B8">
      <w:pPr>
        <w:rPr>
          <w:rFonts w:ascii="Aptos" w:hAnsi="Aptos" w:eastAsia="Aptos" w:cs="Aptos"/>
          <w:b w:val="0"/>
          <w:bCs w:val="0"/>
          <w:i w:val="0"/>
          <w:iCs w:val="0"/>
          <w:caps w:val="0"/>
          <w:smallCaps w:val="0"/>
          <w:noProof w:val="0"/>
          <w:color w:val="000000" w:themeColor="text1" w:themeTint="FF" w:themeShade="FF"/>
          <w:sz w:val="24"/>
          <w:szCs w:val="24"/>
          <w:lang w:val="en-US"/>
        </w:rPr>
      </w:pPr>
      <w:r w:rsidRPr="53330679" w:rsidR="455140A6">
        <w:rPr>
          <w:rFonts w:ascii="Aptos" w:hAnsi="Aptos" w:eastAsia="Aptos" w:cs="Aptos"/>
          <w:b w:val="0"/>
          <w:bCs w:val="0"/>
          <w:i w:val="0"/>
          <w:iCs w:val="0"/>
          <w:caps w:val="0"/>
          <w:smallCaps w:val="0"/>
          <w:noProof w:val="0"/>
          <w:color w:val="000000" w:themeColor="text1" w:themeTint="FF" w:themeShade="FF"/>
          <w:sz w:val="24"/>
          <w:szCs w:val="24"/>
          <w:lang w:val="en-GB"/>
        </w:rPr>
        <w:t xml:space="preserve">Adapted from: University of York. (2024). </w:t>
      </w:r>
      <w:r w:rsidRPr="53330679" w:rsidR="455140A6">
        <w:rPr>
          <w:rFonts w:ascii="Aptos" w:hAnsi="Aptos" w:eastAsia="Aptos" w:cs="Aptos"/>
          <w:b w:val="0"/>
          <w:bCs w:val="0"/>
          <w:i w:val="1"/>
          <w:iCs w:val="1"/>
          <w:caps w:val="0"/>
          <w:smallCaps w:val="0"/>
          <w:noProof w:val="0"/>
          <w:color w:val="000000" w:themeColor="text1" w:themeTint="FF" w:themeShade="FF"/>
          <w:sz w:val="24"/>
          <w:szCs w:val="24"/>
          <w:lang w:val="en-GB"/>
        </w:rPr>
        <w:t>How to avoid procrastination</w:t>
      </w:r>
      <w:r w:rsidRPr="53330679" w:rsidR="455140A6">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339db94cfd0478b">
        <w:r w:rsidRPr="53330679" w:rsidR="455140A6">
          <w:rPr>
            <w:rStyle w:val="Hyperlink"/>
            <w:rFonts w:ascii="Aptos" w:hAnsi="Aptos" w:eastAsia="Aptos" w:cs="Aptos"/>
            <w:b w:val="0"/>
            <w:bCs w:val="0"/>
            <w:i w:val="0"/>
            <w:iCs w:val="0"/>
            <w:caps w:val="0"/>
            <w:smallCaps w:val="0"/>
            <w:strike w:val="0"/>
            <w:dstrike w:val="0"/>
            <w:noProof w:val="0"/>
            <w:sz w:val="24"/>
            <w:szCs w:val="24"/>
            <w:lang w:val="en-GB"/>
          </w:rPr>
          <w:t>https://subjectguides.york.ac.uk/being-organised/procrastination?type=dst?type=clab</w:t>
        </w:r>
      </w:hyperlink>
      <w:r w:rsidRPr="53330679" w:rsidR="455140A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25 September 2024).</w:t>
      </w:r>
    </w:p>
    <w:p w:rsidR="1E6806C7" w:rsidP="53330679" w:rsidRDefault="1E6806C7" w14:paraId="023074A7" w14:textId="04196F70">
      <w:pPr>
        <w:pStyle w:val="Normal"/>
        <w:rPr>
          <w:rFonts w:ascii="Aptos" w:hAnsi="Aptos" w:eastAsia="Aptos" w:cs="Aptos"/>
          <w:b w:val="1"/>
          <w:bCs w:val="1"/>
          <w:noProof w:val="0"/>
          <w:lang w:val="en-US"/>
        </w:rPr>
      </w:pPr>
      <w:r w:rsidRPr="53330679" w:rsidR="2FAADBDB">
        <w:rPr>
          <w:rFonts w:ascii="Aptos" w:hAnsi="Aptos" w:eastAsia="Aptos" w:cs="Aptos"/>
          <w:b w:val="1"/>
          <w:bCs w:val="1"/>
          <w:noProof w:val="0"/>
          <w:lang w:val="en-US"/>
        </w:rPr>
        <w:t>1. What problem is the Pomodoro Technique designed to address?</w:t>
      </w:r>
    </w:p>
    <w:p w:rsidR="1E6806C7" w:rsidP="4D0FE20D" w:rsidRDefault="1E6806C7" w14:paraId="486DB987" w14:textId="7C698A39">
      <w:pPr>
        <w:spacing w:before="240" w:beforeAutospacing="off" w:after="240" w:afterAutospacing="off"/>
        <w:jc w:val="both"/>
        <w:rPr>
          <w:rFonts w:ascii="Aptos" w:hAnsi="Aptos" w:eastAsia="Aptos" w:cs="Aptos"/>
          <w:noProof w:val="0"/>
          <w:color w:val="0E1AF0"/>
          <w:sz w:val="24"/>
          <w:szCs w:val="24"/>
          <w:lang w:val="en-US"/>
        </w:rPr>
      </w:pPr>
      <w:r w:rsidRPr="4D0FE20D" w:rsidR="08DAC448">
        <w:rPr>
          <w:rFonts w:ascii="Aptos" w:hAnsi="Aptos" w:eastAsia="Aptos" w:cs="Aptos"/>
          <w:noProof w:val="0"/>
          <w:color w:val="0E1AF0"/>
          <w:sz w:val="24"/>
          <w:szCs w:val="24"/>
          <w:lang w:val="en-US"/>
        </w:rPr>
        <w:t>It is designed to help students manage procrastination and improve focus by breaking work into small, timed sessions rather than trying to concentrate for long, uninterrupted periods.</w:t>
      </w:r>
    </w:p>
    <w:p w:rsidR="1E6806C7" w:rsidP="4D0FE20D" w:rsidRDefault="1E6806C7" w14:paraId="5D1B4470" w14:textId="3174C0ED">
      <w:pPr>
        <w:pStyle w:val="Heading2"/>
        <w:spacing w:before="299" w:beforeAutospacing="off" w:after="299" w:afterAutospacing="off"/>
        <w:jc w:val="both"/>
        <w:rPr>
          <w:rFonts w:ascii="Aptos" w:hAnsi="Aptos" w:eastAsia="Aptos" w:cs="Aptos"/>
          <w:b w:val="1"/>
          <w:bCs w:val="1"/>
          <w:noProof w:val="0"/>
          <w:color w:val="auto"/>
          <w:sz w:val="24"/>
          <w:szCs w:val="24"/>
          <w:lang w:val="en-US"/>
        </w:rPr>
      </w:pPr>
      <w:r w:rsidRPr="4D0FE20D" w:rsidR="08DAC448">
        <w:rPr>
          <w:rFonts w:ascii="Aptos" w:hAnsi="Aptos" w:eastAsia="Aptos" w:cs="Aptos"/>
          <w:b w:val="1"/>
          <w:bCs w:val="1"/>
          <w:noProof w:val="0"/>
          <w:color w:val="auto"/>
          <w:sz w:val="24"/>
          <w:szCs w:val="24"/>
          <w:lang w:val="en-US"/>
        </w:rPr>
        <w:t>2. How long is one Pomodoro cycle, and what happens during each phase?</w:t>
      </w:r>
    </w:p>
    <w:p w:rsidR="1E6806C7" w:rsidP="4D0FE20D" w:rsidRDefault="1E6806C7" w14:paraId="5C5E1DD3" w14:textId="1B42476E">
      <w:pPr>
        <w:spacing w:before="240" w:beforeAutospacing="off" w:after="240" w:afterAutospacing="off"/>
        <w:jc w:val="both"/>
        <w:rPr>
          <w:rFonts w:ascii="Aptos" w:hAnsi="Aptos" w:eastAsia="Aptos" w:cs="Aptos"/>
          <w:b w:val="0"/>
          <w:bCs w:val="0"/>
          <w:noProof w:val="0"/>
          <w:color w:val="1741E8"/>
          <w:sz w:val="24"/>
          <w:szCs w:val="24"/>
          <w:lang w:val="en-US"/>
        </w:rPr>
      </w:pPr>
      <w:r w:rsidRPr="4D0FE20D" w:rsidR="08DAC448">
        <w:rPr>
          <w:rFonts w:ascii="Aptos" w:hAnsi="Aptos" w:eastAsia="Aptos" w:cs="Aptos"/>
          <w:b w:val="0"/>
          <w:bCs w:val="0"/>
          <w:noProof w:val="0"/>
          <w:color w:val="1741E8"/>
          <w:sz w:val="24"/>
          <w:szCs w:val="24"/>
          <w:lang w:val="en-US"/>
        </w:rPr>
        <w:t xml:space="preserve">A standard cycle lasts </w:t>
      </w:r>
      <w:r w:rsidRPr="4D0FE20D" w:rsidR="08DAC448">
        <w:rPr>
          <w:rFonts w:ascii="Aptos" w:hAnsi="Aptos" w:eastAsia="Aptos" w:cs="Aptos"/>
          <w:b w:val="0"/>
          <w:bCs w:val="0"/>
          <w:noProof w:val="0"/>
          <w:color w:val="1741E8"/>
          <w:sz w:val="24"/>
          <w:szCs w:val="24"/>
          <w:lang w:val="en-US"/>
        </w:rPr>
        <w:t>25 minutes of focused work</w:t>
      </w:r>
      <w:r w:rsidRPr="4D0FE20D" w:rsidR="08DAC448">
        <w:rPr>
          <w:rFonts w:ascii="Aptos" w:hAnsi="Aptos" w:eastAsia="Aptos" w:cs="Aptos"/>
          <w:b w:val="0"/>
          <w:bCs w:val="0"/>
          <w:noProof w:val="0"/>
          <w:color w:val="1741E8"/>
          <w:sz w:val="24"/>
          <w:szCs w:val="24"/>
          <w:lang w:val="en-US"/>
        </w:rPr>
        <w:t xml:space="preserve"> followed by a </w:t>
      </w:r>
      <w:r w:rsidRPr="4D0FE20D" w:rsidR="08DAC448">
        <w:rPr>
          <w:rFonts w:ascii="Aptos" w:hAnsi="Aptos" w:eastAsia="Aptos" w:cs="Aptos"/>
          <w:b w:val="0"/>
          <w:bCs w:val="0"/>
          <w:noProof w:val="0"/>
          <w:color w:val="1741E8"/>
          <w:sz w:val="24"/>
          <w:szCs w:val="24"/>
          <w:lang w:val="en-US"/>
        </w:rPr>
        <w:t>5-minute break</w:t>
      </w:r>
      <w:r w:rsidRPr="4D0FE20D" w:rsidR="08DAC448">
        <w:rPr>
          <w:rFonts w:ascii="Aptos" w:hAnsi="Aptos" w:eastAsia="Aptos" w:cs="Aptos"/>
          <w:b w:val="0"/>
          <w:bCs w:val="0"/>
          <w:noProof w:val="0"/>
          <w:color w:val="1741E8"/>
          <w:sz w:val="24"/>
          <w:szCs w:val="24"/>
          <w:lang w:val="en-US"/>
        </w:rPr>
        <w:t xml:space="preserve">. After several cycles, a </w:t>
      </w:r>
      <w:r w:rsidRPr="4D0FE20D" w:rsidR="08DAC448">
        <w:rPr>
          <w:rFonts w:ascii="Aptos" w:hAnsi="Aptos" w:eastAsia="Aptos" w:cs="Aptos"/>
          <w:b w:val="0"/>
          <w:bCs w:val="0"/>
          <w:noProof w:val="0"/>
          <w:color w:val="1741E8"/>
          <w:sz w:val="24"/>
          <w:szCs w:val="24"/>
          <w:lang w:val="en-US"/>
        </w:rPr>
        <w:t>longer break</w:t>
      </w:r>
      <w:r w:rsidRPr="4D0FE20D" w:rsidR="08DAC448">
        <w:rPr>
          <w:rFonts w:ascii="Aptos" w:hAnsi="Aptos" w:eastAsia="Aptos" w:cs="Aptos"/>
          <w:b w:val="0"/>
          <w:bCs w:val="0"/>
          <w:noProof w:val="0"/>
          <w:color w:val="1741E8"/>
          <w:sz w:val="24"/>
          <w:szCs w:val="24"/>
          <w:lang w:val="en-US"/>
        </w:rPr>
        <w:t xml:space="preserve"> is taken to rest more fully before starting again.</w:t>
      </w:r>
    </w:p>
    <w:p w:rsidR="1E6806C7" w:rsidP="4D0FE20D" w:rsidRDefault="1E6806C7" w14:paraId="19553EFA" w14:textId="3767E78D">
      <w:pPr>
        <w:pStyle w:val="Heading2"/>
        <w:spacing w:before="299" w:beforeAutospacing="off" w:after="299" w:afterAutospacing="off"/>
        <w:jc w:val="both"/>
        <w:rPr>
          <w:rFonts w:ascii="Aptos" w:hAnsi="Aptos" w:eastAsia="Aptos" w:cs="Aptos"/>
          <w:b w:val="1"/>
          <w:bCs w:val="1"/>
          <w:noProof w:val="0"/>
          <w:color w:val="auto"/>
          <w:sz w:val="24"/>
          <w:szCs w:val="24"/>
          <w:lang w:val="en-US"/>
        </w:rPr>
      </w:pPr>
      <w:r w:rsidRPr="4D0FE20D" w:rsidR="08DAC448">
        <w:rPr>
          <w:rFonts w:ascii="Aptos" w:hAnsi="Aptos" w:eastAsia="Aptos" w:cs="Aptos"/>
          <w:b w:val="1"/>
          <w:bCs w:val="1"/>
          <w:noProof w:val="0"/>
          <w:color w:val="auto"/>
          <w:sz w:val="24"/>
          <w:szCs w:val="24"/>
          <w:lang w:val="en-US"/>
        </w:rPr>
        <w:t>3. What kinds of tasks does the article suggest are suitable for the Pomodoro Technique?</w:t>
      </w:r>
    </w:p>
    <w:p w:rsidR="1E6806C7" w:rsidP="4D0FE20D" w:rsidRDefault="1E6806C7" w14:paraId="6A5A115C" w14:textId="7C5E144C">
      <w:p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Tasks that require sustained effort but can be divided into smaller steps, such as reading, writing, revising, or preparing assignments. The technique works well for tasks that feel overwhelming or easy to postpone.</w:t>
      </w:r>
    </w:p>
    <w:p w:rsidR="1E6806C7" w:rsidP="4D0FE20D" w:rsidRDefault="1E6806C7" w14:paraId="304597EE" w14:textId="62516189">
      <w:pPr>
        <w:pStyle w:val="Heading2"/>
        <w:spacing w:before="299" w:beforeAutospacing="off" w:after="299" w:afterAutospacing="off"/>
        <w:jc w:val="both"/>
        <w:rPr>
          <w:rFonts w:ascii="Aptos" w:hAnsi="Aptos" w:eastAsia="Aptos" w:cs="Aptos"/>
          <w:b w:val="1"/>
          <w:bCs w:val="1"/>
          <w:noProof w:val="0"/>
          <w:color w:val="auto"/>
          <w:sz w:val="22"/>
          <w:szCs w:val="22"/>
          <w:lang w:val="en-US"/>
        </w:rPr>
      </w:pPr>
      <w:r w:rsidRPr="4D0FE20D" w:rsidR="08DAC448">
        <w:rPr>
          <w:rFonts w:ascii="Aptos" w:hAnsi="Aptos" w:eastAsia="Aptos" w:cs="Aptos"/>
          <w:b w:val="1"/>
          <w:bCs w:val="1"/>
          <w:noProof w:val="0"/>
          <w:color w:val="auto"/>
          <w:sz w:val="24"/>
          <w:szCs w:val="24"/>
          <w:lang w:val="en-US"/>
        </w:rPr>
        <w:t>4. How can scheduled breaks help with productivity or motivation, according to the text?</w:t>
      </w:r>
    </w:p>
    <w:p w:rsidR="1E6806C7" w:rsidP="4D0FE20D" w:rsidRDefault="1E6806C7" w14:paraId="4DB7EDB4" w14:textId="3FAC825A">
      <w:p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 xml:space="preserve">Breaks stop fatigue from building up, reset attention, and make work feel less daunting. Knowing that a break is coming can also increase motivation to focus during </w:t>
      </w:r>
      <w:r w:rsidRPr="4D0FE20D" w:rsidR="08DAC448">
        <w:rPr>
          <w:rFonts w:ascii="Aptos" w:hAnsi="Aptos" w:eastAsia="Aptos" w:cs="Aptos"/>
          <w:noProof w:val="0"/>
          <w:color w:val="1741E8"/>
          <w:sz w:val="24"/>
          <w:szCs w:val="24"/>
          <w:lang w:val="en-US"/>
        </w:rPr>
        <w:t>the work interval</w:t>
      </w:r>
      <w:r w:rsidRPr="4D0FE20D" w:rsidR="08DAC448">
        <w:rPr>
          <w:rFonts w:ascii="Aptos" w:hAnsi="Aptos" w:eastAsia="Aptos" w:cs="Aptos"/>
          <w:noProof w:val="0"/>
          <w:color w:val="1741E8"/>
          <w:sz w:val="24"/>
          <w:szCs w:val="24"/>
          <w:lang w:val="en-US"/>
        </w:rPr>
        <w:t>.</w:t>
      </w:r>
    </w:p>
    <w:p w:rsidR="1E6806C7" w:rsidP="4D0FE20D" w:rsidRDefault="1E6806C7" w14:paraId="2A815A35" w14:textId="7ADAF5B7">
      <w:pPr>
        <w:pStyle w:val="Heading2"/>
        <w:spacing w:before="299" w:beforeAutospacing="off" w:after="299" w:afterAutospacing="off"/>
        <w:jc w:val="both"/>
        <w:rPr>
          <w:rFonts w:ascii="Aptos" w:hAnsi="Aptos" w:eastAsia="Aptos" w:cs="Aptos"/>
          <w:b w:val="1"/>
          <w:bCs w:val="1"/>
          <w:noProof w:val="0"/>
          <w:color w:val="auto"/>
          <w:sz w:val="22"/>
          <w:szCs w:val="22"/>
          <w:lang w:val="en-US"/>
        </w:rPr>
      </w:pPr>
      <w:r w:rsidRPr="4D0FE20D" w:rsidR="08DAC448">
        <w:rPr>
          <w:rFonts w:ascii="Aptos" w:hAnsi="Aptos" w:eastAsia="Aptos" w:cs="Aptos"/>
          <w:b w:val="1"/>
          <w:bCs w:val="1"/>
          <w:noProof w:val="0"/>
          <w:color w:val="auto"/>
          <w:sz w:val="24"/>
          <w:szCs w:val="24"/>
          <w:lang w:val="en-US"/>
        </w:rPr>
        <w:t>5. What are some potential challenges a student might face when using the Pomodoro Technique for the first time?</w:t>
      </w:r>
    </w:p>
    <w:p w:rsidR="1E6806C7" w:rsidP="4D0FE20D" w:rsidRDefault="1E6806C7" w14:paraId="21828A2C" w14:textId="2512ADDF">
      <w:p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Students might:</w:t>
      </w:r>
    </w:p>
    <w:p w:rsidR="1E6806C7" w:rsidP="4D0FE20D" w:rsidRDefault="1E6806C7" w14:paraId="123E364A" w14:textId="5F43C7F3">
      <w:pPr>
        <w:pStyle w:val="ListParagraph"/>
        <w:numPr>
          <w:ilvl w:val="0"/>
          <w:numId w:val="17"/>
        </w:num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struggle to ignore distractions for the full 25 minutes</w:t>
      </w:r>
    </w:p>
    <w:p w:rsidR="1E6806C7" w:rsidP="4D0FE20D" w:rsidRDefault="1E6806C7" w14:paraId="05850D54" w14:textId="2BAFDE26">
      <w:pPr>
        <w:pStyle w:val="ListParagraph"/>
        <w:numPr>
          <w:ilvl w:val="0"/>
          <w:numId w:val="17"/>
        </w:num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find it difficult to stop during breaks or return to work afterwards</w:t>
      </w:r>
    </w:p>
    <w:p w:rsidR="1E6806C7" w:rsidP="4D0FE20D" w:rsidRDefault="1E6806C7" w14:paraId="6330DFC9" w14:textId="4851A2DB">
      <w:pPr>
        <w:pStyle w:val="ListParagraph"/>
        <w:numPr>
          <w:ilvl w:val="0"/>
          <w:numId w:val="17"/>
        </w:num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feel the timer is rigid or interrupts flow</w:t>
      </w:r>
    </w:p>
    <w:p w:rsidR="1E6806C7" w:rsidP="4D0FE20D" w:rsidRDefault="1E6806C7" w14:paraId="2228B1BD" w14:textId="42F49FB1">
      <w:pPr>
        <w:pStyle w:val="ListParagraph"/>
        <w:numPr>
          <w:ilvl w:val="0"/>
          <w:numId w:val="17"/>
        </w:num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need several attempts to set realistic goals for each Pomodoro</w:t>
      </w:r>
    </w:p>
    <w:p w:rsidR="1E6806C7" w:rsidP="1E6806C7" w:rsidRDefault="1E6806C7" w14:paraId="4B79CFCD" w14:textId="71199BF1">
      <w:pPr>
        <w:jc w:val="both"/>
      </w:pPr>
    </w:p>
    <w:p w:rsidR="1E6806C7" w:rsidP="4D0FE20D" w:rsidRDefault="1E6806C7" w14:paraId="594FB3E1" w14:textId="608A7D61">
      <w:pPr>
        <w:pStyle w:val="Heading2"/>
        <w:spacing w:before="299" w:beforeAutospacing="off" w:after="299" w:afterAutospacing="off"/>
        <w:jc w:val="both"/>
        <w:rPr>
          <w:rFonts w:ascii="Aptos" w:hAnsi="Aptos" w:eastAsia="Aptos" w:cs="Aptos"/>
          <w:b w:val="1"/>
          <w:bCs w:val="1"/>
          <w:noProof w:val="0"/>
          <w:color w:val="auto"/>
          <w:sz w:val="24"/>
          <w:szCs w:val="24"/>
          <w:lang w:val="en-US"/>
        </w:rPr>
      </w:pPr>
      <w:r w:rsidRPr="4D0FE20D" w:rsidR="08DAC448">
        <w:rPr>
          <w:rFonts w:ascii="Aptos" w:hAnsi="Aptos" w:eastAsia="Aptos" w:cs="Aptos"/>
          <w:b w:val="1"/>
          <w:bCs w:val="1"/>
          <w:noProof w:val="0"/>
          <w:color w:val="auto"/>
          <w:sz w:val="24"/>
          <w:szCs w:val="24"/>
          <w:lang w:val="en-US"/>
        </w:rPr>
        <w:t>Discussion Question (not directly in the article)</w:t>
      </w:r>
    </w:p>
    <w:p w:rsidR="1E6806C7" w:rsidP="53330679" w:rsidRDefault="1E6806C7" w14:paraId="539490FF" w14:textId="4EC0A8F8">
      <w:pPr>
        <w:spacing w:before="240" w:beforeAutospacing="off" w:after="240" w:afterAutospacing="off"/>
        <w:jc w:val="both"/>
      </w:pPr>
      <w:r w:rsidRPr="53330679" w:rsidR="2FAADBDB">
        <w:rPr>
          <w:rFonts w:ascii="Aptos" w:hAnsi="Aptos" w:eastAsia="Aptos" w:cs="Aptos"/>
          <w:b w:val="1"/>
          <w:bCs w:val="1"/>
          <w:noProof w:val="0"/>
          <w:sz w:val="24"/>
          <w:szCs w:val="24"/>
          <w:lang w:val="en-US"/>
        </w:rPr>
        <w:t>In what ways might using the Pomodoro Technique change how a student plans their study time across a whole week or term?</w:t>
      </w:r>
    </w:p>
    <w:p w:rsidR="1E6806C7" w:rsidP="53330679" w:rsidRDefault="1E6806C7" w14:paraId="362F5541" w14:textId="6C800B2B">
      <w:pPr>
        <w:spacing w:before="240" w:beforeAutospacing="off" w:after="240" w:afterAutospacing="off"/>
        <w:jc w:val="both"/>
      </w:pPr>
      <w:r w:rsidRPr="4D0FE20D" w:rsidR="08DAC448">
        <w:rPr>
          <w:rFonts w:ascii="Aptos" w:hAnsi="Aptos" w:eastAsia="Aptos" w:cs="Aptos"/>
          <w:b w:val="1"/>
          <w:bCs w:val="1"/>
          <w:noProof w:val="0"/>
          <w:sz w:val="24"/>
          <w:szCs w:val="24"/>
          <w:lang w:val="en-US"/>
        </w:rPr>
        <w:t>Possible responses</w:t>
      </w:r>
      <w:r w:rsidRPr="4D0FE20D" w:rsidR="08DAC448">
        <w:rPr>
          <w:rFonts w:ascii="Aptos" w:hAnsi="Aptos" w:eastAsia="Aptos" w:cs="Aptos"/>
          <w:b w:val="1"/>
          <w:bCs w:val="1"/>
          <w:noProof w:val="0"/>
          <w:sz w:val="24"/>
          <w:szCs w:val="24"/>
          <w:lang w:val="en-US"/>
        </w:rPr>
        <w:t>:</w:t>
      </w:r>
    </w:p>
    <w:p w:rsidR="1E6806C7" w:rsidP="4D0FE20D" w:rsidRDefault="1E6806C7" w14:paraId="165609B2" w14:textId="3CB82662">
      <w:pPr>
        <w:pStyle w:val="ListParagraph"/>
        <w:numPr>
          <w:ilvl w:val="0"/>
          <w:numId w:val="18"/>
        </w:num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 xml:space="preserve">It could make planning more concrete by estimating work in </w:t>
      </w:r>
      <w:r w:rsidRPr="4D0FE20D" w:rsidR="08DAC448">
        <w:rPr>
          <w:rFonts w:ascii="Aptos" w:hAnsi="Aptos" w:eastAsia="Aptos" w:cs="Aptos"/>
          <w:noProof w:val="0"/>
          <w:color w:val="1741E8"/>
          <w:sz w:val="24"/>
          <w:szCs w:val="24"/>
          <w:lang w:val="en-US"/>
        </w:rPr>
        <w:t>number</w:t>
      </w:r>
      <w:r w:rsidRPr="4D0FE20D" w:rsidR="08DAC448">
        <w:rPr>
          <w:rFonts w:ascii="Aptos" w:hAnsi="Aptos" w:eastAsia="Aptos" w:cs="Aptos"/>
          <w:noProof w:val="0"/>
          <w:color w:val="1741E8"/>
          <w:sz w:val="24"/>
          <w:szCs w:val="24"/>
          <w:lang w:val="en-US"/>
        </w:rPr>
        <w:t xml:space="preserve"> of </w:t>
      </w:r>
      <w:r w:rsidRPr="4D0FE20D" w:rsidR="08DAC448">
        <w:rPr>
          <w:rFonts w:ascii="Aptos" w:hAnsi="Aptos" w:eastAsia="Aptos" w:cs="Aptos"/>
          <w:noProof w:val="0"/>
          <w:color w:val="1741E8"/>
          <w:sz w:val="24"/>
          <w:szCs w:val="24"/>
          <w:lang w:val="en-US"/>
        </w:rPr>
        <w:t>Pomodoros</w:t>
      </w:r>
      <w:r w:rsidRPr="4D0FE20D" w:rsidR="08DAC448">
        <w:rPr>
          <w:rFonts w:ascii="Aptos" w:hAnsi="Aptos" w:eastAsia="Aptos" w:cs="Aptos"/>
          <w:noProof w:val="0"/>
          <w:color w:val="1741E8"/>
          <w:sz w:val="24"/>
          <w:szCs w:val="24"/>
          <w:lang w:val="en-US"/>
        </w:rPr>
        <w:t xml:space="preserve"> rather than vague time blocks.</w:t>
      </w:r>
    </w:p>
    <w:p w:rsidR="1E6806C7" w:rsidP="4D0FE20D" w:rsidRDefault="1E6806C7" w14:paraId="021F9AF4" w14:textId="349FAA8E">
      <w:pPr>
        <w:pStyle w:val="ListParagraph"/>
        <w:numPr>
          <w:ilvl w:val="0"/>
          <w:numId w:val="18"/>
        </w:num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It might encourage more regular, shorter study sessions instead of last-minute cramming.</w:t>
      </w:r>
    </w:p>
    <w:p w:rsidR="1E6806C7" w:rsidP="4D0FE20D" w:rsidRDefault="1E6806C7" w14:paraId="4471CD92" w14:textId="258FA2B1">
      <w:pPr>
        <w:pStyle w:val="ListParagraph"/>
        <w:numPr>
          <w:ilvl w:val="0"/>
          <w:numId w:val="18"/>
        </w:num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It could help students see how long tasks truly take and adjust deadlines or priorities earlier in the term.</w:t>
      </w:r>
    </w:p>
    <w:p w:rsidR="1E6806C7" w:rsidP="4D0FE20D" w:rsidRDefault="1E6806C7" w14:paraId="376E2B75" w14:textId="34605049">
      <w:pPr>
        <w:pStyle w:val="ListParagraph"/>
        <w:numPr>
          <w:ilvl w:val="0"/>
          <w:numId w:val="18"/>
        </w:num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It may create a habit of pacing work and taking breaks, reducing burnout.</w:t>
      </w:r>
    </w:p>
    <w:p w:rsidR="1E6806C7" w:rsidP="4D0FE20D" w:rsidRDefault="1E6806C7" w14:paraId="403E9E30" w14:textId="09AF79FE">
      <w:pPr>
        <w:pStyle w:val="ListParagraph"/>
        <w:numPr>
          <w:ilvl w:val="0"/>
          <w:numId w:val="18"/>
        </w:numPr>
        <w:spacing w:before="240" w:beforeAutospacing="off" w:after="240" w:afterAutospacing="off"/>
        <w:jc w:val="both"/>
        <w:rPr>
          <w:rFonts w:ascii="Aptos" w:hAnsi="Aptos" w:eastAsia="Aptos" w:cs="Aptos"/>
          <w:noProof w:val="0"/>
          <w:color w:val="1741E8"/>
          <w:sz w:val="24"/>
          <w:szCs w:val="24"/>
          <w:lang w:val="en-US"/>
        </w:rPr>
      </w:pPr>
      <w:r w:rsidRPr="4D0FE20D" w:rsidR="08DAC448">
        <w:rPr>
          <w:rFonts w:ascii="Aptos" w:hAnsi="Aptos" w:eastAsia="Aptos" w:cs="Aptos"/>
          <w:noProof w:val="0"/>
          <w:color w:val="1741E8"/>
          <w:sz w:val="24"/>
          <w:szCs w:val="24"/>
          <w:lang w:val="en-US"/>
        </w:rPr>
        <w:t xml:space="preserve">Some students might find it inflexible for long creative tasks or group </w:t>
      </w:r>
      <w:r w:rsidRPr="4D0FE20D" w:rsidR="08DAC448">
        <w:rPr>
          <w:rFonts w:ascii="Aptos" w:hAnsi="Aptos" w:eastAsia="Aptos" w:cs="Aptos"/>
          <w:noProof w:val="0"/>
          <w:color w:val="1741E8"/>
          <w:sz w:val="24"/>
          <w:szCs w:val="24"/>
          <w:lang w:val="en-US"/>
        </w:rPr>
        <w:t>work, and</w:t>
      </w:r>
      <w:r w:rsidRPr="4D0FE20D" w:rsidR="08DAC448">
        <w:rPr>
          <w:rFonts w:ascii="Aptos" w:hAnsi="Aptos" w:eastAsia="Aptos" w:cs="Aptos"/>
          <w:noProof w:val="0"/>
          <w:color w:val="1741E8"/>
          <w:sz w:val="24"/>
          <w:szCs w:val="24"/>
          <w:lang w:val="en-US"/>
        </w:rPr>
        <w:t xml:space="preserve"> adjust or combine it with other methods.</w:t>
      </w:r>
    </w:p>
    <w:p w:rsidR="1E6806C7" w:rsidP="53330679" w:rsidRDefault="1E6806C7" w14:paraId="01F2F77A" w14:textId="06DC1638">
      <w:pPr>
        <w:jc w:val="both"/>
        <w:rPr>
          <w:rFonts w:ascii="Aptos" w:hAnsi="Aptos" w:eastAsia="Aptos" w:cs="Aptos"/>
          <w:b w:val="1"/>
          <w:bCs w:val="1"/>
          <w:sz w:val="24"/>
          <w:szCs w:val="24"/>
        </w:rPr>
      </w:pPr>
    </w:p>
    <w:sectPr w:rsidR="00E4490B"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4751be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31880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3840a1f"/>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4">
    <w:nsid w:val="43877fc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0246f9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caa21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495128b"/>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Cambria" w:hAnsi="Cambri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73034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79992416"/>
    <w:multiLevelType w:val="hybridMultilevel"/>
    <w:tmpl w:val="C83411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 w16cid:durableId="1276715049">
    <w:abstractNumId w:val="8"/>
  </w:num>
  <w:num w:numId="2" w16cid:durableId="485367575">
    <w:abstractNumId w:val="6"/>
  </w:num>
  <w:num w:numId="3" w16cid:durableId="1355309620">
    <w:abstractNumId w:val="5"/>
  </w:num>
  <w:num w:numId="4" w16cid:durableId="473838233">
    <w:abstractNumId w:val="4"/>
  </w:num>
  <w:num w:numId="5" w16cid:durableId="225797227">
    <w:abstractNumId w:val="7"/>
  </w:num>
  <w:num w:numId="6" w16cid:durableId="253633464">
    <w:abstractNumId w:val="3"/>
  </w:num>
  <w:num w:numId="7" w16cid:durableId="1560483029">
    <w:abstractNumId w:val="2"/>
  </w:num>
  <w:num w:numId="8" w16cid:durableId="560212781">
    <w:abstractNumId w:val="1"/>
  </w:num>
  <w:num w:numId="9" w16cid:durableId="1430807429">
    <w:abstractNumId w:val="0"/>
  </w:num>
  <w:num w:numId="10" w16cid:durableId="6796287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ctiveWritingStyle w:lang="en-US" w:vendorID="64" w:dllVersion="0" w:nlCheck="1" w:checkStyle="0" w:appName="MSWord"/>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48AD"/>
    <w:rsid w:val="00080BB2"/>
    <w:rsid w:val="0015074B"/>
    <w:rsid w:val="0020723A"/>
    <w:rsid w:val="0029639D"/>
    <w:rsid w:val="00326F90"/>
    <w:rsid w:val="00335C0D"/>
    <w:rsid w:val="003F180F"/>
    <w:rsid w:val="006851A2"/>
    <w:rsid w:val="009979B5"/>
    <w:rsid w:val="00A256CC"/>
    <w:rsid w:val="00A951B8"/>
    <w:rsid w:val="00AA1D8D"/>
    <w:rsid w:val="00B47730"/>
    <w:rsid w:val="00CB0664"/>
    <w:rsid w:val="00DE7508"/>
    <w:rsid w:val="00E14C9C"/>
    <w:rsid w:val="00E4490B"/>
    <w:rsid w:val="00E666EA"/>
    <w:rsid w:val="00FB426E"/>
    <w:rsid w:val="00FC693F"/>
    <w:rsid w:val="011218EF"/>
    <w:rsid w:val="0469D47F"/>
    <w:rsid w:val="07E8C21F"/>
    <w:rsid w:val="08DAC448"/>
    <w:rsid w:val="0939C924"/>
    <w:rsid w:val="1063A70F"/>
    <w:rsid w:val="1302591A"/>
    <w:rsid w:val="1D7ECC27"/>
    <w:rsid w:val="1E6806C7"/>
    <w:rsid w:val="22CB7B36"/>
    <w:rsid w:val="2385F78D"/>
    <w:rsid w:val="263406D9"/>
    <w:rsid w:val="267BBA69"/>
    <w:rsid w:val="28BA3385"/>
    <w:rsid w:val="2A70972B"/>
    <w:rsid w:val="2C3DC7A6"/>
    <w:rsid w:val="2FAADBDB"/>
    <w:rsid w:val="339F0A4F"/>
    <w:rsid w:val="3572AD9C"/>
    <w:rsid w:val="3610867F"/>
    <w:rsid w:val="39B55D7A"/>
    <w:rsid w:val="3EFDBA50"/>
    <w:rsid w:val="455140A6"/>
    <w:rsid w:val="470CBD45"/>
    <w:rsid w:val="4AC6B2AC"/>
    <w:rsid w:val="4BA947DE"/>
    <w:rsid w:val="4D0FE20D"/>
    <w:rsid w:val="5195071D"/>
    <w:rsid w:val="53330679"/>
    <w:rsid w:val="5AD62935"/>
    <w:rsid w:val="61C0DFD9"/>
    <w:rsid w:val="6636517C"/>
    <w:rsid w:val="68BE3151"/>
    <w:rsid w:val="71D215CC"/>
    <w:rsid w:val="73507CA2"/>
    <w:rsid w:val="75991994"/>
    <w:rsid w:val="7AE76D33"/>
    <w:rsid w:val="7B49B0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C0C3BB"/>
  <w14:defaultImageDpi w14:val="300"/>
  <w15:docId w15:val="{4C41BE82-DC9E-E246-B32C-67A3BAA92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semiHidden/>
    <w:unhideWhenUsed/>
    <w:rsid w:val="009979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hyperlink" Target="https://subjectguides.york.ac.uk/being-organised/procrastination?type=dst?type=clab" TargetMode="External" Id="R3339db94cfd047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Naomi Doerge</lastModifiedBy>
  <revision>6</revision>
  <dcterms:created xsi:type="dcterms:W3CDTF">2026-01-21T16:05:00.0000000Z</dcterms:created>
  <dcterms:modified xsi:type="dcterms:W3CDTF">2026-01-21T16:58:24.4051032Z</dcterms:modified>
  <category/>
</coreProperties>
</file>