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8D672" w14:textId="77777777" w:rsidR="00CA2487" w:rsidRDefault="004B7743" w:rsidP="00CA2487">
      <w:pPr>
        <w:jc w:val="center"/>
        <w:rPr>
          <w:rFonts w:ascii="Calibri" w:hAnsi="Calibri" w:cs="Calibri"/>
          <w:b/>
          <w:sz w:val="28"/>
          <w:szCs w:val="28"/>
        </w:rPr>
      </w:pPr>
      <w:r w:rsidRPr="005D54F3">
        <w:rPr>
          <w:rFonts w:ascii="Calibri" w:hAnsi="Calibri" w:cs="Calibri"/>
          <w:b/>
          <w:sz w:val="28"/>
          <w:szCs w:val="28"/>
        </w:rPr>
        <w:t>LinkedIn &amp; LinkedIn Learning Student Workbook</w:t>
      </w:r>
    </w:p>
    <w:p w14:paraId="61E54790" w14:textId="67554FF2" w:rsidR="003341C2" w:rsidRPr="000A6A99" w:rsidRDefault="004B7743" w:rsidP="00CA2487">
      <w:pPr>
        <w:pStyle w:val="Heading1"/>
        <w:rPr>
          <w:rFonts w:ascii="Calibri" w:hAnsi="Calibri" w:cs="Calibri"/>
        </w:rPr>
      </w:pPr>
      <w:r w:rsidRPr="000A6A99">
        <w:rPr>
          <w:rFonts w:ascii="Calibri" w:hAnsi="Calibri" w:cs="Calibri"/>
        </w:rPr>
        <w:t>Session Objectives</w:t>
      </w:r>
    </w:p>
    <w:p w14:paraId="6669A10B" w14:textId="634BE8D5" w:rsidR="003341C2" w:rsidRPr="007E0B46" w:rsidRDefault="004B7743">
      <w:pPr>
        <w:pStyle w:val="ListBullet"/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 xml:space="preserve">Create or optimise a </w:t>
      </w:r>
      <w:hyperlink r:id="rId5" w:history="1">
        <w:r w:rsidR="003341C2" w:rsidRPr="00FA62A6">
          <w:rPr>
            <w:rStyle w:val="Hyperlink"/>
            <w:rFonts w:ascii="Calibri" w:hAnsi="Calibri" w:cs="Calibri"/>
            <w:sz w:val="24"/>
            <w:szCs w:val="24"/>
          </w:rPr>
          <w:t>LinkedIn profile</w:t>
        </w:r>
      </w:hyperlink>
    </w:p>
    <w:p w14:paraId="14C78804" w14:textId="77777777" w:rsidR="003341C2" w:rsidRPr="007E0B46" w:rsidRDefault="004B7743">
      <w:pPr>
        <w:pStyle w:val="ListBullet"/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Build a professional network</w:t>
      </w:r>
    </w:p>
    <w:p w14:paraId="4BE78C3D" w14:textId="77777777" w:rsidR="003341C2" w:rsidRPr="007E0B46" w:rsidRDefault="004B7743">
      <w:pPr>
        <w:pStyle w:val="ListBullet"/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Explore LinkedIn Learning</w:t>
      </w:r>
    </w:p>
    <w:p w14:paraId="17629828" w14:textId="77777777" w:rsidR="003341C2" w:rsidRPr="007E0B46" w:rsidRDefault="004B7743">
      <w:pPr>
        <w:pStyle w:val="ListBullet"/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Identify courses relevant to career goals</w:t>
      </w:r>
    </w:p>
    <w:p w14:paraId="017B7E6C" w14:textId="77777777" w:rsidR="003341C2" w:rsidRPr="007E0B46" w:rsidRDefault="004B7743">
      <w:pPr>
        <w:pStyle w:val="ListBullet"/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Create a personal action plan</w:t>
      </w:r>
    </w:p>
    <w:p w14:paraId="2D8E50D6" w14:textId="77777777" w:rsidR="003341C2" w:rsidRPr="00843C26" w:rsidRDefault="004B7743">
      <w:pPr>
        <w:pStyle w:val="Heading1"/>
        <w:rPr>
          <w:rFonts w:ascii="Calibri" w:hAnsi="Calibri" w:cs="Calibri"/>
        </w:rPr>
      </w:pPr>
      <w:r w:rsidRPr="00843C26">
        <w:rPr>
          <w:rFonts w:ascii="Calibri" w:hAnsi="Calibri" w:cs="Calibri"/>
        </w:rPr>
        <w:t>Section 1: Getting Started with LinkedIn</w:t>
      </w:r>
    </w:p>
    <w:p w14:paraId="292D13E0" w14:textId="00C6858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What do you know about LinkedIn</w:t>
      </w:r>
      <w:r w:rsidR="009E0BC4">
        <w:rPr>
          <w:rFonts w:ascii="Calibri" w:hAnsi="Calibri" w:cs="Calibri"/>
          <w:sz w:val="24"/>
          <w:szCs w:val="24"/>
        </w:rPr>
        <w:t xml:space="preserve"> after the session</w:t>
      </w:r>
      <w:r w:rsidRPr="007E0B46">
        <w:rPr>
          <w:rFonts w:ascii="Calibri" w:hAnsi="Calibri" w:cs="Calibri"/>
          <w:sz w:val="24"/>
          <w:szCs w:val="24"/>
        </w:rPr>
        <w:t>?</w:t>
      </w:r>
    </w:p>
    <w:p w14:paraId="20F1353E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________________________________________________</w:t>
      </w:r>
    </w:p>
    <w:p w14:paraId="1BAA4546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________________________________________________</w:t>
      </w:r>
    </w:p>
    <w:p w14:paraId="2ED6416D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________________________________________________</w:t>
      </w:r>
    </w:p>
    <w:p w14:paraId="39B59B77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________________________________________________</w:t>
      </w:r>
    </w:p>
    <w:p w14:paraId="05D9693E" w14:textId="1B0A0C54" w:rsidR="005D54F3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________________________________________________</w:t>
      </w:r>
    </w:p>
    <w:p w14:paraId="3C5FA856" w14:textId="77777777" w:rsidR="003341C2" w:rsidRPr="007E0B46" w:rsidRDefault="004B7743" w:rsidP="00843C26">
      <w:pPr>
        <w:pStyle w:val="Heading1"/>
        <w:rPr>
          <w:rFonts w:ascii="Calibri" w:hAnsi="Calibri" w:cs="Calibri"/>
          <w:sz w:val="24"/>
          <w:szCs w:val="24"/>
        </w:rPr>
      </w:pPr>
      <w:r w:rsidRPr="00843C26">
        <w:rPr>
          <w:rFonts w:ascii="Calibri" w:hAnsi="Calibri" w:cs="Calibri"/>
        </w:rPr>
        <w:t>Profile Checklist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3341C2" w:rsidRPr="007E0B46" w14:paraId="0D50160E" w14:textId="77777777">
        <w:tc>
          <w:tcPr>
            <w:tcW w:w="4320" w:type="dxa"/>
          </w:tcPr>
          <w:p w14:paraId="769726BA" w14:textId="60E18864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Item</w:t>
            </w:r>
          </w:p>
        </w:tc>
        <w:tc>
          <w:tcPr>
            <w:tcW w:w="4320" w:type="dxa"/>
          </w:tcPr>
          <w:p w14:paraId="1D598786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Complete?</w:t>
            </w:r>
          </w:p>
        </w:tc>
      </w:tr>
      <w:tr w:rsidR="003341C2" w:rsidRPr="007E0B46" w14:paraId="4041000C" w14:textId="77777777">
        <w:tc>
          <w:tcPr>
            <w:tcW w:w="4320" w:type="dxa"/>
          </w:tcPr>
          <w:p w14:paraId="14738323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Professional photo</w:t>
            </w:r>
          </w:p>
        </w:tc>
        <w:tc>
          <w:tcPr>
            <w:tcW w:w="4320" w:type="dxa"/>
          </w:tcPr>
          <w:p w14:paraId="0D1C84E6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3341C2" w:rsidRPr="007E0B46" w14:paraId="0B6CADCD" w14:textId="77777777">
        <w:tc>
          <w:tcPr>
            <w:tcW w:w="4320" w:type="dxa"/>
          </w:tcPr>
          <w:p w14:paraId="29419B01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Headline</w:t>
            </w:r>
          </w:p>
        </w:tc>
        <w:tc>
          <w:tcPr>
            <w:tcW w:w="4320" w:type="dxa"/>
          </w:tcPr>
          <w:p w14:paraId="412DD878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3341C2" w:rsidRPr="007E0B46" w14:paraId="4C1CC47C" w14:textId="77777777">
        <w:tc>
          <w:tcPr>
            <w:tcW w:w="4320" w:type="dxa"/>
          </w:tcPr>
          <w:p w14:paraId="3814FAFC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About section</w:t>
            </w:r>
          </w:p>
        </w:tc>
        <w:tc>
          <w:tcPr>
            <w:tcW w:w="4320" w:type="dxa"/>
          </w:tcPr>
          <w:p w14:paraId="4053F9D1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3341C2" w:rsidRPr="007E0B46" w14:paraId="6F175BE3" w14:textId="77777777">
        <w:tc>
          <w:tcPr>
            <w:tcW w:w="4320" w:type="dxa"/>
          </w:tcPr>
          <w:p w14:paraId="718EE1A2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Experience</w:t>
            </w:r>
          </w:p>
        </w:tc>
        <w:tc>
          <w:tcPr>
            <w:tcW w:w="4320" w:type="dxa"/>
          </w:tcPr>
          <w:p w14:paraId="14E8EB90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3341C2" w:rsidRPr="007E0B46" w14:paraId="0BD59FA0" w14:textId="77777777">
        <w:tc>
          <w:tcPr>
            <w:tcW w:w="4320" w:type="dxa"/>
          </w:tcPr>
          <w:p w14:paraId="1B35B51A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Skills</w:t>
            </w:r>
          </w:p>
        </w:tc>
        <w:tc>
          <w:tcPr>
            <w:tcW w:w="4320" w:type="dxa"/>
          </w:tcPr>
          <w:p w14:paraId="351D0424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  <w:tr w:rsidR="003341C2" w:rsidRPr="007E0B46" w14:paraId="5A34343C" w14:textId="77777777">
        <w:tc>
          <w:tcPr>
            <w:tcW w:w="4320" w:type="dxa"/>
          </w:tcPr>
          <w:p w14:paraId="69D0C959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Education</w:t>
            </w:r>
          </w:p>
        </w:tc>
        <w:tc>
          <w:tcPr>
            <w:tcW w:w="4320" w:type="dxa"/>
          </w:tcPr>
          <w:p w14:paraId="418A20AE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</w:p>
        </w:tc>
      </w:tr>
    </w:tbl>
    <w:p w14:paraId="20D45A01" w14:textId="77777777" w:rsidR="007365DB" w:rsidRDefault="007365DB">
      <w:pPr>
        <w:pStyle w:val="Heading1"/>
        <w:rPr>
          <w:rFonts w:ascii="Calibri" w:hAnsi="Calibri" w:cs="Calibri"/>
        </w:rPr>
      </w:pPr>
    </w:p>
    <w:p w14:paraId="0F8D0B7B" w14:textId="77777777" w:rsidR="007365DB" w:rsidRDefault="007365DB">
      <w:pPr>
        <w:rPr>
          <w:rFonts w:ascii="Calibri" w:eastAsiaTheme="majorEastAsia" w:hAnsi="Calibri" w:cs="Calibri"/>
          <w:b/>
          <w:bCs/>
          <w:color w:val="365F91" w:themeColor="accent1" w:themeShade="BF"/>
          <w:sz w:val="28"/>
          <w:szCs w:val="28"/>
        </w:rPr>
      </w:pPr>
      <w:r>
        <w:rPr>
          <w:rFonts w:ascii="Calibri" w:hAnsi="Calibri" w:cs="Calibri"/>
        </w:rPr>
        <w:br w:type="page"/>
      </w:r>
    </w:p>
    <w:p w14:paraId="45B2D428" w14:textId="0D8DAF5C" w:rsidR="003341C2" w:rsidRPr="00843C26" w:rsidRDefault="004B7743">
      <w:pPr>
        <w:pStyle w:val="Heading1"/>
        <w:rPr>
          <w:rFonts w:ascii="Calibri" w:hAnsi="Calibri" w:cs="Calibri"/>
        </w:rPr>
      </w:pPr>
      <w:r w:rsidRPr="00843C26">
        <w:rPr>
          <w:rFonts w:ascii="Calibri" w:hAnsi="Calibri" w:cs="Calibri"/>
        </w:rPr>
        <w:t>Section 2: Building Your Network</w:t>
      </w:r>
      <w:r w:rsidR="00EC123F" w:rsidRPr="00843C26">
        <w:rPr>
          <w:rFonts w:ascii="Calibri" w:hAnsi="Calibri" w:cs="Calibri"/>
        </w:rPr>
        <w:t xml:space="preserve"> – who are you going to connect with?</w:t>
      </w:r>
    </w:p>
    <w:p w14:paraId="209EF538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1. _______________________________</w:t>
      </w:r>
    </w:p>
    <w:p w14:paraId="657FDDE2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2. _______________________________</w:t>
      </w:r>
    </w:p>
    <w:p w14:paraId="2B0DA8AB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3. _______________________________</w:t>
      </w:r>
    </w:p>
    <w:p w14:paraId="61132887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4. _______________________________</w:t>
      </w:r>
    </w:p>
    <w:p w14:paraId="07010E9D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5. _______________________________</w:t>
      </w:r>
    </w:p>
    <w:p w14:paraId="6477D579" w14:textId="77777777" w:rsidR="003341C2" w:rsidRPr="00843C26" w:rsidRDefault="004B7743">
      <w:pPr>
        <w:pStyle w:val="Heading1"/>
        <w:rPr>
          <w:rFonts w:ascii="Calibri" w:hAnsi="Calibri" w:cs="Calibri"/>
        </w:rPr>
      </w:pPr>
      <w:r w:rsidRPr="00843C26">
        <w:rPr>
          <w:rFonts w:ascii="Calibri" w:hAnsi="Calibri" w:cs="Calibri"/>
        </w:rPr>
        <w:t>Section 3: LinkedIn Learning</w:t>
      </w:r>
    </w:p>
    <w:tbl>
      <w:tblPr>
        <w:tblStyle w:val="GridTable2-Accent1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D67730" w:rsidRPr="00D67730" w14:paraId="2285200B" w14:textId="77777777" w:rsidTr="007841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</w:tcPr>
          <w:p w14:paraId="35338B11" w14:textId="77777777" w:rsidR="00691F0A" w:rsidRDefault="00691F0A" w:rsidP="004B7743">
            <w:pPr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</w:p>
          <w:p w14:paraId="2A6F5200" w14:textId="0B7C28BD" w:rsidR="00D67730" w:rsidRPr="00D67730" w:rsidRDefault="00D67730" w:rsidP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D67730">
              <w:rPr>
                <w:rFonts w:ascii="Calibri" w:hAnsi="Calibri" w:cs="Calibri"/>
                <w:sz w:val="24"/>
                <w:szCs w:val="24"/>
              </w:rPr>
              <w:t>Course Title</w:t>
            </w:r>
          </w:p>
        </w:tc>
        <w:tc>
          <w:tcPr>
            <w:tcW w:w="2877" w:type="dxa"/>
          </w:tcPr>
          <w:p w14:paraId="3D1507D6" w14:textId="77777777" w:rsidR="00691F0A" w:rsidRDefault="00691F0A" w:rsidP="004B77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</w:p>
          <w:p w14:paraId="0BA9A4F7" w14:textId="156ACBB1" w:rsidR="00D67730" w:rsidRPr="00D67730" w:rsidRDefault="00D67730" w:rsidP="004B77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D67730">
              <w:rPr>
                <w:rFonts w:ascii="Calibri" w:hAnsi="Calibri" w:cs="Calibri"/>
                <w:sz w:val="24"/>
                <w:szCs w:val="24"/>
              </w:rPr>
              <w:t>Why is it useful?</w:t>
            </w:r>
          </w:p>
        </w:tc>
        <w:tc>
          <w:tcPr>
            <w:tcW w:w="2877" w:type="dxa"/>
          </w:tcPr>
          <w:p w14:paraId="5BB8F024" w14:textId="77777777" w:rsidR="00691F0A" w:rsidRDefault="00691F0A" w:rsidP="004B77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</w:p>
          <w:p w14:paraId="062A5ED7" w14:textId="6ADA81F8" w:rsidR="00D67730" w:rsidRPr="00D67730" w:rsidRDefault="00D67730" w:rsidP="004B77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  <w:r w:rsidRPr="00D67730">
              <w:rPr>
                <w:rFonts w:ascii="Calibri" w:hAnsi="Calibri" w:cs="Calibri"/>
                <w:sz w:val="24"/>
                <w:szCs w:val="24"/>
              </w:rPr>
              <w:t>Completed?</w:t>
            </w:r>
          </w:p>
        </w:tc>
      </w:tr>
      <w:tr w:rsidR="00D67730" w:rsidRPr="00D67730" w14:paraId="4D6CFA8F" w14:textId="77777777" w:rsidTr="00784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</w:tcPr>
          <w:p w14:paraId="682B19D7" w14:textId="77777777" w:rsidR="00D67730" w:rsidRPr="00D67730" w:rsidRDefault="00D67730" w:rsidP="004B774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88B30C2" w14:textId="77777777" w:rsidR="00D67730" w:rsidRPr="00D67730" w:rsidRDefault="00D67730" w:rsidP="004B7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6EDA72A4" w14:textId="77777777" w:rsidR="00D67730" w:rsidRPr="00D67730" w:rsidRDefault="00D67730" w:rsidP="004B7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67730" w:rsidRPr="00D67730" w14:paraId="7066CA1C" w14:textId="77777777" w:rsidTr="007841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</w:tcPr>
          <w:p w14:paraId="68D518E3" w14:textId="77777777" w:rsidR="00D67730" w:rsidRPr="00D67730" w:rsidRDefault="00D67730" w:rsidP="004B774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228AD9B" w14:textId="77777777" w:rsidR="00D67730" w:rsidRPr="00D67730" w:rsidRDefault="00D67730" w:rsidP="004B77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7D98F7C9" w14:textId="77777777" w:rsidR="00D67730" w:rsidRPr="00D67730" w:rsidRDefault="00D67730" w:rsidP="004B77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841A5" w:rsidRPr="00D67730" w14:paraId="7EC5DAA6" w14:textId="77777777" w:rsidTr="00784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</w:tcPr>
          <w:p w14:paraId="5E87290D" w14:textId="77777777" w:rsidR="007841A5" w:rsidRPr="00D67730" w:rsidRDefault="007841A5" w:rsidP="004B774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023EC652" w14:textId="77777777" w:rsidR="007841A5" w:rsidRPr="00D67730" w:rsidRDefault="007841A5" w:rsidP="004B7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3D4AEF29" w14:textId="77777777" w:rsidR="007841A5" w:rsidRPr="00D67730" w:rsidRDefault="007841A5" w:rsidP="004B7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841A5" w:rsidRPr="00D67730" w14:paraId="75FF7857" w14:textId="77777777" w:rsidTr="007841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</w:tcPr>
          <w:p w14:paraId="07621296" w14:textId="77777777" w:rsidR="007841A5" w:rsidRPr="00D67730" w:rsidRDefault="007841A5" w:rsidP="004B774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86FB6C5" w14:textId="77777777" w:rsidR="007841A5" w:rsidRPr="00D67730" w:rsidRDefault="007841A5" w:rsidP="004B77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50C378D6" w14:textId="77777777" w:rsidR="007841A5" w:rsidRPr="00D67730" w:rsidRDefault="007841A5" w:rsidP="004B77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841A5" w:rsidRPr="00D67730" w14:paraId="16C17CFF" w14:textId="77777777" w:rsidTr="007841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76" w:type="dxa"/>
          </w:tcPr>
          <w:p w14:paraId="64B89033" w14:textId="77777777" w:rsidR="007841A5" w:rsidRPr="00D67730" w:rsidRDefault="007841A5" w:rsidP="004B774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1780D244" w14:textId="77777777" w:rsidR="007841A5" w:rsidRPr="00D67730" w:rsidRDefault="007841A5" w:rsidP="004B7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77" w:type="dxa"/>
          </w:tcPr>
          <w:p w14:paraId="440F3718" w14:textId="77777777" w:rsidR="007841A5" w:rsidRPr="00D67730" w:rsidRDefault="007841A5" w:rsidP="004B77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616B711B" w14:textId="77777777" w:rsidR="002F7344" w:rsidRDefault="002F7344">
      <w:pPr>
        <w:tabs>
          <w:tab w:val="left" w:pos="2880"/>
          <w:tab w:val="left" w:pos="5760"/>
        </w:tabs>
        <w:rPr>
          <w:rFonts w:ascii="Calibri" w:hAnsi="Calibri" w:cs="Calibri"/>
          <w:sz w:val="24"/>
          <w:szCs w:val="24"/>
        </w:rPr>
      </w:pPr>
    </w:p>
    <w:p w14:paraId="49951801" w14:textId="0382C208" w:rsidR="00F15DFB" w:rsidRPr="007E0B46" w:rsidRDefault="004756C6">
      <w:pPr>
        <w:tabs>
          <w:tab w:val="left" w:pos="2880"/>
          <w:tab w:val="left" w:pos="576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1A8B5D59" wp14:editId="5B4FF648">
                <wp:simplePos x="0" y="0"/>
                <wp:positionH relativeFrom="column">
                  <wp:posOffset>2642870</wp:posOffset>
                </wp:positionH>
                <wp:positionV relativeFrom="paragraph">
                  <wp:posOffset>17145</wp:posOffset>
                </wp:positionV>
                <wp:extent cx="154305" cy="154305"/>
                <wp:effectExtent l="0" t="0" r="17145" b="17145"/>
                <wp:wrapTight wrapText="bothSides">
                  <wp:wrapPolygon edited="0">
                    <wp:start x="0" y="0"/>
                    <wp:lineTo x="0" y="21333"/>
                    <wp:lineTo x="21333" y="21333"/>
                    <wp:lineTo x="21333" y="0"/>
                    <wp:lineTo x="0" y="0"/>
                  </wp:wrapPolygon>
                </wp:wrapTight>
                <wp:docPr id="1056080205" name="Rectang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C04043-368D-46D7-A472-BB859D7A40C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" cy="154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89593A" id="Rectangle 2" o:spid="_x0000_s1026" style="position:absolute;margin-left:208.1pt;margin-top:1.35pt;width:12.15pt;height:12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" fillcolor="white [3201]" strokecolor="black [3200]" strokeweight="2pt">
                <w10:wrap type="tight"/>
              </v:rect>
            </w:pict>
          </mc:Fallback>
        </mc:AlternateContent>
      </w:r>
      <w:r w:rsidR="00F15DFB" w:rsidRPr="007E0B46">
        <w:rPr>
          <w:rFonts w:ascii="Calibri" w:hAnsi="Calibri" w:cs="Calibri"/>
          <w:sz w:val="24"/>
          <w:szCs w:val="24"/>
        </w:rPr>
        <w:t>Have you downloaded your certificate</w:t>
      </w:r>
      <w:r w:rsidR="00906390" w:rsidRPr="007E0B46">
        <w:rPr>
          <w:rFonts w:ascii="Calibri" w:hAnsi="Calibri" w:cs="Calibri"/>
          <w:sz w:val="24"/>
          <w:szCs w:val="24"/>
        </w:rPr>
        <w:t>?</w:t>
      </w:r>
      <w:r w:rsidR="008B12C3">
        <w:rPr>
          <w:rFonts w:ascii="Calibri" w:hAnsi="Calibri" w:cs="Calibri"/>
          <w:sz w:val="24"/>
          <w:szCs w:val="24"/>
        </w:rPr>
        <w:t xml:space="preserve"> </w:t>
      </w:r>
      <w:r w:rsidR="00F15DFB" w:rsidRPr="007E0B46">
        <w:rPr>
          <w:rFonts w:ascii="Calibri" w:hAnsi="Calibri" w:cs="Calibri"/>
          <w:sz w:val="24"/>
          <w:szCs w:val="24"/>
        </w:rPr>
        <w:tab/>
      </w:r>
      <w:r w:rsidR="00F15DFB" w:rsidRPr="007E0B46">
        <w:rPr>
          <w:rFonts w:ascii="Calibri" w:hAnsi="Calibri" w:cs="Calibri"/>
          <w:sz w:val="24"/>
          <w:szCs w:val="24"/>
        </w:rPr>
        <w:tab/>
      </w:r>
    </w:p>
    <w:p w14:paraId="77C6C16A" w14:textId="77777777" w:rsidR="00F15DFB" w:rsidRPr="007E0B46" w:rsidRDefault="00F15DFB">
      <w:pPr>
        <w:tabs>
          <w:tab w:val="left" w:pos="2880"/>
          <w:tab w:val="left" w:pos="5760"/>
        </w:tabs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ab/>
      </w:r>
      <w:r w:rsidRPr="007E0B46">
        <w:rPr>
          <w:rFonts w:ascii="Calibri" w:hAnsi="Calibri" w:cs="Calibri"/>
          <w:sz w:val="24"/>
          <w:szCs w:val="24"/>
        </w:rPr>
        <w:tab/>
      </w:r>
    </w:p>
    <w:p w14:paraId="760D1326" w14:textId="717C017A" w:rsidR="003341C2" w:rsidRPr="00691F0A" w:rsidRDefault="004B7743" w:rsidP="00691F0A">
      <w:pPr>
        <w:pStyle w:val="Heading1"/>
        <w:rPr>
          <w:rFonts w:ascii="Calibri" w:hAnsi="Calibri" w:cs="Calibri"/>
        </w:rPr>
      </w:pPr>
      <w:r w:rsidRPr="00843C26">
        <w:rPr>
          <w:rFonts w:ascii="Calibri" w:hAnsi="Calibri" w:cs="Calibri"/>
        </w:rPr>
        <w:t>Reflection Activity</w:t>
      </w:r>
      <w:r w:rsidR="00906390" w:rsidRPr="00843C26">
        <w:rPr>
          <w:rFonts w:ascii="Calibri" w:hAnsi="Calibri" w:cs="Calibri"/>
        </w:rPr>
        <w:t xml:space="preserve"> – What have you learnt from the courses?</w:t>
      </w:r>
    </w:p>
    <w:p w14:paraId="187F808A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</w:t>
      </w:r>
    </w:p>
    <w:p w14:paraId="356ED893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</w:t>
      </w:r>
    </w:p>
    <w:p w14:paraId="3B6334EF" w14:textId="77777777" w:rsidR="003341C2" w:rsidRPr="007E0B46" w:rsidRDefault="004B7743">
      <w:pPr>
        <w:rPr>
          <w:rFonts w:ascii="Calibri" w:hAnsi="Calibri" w:cs="Calibri"/>
          <w:sz w:val="24"/>
          <w:szCs w:val="24"/>
        </w:rPr>
      </w:pPr>
      <w:r w:rsidRPr="007E0B46">
        <w:rPr>
          <w:rFonts w:ascii="Calibri" w:hAnsi="Calibri" w:cs="Calibri"/>
          <w:sz w:val="24"/>
          <w:szCs w:val="24"/>
        </w:rPr>
        <w:t>____________________________________________</w:t>
      </w:r>
    </w:p>
    <w:p w14:paraId="4EBC748D" w14:textId="707739C1" w:rsidR="003341C2" w:rsidRPr="00843C26" w:rsidRDefault="004B7743">
      <w:pPr>
        <w:pStyle w:val="Heading1"/>
        <w:rPr>
          <w:rFonts w:ascii="Calibri" w:hAnsi="Calibri" w:cs="Calibri"/>
        </w:rPr>
      </w:pPr>
      <w:r w:rsidRPr="00843C26">
        <w:rPr>
          <w:rFonts w:ascii="Calibri" w:hAnsi="Calibri" w:cs="Calibri"/>
        </w:rPr>
        <w:t>Action Plan</w:t>
      </w:r>
      <w:r w:rsidR="00A44230">
        <w:rPr>
          <w:rFonts w:ascii="Calibri" w:hAnsi="Calibri" w:cs="Calibri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3341C2" w:rsidRPr="007E0B46" w14:paraId="36A65CE4" w14:textId="77777777">
        <w:tc>
          <w:tcPr>
            <w:tcW w:w="2880" w:type="dxa"/>
          </w:tcPr>
          <w:p w14:paraId="5CE446E2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Action</w:t>
            </w:r>
          </w:p>
        </w:tc>
        <w:tc>
          <w:tcPr>
            <w:tcW w:w="2880" w:type="dxa"/>
          </w:tcPr>
          <w:p w14:paraId="140D3BBE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Target Date</w:t>
            </w:r>
          </w:p>
        </w:tc>
        <w:tc>
          <w:tcPr>
            <w:tcW w:w="2880" w:type="dxa"/>
          </w:tcPr>
          <w:p w14:paraId="68533AF2" w14:textId="77777777" w:rsidR="003341C2" w:rsidRPr="007E0B46" w:rsidRDefault="004B7743">
            <w:pPr>
              <w:rPr>
                <w:rFonts w:ascii="Calibri" w:hAnsi="Calibri" w:cs="Calibri"/>
                <w:sz w:val="24"/>
                <w:szCs w:val="24"/>
              </w:rPr>
            </w:pPr>
            <w:r w:rsidRPr="007E0B46">
              <w:rPr>
                <w:rFonts w:ascii="Calibri" w:hAnsi="Calibri" w:cs="Calibri"/>
                <w:sz w:val="24"/>
                <w:szCs w:val="24"/>
              </w:rPr>
              <w:t>Done</w:t>
            </w:r>
          </w:p>
        </w:tc>
      </w:tr>
      <w:tr w:rsidR="003341C2" w:rsidRPr="007E0B46" w14:paraId="4B94D5A5" w14:textId="77777777">
        <w:tc>
          <w:tcPr>
            <w:tcW w:w="2880" w:type="dxa"/>
          </w:tcPr>
          <w:p w14:paraId="3DEEC669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3656B9AB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45FB0818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341C2" w:rsidRPr="007E0B46" w14:paraId="049F31CB" w14:textId="77777777">
        <w:tc>
          <w:tcPr>
            <w:tcW w:w="2880" w:type="dxa"/>
          </w:tcPr>
          <w:p w14:paraId="53128261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62486C05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4101652C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341C2" w:rsidRPr="007E0B46" w14:paraId="4B99056E" w14:textId="77777777">
        <w:tc>
          <w:tcPr>
            <w:tcW w:w="2880" w:type="dxa"/>
          </w:tcPr>
          <w:p w14:paraId="1299C43A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4DDBEF00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80" w:type="dxa"/>
          </w:tcPr>
          <w:p w14:paraId="3461D779" w14:textId="77777777" w:rsidR="003341C2" w:rsidRPr="007E0B46" w:rsidRDefault="003341C2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422423C" w14:textId="77777777" w:rsidR="00A63C0E" w:rsidRPr="007E0B46" w:rsidRDefault="00A63C0E">
      <w:pPr>
        <w:rPr>
          <w:rFonts w:ascii="Calibri" w:hAnsi="Calibri" w:cs="Calibri"/>
          <w:sz w:val="24"/>
          <w:szCs w:val="24"/>
        </w:rPr>
      </w:pPr>
    </w:p>
    <w:sectPr w:rsidR="00A63C0E" w:rsidRPr="007E0B4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28282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98453290">
    <w:abstractNumId w:val="2"/>
  </w:num>
  <w:num w:numId="2" w16cid:durableId="1620381660">
    <w:abstractNumId w:val="1"/>
  </w:num>
  <w:num w:numId="3" w16cid:durableId="166017179">
    <w:abstractNumId w:val="6"/>
  </w:num>
  <w:num w:numId="4" w16cid:durableId="1674068755">
    <w:abstractNumId w:val="7"/>
  </w:num>
  <w:num w:numId="5" w16cid:durableId="2015838773">
    <w:abstractNumId w:val="3"/>
  </w:num>
  <w:num w:numId="6" w16cid:durableId="250430433">
    <w:abstractNumId w:val="5"/>
  </w:num>
  <w:num w:numId="7" w16cid:durableId="281150877">
    <w:abstractNumId w:val="0"/>
  </w:num>
  <w:num w:numId="8" w16cid:durableId="449860454">
    <w:abstractNumId w:val="8"/>
  </w:num>
  <w:num w:numId="9" w16cid:durableId="6918098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A99"/>
    <w:rsid w:val="0014666B"/>
    <w:rsid w:val="0015074B"/>
    <w:rsid w:val="0029639D"/>
    <w:rsid w:val="002F7344"/>
    <w:rsid w:val="00326F90"/>
    <w:rsid w:val="003341C2"/>
    <w:rsid w:val="004756C6"/>
    <w:rsid w:val="004B7743"/>
    <w:rsid w:val="005D54F3"/>
    <w:rsid w:val="00682C5A"/>
    <w:rsid w:val="00691F0A"/>
    <w:rsid w:val="007365DB"/>
    <w:rsid w:val="007841A5"/>
    <w:rsid w:val="007E0B46"/>
    <w:rsid w:val="00843C26"/>
    <w:rsid w:val="008B12C3"/>
    <w:rsid w:val="00906390"/>
    <w:rsid w:val="009B0227"/>
    <w:rsid w:val="009E0BC4"/>
    <w:rsid w:val="009E6095"/>
    <w:rsid w:val="00A44230"/>
    <w:rsid w:val="00A63C0E"/>
    <w:rsid w:val="00AA1D8D"/>
    <w:rsid w:val="00B47730"/>
    <w:rsid w:val="00B74A10"/>
    <w:rsid w:val="00C33519"/>
    <w:rsid w:val="00CA2487"/>
    <w:rsid w:val="00CB0664"/>
    <w:rsid w:val="00D67730"/>
    <w:rsid w:val="00EC123F"/>
    <w:rsid w:val="00F15DFB"/>
    <w:rsid w:val="00F3464A"/>
    <w:rsid w:val="00FA62A6"/>
    <w:rsid w:val="00FC693F"/>
    <w:rsid w:val="0F00D766"/>
    <w:rsid w:val="60CB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062061"/>
  <w14:defaultImageDpi w14:val="300"/>
  <w15:docId w15:val="{F4534651-7180-4DF4-B8EB-F80423C03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6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5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PlainTable3">
    <w:name w:val="Plain Table 3"/>
    <w:basedOn w:val="TableNormal"/>
    <w:uiPriority w:val="99"/>
    <w:rsid w:val="00D6773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7841A5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FA62A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nkedin.com/signu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0</Pages>
  <Words>0</Words>
  <Characters>0</Characters>
  <Application>Microsoft Office Word</Application>
  <DocSecurity>4</DocSecurity>
  <Lines>0</Lines>
  <Paragraphs>0</Paragraphs>
  <ScaleCrop>false</ScaleCrop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Hill</dc:creator>
  <cp:keywords/>
  <dc:description>generated by python-docx</dc:description>
  <cp:lastModifiedBy>Jessica Hill</cp:lastModifiedBy>
  <cp:revision>11</cp:revision>
  <dcterms:created xsi:type="dcterms:W3CDTF">2026-07-22T14:46:00Z</dcterms:created>
  <dcterms:modified xsi:type="dcterms:W3CDTF">2026-07-22T15:23:00Z</dcterms:modified>
  <cp:category/>
</cp:coreProperties>
</file>