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91B85" w14:textId="26A3F427" w:rsidR="00ED5E50" w:rsidRPr="004C01F5" w:rsidRDefault="00000000" w:rsidP="004C01F5">
      <w:pPr>
        <w:jc w:val="center"/>
        <w:rPr>
          <w:b/>
          <w:sz w:val="40"/>
        </w:rPr>
      </w:pPr>
      <w:r>
        <w:rPr>
          <w:b/>
          <w:sz w:val="40"/>
        </w:rPr>
        <w:t>Feedback → Action: 6‑Part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ED5E50" w14:paraId="5DE6C637" w14:textId="77777777">
        <w:tc>
          <w:tcPr>
            <w:tcW w:w="8640" w:type="dxa"/>
          </w:tcPr>
          <w:p w14:paraId="2321AC96" w14:textId="77777777" w:rsidR="00ED5E50" w:rsidRDefault="00000000">
            <w:r>
              <w:rPr>
                <w:b/>
              </w:rPr>
              <w:t>1. Goal — What exactly am I trying to improve?</w:t>
            </w:r>
          </w:p>
        </w:tc>
      </w:tr>
    </w:tbl>
    <w:p w14:paraId="794F1002" w14:textId="77777777" w:rsidR="00ED5E50" w:rsidRDefault="00000000">
      <w:r>
        <w:t>Tip: Make it specific and measurable (e.g., “strengthen critical analysis in the literature review section”).</w:t>
      </w:r>
    </w:p>
    <w:p w14:paraId="6926095F" w14:textId="77777777" w:rsidR="00ED5E50" w:rsidRDefault="00000000">
      <w:r>
        <w:br/>
        <w:t>______________________________________________</w:t>
      </w:r>
      <w:r>
        <w:br/>
      </w:r>
    </w:p>
    <w:p w14:paraId="73426A09" w14:textId="77777777" w:rsidR="00ED5E50" w:rsidRDefault="00000000">
      <w:r>
        <w:br/>
        <w:t>______________________________________________</w:t>
      </w:r>
      <w:r>
        <w:br/>
      </w:r>
    </w:p>
    <w:p w14:paraId="55EAC405" w14:textId="77777777" w:rsidR="00ED5E50" w:rsidRDefault="00000000">
      <w:r>
        <w:br/>
        <w:t>______________________________________________</w:t>
      </w:r>
      <w:r>
        <w:br/>
      </w:r>
    </w:p>
    <w:p w14:paraId="2A6ECB42" w14:textId="77777777" w:rsidR="00ED5E50" w:rsidRDefault="00000000">
      <w:r>
        <w:br/>
        <w:t>______________________________________________</w:t>
      </w:r>
      <w:r>
        <w:br/>
      </w:r>
    </w:p>
    <w:p w14:paraId="77787BD7" w14:textId="77777777" w:rsidR="00ED5E50" w:rsidRDefault="00000000">
      <w:r>
        <w:br/>
        <w:t>______________________________________________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ED5E50" w14:paraId="32F07978" w14:textId="77777777">
        <w:tc>
          <w:tcPr>
            <w:tcW w:w="8640" w:type="dxa"/>
          </w:tcPr>
          <w:p w14:paraId="6433D147" w14:textId="77777777" w:rsidR="00ED5E50" w:rsidRDefault="00000000">
            <w:r>
              <w:rPr>
                <w:b/>
              </w:rPr>
              <w:t>2. Steps — What 2–3 actions will I take?</w:t>
            </w:r>
          </w:p>
        </w:tc>
      </w:tr>
    </w:tbl>
    <w:p w14:paraId="4E70C0EB" w14:textId="77777777" w:rsidR="00ED5E50" w:rsidRDefault="00000000">
      <w:r>
        <w:t>Keep it achievable. Examples:</w:t>
      </w:r>
    </w:p>
    <w:p w14:paraId="36692298" w14:textId="23E262BB" w:rsidR="004C01F5" w:rsidRDefault="00000000" w:rsidP="004C01F5">
      <w:r>
        <w:t xml:space="preserve">• </w:t>
      </w:r>
      <w:r w:rsidR="004C01F5">
        <w:t>Which support services would you like to book and appointment with? (Careers, SU, Library, academic team?)</w:t>
      </w:r>
    </w:p>
    <w:p w14:paraId="793E847A" w14:textId="6A61B71F" w:rsidR="004C01F5" w:rsidRDefault="004C01F5" w:rsidP="004C01F5">
      <w:r>
        <w:t>•</w:t>
      </w:r>
      <w:r>
        <w:t xml:space="preserve"> Which skills require development? How do you intend to do so?</w:t>
      </w:r>
    </w:p>
    <w:p w14:paraId="2F716475" w14:textId="77777777" w:rsidR="00ED5E50" w:rsidRDefault="00000000">
      <w:r>
        <w:br/>
        <w:t>______________________________________________</w:t>
      </w:r>
      <w:r>
        <w:br/>
      </w:r>
    </w:p>
    <w:p w14:paraId="2C27B0A6" w14:textId="77777777" w:rsidR="00ED5E50" w:rsidRDefault="00000000">
      <w:r>
        <w:br/>
        <w:t>______________________________________________</w:t>
      </w:r>
      <w:r>
        <w:br/>
      </w:r>
    </w:p>
    <w:p w14:paraId="09B0A979" w14:textId="77777777" w:rsidR="00ED5E50" w:rsidRDefault="00000000">
      <w:r>
        <w:br/>
        <w:t>______________________________________________</w:t>
      </w:r>
      <w:r>
        <w:br/>
      </w:r>
    </w:p>
    <w:p w14:paraId="59624047" w14:textId="6D5BFB70" w:rsidR="004C01F5" w:rsidRDefault="00000000" w:rsidP="004C01F5">
      <w:r>
        <w:lastRenderedPageBreak/>
        <w:br/>
        <w:t>______________________________________________</w:t>
      </w:r>
      <w:r>
        <w:br/>
      </w:r>
    </w:p>
    <w:p w14:paraId="665DA47F" w14:textId="3EF2701B" w:rsidR="00ED5E50" w:rsidRDefault="00000000"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ED5E50" w14:paraId="116A4B1B" w14:textId="77777777">
        <w:tc>
          <w:tcPr>
            <w:tcW w:w="8640" w:type="dxa"/>
          </w:tcPr>
          <w:p w14:paraId="317C8796" w14:textId="77777777" w:rsidR="00ED5E50" w:rsidRDefault="00000000">
            <w:r>
              <w:rPr>
                <w:b/>
              </w:rPr>
              <w:t>3. Resources — What support/materials do I need?</w:t>
            </w:r>
          </w:p>
        </w:tc>
      </w:tr>
    </w:tbl>
    <w:p w14:paraId="35CFF478" w14:textId="03BBF0E6" w:rsidR="00ED5E50" w:rsidRDefault="00000000">
      <w:r>
        <w:t xml:space="preserve">Examples: </w:t>
      </w:r>
      <w:r w:rsidR="004C01F5">
        <w:t>e.g. study skills support, discussion with lecturer, other essential skills classes?</w:t>
      </w:r>
    </w:p>
    <w:p w14:paraId="05E27923" w14:textId="77777777" w:rsidR="00ED5E50" w:rsidRDefault="00000000">
      <w:r>
        <w:br/>
        <w:t>______________________________________________</w:t>
      </w:r>
      <w:r>
        <w:br/>
      </w:r>
    </w:p>
    <w:p w14:paraId="5C4DE983" w14:textId="77777777" w:rsidR="00ED5E50" w:rsidRDefault="00000000">
      <w:r>
        <w:br/>
        <w:t>______________________________________________</w:t>
      </w:r>
      <w:r>
        <w:br/>
      </w:r>
    </w:p>
    <w:p w14:paraId="3FF1BDD8" w14:textId="6960B564" w:rsidR="00ED5E50" w:rsidRDefault="00000000" w:rsidP="004C01F5">
      <w:r>
        <w:br/>
        <w:t>______________________________________________</w:t>
      </w:r>
      <w:r>
        <w:br/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ED5E50" w14:paraId="5FF31377" w14:textId="77777777">
        <w:tc>
          <w:tcPr>
            <w:tcW w:w="8640" w:type="dxa"/>
          </w:tcPr>
          <w:p w14:paraId="380CD924" w14:textId="77777777" w:rsidR="00ED5E50" w:rsidRDefault="00000000">
            <w:r>
              <w:rPr>
                <w:b/>
              </w:rPr>
              <w:t>4. Timeline — When will I do each step?</w:t>
            </w:r>
          </w:p>
        </w:tc>
      </w:tr>
    </w:tbl>
    <w:p w14:paraId="0B3EB0D3" w14:textId="77777777" w:rsidR="00ED5E50" w:rsidRDefault="00000000">
      <w:r>
        <w:t>Be precise: include dates/weeks/milestones (e.g., “by Week 4 Friday”).</w:t>
      </w:r>
    </w:p>
    <w:p w14:paraId="7F12340A" w14:textId="77777777" w:rsidR="00ED5E50" w:rsidRDefault="00000000">
      <w:r>
        <w:br/>
        <w:t>______________________________________________</w:t>
      </w:r>
      <w:r>
        <w:br/>
      </w:r>
    </w:p>
    <w:p w14:paraId="786355F8" w14:textId="77777777" w:rsidR="00ED5E50" w:rsidRDefault="00000000">
      <w:r>
        <w:br/>
        <w:t>______________________________________________</w:t>
      </w:r>
      <w:r>
        <w:br/>
      </w:r>
    </w:p>
    <w:p w14:paraId="15E6127E" w14:textId="77777777" w:rsidR="00ED5E50" w:rsidRDefault="00000000">
      <w:r>
        <w:br/>
        <w:t>______________________________________________</w:t>
      </w:r>
      <w:r>
        <w:br/>
      </w:r>
    </w:p>
    <w:p w14:paraId="21E91CEC" w14:textId="0B8D8130" w:rsidR="00ED5E50" w:rsidRDefault="00000000" w:rsidP="004C01F5">
      <w:r>
        <w:br/>
        <w:t>______________________________________________</w:t>
      </w:r>
      <w:r>
        <w:br/>
      </w:r>
      <w:r>
        <w:br/>
      </w:r>
    </w:p>
    <w:p w14:paraId="147402E6" w14:textId="77777777" w:rsidR="00DE7774" w:rsidRDefault="00DE7774" w:rsidP="004C01F5"/>
    <w:p w14:paraId="2DE8B82B" w14:textId="77777777" w:rsidR="00DE7774" w:rsidRDefault="00DE7774" w:rsidP="004C01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ED5E50" w14:paraId="3ECC2F5F" w14:textId="77777777">
        <w:tc>
          <w:tcPr>
            <w:tcW w:w="8640" w:type="dxa"/>
          </w:tcPr>
          <w:p w14:paraId="07075172" w14:textId="77777777" w:rsidR="00ED5E50" w:rsidRDefault="00000000">
            <w:r>
              <w:rPr>
                <w:b/>
              </w:rPr>
              <w:lastRenderedPageBreak/>
              <w:t>5. Evidence — How will I know I’ve improved?</w:t>
            </w:r>
          </w:p>
        </w:tc>
      </w:tr>
    </w:tbl>
    <w:p w14:paraId="3A4228C1" w14:textId="509D44AF" w:rsidR="00ED5E50" w:rsidRDefault="00DE7774">
      <w:r>
        <w:t>What is your criteria for success. What do you hope will change through this action plan?</w:t>
      </w:r>
    </w:p>
    <w:p w14:paraId="17223468" w14:textId="77777777" w:rsidR="00ED5E50" w:rsidRDefault="00000000">
      <w:r>
        <w:br/>
        <w:t>______________________________________________</w:t>
      </w:r>
      <w:r>
        <w:br/>
      </w:r>
    </w:p>
    <w:p w14:paraId="1641276A" w14:textId="77777777" w:rsidR="00ED5E50" w:rsidRDefault="00000000">
      <w:r>
        <w:br/>
        <w:t>______________________________________________</w:t>
      </w:r>
      <w:r>
        <w:br/>
      </w:r>
    </w:p>
    <w:p w14:paraId="62348C38" w14:textId="5561B2B9" w:rsidR="004C01F5" w:rsidRDefault="00000000" w:rsidP="004C01F5">
      <w:r>
        <w:br/>
        <w:t>______________________________________________</w:t>
      </w:r>
    </w:p>
    <w:p w14:paraId="14F43E14" w14:textId="315F7795" w:rsidR="00ED5E50" w:rsidRDefault="00000000">
      <w:r>
        <w:br/>
      </w:r>
      <w:r w:rsidR="004C01F5">
        <w:t>Consider developing a study group or working with a study partner. This will help you keep accountable for your aims and goals. Maybe someone from the group today?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ED5E50" w14:paraId="38DBE6B4" w14:textId="77777777">
        <w:tc>
          <w:tcPr>
            <w:tcW w:w="2160" w:type="dxa"/>
          </w:tcPr>
          <w:p w14:paraId="78FE30CC" w14:textId="77777777" w:rsidR="00ED5E50" w:rsidRDefault="00000000">
            <w:r>
              <w:t>Partner name:</w:t>
            </w:r>
          </w:p>
        </w:tc>
        <w:tc>
          <w:tcPr>
            <w:tcW w:w="2160" w:type="dxa"/>
          </w:tcPr>
          <w:p w14:paraId="4AA2F067" w14:textId="77777777" w:rsidR="00ED5E50" w:rsidRDefault="00ED5E50"/>
        </w:tc>
        <w:tc>
          <w:tcPr>
            <w:tcW w:w="2160" w:type="dxa"/>
          </w:tcPr>
          <w:p w14:paraId="67ED87A4" w14:textId="77777777" w:rsidR="00ED5E50" w:rsidRDefault="00000000">
            <w:r>
              <w:t>Check‑in dates (e.g., Week 4 &amp; 7):</w:t>
            </w:r>
          </w:p>
        </w:tc>
        <w:tc>
          <w:tcPr>
            <w:tcW w:w="2160" w:type="dxa"/>
          </w:tcPr>
          <w:p w14:paraId="1E7991D2" w14:textId="77777777" w:rsidR="00ED5E50" w:rsidRDefault="00ED5E50"/>
        </w:tc>
      </w:tr>
      <w:tr w:rsidR="00ED5E50" w14:paraId="72CFDD24" w14:textId="77777777">
        <w:tc>
          <w:tcPr>
            <w:tcW w:w="2160" w:type="dxa"/>
          </w:tcPr>
          <w:p w14:paraId="672E50D1" w14:textId="77777777" w:rsidR="00ED5E50" w:rsidRDefault="00000000">
            <w:r>
              <w:t>How we’ll check in (Teams/WhatsApp/in person):</w:t>
            </w:r>
          </w:p>
        </w:tc>
        <w:tc>
          <w:tcPr>
            <w:tcW w:w="6480" w:type="dxa"/>
            <w:gridSpan w:val="3"/>
          </w:tcPr>
          <w:p w14:paraId="76DF626D" w14:textId="77777777" w:rsidR="00ED5E50" w:rsidRDefault="00ED5E50"/>
        </w:tc>
      </w:tr>
    </w:tbl>
    <w:p w14:paraId="279DEEE0" w14:textId="367B5B8F" w:rsidR="00ED5E50" w:rsidRDefault="00ED5E50"/>
    <w:sectPr w:rsidR="00ED5E5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028527E"/>
    <w:multiLevelType w:val="hybridMultilevel"/>
    <w:tmpl w:val="1A70A9D8"/>
    <w:lvl w:ilvl="0" w:tplc="D0C0FAC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814632">
    <w:abstractNumId w:val="8"/>
  </w:num>
  <w:num w:numId="2" w16cid:durableId="1678577208">
    <w:abstractNumId w:val="6"/>
  </w:num>
  <w:num w:numId="3" w16cid:durableId="1753088699">
    <w:abstractNumId w:val="5"/>
  </w:num>
  <w:num w:numId="4" w16cid:durableId="1616474468">
    <w:abstractNumId w:val="4"/>
  </w:num>
  <w:num w:numId="5" w16cid:durableId="282541233">
    <w:abstractNumId w:val="7"/>
  </w:num>
  <w:num w:numId="6" w16cid:durableId="1083065009">
    <w:abstractNumId w:val="3"/>
  </w:num>
  <w:num w:numId="7" w16cid:durableId="508255580">
    <w:abstractNumId w:val="2"/>
  </w:num>
  <w:num w:numId="8" w16cid:durableId="1963031387">
    <w:abstractNumId w:val="1"/>
  </w:num>
  <w:num w:numId="9" w16cid:durableId="312760603">
    <w:abstractNumId w:val="0"/>
  </w:num>
  <w:num w:numId="10" w16cid:durableId="12463057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01F5"/>
    <w:rsid w:val="00901856"/>
    <w:rsid w:val="00AA1D8D"/>
    <w:rsid w:val="00B47730"/>
    <w:rsid w:val="00CB0664"/>
    <w:rsid w:val="00DE7774"/>
    <w:rsid w:val="00ED5E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BA59DC"/>
  <w14:defaultImageDpi w14:val="300"/>
  <w15:docId w15:val="{8A7570BF-CD7A-40B3-8798-E3D52F08E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Jason Huxtable</cp:lastModifiedBy>
  <cp:revision>3</cp:revision>
  <dcterms:created xsi:type="dcterms:W3CDTF">2026-02-07T12:13:00Z</dcterms:created>
  <dcterms:modified xsi:type="dcterms:W3CDTF">2026-02-07T12:17:00Z</dcterms:modified>
  <cp:category/>
</cp:coreProperties>
</file>