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13E90" w14:textId="77777777" w:rsidR="000932F0" w:rsidRDefault="00002793">
      <w:pPr>
        <w:pStyle w:val="Heading1"/>
      </w:pPr>
      <w:r>
        <w:t>EMPL6003 – Workshop 1</w:t>
      </w:r>
      <w:r>
        <w:br/>
        <w:t>Activity Sheet: Introduction to Change Management</w:t>
      </w:r>
    </w:p>
    <w:p w14:paraId="5905B2E1" w14:textId="77777777" w:rsidR="00002793" w:rsidRDefault="00002793">
      <w:r>
        <w:br/>
        <w:t>Module: Leading and Implementing Change</w:t>
      </w:r>
      <w:r>
        <w:br/>
        <w:t>Week: 1 – Session 2</w:t>
      </w:r>
      <w:r>
        <w:br/>
      </w:r>
      <w:r>
        <w:br/>
        <w:t>Learning Outcomes:</w:t>
      </w:r>
      <w:r>
        <w:br/>
        <w:t>• Explain the meaning of change and change management</w:t>
      </w:r>
      <w:r>
        <w:br/>
        <w:t>• Identify internal and external triggers for organisational change</w:t>
      </w:r>
      <w:r>
        <w:br/>
        <w:t>• Analyse the impact of change on employees and organisations</w:t>
      </w:r>
      <w:r>
        <w:br/>
        <w:t>• Evaluate the importance of managing change effectively</w:t>
      </w:r>
      <w:r>
        <w:br/>
      </w:r>
      <w:r>
        <w:br/>
        <w:t>Activity 1: Understanding Change (Individual – 10 minutes)</w:t>
      </w:r>
      <w:r>
        <w:br/>
        <w:t>1. What does the term ‘change’ mean to you?</w:t>
      </w:r>
    </w:p>
    <w:p w14:paraId="4DA720BA" w14:textId="6CD4C3DF" w:rsidR="002A44A2" w:rsidRDefault="00415152" w:rsidP="002A44A2">
      <w:r>
        <w:t xml:space="preserve">Change is the process of becoming different or making something different from what it was before. </w:t>
      </w:r>
    </w:p>
    <w:p w14:paraId="7A786F04" w14:textId="2E317117" w:rsidR="00002793" w:rsidRDefault="00002793">
      <w:r>
        <w:t xml:space="preserve">2. Why do </w:t>
      </w:r>
      <w:proofErr w:type="spellStart"/>
      <w:r>
        <w:t>organisations</w:t>
      </w:r>
      <w:proofErr w:type="spellEnd"/>
      <w:r>
        <w:t xml:space="preserve"> need to change?</w:t>
      </w:r>
    </w:p>
    <w:p w14:paraId="58572EE1" w14:textId="396B3960" w:rsidR="00002793" w:rsidRDefault="00415152">
      <w:r>
        <w:t xml:space="preserve">The main reasons </w:t>
      </w:r>
      <w:proofErr w:type="spellStart"/>
      <w:r>
        <w:t>organisations</w:t>
      </w:r>
      <w:proofErr w:type="spellEnd"/>
      <w:r>
        <w:t xml:space="preserve"> need to change are</w:t>
      </w:r>
      <w:r w:rsidR="00FF1D26">
        <w:t xml:space="preserve"> customer needs, technology changes, competition increases, economic changes, government laws, growth and expansion. </w:t>
      </w:r>
    </w:p>
    <w:p w14:paraId="0C725F1D" w14:textId="77777777" w:rsidR="00002793" w:rsidRDefault="00002793">
      <w:r>
        <w:br/>
        <w:t>3. List two positive and two negative reactions people may have to change.</w:t>
      </w:r>
    </w:p>
    <w:p w14:paraId="4ABC630D" w14:textId="77777777" w:rsidR="00002793" w:rsidRDefault="00002793">
      <w:r>
        <w:t>Positive:</w:t>
      </w:r>
    </w:p>
    <w:p w14:paraId="64FBAE7C" w14:textId="612D793F" w:rsidR="00002793" w:rsidRDefault="00FF1D26" w:rsidP="00FF1D26">
      <w:pPr>
        <w:pStyle w:val="ListParagraph"/>
        <w:numPr>
          <w:ilvl w:val="0"/>
          <w:numId w:val="10"/>
        </w:numPr>
      </w:pPr>
      <w:r>
        <w:t>Acceptance.</w:t>
      </w:r>
    </w:p>
    <w:p w14:paraId="1D786199" w14:textId="77777777" w:rsidR="002A44A2" w:rsidRDefault="00FF1D26" w:rsidP="002A44A2">
      <w:pPr>
        <w:pStyle w:val="ListParagraph"/>
        <w:numPr>
          <w:ilvl w:val="0"/>
          <w:numId w:val="10"/>
        </w:numPr>
      </w:pPr>
      <w:r>
        <w:t>Learning and growth</w:t>
      </w:r>
      <w:r w:rsidR="002A44A2">
        <w:t>.</w:t>
      </w:r>
    </w:p>
    <w:p w14:paraId="4A2B0B2D" w14:textId="6F54A630" w:rsidR="00002793" w:rsidRDefault="00002793" w:rsidP="002A44A2">
      <w:pPr>
        <w:pStyle w:val="ListParagraph"/>
        <w:numPr>
          <w:ilvl w:val="0"/>
          <w:numId w:val="10"/>
        </w:numPr>
      </w:pPr>
      <w:r>
        <w:t>Negative</w:t>
      </w:r>
    </w:p>
    <w:p w14:paraId="57AF1230" w14:textId="2E44DC43" w:rsidR="00002793" w:rsidRDefault="00002793" w:rsidP="00002793">
      <w:pPr>
        <w:pStyle w:val="ListParagraph"/>
        <w:numPr>
          <w:ilvl w:val="0"/>
          <w:numId w:val="11"/>
        </w:numPr>
      </w:pPr>
      <w:r>
        <w:t xml:space="preserve"> </w:t>
      </w:r>
      <w:r w:rsidR="00FF1D26">
        <w:t>Fear and anxiety</w:t>
      </w:r>
    </w:p>
    <w:p w14:paraId="34011307" w14:textId="7636C506" w:rsidR="002A44A2" w:rsidRDefault="00FF1D26" w:rsidP="002A44A2">
      <w:pPr>
        <w:pStyle w:val="ListParagraph"/>
        <w:numPr>
          <w:ilvl w:val="0"/>
          <w:numId w:val="11"/>
        </w:numPr>
      </w:pPr>
      <w:r>
        <w:t>Loss of motivation</w:t>
      </w:r>
    </w:p>
    <w:p w14:paraId="4F007487" w14:textId="22C2BA3A" w:rsidR="00440439" w:rsidRDefault="00002793">
      <w:r>
        <w:br/>
        <w:t xml:space="preserve">Activity 2: Triggers for Change </w:t>
      </w:r>
      <w:r>
        <w:br/>
        <w:t>Identify internal and external triggers for organisational change and provide examples.</w:t>
      </w:r>
      <w:r>
        <w:br/>
      </w:r>
      <w:r>
        <w:br/>
        <w:t>Internal Triggers:</w:t>
      </w:r>
      <w:r>
        <w:br/>
      </w:r>
      <w:r w:rsidR="00440439">
        <w:t>• Poor Performance:</w:t>
      </w:r>
    </w:p>
    <w:p w14:paraId="117DA328" w14:textId="7A983742" w:rsidR="00440439" w:rsidRDefault="00440439">
      <w:r>
        <w:t xml:space="preserve">When productivity, quality or profit </w:t>
      </w:r>
      <w:r w:rsidR="0096101C">
        <w:t>do</w:t>
      </w:r>
      <w:r w:rsidR="00BB790C">
        <w:t xml:space="preserve"> not </w:t>
      </w:r>
      <w:r w:rsidR="0096101C">
        <w:t>meet the</w:t>
      </w:r>
      <w:r w:rsidR="00BB790C">
        <w:t xml:space="preserve"> </w:t>
      </w:r>
      <w:r w:rsidR="0096101C">
        <w:t>goal,</w:t>
      </w:r>
      <w:r>
        <w:t xml:space="preserve"> organizations need </w:t>
      </w:r>
      <w:r w:rsidR="0096101C">
        <w:t>to change</w:t>
      </w:r>
      <w:r>
        <w:t xml:space="preserve">. </w:t>
      </w:r>
    </w:p>
    <w:p w14:paraId="1BECA5A3" w14:textId="65C93A60" w:rsidR="00440439" w:rsidRDefault="00002793">
      <w:r>
        <w:lastRenderedPageBreak/>
        <w:t xml:space="preserve">• </w:t>
      </w:r>
      <w:r w:rsidR="00440439">
        <w:t xml:space="preserve">Example: </w:t>
      </w:r>
      <w:r w:rsidR="00440439">
        <w:t>A</w:t>
      </w:r>
      <w:r w:rsidR="00440439">
        <w:t xml:space="preserve"> company experiences low sales and high costs, so it shows </w:t>
      </w:r>
      <w:r w:rsidR="00BB790C">
        <w:t>employees</w:t>
      </w:r>
      <w:r w:rsidR="00440439">
        <w:t xml:space="preserve"> need training for company growth</w:t>
      </w:r>
      <w:r w:rsidR="00440439">
        <w:t>.</w:t>
      </w:r>
    </w:p>
    <w:p w14:paraId="2EDFE6D3" w14:textId="77777777" w:rsidR="00440439" w:rsidRDefault="00002793">
      <w:r>
        <w:t>External Triggers:</w:t>
      </w:r>
      <w:r>
        <w:br/>
        <w:t>•</w:t>
      </w:r>
      <w:r w:rsidR="00440439">
        <w:t xml:space="preserve"> Technology Change:</w:t>
      </w:r>
    </w:p>
    <w:p w14:paraId="463C4001" w14:textId="2DD7610C" w:rsidR="004509B6" w:rsidRDefault="00BB790C">
      <w:r>
        <w:t xml:space="preserve">Advanced in technology organization needs to update systems and skills. </w:t>
      </w:r>
      <w:r w:rsidR="00002793">
        <w:br/>
        <w:t xml:space="preserve">• </w:t>
      </w:r>
      <w:r w:rsidR="0096101C">
        <w:t>Example:</w:t>
      </w:r>
      <w:r w:rsidR="004509B6">
        <w:t xml:space="preserve"> A company introduces online shopping and digital payments to compete with e-commerce businesses. </w:t>
      </w:r>
      <w:r w:rsidR="0096101C">
        <w:t xml:space="preserve"> </w:t>
      </w:r>
    </w:p>
    <w:p w14:paraId="1763FEAB" w14:textId="77777777" w:rsidR="00601657" w:rsidRDefault="00002793">
      <w:r>
        <w:t xml:space="preserve">Activity 3: Opportunities and Barriers </w:t>
      </w:r>
      <w:r>
        <w:br/>
        <w:t>A. Opportunities change can bring:</w:t>
      </w:r>
      <w:r>
        <w:br/>
        <w:t>•</w:t>
      </w:r>
      <w:r w:rsidR="00601657">
        <w:t xml:space="preserve"> New Markets: </w:t>
      </w:r>
    </w:p>
    <w:p w14:paraId="6BBFE85B" w14:textId="5D797400" w:rsidR="00601657" w:rsidRDefault="00002793">
      <w:r>
        <w:t xml:space="preserve">• </w:t>
      </w:r>
      <w:r w:rsidR="00601657">
        <w:t>Expanding into new locations or countries can increase sale</w:t>
      </w:r>
      <w:r w:rsidR="00601657">
        <w:t>s</w:t>
      </w:r>
      <w:r w:rsidR="00601657">
        <w:t xml:space="preserve">.  </w:t>
      </w:r>
    </w:p>
    <w:p w14:paraId="51477B49" w14:textId="77777777" w:rsidR="00603395" w:rsidRDefault="00002793">
      <w:r>
        <w:t>B. Barriers to change:</w:t>
      </w:r>
      <w:r>
        <w:br/>
        <w:t>•</w:t>
      </w:r>
      <w:r w:rsidR="00601657">
        <w:t xml:space="preserve"> Resistance to change</w:t>
      </w:r>
    </w:p>
    <w:p w14:paraId="732A8218" w14:textId="11E5A9B5" w:rsidR="00603395" w:rsidRDefault="00002793">
      <w:r>
        <w:t xml:space="preserve">• </w:t>
      </w:r>
      <w:r w:rsidR="00603395">
        <w:t xml:space="preserve">Employees may fear change or job loss. </w:t>
      </w:r>
    </w:p>
    <w:p w14:paraId="054740E4" w14:textId="77777777" w:rsidR="002A44A2" w:rsidRDefault="00002793">
      <w:r>
        <w:t xml:space="preserve">Activity 4: Impact of Change </w:t>
      </w:r>
      <w:r>
        <w:br/>
        <w:t xml:space="preserve">Explain one impact of change on employees and one impact on the </w:t>
      </w:r>
      <w:r w:rsidR="00603395">
        <w:t>organization</w:t>
      </w:r>
      <w:r>
        <w:t>.</w:t>
      </w:r>
    </w:p>
    <w:p w14:paraId="5650C86A" w14:textId="7FEBD063" w:rsidR="002A44A2" w:rsidRDefault="002A44A2">
      <w:r>
        <w:t>Impact of change on employees:</w:t>
      </w:r>
    </w:p>
    <w:p w14:paraId="4C404D19" w14:textId="5388E69C" w:rsidR="002A44A2" w:rsidRDefault="002A44A2">
      <w:r>
        <w:t>Skill development: Employees learn new skills through training.</w:t>
      </w:r>
    </w:p>
    <w:p w14:paraId="1A865762" w14:textId="3D697BE7" w:rsidR="002A44A2" w:rsidRDefault="002A44A2">
      <w:r>
        <w:t>Impact of change on organization:</w:t>
      </w:r>
    </w:p>
    <w:p w14:paraId="629EBE90" w14:textId="7E62B8AF" w:rsidR="002A44A2" w:rsidRDefault="002A44A2">
      <w:r>
        <w:t xml:space="preserve">Improved efficiency: </w:t>
      </w:r>
    </w:p>
    <w:p w14:paraId="560AF52B" w14:textId="78B209C3" w:rsidR="002A44A2" w:rsidRDefault="002A44A2">
      <w:r>
        <w:t xml:space="preserve">Better processes and technology. </w:t>
      </w:r>
    </w:p>
    <w:p w14:paraId="5B89FD5E" w14:textId="3D1E813D" w:rsidR="000932F0" w:rsidRDefault="00002793">
      <w:r>
        <w:br/>
      </w:r>
      <w:r>
        <w:br/>
      </w:r>
    </w:p>
    <w:sectPr w:rsidR="000932F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C76FF7"/>
    <w:multiLevelType w:val="hybridMultilevel"/>
    <w:tmpl w:val="8CBC8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E4B80"/>
    <w:multiLevelType w:val="hybridMultilevel"/>
    <w:tmpl w:val="887EB3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3819859">
    <w:abstractNumId w:val="8"/>
  </w:num>
  <w:num w:numId="2" w16cid:durableId="1649283479">
    <w:abstractNumId w:val="6"/>
  </w:num>
  <w:num w:numId="3" w16cid:durableId="88548172">
    <w:abstractNumId w:val="5"/>
  </w:num>
  <w:num w:numId="4" w16cid:durableId="455219158">
    <w:abstractNumId w:val="4"/>
  </w:num>
  <w:num w:numId="5" w16cid:durableId="1364282574">
    <w:abstractNumId w:val="7"/>
  </w:num>
  <w:num w:numId="6" w16cid:durableId="1801413515">
    <w:abstractNumId w:val="3"/>
  </w:num>
  <w:num w:numId="7" w16cid:durableId="1528323619">
    <w:abstractNumId w:val="2"/>
  </w:num>
  <w:num w:numId="8" w16cid:durableId="461728770">
    <w:abstractNumId w:val="1"/>
  </w:num>
  <w:num w:numId="9" w16cid:durableId="2045212334">
    <w:abstractNumId w:val="0"/>
  </w:num>
  <w:num w:numId="10" w16cid:durableId="840243966">
    <w:abstractNumId w:val="9"/>
  </w:num>
  <w:num w:numId="11" w16cid:durableId="2092233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2793"/>
    <w:rsid w:val="00034616"/>
    <w:rsid w:val="0006063C"/>
    <w:rsid w:val="000932F0"/>
    <w:rsid w:val="00096711"/>
    <w:rsid w:val="00140A2D"/>
    <w:rsid w:val="0015074B"/>
    <w:rsid w:val="0029639D"/>
    <w:rsid w:val="002A44A2"/>
    <w:rsid w:val="00326F90"/>
    <w:rsid w:val="003F7CC2"/>
    <w:rsid w:val="00415152"/>
    <w:rsid w:val="00440439"/>
    <w:rsid w:val="004509B6"/>
    <w:rsid w:val="00601657"/>
    <w:rsid w:val="00603395"/>
    <w:rsid w:val="00664FE4"/>
    <w:rsid w:val="0096101C"/>
    <w:rsid w:val="00AA1D8D"/>
    <w:rsid w:val="00B47730"/>
    <w:rsid w:val="00BB790C"/>
    <w:rsid w:val="00C56910"/>
    <w:rsid w:val="00CB0664"/>
    <w:rsid w:val="00FC693F"/>
    <w:rsid w:val="00FF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D7CE00"/>
  <w14:defaultImageDpi w14:val="300"/>
  <w15:docId w15:val="{3E78924E-3026-4A62-9F5A-1CFFE8982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Farhat Rubbani (2314659)</cp:lastModifiedBy>
  <cp:revision>2</cp:revision>
  <dcterms:created xsi:type="dcterms:W3CDTF">2026-01-25T14:20:00Z</dcterms:created>
  <dcterms:modified xsi:type="dcterms:W3CDTF">2026-01-25T14:20:00Z</dcterms:modified>
  <cp:category/>
</cp:coreProperties>
</file>