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1805A" w14:textId="3AA9BA3B" w:rsidR="00F20B10" w:rsidRPr="00941250" w:rsidRDefault="00000000">
      <w:pPr>
        <w:pStyle w:val="Heading1"/>
        <w:rPr>
          <w:color w:val="000000" w:themeColor="text1"/>
        </w:rPr>
      </w:pPr>
      <w:r>
        <w:t>Motion Design Integration Worksheet</w:t>
      </w:r>
    </w:p>
    <w:p w14:paraId="5405E0E0" w14:textId="77777777" w:rsidR="00F20B10" w:rsidRDefault="00000000">
      <w:r w:rsidRPr="00941250">
        <w:rPr>
          <w:b/>
          <w:bCs/>
          <w:color w:val="000000" w:themeColor="text1"/>
          <w:sz w:val="28"/>
          <w:szCs w:val="28"/>
        </w:rPr>
        <w:t>MA Visual Communications | Major Design Project</w:t>
      </w:r>
      <w:r>
        <w:br/>
        <w:t>Exploring the Role of Motion Graphics, Animation &amp; Moving Image in Your Design Proposal</w:t>
      </w:r>
    </w:p>
    <w:p w14:paraId="3CF3FA05" w14:textId="77777777" w:rsidR="00941250" w:rsidRDefault="00941250"/>
    <w:p w14:paraId="0090C599" w14:textId="77777777" w:rsidR="00F20B10" w:rsidRDefault="00000000">
      <w:pPr>
        <w:pStyle w:val="Heading2"/>
      </w:pPr>
      <w:r>
        <w:t>PART 1: Mapping Your Project</w:t>
      </w:r>
    </w:p>
    <w:p w14:paraId="233E5BBC" w14:textId="77777777" w:rsidR="00941250" w:rsidRPr="00941250" w:rsidRDefault="00941250" w:rsidP="00941250"/>
    <w:p w14:paraId="4CF9385A" w14:textId="77777777" w:rsidR="00F20B10" w:rsidRDefault="00000000">
      <w:r w:rsidRPr="00941250">
        <w:rPr>
          <w:b/>
          <w:bCs/>
        </w:rPr>
        <w:t>1.1 Project Summary</w:t>
      </w:r>
      <w:r>
        <w:br/>
        <w:t>In 2–3 sentences, summarise your current project idea and intended audience:</w:t>
      </w:r>
    </w:p>
    <w:p w14:paraId="0FF3B043" w14:textId="77777777" w:rsidR="00F20B10" w:rsidRDefault="00000000">
      <w:r w:rsidRPr="00941250">
        <w:rPr>
          <w:b/>
          <w:bCs/>
        </w:rPr>
        <w:t>1.2 Primary Communication Goals</w:t>
      </w:r>
      <w:r>
        <w:br/>
        <w:t xml:space="preserve">What do you want your audience to think, feel, or do </w:t>
      </w:r>
      <w:proofErr w:type="gramStart"/>
      <w:r>
        <w:t>as a result of</w:t>
      </w:r>
      <w:proofErr w:type="gramEnd"/>
      <w:r>
        <w:t xml:space="preserve"> engaging with your design outcome:</w:t>
      </w:r>
    </w:p>
    <w:p w14:paraId="334DF7EF" w14:textId="77777777" w:rsidR="00941250" w:rsidRDefault="00941250">
      <w:pPr>
        <w:pStyle w:val="Heading2"/>
      </w:pPr>
    </w:p>
    <w:p w14:paraId="54154E47" w14:textId="77777777" w:rsidR="00941250" w:rsidRDefault="00941250">
      <w:pPr>
        <w:pStyle w:val="Heading2"/>
      </w:pPr>
    </w:p>
    <w:p w14:paraId="2680D9BD" w14:textId="77777777" w:rsidR="00941250" w:rsidRDefault="00941250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12BDB7EF" w14:textId="299D6ECA" w:rsidR="00F20B10" w:rsidRDefault="00000000">
      <w:pPr>
        <w:pStyle w:val="Heading2"/>
      </w:pPr>
      <w:r>
        <w:lastRenderedPageBreak/>
        <w:t>PART 2: Interrogating Potential</w:t>
      </w:r>
      <w:r w:rsidR="00697239">
        <w:t xml:space="preserve"> for Motion Design</w:t>
      </w:r>
    </w:p>
    <w:p w14:paraId="55223E05" w14:textId="77777777" w:rsidR="00941250" w:rsidRPr="00941250" w:rsidRDefault="00941250" w:rsidP="00941250"/>
    <w:p w14:paraId="13460B24" w14:textId="77777777" w:rsidR="00F20B10" w:rsidRDefault="00000000" w:rsidP="00941250">
      <w:pPr>
        <w:spacing w:line="360" w:lineRule="auto"/>
      </w:pPr>
      <w:r w:rsidRPr="00941250">
        <w:rPr>
          <w:b/>
          <w:bCs/>
        </w:rPr>
        <w:t>2.1 How could motion support or extend your idea? Tick all that apply:</w:t>
      </w:r>
      <w:r>
        <w:br/>
        <w:t>- [ ] To explain a complex process, system, or journey</w:t>
      </w:r>
      <w:r>
        <w:br/>
        <w:t>- [ ] To engage or emotionally connect with an audience</w:t>
      </w:r>
      <w:r>
        <w:br/>
        <w:t>- [ ] To visualise change over time or show cause and effect</w:t>
      </w:r>
      <w:r>
        <w:br/>
        <w:t>- [ ] To reveal hidden layers or emphasise key information</w:t>
      </w:r>
      <w:r>
        <w:br/>
        <w:t>- [ ] To create atmosphere, rhythm, tone, or sensory experience</w:t>
      </w:r>
      <w:r>
        <w:br/>
        <w:t>- [ ] Other: _____________________________</w:t>
      </w:r>
    </w:p>
    <w:p w14:paraId="5707AF99" w14:textId="77777777" w:rsidR="00941250" w:rsidRDefault="00941250" w:rsidP="00941250">
      <w:pPr>
        <w:spacing w:line="360" w:lineRule="auto"/>
      </w:pPr>
    </w:p>
    <w:p w14:paraId="5896F644" w14:textId="77777777" w:rsidR="00941250" w:rsidRDefault="00941250" w:rsidP="00941250">
      <w:pPr>
        <w:spacing w:line="360" w:lineRule="auto"/>
      </w:pPr>
    </w:p>
    <w:p w14:paraId="01262A37" w14:textId="77777777" w:rsidR="00F20B10" w:rsidRDefault="00000000" w:rsidP="00941250">
      <w:pPr>
        <w:spacing w:line="360" w:lineRule="auto"/>
      </w:pPr>
      <w:r w:rsidRPr="00941250">
        <w:rPr>
          <w:b/>
          <w:bCs/>
        </w:rPr>
        <w:t>2.2 What motion format(s) might suit your project best?</w:t>
      </w:r>
      <w:r>
        <w:br/>
        <w:t>- [ ] Animated logo or identity system</w:t>
      </w:r>
      <w:r>
        <w:br/>
        <w:t>- [ ] Kinetic typography</w:t>
      </w:r>
      <w:r>
        <w:br/>
        <w:t>- [ ] Data-driven animation</w:t>
      </w:r>
      <w:r>
        <w:br/>
        <w:t>- [ ] Instructional explainer</w:t>
      </w:r>
      <w:r>
        <w:br/>
        <w:t>- [ ] Short narrative film</w:t>
      </w:r>
      <w:r>
        <w:br/>
        <w:t>- [ ] Experimental video / moving collage</w:t>
      </w:r>
      <w:r>
        <w:br/>
        <w:t>- [ ] Social media animation</w:t>
      </w:r>
      <w:r>
        <w:br/>
        <w:t>- [ ] Projection or screen-based installation</w:t>
      </w:r>
      <w:r>
        <w:br/>
        <w:t>- [ ] Other: _____________________________</w:t>
      </w:r>
    </w:p>
    <w:p w14:paraId="6008EE52" w14:textId="77777777" w:rsidR="002C36FE" w:rsidRDefault="002C36FE" w:rsidP="00941250">
      <w:pPr>
        <w:spacing w:line="360" w:lineRule="auto"/>
      </w:pPr>
    </w:p>
    <w:p w14:paraId="302E340F" w14:textId="77777777" w:rsidR="00F20B10" w:rsidRDefault="00000000" w:rsidP="00941250">
      <w:pPr>
        <w:spacing w:line="360" w:lineRule="auto"/>
      </w:pPr>
      <w:r w:rsidRPr="00941250">
        <w:rPr>
          <w:b/>
          <w:bCs/>
        </w:rPr>
        <w:t>2.3 Where would motion sit within your project?</w:t>
      </w:r>
      <w:r>
        <w:br/>
        <w:t>Could it be the main output? A supporting artefact? A method of research or feedback?</w:t>
      </w:r>
    </w:p>
    <w:p w14:paraId="0225A13D" w14:textId="77777777" w:rsidR="00941250" w:rsidRDefault="00941250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778FE024" w14:textId="74086C0A" w:rsidR="00F20B10" w:rsidRDefault="00000000">
      <w:pPr>
        <w:pStyle w:val="Heading2"/>
      </w:pPr>
      <w:r>
        <w:lastRenderedPageBreak/>
        <w:t>PART 3: Mood, Movement &amp; Message</w:t>
      </w:r>
    </w:p>
    <w:p w14:paraId="67604A1F" w14:textId="77777777" w:rsidR="00941250" w:rsidRDefault="00941250"/>
    <w:p w14:paraId="6596AF5D" w14:textId="506D7EB7" w:rsidR="00F20B10" w:rsidRDefault="00000000" w:rsidP="00941250">
      <w:pPr>
        <w:spacing w:line="360" w:lineRule="auto"/>
      </w:pPr>
      <w:r w:rsidRPr="00941250">
        <w:rPr>
          <w:b/>
          <w:bCs/>
        </w:rPr>
        <w:t>3.1 Motion Reference Hunt</w:t>
      </w:r>
      <w:r>
        <w:br/>
      </w:r>
      <w:r w:rsidRPr="00941250">
        <w:rPr>
          <w:b/>
          <w:bCs/>
        </w:rPr>
        <w:t>Find 1–2 motion-based references (film, animation, motion graphic, etc.) that relate to your topic or tone.</w:t>
      </w:r>
      <w:r>
        <w:br/>
        <w:t>Include screenshots/links and note:</w:t>
      </w:r>
      <w:r>
        <w:br/>
        <w:t>- What stands out about the style or rhythm?</w:t>
      </w:r>
      <w:r>
        <w:br/>
        <w:t>- How does it influence your thinking?</w:t>
      </w:r>
      <w:r>
        <w:br/>
        <w:t>Title / Link: __________________________</w:t>
      </w:r>
      <w:r>
        <w:br/>
        <w:t>Notes: __________________________</w:t>
      </w:r>
    </w:p>
    <w:p w14:paraId="5F77CBF0" w14:textId="77777777" w:rsidR="00941250" w:rsidRDefault="00941250">
      <w:pPr>
        <w:pStyle w:val="Heading2"/>
      </w:pPr>
    </w:p>
    <w:p w14:paraId="1777DA4D" w14:textId="77777777" w:rsidR="00941250" w:rsidRDefault="00941250">
      <w:pPr>
        <w:pStyle w:val="Heading2"/>
      </w:pPr>
    </w:p>
    <w:p w14:paraId="1D95C2F7" w14:textId="77777777" w:rsidR="00941250" w:rsidRDefault="00941250">
      <w:pPr>
        <w:pStyle w:val="Heading2"/>
      </w:pPr>
    </w:p>
    <w:p w14:paraId="68FD6ED1" w14:textId="77777777" w:rsidR="00941250" w:rsidRDefault="00941250">
      <w:pPr>
        <w:pStyle w:val="Heading2"/>
      </w:pPr>
    </w:p>
    <w:p w14:paraId="60D262C4" w14:textId="15654464" w:rsidR="00F20B10" w:rsidRDefault="00000000">
      <w:pPr>
        <w:pStyle w:val="Heading2"/>
      </w:pPr>
      <w:r>
        <w:t>PART 4: Next Steps</w:t>
      </w:r>
    </w:p>
    <w:p w14:paraId="6C5D2006" w14:textId="77777777" w:rsidR="00941250" w:rsidRDefault="00941250"/>
    <w:p w14:paraId="0223ED32" w14:textId="226BBB7D" w:rsidR="00F20B10" w:rsidRDefault="00000000" w:rsidP="00941250">
      <w:pPr>
        <w:spacing w:line="360" w:lineRule="auto"/>
        <w:rPr>
          <w:b/>
          <w:bCs/>
        </w:rPr>
      </w:pPr>
      <w:r>
        <w:t xml:space="preserve">4.1 </w:t>
      </w:r>
      <w:r w:rsidRPr="00941250">
        <w:rPr>
          <w:b/>
          <w:bCs/>
        </w:rPr>
        <w:t>What would a motion experiment or prototype look like?</w:t>
      </w:r>
      <w:r w:rsidRPr="00941250">
        <w:rPr>
          <w:b/>
          <w:bCs/>
        </w:rPr>
        <w:br/>
        <w:t>Write one idea you could try in the next week:</w:t>
      </w:r>
    </w:p>
    <w:p w14:paraId="43E3111A" w14:textId="77777777" w:rsidR="002C36FE" w:rsidRPr="00941250" w:rsidRDefault="002C36FE" w:rsidP="00941250">
      <w:pPr>
        <w:spacing w:line="360" w:lineRule="auto"/>
        <w:rPr>
          <w:b/>
          <w:bCs/>
        </w:rPr>
      </w:pPr>
    </w:p>
    <w:p w14:paraId="3075641D" w14:textId="77777777" w:rsidR="00941250" w:rsidRDefault="00941250" w:rsidP="00941250">
      <w:pPr>
        <w:spacing w:line="360" w:lineRule="auto"/>
      </w:pPr>
    </w:p>
    <w:p w14:paraId="3C3BA491" w14:textId="77777777" w:rsidR="00941250" w:rsidRDefault="00000000" w:rsidP="00941250">
      <w:pPr>
        <w:rPr>
          <w:b/>
          <w:bCs/>
        </w:rPr>
      </w:pPr>
      <w:r>
        <w:t xml:space="preserve">4.2 </w:t>
      </w:r>
      <w:r w:rsidRPr="00941250">
        <w:rPr>
          <w:b/>
          <w:bCs/>
        </w:rPr>
        <w:t>Skills &amp; Support Needed</w:t>
      </w:r>
      <w:r>
        <w:br/>
      </w:r>
      <w:r w:rsidRPr="00941250">
        <w:rPr>
          <w:b/>
          <w:bCs/>
        </w:rPr>
        <w:t>What do you need to learn or access to make this happen?</w:t>
      </w:r>
    </w:p>
    <w:p w14:paraId="374F5189" w14:textId="1A9C4703" w:rsidR="00F20B10" w:rsidRPr="00941250" w:rsidRDefault="00000000" w:rsidP="00941250">
      <w:r w:rsidRPr="00941250">
        <w:rPr>
          <w:b/>
          <w:bCs/>
        </w:rPr>
        <w:br/>
      </w:r>
      <w:r w:rsidRPr="00941250">
        <w:t xml:space="preserve">- </w:t>
      </w:r>
      <w:proofErr w:type="gramStart"/>
      <w:r w:rsidRPr="00941250">
        <w:t>[ ]</w:t>
      </w:r>
      <w:proofErr w:type="gramEnd"/>
      <w:r w:rsidRPr="00941250">
        <w:t xml:space="preserve"> A</w:t>
      </w:r>
      <w:r w:rsidR="00941250" w:rsidRPr="00941250">
        <w:t>dobe Premiere</w:t>
      </w:r>
      <w:r w:rsidRPr="00941250">
        <w:t xml:space="preserve"> basics</w:t>
      </w:r>
      <w:r w:rsidR="00941250">
        <w:br/>
      </w:r>
      <w:r w:rsidR="00941250" w:rsidRPr="00941250">
        <w:t xml:space="preserve">- </w:t>
      </w:r>
      <w:proofErr w:type="gramStart"/>
      <w:r w:rsidR="00941250" w:rsidRPr="00941250">
        <w:t>[ ]</w:t>
      </w:r>
      <w:proofErr w:type="gramEnd"/>
      <w:r w:rsidR="00941250" w:rsidRPr="00941250">
        <w:t xml:space="preserve"> After Effects basics</w:t>
      </w:r>
      <w:r w:rsidRPr="00941250">
        <w:br/>
        <w:t xml:space="preserve">- </w:t>
      </w:r>
      <w:proofErr w:type="gramStart"/>
      <w:r w:rsidRPr="00941250">
        <w:t>[ ]</w:t>
      </w:r>
      <w:proofErr w:type="gramEnd"/>
      <w:r w:rsidRPr="00941250">
        <w:t xml:space="preserve"> Storyboarding / animatics</w:t>
      </w:r>
      <w:r w:rsidRPr="00941250">
        <w:br/>
        <w:t xml:space="preserve">- </w:t>
      </w:r>
      <w:proofErr w:type="gramStart"/>
      <w:r w:rsidRPr="00941250">
        <w:t>[ ]</w:t>
      </w:r>
      <w:proofErr w:type="gramEnd"/>
      <w:r w:rsidRPr="00941250">
        <w:t xml:space="preserve"> Sound + motion syncing</w:t>
      </w:r>
      <w:r w:rsidRPr="00941250">
        <w:br/>
        <w:t xml:space="preserve">- </w:t>
      </w:r>
      <w:proofErr w:type="gramStart"/>
      <w:r w:rsidRPr="00941250">
        <w:t>[ ]</w:t>
      </w:r>
      <w:proofErr w:type="gramEnd"/>
      <w:r w:rsidRPr="00941250">
        <w:t xml:space="preserve"> Creative coding / generative motion</w:t>
      </w:r>
      <w:r w:rsidRPr="00941250">
        <w:br/>
        <w:t xml:space="preserve">- </w:t>
      </w:r>
      <w:proofErr w:type="gramStart"/>
      <w:r w:rsidRPr="00941250">
        <w:t>[ ]</w:t>
      </w:r>
      <w:proofErr w:type="gramEnd"/>
      <w:r w:rsidRPr="00941250">
        <w:t xml:space="preserve"> Help finding reference material</w:t>
      </w:r>
      <w:r w:rsidRPr="00941250">
        <w:br/>
        <w:t xml:space="preserve">- </w:t>
      </w:r>
      <w:proofErr w:type="gramStart"/>
      <w:r w:rsidRPr="00941250">
        <w:t>[ ]</w:t>
      </w:r>
      <w:proofErr w:type="gramEnd"/>
      <w:r w:rsidRPr="00941250">
        <w:t xml:space="preserve"> Other: _____________________________</w:t>
      </w:r>
    </w:p>
    <w:sectPr w:rsidR="00F20B10" w:rsidRPr="0094125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0993055">
    <w:abstractNumId w:val="8"/>
  </w:num>
  <w:num w:numId="2" w16cid:durableId="722565076">
    <w:abstractNumId w:val="6"/>
  </w:num>
  <w:num w:numId="3" w16cid:durableId="1555972061">
    <w:abstractNumId w:val="5"/>
  </w:num>
  <w:num w:numId="4" w16cid:durableId="1322847895">
    <w:abstractNumId w:val="4"/>
  </w:num>
  <w:num w:numId="5" w16cid:durableId="1169248427">
    <w:abstractNumId w:val="7"/>
  </w:num>
  <w:num w:numId="6" w16cid:durableId="802161062">
    <w:abstractNumId w:val="3"/>
  </w:num>
  <w:num w:numId="7" w16cid:durableId="1947806475">
    <w:abstractNumId w:val="2"/>
  </w:num>
  <w:num w:numId="8" w16cid:durableId="996953497">
    <w:abstractNumId w:val="1"/>
  </w:num>
  <w:num w:numId="9" w16cid:durableId="1964458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C36FE"/>
    <w:rsid w:val="00326F90"/>
    <w:rsid w:val="00697239"/>
    <w:rsid w:val="00941250"/>
    <w:rsid w:val="00AA1D8D"/>
    <w:rsid w:val="00B47730"/>
    <w:rsid w:val="00BF3F69"/>
    <w:rsid w:val="00CB0664"/>
    <w:rsid w:val="00F20B1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D69CF8"/>
  <w14:defaultImageDpi w14:val="300"/>
  <w15:docId w15:val="{EDDA5E18-830F-474D-93F2-EAC512A6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Robert Jones</cp:lastModifiedBy>
  <cp:revision>3</cp:revision>
  <dcterms:created xsi:type="dcterms:W3CDTF">2013-12-23T23:15:00Z</dcterms:created>
  <dcterms:modified xsi:type="dcterms:W3CDTF">2025-06-20T08:21:00Z</dcterms:modified>
  <cp:category/>
</cp:coreProperties>
</file>