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55C64" w14:textId="77777777" w:rsidR="004427DA" w:rsidRDefault="00000000">
      <w:pPr>
        <w:jc w:val="center"/>
      </w:pPr>
      <w:r>
        <w:rPr>
          <w:b/>
          <w:color w:val="1F4E79"/>
          <w:sz w:val="46"/>
        </w:rPr>
        <w:t>WEEK 9 CATCH-UP WORKBOOK</w:t>
      </w:r>
    </w:p>
    <w:p w14:paraId="4B362F6F" w14:textId="77777777" w:rsidR="004427DA" w:rsidRDefault="00000000">
      <w:pPr>
        <w:jc w:val="center"/>
      </w:pPr>
      <w:r>
        <w:rPr>
          <w:color w:val="404040"/>
          <w:sz w:val="28"/>
        </w:rPr>
        <w:t>Reflection, Progress and Personal Development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4427DA" w14:paraId="06D8CBD4" w14:textId="77777777">
        <w:trPr>
          <w:jc w:val="center"/>
        </w:trPr>
        <w:tc>
          <w:tcPr>
            <w:tcW w:w="5112" w:type="dxa"/>
            <w:shd w:val="clear" w:color="auto" w:fill="D9EAF7"/>
            <w:tcMar>
              <w:top w:w="110" w:type="dxa"/>
              <w:left w:w="120" w:type="dxa"/>
              <w:bottom w:w="110" w:type="dxa"/>
              <w:right w:w="120" w:type="dxa"/>
            </w:tcMar>
          </w:tcPr>
          <w:p w14:paraId="78C69D9F" w14:textId="77777777" w:rsidR="004427DA" w:rsidRDefault="00000000">
            <w:r>
              <w:rPr>
                <w:b/>
              </w:rPr>
              <w:t>Name</w:t>
            </w:r>
          </w:p>
        </w:tc>
        <w:tc>
          <w:tcPr>
            <w:tcW w:w="5112" w:type="dxa"/>
            <w:tcMar>
              <w:top w:w="110" w:type="dxa"/>
              <w:left w:w="120" w:type="dxa"/>
              <w:bottom w:w="110" w:type="dxa"/>
              <w:right w:w="120" w:type="dxa"/>
            </w:tcMar>
          </w:tcPr>
          <w:p w14:paraId="7699D6F7" w14:textId="77777777" w:rsidR="004427DA" w:rsidRDefault="004427DA"/>
        </w:tc>
      </w:tr>
      <w:tr w:rsidR="004427DA" w14:paraId="7D8881EC" w14:textId="77777777">
        <w:trPr>
          <w:jc w:val="center"/>
        </w:trPr>
        <w:tc>
          <w:tcPr>
            <w:tcW w:w="5112" w:type="dxa"/>
            <w:shd w:val="clear" w:color="auto" w:fill="D9EAF7"/>
            <w:tcMar>
              <w:top w:w="110" w:type="dxa"/>
              <w:left w:w="120" w:type="dxa"/>
              <w:bottom w:w="110" w:type="dxa"/>
              <w:right w:w="120" w:type="dxa"/>
            </w:tcMar>
          </w:tcPr>
          <w:p w14:paraId="46102E80" w14:textId="77777777" w:rsidR="004427DA" w:rsidRDefault="00000000">
            <w:r>
              <w:rPr>
                <w:b/>
              </w:rPr>
              <w:t>Date</w:t>
            </w:r>
          </w:p>
        </w:tc>
        <w:tc>
          <w:tcPr>
            <w:tcW w:w="5112" w:type="dxa"/>
            <w:tcMar>
              <w:top w:w="110" w:type="dxa"/>
              <w:left w:w="120" w:type="dxa"/>
              <w:bottom w:w="110" w:type="dxa"/>
              <w:right w:w="120" w:type="dxa"/>
            </w:tcMar>
          </w:tcPr>
          <w:p w14:paraId="75D4BDF6" w14:textId="77777777" w:rsidR="004427DA" w:rsidRDefault="004427DA"/>
        </w:tc>
      </w:tr>
    </w:tbl>
    <w:p w14:paraId="78ED28CD" w14:textId="77777777" w:rsidR="004427DA" w:rsidRDefault="00000000">
      <w:pPr>
        <w:pStyle w:val="Heading1"/>
      </w:pPr>
      <w:r>
        <w:t>How to use this workbook</w:t>
      </w:r>
    </w:p>
    <w:p w14:paraId="3D433A3B" w14:textId="77777777" w:rsidR="004427DA" w:rsidRDefault="00000000">
      <w:r>
        <w:t>This workbook combines the main Week 9 activities so you can complete them even if you were not in class. Work through the sections in order. Use the Week 9 recording and slides on Moodle if you need more explanation.</w:t>
      </w:r>
    </w:p>
    <w:p w14:paraId="571DC9B7" w14:textId="77777777" w:rsidR="004427DA" w:rsidRDefault="00000000">
      <w:pPr>
        <w:spacing w:after="40"/>
      </w:pPr>
      <w:r>
        <w:rPr>
          <w:b/>
        </w:rPr>
        <w:t xml:space="preserve">☐ </w:t>
      </w:r>
      <w:r>
        <w:t>Watch the Week 9 recording and follow the slides.</w:t>
      </w:r>
    </w:p>
    <w:p w14:paraId="2CD05AFB" w14:textId="77777777" w:rsidR="004427DA" w:rsidRDefault="00000000">
      <w:pPr>
        <w:spacing w:after="40"/>
      </w:pPr>
      <w:r>
        <w:rPr>
          <w:b/>
        </w:rPr>
        <w:t xml:space="preserve">☐ </w:t>
      </w:r>
      <w:r>
        <w:t>Complete Sections 1–4 in this booklet.</w:t>
      </w:r>
    </w:p>
    <w:p w14:paraId="503F1F6E" w14:textId="77777777" w:rsidR="004427DA" w:rsidRDefault="00000000">
      <w:pPr>
        <w:spacing w:after="40"/>
      </w:pPr>
      <w:r>
        <w:rPr>
          <w:b/>
        </w:rPr>
        <w:t xml:space="preserve">☐ </w:t>
      </w:r>
      <w:r>
        <w:t>Review the Assessment 3 materials on Moodle.</w:t>
      </w:r>
    </w:p>
    <w:p w14:paraId="20A5AD68" w14:textId="77777777" w:rsidR="004427DA" w:rsidRDefault="00000000">
      <w:pPr>
        <w:spacing w:after="40"/>
      </w:pPr>
      <w:r>
        <w:rPr>
          <w:b/>
        </w:rPr>
        <w:t xml:space="preserve">☐ </w:t>
      </w:r>
      <w:r>
        <w:t>Add your Week 9 reflection to your Reflection Space on Moodle.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4427DA" w14:paraId="313F9EC4" w14:textId="77777777">
        <w:trPr>
          <w:jc w:val="center"/>
        </w:trPr>
        <w:tc>
          <w:tcPr>
            <w:tcW w:w="10224" w:type="dxa"/>
            <w:shd w:val="clear" w:color="auto" w:fill="EEF5FB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FA3E95" w14:textId="77777777" w:rsidR="004427DA" w:rsidRDefault="00000000">
            <w:r>
              <w:rPr>
                <w:b/>
                <w:sz w:val="20"/>
              </w:rPr>
              <w:t>You do not need perfect answers. The purpose is to think honestly about your progress and make a realistic plan for what to do next.</w:t>
            </w:r>
          </w:p>
        </w:tc>
      </w:tr>
    </w:tbl>
    <w:p w14:paraId="70BA875D" w14:textId="77777777" w:rsidR="004427DA" w:rsidRDefault="00000000">
      <w:pPr>
        <w:pStyle w:val="Heading1"/>
      </w:pPr>
      <w:r>
        <w:t>1. Looking back: my progress this term</w:t>
      </w:r>
    </w:p>
    <w:p w14:paraId="3EE7E389" w14:textId="77777777" w:rsidR="004427DA" w:rsidRDefault="00000000">
      <w:r>
        <w:t>First, think about where you started in Week 1 and where you are now. Rate each skill from 1 to 5.</w:t>
      </w:r>
    </w:p>
    <w:p w14:paraId="6110D60F" w14:textId="77777777" w:rsidR="004427DA" w:rsidRDefault="00000000">
      <w:r>
        <w:t>1 = low confidence     5 = high confidence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55"/>
        <w:gridCol w:w="2553"/>
        <w:gridCol w:w="2553"/>
        <w:gridCol w:w="2553"/>
      </w:tblGrid>
      <w:tr w:rsidR="004427DA" w14:paraId="517A2A9B" w14:textId="77777777">
        <w:trPr>
          <w:tblHeader/>
          <w:jc w:val="center"/>
        </w:trPr>
        <w:tc>
          <w:tcPr>
            <w:tcW w:w="2556" w:type="dxa"/>
            <w:shd w:val="clear" w:color="auto" w:fill="1F4E79"/>
            <w:vAlign w:val="center"/>
          </w:tcPr>
          <w:p w14:paraId="5DF0EEBD" w14:textId="77777777" w:rsidR="004427DA" w:rsidRDefault="00000000">
            <w:r>
              <w:rPr>
                <w:b/>
                <w:color w:val="FFFFFF"/>
              </w:rPr>
              <w:t>Skill</w:t>
            </w:r>
          </w:p>
        </w:tc>
        <w:tc>
          <w:tcPr>
            <w:tcW w:w="2556" w:type="dxa"/>
            <w:shd w:val="clear" w:color="auto" w:fill="1F4E79"/>
            <w:vAlign w:val="center"/>
          </w:tcPr>
          <w:p w14:paraId="7F03BB12" w14:textId="77777777" w:rsidR="004427DA" w:rsidRDefault="00000000">
            <w:r>
              <w:rPr>
                <w:b/>
                <w:color w:val="FFFFFF"/>
              </w:rPr>
              <w:t>Start of term (Week 1)</w:t>
            </w:r>
          </w:p>
        </w:tc>
        <w:tc>
          <w:tcPr>
            <w:tcW w:w="2556" w:type="dxa"/>
            <w:shd w:val="clear" w:color="auto" w:fill="1F4E79"/>
            <w:vAlign w:val="center"/>
          </w:tcPr>
          <w:p w14:paraId="4D2CAFC1" w14:textId="77777777" w:rsidR="004427DA" w:rsidRDefault="00000000">
            <w:r>
              <w:rPr>
                <w:b/>
                <w:color w:val="FFFFFF"/>
              </w:rPr>
              <w:t>Now (Week 9)</w:t>
            </w:r>
          </w:p>
        </w:tc>
        <w:tc>
          <w:tcPr>
            <w:tcW w:w="2556" w:type="dxa"/>
            <w:shd w:val="clear" w:color="auto" w:fill="1F4E79"/>
            <w:vAlign w:val="center"/>
          </w:tcPr>
          <w:p w14:paraId="465F4F83" w14:textId="77777777" w:rsidR="004427DA" w:rsidRDefault="00000000">
            <w:r>
              <w:rPr>
                <w:b/>
                <w:color w:val="FFFFFF"/>
              </w:rPr>
              <w:t>Change (+ / -)</w:t>
            </w:r>
          </w:p>
        </w:tc>
      </w:tr>
      <w:tr w:rsidR="004427DA" w14:paraId="15F6649D" w14:textId="77777777">
        <w:trPr>
          <w:jc w:val="center"/>
        </w:trPr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56C16A3A" w14:textId="77777777" w:rsidR="004427DA" w:rsidRDefault="00000000">
            <w:r>
              <w:t>Reading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55151ED1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264C1969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507790AF" w14:textId="77777777" w:rsidR="004427DA" w:rsidRDefault="004427DA"/>
        </w:tc>
      </w:tr>
      <w:tr w:rsidR="004427DA" w14:paraId="25E804A4" w14:textId="77777777">
        <w:trPr>
          <w:jc w:val="center"/>
        </w:trPr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287EA91D" w14:textId="77777777" w:rsidR="004427DA" w:rsidRDefault="00000000">
            <w:r>
              <w:t>Writing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1E2A7B5A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5ECAFFEA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2CC89424" w14:textId="77777777" w:rsidR="004427DA" w:rsidRDefault="004427DA"/>
        </w:tc>
      </w:tr>
      <w:tr w:rsidR="004427DA" w14:paraId="7F353F68" w14:textId="77777777">
        <w:trPr>
          <w:jc w:val="center"/>
        </w:trPr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5106E011" w14:textId="77777777" w:rsidR="004427DA" w:rsidRDefault="00000000">
            <w:r>
              <w:t>Note-taking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0FCED9E0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0D8916DB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5F3E970A" w14:textId="77777777" w:rsidR="004427DA" w:rsidRDefault="004427DA"/>
        </w:tc>
      </w:tr>
      <w:tr w:rsidR="004427DA" w14:paraId="61B68D5D" w14:textId="77777777">
        <w:trPr>
          <w:jc w:val="center"/>
        </w:trPr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38CE84C0" w14:textId="77777777" w:rsidR="004427DA" w:rsidRDefault="00000000">
            <w:r>
              <w:t>Paraphrasing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65C778EA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30768792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4E3BA85B" w14:textId="77777777" w:rsidR="004427DA" w:rsidRDefault="004427DA"/>
        </w:tc>
      </w:tr>
      <w:tr w:rsidR="004427DA" w14:paraId="0C656E5E" w14:textId="77777777">
        <w:trPr>
          <w:jc w:val="center"/>
        </w:trPr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335A0E9D" w14:textId="77777777" w:rsidR="004427DA" w:rsidRDefault="00000000">
            <w:r>
              <w:t>Communication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20EF711B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1CD2EB02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628E692A" w14:textId="77777777" w:rsidR="004427DA" w:rsidRDefault="004427DA"/>
        </w:tc>
      </w:tr>
      <w:tr w:rsidR="004427DA" w14:paraId="50E068DE" w14:textId="77777777">
        <w:trPr>
          <w:jc w:val="center"/>
        </w:trPr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2A47B429" w14:textId="77777777" w:rsidR="004427DA" w:rsidRDefault="00000000">
            <w:r>
              <w:t>Digital skills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1BD76296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30EDD83B" w14:textId="77777777" w:rsidR="004427DA" w:rsidRDefault="00000000">
            <w:r>
              <w:t>☐ 1  ☐ 2  ☐ 3  ☐ 4  ☐ 5</w:t>
            </w:r>
          </w:p>
        </w:tc>
        <w:tc>
          <w:tcPr>
            <w:tcW w:w="2556" w:type="dxa"/>
            <w:tcMar>
              <w:top w:w="95" w:type="dxa"/>
              <w:left w:w="90" w:type="dxa"/>
              <w:bottom w:w="95" w:type="dxa"/>
              <w:right w:w="90" w:type="dxa"/>
            </w:tcMar>
          </w:tcPr>
          <w:p w14:paraId="2F8D0AB4" w14:textId="77777777" w:rsidR="004427DA" w:rsidRDefault="004427DA"/>
        </w:tc>
      </w:tr>
    </w:tbl>
    <w:p w14:paraId="4C23DF72" w14:textId="77777777" w:rsidR="004427DA" w:rsidRDefault="00000000">
      <w:pPr>
        <w:pStyle w:val="Heading2"/>
      </w:pPr>
      <w:r>
        <w:t>What can you do now that you could not do before?</w:t>
      </w:r>
    </w:p>
    <w:p w14:paraId="173FE73E" w14:textId="77777777" w:rsidR="004427DA" w:rsidRDefault="00000000">
      <w:r>
        <w:t>Answer each question in one or two full sentences. Be specific. You can mention something you can do more independently, more clearly or with more confidence.</w:t>
      </w:r>
    </w:p>
    <w:p w14:paraId="0996EC4D" w14:textId="77777777" w:rsidR="004427DA" w:rsidRDefault="00000000">
      <w:pPr>
        <w:pStyle w:val="Heading2"/>
      </w:pPr>
      <w:r>
        <w:t>Presentation skills</w:t>
      </w:r>
    </w:p>
    <w:p w14:paraId="7DF3F0FA" w14:textId="77777777" w:rsidR="004427DA" w:rsidRDefault="00000000">
      <w:r>
        <w:t>What can you do now when planning or giving a presentation that you could not do before?</w:t>
      </w:r>
    </w:p>
    <w:p w14:paraId="1270B111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845919A" w14:textId="77777777" w:rsidR="004427DA" w:rsidRDefault="00000000">
      <w:pPr>
        <w:spacing w:after="40"/>
      </w:pPr>
      <w:r>
        <w:rPr>
          <w:color w:val="828282"/>
          <w:sz w:val="18"/>
        </w:rPr>
        <w:lastRenderedPageBreak/>
        <w:t>________________________________________________________________________________________</w:t>
      </w:r>
    </w:p>
    <w:p w14:paraId="6FEF6BCD" w14:textId="77777777" w:rsidR="004427DA" w:rsidRDefault="00000000">
      <w:pPr>
        <w:pStyle w:val="Heading2"/>
      </w:pPr>
      <w:r>
        <w:t>Digital skills</w:t>
      </w:r>
    </w:p>
    <w:p w14:paraId="4F0793C7" w14:textId="77777777" w:rsidR="004427DA" w:rsidRDefault="00000000">
      <w:r>
        <w:t>What can you do now on Moodle, Word, PowerPoint or another digital tool that you could not do before?</w:t>
      </w:r>
    </w:p>
    <w:p w14:paraId="70BD2051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28DBA44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322F7954" w14:textId="77777777" w:rsidR="004427DA" w:rsidRDefault="00000000">
      <w:pPr>
        <w:pStyle w:val="Heading2"/>
      </w:pPr>
      <w:r>
        <w:t>Using feedback</w:t>
      </w:r>
    </w:p>
    <w:p w14:paraId="624E4EF3" w14:textId="77777777" w:rsidR="004427DA" w:rsidRDefault="00000000">
      <w:r>
        <w:t>What can you do now with tutor feedback that you could not do before?</w:t>
      </w:r>
    </w:p>
    <w:p w14:paraId="7137AC65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FDDA303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4C3A1BF" w14:textId="77777777" w:rsidR="004427DA" w:rsidRDefault="00000000">
      <w:pPr>
        <w:pStyle w:val="Heading2"/>
      </w:pPr>
      <w:r>
        <w:t>Reading</w:t>
      </w:r>
    </w:p>
    <w:p w14:paraId="10211FBD" w14:textId="77777777" w:rsidR="004427DA" w:rsidRDefault="00000000">
      <w:r>
        <w:t>What can you do now when reading a business or academic text that you could not do before?</w:t>
      </w:r>
    </w:p>
    <w:p w14:paraId="61CB592B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128B9B6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26954F5" w14:textId="77777777" w:rsidR="004427DA" w:rsidRDefault="00000000">
      <w:pPr>
        <w:pStyle w:val="Heading2"/>
      </w:pPr>
      <w:r>
        <w:t>Writing</w:t>
      </w:r>
    </w:p>
    <w:p w14:paraId="3DED0CAD" w14:textId="77777777" w:rsidR="004427DA" w:rsidRDefault="00000000">
      <w:r>
        <w:t>What can you do now when planning or writing a paragraph that you could not do before?</w:t>
      </w:r>
    </w:p>
    <w:p w14:paraId="4A0C223D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4E8A4C62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AA13DB8" w14:textId="77777777" w:rsidR="004427DA" w:rsidRDefault="00000000">
      <w:pPr>
        <w:pStyle w:val="Heading2"/>
      </w:pPr>
      <w:r>
        <w:t>Paraphrasing</w:t>
      </w:r>
    </w:p>
    <w:p w14:paraId="06C987D3" w14:textId="77777777" w:rsidR="004427DA" w:rsidRDefault="00000000">
      <w:r>
        <w:t>What can you do now when putting information into your own words that you could not do before?</w:t>
      </w:r>
    </w:p>
    <w:p w14:paraId="7C6C642B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654BC080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624EA82" w14:textId="77777777" w:rsidR="004427DA" w:rsidRDefault="00000000">
      <w:pPr>
        <w:pStyle w:val="Heading2"/>
      </w:pPr>
      <w:r>
        <w:t>Choose your biggest improvement</w:t>
      </w:r>
    </w:p>
    <w:p w14:paraId="7145484D" w14:textId="77777777" w:rsidR="004427DA" w:rsidRDefault="00000000">
      <w:r>
        <w:t>Which skill improved the most? How did you improve it?</w:t>
      </w:r>
    </w:p>
    <w:p w14:paraId="09F3B254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650CF9D5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3DD95EDC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718E8C6" w14:textId="77777777" w:rsidR="004427DA" w:rsidRDefault="00000000">
      <w:r>
        <w:t>What evidence shows that you improved? For example: a completed task, tutor feedback, a better mark, or something you can now do alone.</w:t>
      </w:r>
    </w:p>
    <w:p w14:paraId="71A6DF60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9D451D9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154C1EE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3BA0A7F8" w14:textId="77777777" w:rsidR="004427DA" w:rsidRDefault="00000000">
      <w:pPr>
        <w:pStyle w:val="Heading1"/>
      </w:pPr>
      <w:r>
        <w:t>2. Reflection and professional behaviour</w:t>
      </w:r>
    </w:p>
    <w:p w14:paraId="1D58AD23" w14:textId="77777777" w:rsidR="004427DA" w:rsidRDefault="00000000">
      <w:r>
        <w:t>Reflection means thinking about what happened, what you learned and what you will do next. Businesses also reflect so they can improve quality, solve problems and make better decisions.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4427DA" w14:paraId="32536C27" w14:textId="77777777">
        <w:trPr>
          <w:jc w:val="center"/>
        </w:trPr>
        <w:tc>
          <w:tcPr>
            <w:tcW w:w="10224" w:type="dxa"/>
            <w:shd w:val="clear" w:color="auto" w:fill="EEF5FB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F6DB99" w14:textId="77777777" w:rsidR="004427DA" w:rsidRDefault="00000000">
            <w:r>
              <w:rPr>
                <w:b/>
                <w:sz w:val="20"/>
              </w:rPr>
              <w:t>Use the simple questions: What happened? Why does it matter? What will I do next?</w:t>
            </w:r>
          </w:p>
        </w:tc>
      </w:tr>
    </w:tbl>
    <w:p w14:paraId="4568D97A" w14:textId="77777777" w:rsidR="004427DA" w:rsidRDefault="00000000">
      <w:pPr>
        <w:pStyle w:val="Heading2"/>
      </w:pPr>
      <w:r>
        <w:lastRenderedPageBreak/>
        <w:t>My professional behaviour</w:t>
      </w:r>
    </w:p>
    <w:p w14:paraId="626BF7D5" w14:textId="77777777" w:rsidR="004427DA" w:rsidRDefault="00000000">
      <w:r>
        <w:t>Professional behaviour is important both at university and at work. It includes meeting deadlines, planning ahead, asking useful questions, managing time, communicating clearly and using feedback.</w:t>
      </w:r>
    </w:p>
    <w:p w14:paraId="630F9067" w14:textId="77777777" w:rsidR="004427DA" w:rsidRDefault="00000000">
      <w:r>
        <w:t>One professional behaviour I already show is:</w:t>
      </w:r>
    </w:p>
    <w:p w14:paraId="67239A14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BDAE939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832287D" w14:textId="77777777" w:rsidR="004427DA" w:rsidRDefault="00000000">
      <w:r>
        <w:t>One professional behaviour I need to improve is:</w:t>
      </w:r>
    </w:p>
    <w:p w14:paraId="37483C1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69373CB6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7210EF4" w14:textId="77777777" w:rsidR="004427DA" w:rsidRDefault="00000000">
      <w:r>
        <w:t>Why is this important at university or in business?</w:t>
      </w:r>
    </w:p>
    <w:p w14:paraId="1A474B48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3C1FDC2D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D4E8E14" w14:textId="77777777" w:rsidR="004427DA" w:rsidRDefault="00000000">
      <w:pPr>
        <w:pStyle w:val="Heading1"/>
      </w:pPr>
      <w:r>
        <w:t>3. Set three realistic goals</w:t>
      </w:r>
    </w:p>
    <w:p w14:paraId="39AD660A" w14:textId="77777777" w:rsidR="004427DA" w:rsidRDefault="00000000">
      <w:r>
        <w:t>Write one academic goal, one communication goal and one professional goal. Each goal should be clear, realistic and possible to check.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4427DA" w14:paraId="76E4AB4D" w14:textId="77777777">
        <w:trPr>
          <w:jc w:val="center"/>
        </w:trPr>
        <w:tc>
          <w:tcPr>
            <w:tcW w:w="10224" w:type="dxa"/>
            <w:shd w:val="clear" w:color="auto" w:fill="EEF5FB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306021" w14:textId="77777777" w:rsidR="004427DA" w:rsidRDefault="00000000">
            <w:r>
              <w:rPr>
                <w:b/>
                <w:sz w:val="20"/>
              </w:rPr>
              <w:t>A vague goal: “Improve my reading.”  A clearer goal: “I will read one short business article each week and write down the main idea.”</w:t>
            </w:r>
          </w:p>
        </w:tc>
      </w:tr>
    </w:tbl>
    <w:p w14:paraId="3D8C9698" w14:textId="77777777" w:rsidR="004427DA" w:rsidRDefault="00000000">
      <w:pPr>
        <w:pStyle w:val="Heading2"/>
      </w:pPr>
      <w:r>
        <w:t>Academic goal</w:t>
      </w:r>
    </w:p>
    <w:p w14:paraId="557A152B" w14:textId="77777777" w:rsidR="004427DA" w:rsidRDefault="00000000">
      <w:r>
        <w:t>Choose a skill such as reading, writing or note-taking.</w:t>
      </w:r>
    </w:p>
    <w:p w14:paraId="478AE531" w14:textId="77777777" w:rsidR="004427DA" w:rsidRDefault="00000000">
      <w:r>
        <w:t>My goal: I will...</w:t>
      </w:r>
    </w:p>
    <w:p w14:paraId="36876916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3D73422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1F7A63C" w14:textId="77777777" w:rsidR="004427DA" w:rsidRDefault="00000000">
      <w:r>
        <w:t>How will I do this? Write at least two actions.</w:t>
      </w:r>
    </w:p>
    <w:p w14:paraId="44B13A3E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E142C52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46F530C9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475D778B" w14:textId="77777777" w:rsidR="004427DA" w:rsidRDefault="00000000">
      <w:r>
        <w:t>How will I know I have improved?</w:t>
      </w:r>
    </w:p>
    <w:p w14:paraId="67BFF83E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4AA3602E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8AD8FA3" w14:textId="77777777" w:rsidR="004427DA" w:rsidRDefault="00000000">
      <w:pPr>
        <w:pStyle w:val="Heading2"/>
      </w:pPr>
      <w:r>
        <w:t>Communication goal</w:t>
      </w:r>
    </w:p>
    <w:p w14:paraId="356C52A2" w14:textId="77777777" w:rsidR="004427DA" w:rsidRDefault="00000000">
      <w:r>
        <w:t>Choose a skill such as speaking, emails or participation.</w:t>
      </w:r>
    </w:p>
    <w:p w14:paraId="17AAD26B" w14:textId="77777777" w:rsidR="004427DA" w:rsidRDefault="00000000">
      <w:r>
        <w:t>My goal: I will...</w:t>
      </w:r>
    </w:p>
    <w:p w14:paraId="0F5703E1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183C7A46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632B975C" w14:textId="77777777" w:rsidR="004427DA" w:rsidRDefault="00000000">
      <w:r>
        <w:t>How will I do this? Write at least two actions.</w:t>
      </w:r>
    </w:p>
    <w:p w14:paraId="1A5A8CA6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1ED2892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DE5917D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3B0B31D7" w14:textId="77777777" w:rsidR="004427DA" w:rsidRDefault="00000000">
      <w:r>
        <w:t>How will I know I have improved?</w:t>
      </w:r>
    </w:p>
    <w:p w14:paraId="3783DF3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9183B11" w14:textId="77777777" w:rsidR="004427DA" w:rsidRDefault="00000000">
      <w:pPr>
        <w:spacing w:after="40"/>
      </w:pPr>
      <w:r>
        <w:rPr>
          <w:color w:val="828282"/>
          <w:sz w:val="18"/>
        </w:rPr>
        <w:lastRenderedPageBreak/>
        <w:t>________________________________________________________________________________________</w:t>
      </w:r>
    </w:p>
    <w:p w14:paraId="119EEA73" w14:textId="77777777" w:rsidR="004427DA" w:rsidRDefault="00000000">
      <w:pPr>
        <w:pStyle w:val="Heading2"/>
      </w:pPr>
      <w:r>
        <w:t>Professional goal</w:t>
      </w:r>
    </w:p>
    <w:p w14:paraId="1894E724" w14:textId="77777777" w:rsidR="004427DA" w:rsidRDefault="00000000">
      <w:r>
        <w:t>Choose a skill such as punctuality, planning or time management.</w:t>
      </w:r>
    </w:p>
    <w:p w14:paraId="23740DBF" w14:textId="77777777" w:rsidR="004427DA" w:rsidRDefault="00000000">
      <w:r>
        <w:t>My goal: I will...</w:t>
      </w:r>
    </w:p>
    <w:p w14:paraId="36401EAC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4E56E7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0CCD8F4" w14:textId="77777777" w:rsidR="004427DA" w:rsidRDefault="00000000">
      <w:r>
        <w:t>How will I do this? Write at least two actions.</w:t>
      </w:r>
    </w:p>
    <w:p w14:paraId="4DABC1C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13712BE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48D6E195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698F3CE" w14:textId="77777777" w:rsidR="004427DA" w:rsidRDefault="00000000">
      <w:r>
        <w:t>How will I know I have improved?</w:t>
      </w:r>
    </w:p>
    <w:p w14:paraId="64CE2E81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4DAF0B1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6E508A5E" w14:textId="77777777" w:rsidR="004427DA" w:rsidRDefault="00000000">
      <w:pPr>
        <w:pStyle w:val="Heading2"/>
      </w:pPr>
      <w:r>
        <w:t>Check your goals</w:t>
      </w:r>
    </w:p>
    <w:p w14:paraId="22D930B6" w14:textId="77777777" w:rsidR="004427DA" w:rsidRDefault="00000000">
      <w:pPr>
        <w:spacing w:after="40"/>
      </w:pPr>
      <w:r>
        <w:rPr>
          <w:b/>
        </w:rPr>
        <w:t xml:space="preserve">☐ </w:t>
      </w:r>
      <w:r>
        <w:t>Is each goal clear and specific?</w:t>
      </w:r>
    </w:p>
    <w:p w14:paraId="012E73A3" w14:textId="77777777" w:rsidR="004427DA" w:rsidRDefault="00000000">
      <w:pPr>
        <w:spacing w:after="40"/>
      </w:pPr>
      <w:r>
        <w:rPr>
          <w:b/>
        </w:rPr>
        <w:t xml:space="preserve">☐ </w:t>
      </w:r>
      <w:r>
        <w:t>Can you measure or check your progress?</w:t>
      </w:r>
    </w:p>
    <w:p w14:paraId="6E16EC8F" w14:textId="77777777" w:rsidR="004427DA" w:rsidRDefault="00000000">
      <w:pPr>
        <w:spacing w:after="40"/>
      </w:pPr>
      <w:r>
        <w:rPr>
          <w:b/>
        </w:rPr>
        <w:t xml:space="preserve">☐ </w:t>
      </w:r>
      <w:r>
        <w:t>Is the goal realistic?</w:t>
      </w:r>
    </w:p>
    <w:p w14:paraId="007E1A92" w14:textId="77777777" w:rsidR="004427DA" w:rsidRDefault="00000000">
      <w:pPr>
        <w:spacing w:after="40"/>
      </w:pPr>
      <w:r>
        <w:rPr>
          <w:b/>
        </w:rPr>
        <w:t xml:space="preserve">☐ </w:t>
      </w:r>
      <w:r>
        <w:t>Does the goal explain what you will do?</w:t>
      </w:r>
    </w:p>
    <w:p w14:paraId="00CE1235" w14:textId="77777777" w:rsidR="004427DA" w:rsidRDefault="00000000">
      <w:pPr>
        <w:pStyle w:val="Heading1"/>
      </w:pPr>
      <w:r>
        <w:t>4. My Personal Development Plan</w:t>
      </w:r>
    </w:p>
    <w:p w14:paraId="7C9D3373" w14:textId="77777777" w:rsidR="004427DA" w:rsidRDefault="00000000">
      <w:r>
        <w:t>Use your answers from the earlier sections to create one clear plan for your next steps.</w:t>
      </w:r>
    </w:p>
    <w:p w14:paraId="35CBB0F5" w14:textId="77777777" w:rsidR="004427DA" w:rsidRDefault="00000000">
      <w:pPr>
        <w:pStyle w:val="Heading2"/>
      </w:pPr>
      <w:r>
        <w:t>Part A: My strengths</w:t>
      </w:r>
    </w:p>
    <w:p w14:paraId="625080FE" w14:textId="77777777" w:rsidR="004427DA" w:rsidRDefault="00000000">
      <w:r>
        <w:t>1.</w:t>
      </w:r>
    </w:p>
    <w:p w14:paraId="45716FE2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BDE0240" w14:textId="77777777" w:rsidR="004427DA" w:rsidRDefault="00000000">
      <w:r>
        <w:t>2.</w:t>
      </w:r>
    </w:p>
    <w:p w14:paraId="7F092039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1C2615C8" w14:textId="77777777" w:rsidR="004427DA" w:rsidRDefault="00000000">
      <w:r>
        <w:t>3.</w:t>
      </w:r>
    </w:p>
    <w:p w14:paraId="7C1E62DC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34C37D85" w14:textId="77777777" w:rsidR="004427DA" w:rsidRDefault="00000000">
      <w:pPr>
        <w:pStyle w:val="Heading2"/>
      </w:pPr>
      <w:r>
        <w:t>Part B: Areas I want to develop</w:t>
      </w:r>
    </w:p>
    <w:p w14:paraId="4AB32ADC" w14:textId="77777777" w:rsidR="004427DA" w:rsidRDefault="00000000">
      <w:r>
        <w:t>1.</w:t>
      </w:r>
    </w:p>
    <w:p w14:paraId="56802811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D8DEE78" w14:textId="77777777" w:rsidR="004427DA" w:rsidRDefault="00000000">
      <w:r>
        <w:t>2.</w:t>
      </w:r>
    </w:p>
    <w:p w14:paraId="1902205A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19FDD5D" w14:textId="77777777" w:rsidR="004427DA" w:rsidRDefault="00000000">
      <w:r>
        <w:t>3.</w:t>
      </w:r>
    </w:p>
    <w:p w14:paraId="6CFBE2E4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163C482E" w14:textId="77777777" w:rsidR="004427DA" w:rsidRDefault="00000000">
      <w:pPr>
        <w:pStyle w:val="Heading2"/>
      </w:pPr>
      <w:r>
        <w:t>Part C: My three goals</w:t>
      </w:r>
    </w:p>
    <w:p w14:paraId="21A9DB9D" w14:textId="77777777" w:rsidR="004427DA" w:rsidRDefault="00000000">
      <w:r>
        <w:t>Academic goal:</w:t>
      </w:r>
    </w:p>
    <w:p w14:paraId="0C5AD3C8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137B468C" w14:textId="77777777" w:rsidR="004427DA" w:rsidRDefault="00000000">
      <w:r>
        <w:t>Communication goal:</w:t>
      </w:r>
    </w:p>
    <w:p w14:paraId="7B4E26BF" w14:textId="77777777" w:rsidR="004427DA" w:rsidRDefault="00000000">
      <w:pPr>
        <w:spacing w:after="40"/>
      </w:pPr>
      <w:r>
        <w:rPr>
          <w:color w:val="828282"/>
          <w:sz w:val="18"/>
        </w:rPr>
        <w:lastRenderedPageBreak/>
        <w:t>________________________________________________________________________________________</w:t>
      </w:r>
    </w:p>
    <w:p w14:paraId="00316EF1" w14:textId="77777777" w:rsidR="004427DA" w:rsidRDefault="00000000">
      <w:r>
        <w:t>Professional goal:</w:t>
      </w:r>
    </w:p>
    <w:p w14:paraId="0379C947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22B6555" w14:textId="77777777" w:rsidR="004427DA" w:rsidRDefault="00000000">
      <w:pPr>
        <w:pStyle w:val="Heading2"/>
      </w:pPr>
      <w:r>
        <w:t>Part D: My action plan</w:t>
      </w:r>
    </w:p>
    <w:p w14:paraId="05DB7377" w14:textId="77777777" w:rsidR="004427DA" w:rsidRDefault="00000000">
      <w:r>
        <w:t>What will you do to achieve your goals? Write at least three actions.</w:t>
      </w:r>
    </w:p>
    <w:p w14:paraId="4EE95A0C" w14:textId="77777777" w:rsidR="004427DA" w:rsidRDefault="00000000">
      <w:r>
        <w:t>1.</w:t>
      </w:r>
    </w:p>
    <w:p w14:paraId="69305294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7DDCD7E5" w14:textId="77777777" w:rsidR="004427DA" w:rsidRDefault="00000000">
      <w:r>
        <w:t>2.</w:t>
      </w:r>
    </w:p>
    <w:p w14:paraId="1C536E1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47B44D63" w14:textId="77777777" w:rsidR="004427DA" w:rsidRDefault="00000000">
      <w:r>
        <w:t>3.</w:t>
      </w:r>
    </w:p>
    <w:p w14:paraId="6B09BCA8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6F97763C" w14:textId="77777777" w:rsidR="004427DA" w:rsidRDefault="00000000">
      <w:r>
        <w:t>What support or resources could help you?</w:t>
      </w:r>
    </w:p>
    <w:p w14:paraId="209FC9B8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2D0A5D4E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1AA3B6D" w14:textId="77777777" w:rsidR="004427DA" w:rsidRDefault="00000000">
      <w:r>
        <w:t>When will you review your progress?</w:t>
      </w:r>
    </w:p>
    <w:p w14:paraId="7AB68003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4659F4DE" w14:textId="77777777" w:rsidR="004427DA" w:rsidRDefault="00000000">
      <w:pPr>
        <w:pStyle w:val="Heading1"/>
      </w:pPr>
      <w:r>
        <w:t>5. Assessment 3 catch-up</w:t>
      </w:r>
    </w:p>
    <w:p w14:paraId="7077BD67" w14:textId="77777777" w:rsidR="004427DA" w:rsidRDefault="00000000">
      <w:pPr>
        <w:spacing w:after="40"/>
      </w:pPr>
      <w:r>
        <w:rPr>
          <w:b/>
        </w:rPr>
        <w:t xml:space="preserve">☐ </w:t>
      </w:r>
      <w:r>
        <w:t>Choose or confirm your business topic.</w:t>
      </w:r>
    </w:p>
    <w:p w14:paraId="3CAA0EBB" w14:textId="77777777" w:rsidR="004427DA" w:rsidRDefault="00000000">
      <w:pPr>
        <w:spacing w:after="40"/>
      </w:pPr>
      <w:r>
        <w:rPr>
          <w:b/>
        </w:rPr>
        <w:t xml:space="preserve">☐ </w:t>
      </w:r>
      <w:r>
        <w:t>Find a suitable academic source.</w:t>
      </w:r>
    </w:p>
    <w:p w14:paraId="6303EE94" w14:textId="77777777" w:rsidR="004427DA" w:rsidRDefault="00000000">
      <w:pPr>
        <w:spacing w:after="40"/>
      </w:pPr>
      <w:r>
        <w:rPr>
          <w:b/>
        </w:rPr>
        <w:t xml:space="preserve">☐ </w:t>
      </w:r>
      <w:r>
        <w:t>Make notes about the source.</w:t>
      </w:r>
    </w:p>
    <w:p w14:paraId="28E48B05" w14:textId="77777777" w:rsidR="004427DA" w:rsidRDefault="00000000">
      <w:pPr>
        <w:spacing w:after="40"/>
      </w:pPr>
      <w:r>
        <w:rPr>
          <w:b/>
        </w:rPr>
        <w:t xml:space="preserve">☐ </w:t>
      </w:r>
      <w:r>
        <w:t>Start completing the evaluation template.</w:t>
      </w:r>
    </w:p>
    <w:p w14:paraId="62B5FDD4" w14:textId="77777777" w:rsidR="004427DA" w:rsidRDefault="00000000">
      <w:r>
        <w:t>My Assessment 3 topic is:</w:t>
      </w:r>
    </w:p>
    <w:p w14:paraId="7AD7A500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3DE1DBEC" w14:textId="77777777" w:rsidR="004427DA" w:rsidRDefault="00000000">
      <w:r>
        <w:t>The source I am considering is:</w:t>
      </w:r>
    </w:p>
    <w:p w14:paraId="1CBECE5E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5EFFB99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138101EC" w14:textId="77777777" w:rsidR="004427DA" w:rsidRDefault="00000000">
      <w:r>
        <w:t>One question I still have about Assessment 3 is:</w:t>
      </w:r>
    </w:p>
    <w:p w14:paraId="5733898F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6F311015" w14:textId="77777777" w:rsidR="004427DA" w:rsidRDefault="00000000">
      <w:pPr>
        <w:spacing w:after="40"/>
      </w:pPr>
      <w:r>
        <w:rPr>
          <w:color w:val="828282"/>
          <w:sz w:val="18"/>
        </w:rPr>
        <w:t>________________________________________________________________________________________</w:t>
      </w:r>
    </w:p>
    <w:p w14:paraId="0856B54A" w14:textId="77777777" w:rsidR="004427DA" w:rsidRDefault="00000000">
      <w:pPr>
        <w:pStyle w:val="Heading1"/>
      </w:pPr>
      <w:r>
        <w:t>Before the next class</w:t>
      </w:r>
    </w:p>
    <w:p w14:paraId="01758512" w14:textId="77777777" w:rsidR="004427DA" w:rsidRDefault="00000000">
      <w:pPr>
        <w:spacing w:after="40"/>
      </w:pPr>
      <w:r>
        <w:rPr>
          <w:b/>
        </w:rPr>
        <w:t xml:space="preserve">☐ </w:t>
      </w:r>
      <w:r>
        <w:t>Finish this catch-up workbook.</w:t>
      </w:r>
    </w:p>
    <w:p w14:paraId="147EA4F6" w14:textId="77777777" w:rsidR="004427DA" w:rsidRDefault="00000000">
      <w:pPr>
        <w:spacing w:after="40"/>
      </w:pPr>
      <w:r>
        <w:rPr>
          <w:b/>
        </w:rPr>
        <w:t xml:space="preserve">☐ </w:t>
      </w:r>
      <w:r>
        <w:t>Review the Assessment 3 materials.</w:t>
      </w:r>
    </w:p>
    <w:p w14:paraId="598B254B" w14:textId="77777777" w:rsidR="004427DA" w:rsidRDefault="00000000">
      <w:pPr>
        <w:spacing w:after="40"/>
      </w:pPr>
      <w:r>
        <w:rPr>
          <w:b/>
        </w:rPr>
        <w:t xml:space="preserve">☐ </w:t>
      </w:r>
      <w:r>
        <w:t>Bring your Assessment 3 notes and questions to class.</w:t>
      </w:r>
    </w:p>
    <w:p w14:paraId="4A228EDE" w14:textId="77777777" w:rsidR="004427DA" w:rsidRDefault="00000000">
      <w:pPr>
        <w:spacing w:after="40"/>
      </w:pPr>
      <w:r>
        <w:rPr>
          <w:b/>
        </w:rPr>
        <w:t xml:space="preserve">☐ </w:t>
      </w:r>
      <w:r>
        <w:t>Ask for help with a specific part if you are still unsure.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4427DA" w14:paraId="7BB9832F" w14:textId="77777777">
        <w:trPr>
          <w:jc w:val="center"/>
        </w:trPr>
        <w:tc>
          <w:tcPr>
            <w:tcW w:w="10224" w:type="dxa"/>
            <w:shd w:val="clear" w:color="auto" w:fill="EEF5FB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CFAA00" w14:textId="77777777" w:rsidR="004427DA" w:rsidRDefault="00000000">
            <w:r>
              <w:rPr>
                <w:b/>
                <w:sz w:val="20"/>
              </w:rPr>
              <w:t>Keep this workbook. It gives you evidence of your progress and a plan for your next steps.</w:t>
            </w:r>
          </w:p>
        </w:tc>
      </w:tr>
    </w:tbl>
    <w:p w14:paraId="16EAA354" w14:textId="77777777" w:rsidR="00780E55" w:rsidRDefault="00780E55"/>
    <w:sectPr w:rsidR="00780E55" w:rsidSect="00034616">
      <w:headerReference w:type="default" r:id="rId8"/>
      <w:footerReference w:type="default" r:id="rId9"/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A087A" w14:textId="77777777" w:rsidR="00780E55" w:rsidRDefault="00780E55">
      <w:pPr>
        <w:spacing w:after="0" w:line="240" w:lineRule="auto"/>
      </w:pPr>
      <w:r>
        <w:separator/>
      </w:r>
    </w:p>
  </w:endnote>
  <w:endnote w:type="continuationSeparator" w:id="0">
    <w:p w14:paraId="57E80973" w14:textId="77777777" w:rsidR="00780E55" w:rsidRDefault="00780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7C95E" w14:textId="77777777" w:rsidR="004427DA" w:rsidRDefault="00000000">
    <w:pPr>
      <w:pStyle w:val="Footer"/>
      <w:jc w:val="center"/>
    </w:pPr>
    <w:r>
      <w:rPr>
        <w:color w:val="6E6E6E"/>
        <w:sz w:val="16"/>
      </w:rPr>
      <w:t>Work through this booklet in order. Short, honest answers are enough.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3C5FD" w14:textId="77777777" w:rsidR="00780E55" w:rsidRDefault="00780E55">
      <w:pPr>
        <w:spacing w:after="0" w:line="240" w:lineRule="auto"/>
      </w:pPr>
      <w:r>
        <w:separator/>
      </w:r>
    </w:p>
  </w:footnote>
  <w:footnote w:type="continuationSeparator" w:id="0">
    <w:p w14:paraId="131529CC" w14:textId="77777777" w:rsidR="00780E55" w:rsidRDefault="00780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25369" w14:textId="77777777" w:rsidR="004427DA" w:rsidRDefault="00000000">
    <w:pPr>
      <w:pStyle w:val="Header"/>
      <w:jc w:val="right"/>
    </w:pPr>
    <w:r>
      <w:rPr>
        <w:color w:val="6E6E6E"/>
        <w:sz w:val="16"/>
      </w:rPr>
      <w:t>Academic Skills | Week 9 Catch-Up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6800486">
    <w:abstractNumId w:val="8"/>
  </w:num>
  <w:num w:numId="2" w16cid:durableId="1863277044">
    <w:abstractNumId w:val="6"/>
  </w:num>
  <w:num w:numId="3" w16cid:durableId="1680308603">
    <w:abstractNumId w:val="5"/>
  </w:num>
  <w:num w:numId="4" w16cid:durableId="279799645">
    <w:abstractNumId w:val="4"/>
  </w:num>
  <w:num w:numId="5" w16cid:durableId="1090737806">
    <w:abstractNumId w:val="7"/>
  </w:num>
  <w:num w:numId="6" w16cid:durableId="1387030273">
    <w:abstractNumId w:val="3"/>
  </w:num>
  <w:num w:numId="7" w16cid:durableId="145587925">
    <w:abstractNumId w:val="2"/>
  </w:num>
  <w:num w:numId="8" w16cid:durableId="882056733">
    <w:abstractNumId w:val="1"/>
  </w:num>
  <w:num w:numId="9" w16cid:durableId="136609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03E57"/>
    <w:rsid w:val="004427DA"/>
    <w:rsid w:val="00780E55"/>
    <w:rsid w:val="00AA1D8D"/>
    <w:rsid w:val="00B47730"/>
    <w:rsid w:val="00C16D4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0BD367"/>
  <w14:defaultImageDpi w14:val="300"/>
  <w15:docId w15:val="{89A5D0B9-9DBB-8C48-8CF7-871DD5F9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  <w:color w:val="1F4E79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color w:val="1F4E79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6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Naomi Doerge</cp:lastModifiedBy>
  <cp:revision>2</cp:revision>
  <dcterms:created xsi:type="dcterms:W3CDTF">2026-08-05T14:34:00Z</dcterms:created>
  <dcterms:modified xsi:type="dcterms:W3CDTF">2026-08-05T14:34:00Z</dcterms:modified>
  <cp:category/>
</cp:coreProperties>
</file>