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BFE54" w14:textId="77777777" w:rsidR="005920F2" w:rsidRDefault="00000000">
      <w:pPr>
        <w:pStyle w:val="Title"/>
      </w:pPr>
      <w:r>
        <w:t>INVOICE</w:t>
      </w:r>
    </w:p>
    <w:p w14:paraId="06C8D1B5" w14:textId="6C18CF88" w:rsidR="005920F2" w:rsidRDefault="00000000">
      <w:r>
        <w:br/>
        <w:t>From:</w:t>
      </w:r>
      <w:r>
        <w:br/>
      </w:r>
      <w:r w:rsidR="00887822">
        <w:t>Troy Simpson</w:t>
      </w:r>
      <w:r>
        <w:br/>
        <w:t>Lead Digital Forensics Investigator</w:t>
      </w:r>
      <w:r>
        <w:br/>
      </w:r>
      <w:r w:rsidR="00887822">
        <w:t xml:space="preserve">Troy Simpson </w:t>
      </w:r>
      <w:r>
        <w:t>Investigations</w:t>
      </w:r>
      <w:r>
        <w:br/>
        <w:t>123</w:t>
      </w:r>
      <w:r w:rsidR="00887822">
        <w:t xml:space="preserve"> </w:t>
      </w:r>
      <w:proofErr w:type="spellStart"/>
      <w:r w:rsidR="00887822">
        <w:t>BootStrap</w:t>
      </w:r>
      <w:proofErr w:type="spellEnd"/>
      <w:r w:rsidR="00887822">
        <w:t xml:space="preserve"> Lane</w:t>
      </w:r>
      <w:r>
        <w:br/>
      </w:r>
      <w:r w:rsidR="00887822">
        <w:t>Cheltenham</w:t>
      </w:r>
      <w:r>
        <w:br/>
        <w:t xml:space="preserve">Email: </w:t>
      </w:r>
      <w:r w:rsidR="00887822">
        <w:t>troy@tsi</w:t>
      </w:r>
      <w:r>
        <w:t>.com</w:t>
      </w:r>
      <w:r>
        <w:br/>
        <w:t>Phone: (</w:t>
      </w:r>
      <w:r w:rsidR="00887822">
        <w:t>+44)1792456999</w:t>
      </w:r>
      <w:r>
        <w:br/>
      </w:r>
    </w:p>
    <w:p w14:paraId="6121C386" w14:textId="40A8B524" w:rsidR="005920F2" w:rsidRDefault="00000000">
      <w:r>
        <w:br/>
        <w:t>To:</w:t>
      </w:r>
      <w:r>
        <w:br/>
      </w:r>
      <w:proofErr w:type="spellStart"/>
      <w:r w:rsidR="00887822">
        <w:t>Ms</w:t>
      </w:r>
      <w:proofErr w:type="spellEnd"/>
      <w:r w:rsidR="00887822">
        <w:t xml:space="preserve"> K Walters</w:t>
      </w:r>
    </w:p>
    <w:p w14:paraId="0526D482" w14:textId="7643924E" w:rsidR="00887822" w:rsidRDefault="00887822">
      <w:r>
        <w:t xml:space="preserve">CMMC </w:t>
      </w:r>
    </w:p>
    <w:p w14:paraId="6756E36A" w14:textId="77777777" w:rsidR="005920F2" w:rsidRDefault="00000000">
      <w:r>
        <w:t>Invoice Number: INV-2025-043</w:t>
      </w:r>
    </w:p>
    <w:p w14:paraId="0B5F3D64" w14:textId="77777777" w:rsidR="005920F2" w:rsidRDefault="00000000">
      <w:r>
        <w:t>Invoice Date: April 28, 2025</w:t>
      </w:r>
    </w:p>
    <w:p w14:paraId="5FC2DDAC" w14:textId="77777777" w:rsidR="005920F2" w:rsidRDefault="00000000">
      <w:r>
        <w:t>Due Date: May 12, 2025</w:t>
      </w:r>
    </w:p>
    <w:p w14:paraId="51BF001A" w14:textId="77777777" w:rsidR="005920F2" w:rsidRDefault="005920F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6"/>
        <w:gridCol w:w="2159"/>
        <w:gridCol w:w="2157"/>
        <w:gridCol w:w="2158"/>
      </w:tblGrid>
      <w:tr w:rsidR="005920F2" w14:paraId="614C5E67" w14:textId="77777777">
        <w:tc>
          <w:tcPr>
            <w:tcW w:w="2160" w:type="dxa"/>
          </w:tcPr>
          <w:p w14:paraId="2773BF83" w14:textId="77777777" w:rsidR="005920F2" w:rsidRDefault="00000000">
            <w:r>
              <w:t>Qty</w:t>
            </w:r>
          </w:p>
        </w:tc>
        <w:tc>
          <w:tcPr>
            <w:tcW w:w="2160" w:type="dxa"/>
          </w:tcPr>
          <w:p w14:paraId="1E86C4CE" w14:textId="77777777" w:rsidR="005920F2" w:rsidRDefault="00000000">
            <w:r>
              <w:t>Description</w:t>
            </w:r>
          </w:p>
        </w:tc>
        <w:tc>
          <w:tcPr>
            <w:tcW w:w="2160" w:type="dxa"/>
          </w:tcPr>
          <w:p w14:paraId="3338DFDD" w14:textId="77777777" w:rsidR="005920F2" w:rsidRDefault="00000000">
            <w:r>
              <w:t>Unit Rate</w:t>
            </w:r>
          </w:p>
        </w:tc>
        <w:tc>
          <w:tcPr>
            <w:tcW w:w="2160" w:type="dxa"/>
          </w:tcPr>
          <w:p w14:paraId="27F0F0A3" w14:textId="77777777" w:rsidR="005920F2" w:rsidRDefault="00000000">
            <w:r>
              <w:t>Total</w:t>
            </w:r>
          </w:p>
        </w:tc>
      </w:tr>
      <w:tr w:rsidR="005920F2" w14:paraId="06AC78C0" w14:textId="77777777">
        <w:tc>
          <w:tcPr>
            <w:tcW w:w="2160" w:type="dxa"/>
          </w:tcPr>
          <w:p w14:paraId="49CE704E" w14:textId="77777777" w:rsidR="005920F2" w:rsidRDefault="00000000">
            <w:r>
              <w:t>1</w:t>
            </w:r>
          </w:p>
        </w:tc>
        <w:tc>
          <w:tcPr>
            <w:tcW w:w="2160" w:type="dxa"/>
          </w:tcPr>
          <w:p w14:paraId="0FB746D7" w14:textId="77777777" w:rsidR="005920F2" w:rsidRDefault="00000000">
            <w:r>
              <w:t>Digital Forensic Imaging (1 device)</w:t>
            </w:r>
          </w:p>
        </w:tc>
        <w:tc>
          <w:tcPr>
            <w:tcW w:w="2160" w:type="dxa"/>
          </w:tcPr>
          <w:p w14:paraId="05256C2B" w14:textId="7215FB3F" w:rsidR="005920F2" w:rsidRDefault="0061320D">
            <w:r>
              <w:t>£</w:t>
            </w:r>
            <w:r w:rsidR="00000000">
              <w:t>750.00</w:t>
            </w:r>
          </w:p>
        </w:tc>
        <w:tc>
          <w:tcPr>
            <w:tcW w:w="2160" w:type="dxa"/>
          </w:tcPr>
          <w:p w14:paraId="07B35ABB" w14:textId="5774DC36" w:rsidR="005920F2" w:rsidRDefault="0061320D">
            <w:r>
              <w:t>£</w:t>
            </w:r>
            <w:r w:rsidR="00000000">
              <w:t>750.00</w:t>
            </w:r>
          </w:p>
        </w:tc>
      </w:tr>
      <w:tr w:rsidR="005920F2" w14:paraId="2B55068F" w14:textId="77777777">
        <w:tc>
          <w:tcPr>
            <w:tcW w:w="2160" w:type="dxa"/>
          </w:tcPr>
          <w:p w14:paraId="21A115CC" w14:textId="77777777" w:rsidR="005920F2" w:rsidRDefault="00000000">
            <w:r>
              <w:t>1</w:t>
            </w:r>
          </w:p>
        </w:tc>
        <w:tc>
          <w:tcPr>
            <w:tcW w:w="2160" w:type="dxa"/>
          </w:tcPr>
          <w:p w14:paraId="3BCE07DB" w14:textId="77777777" w:rsidR="005920F2" w:rsidRDefault="00000000">
            <w:r>
              <w:t>RAM &amp; Live Memory Capture</w:t>
            </w:r>
          </w:p>
        </w:tc>
        <w:tc>
          <w:tcPr>
            <w:tcW w:w="2160" w:type="dxa"/>
          </w:tcPr>
          <w:p w14:paraId="6A1020BE" w14:textId="231CBE22" w:rsidR="005920F2" w:rsidRDefault="0061320D">
            <w:r>
              <w:t>£</w:t>
            </w:r>
            <w:r w:rsidR="00000000">
              <w:t>350.00</w:t>
            </w:r>
          </w:p>
        </w:tc>
        <w:tc>
          <w:tcPr>
            <w:tcW w:w="2160" w:type="dxa"/>
          </w:tcPr>
          <w:p w14:paraId="07C4FE1B" w14:textId="25342ECC" w:rsidR="005920F2" w:rsidRDefault="0061320D">
            <w:r>
              <w:t>£</w:t>
            </w:r>
            <w:r w:rsidR="00000000">
              <w:t>350.00</w:t>
            </w:r>
          </w:p>
        </w:tc>
      </w:tr>
      <w:tr w:rsidR="005920F2" w14:paraId="5A5BE6FF" w14:textId="77777777">
        <w:tc>
          <w:tcPr>
            <w:tcW w:w="2160" w:type="dxa"/>
          </w:tcPr>
          <w:p w14:paraId="77E970FD" w14:textId="77777777" w:rsidR="005920F2" w:rsidRDefault="00000000">
            <w:r>
              <w:t>8</w:t>
            </w:r>
          </w:p>
        </w:tc>
        <w:tc>
          <w:tcPr>
            <w:tcW w:w="2160" w:type="dxa"/>
          </w:tcPr>
          <w:p w14:paraId="51A0A055" w14:textId="77777777" w:rsidR="005920F2" w:rsidRDefault="00000000">
            <w:r>
              <w:t>Forensic Analysis (per hour)</w:t>
            </w:r>
          </w:p>
        </w:tc>
        <w:tc>
          <w:tcPr>
            <w:tcW w:w="2160" w:type="dxa"/>
          </w:tcPr>
          <w:p w14:paraId="1A33B17A" w14:textId="745517AB" w:rsidR="005920F2" w:rsidRDefault="0061320D">
            <w:r>
              <w:t>£</w:t>
            </w:r>
            <w:r w:rsidR="00000000">
              <w:t>200.00</w:t>
            </w:r>
          </w:p>
        </w:tc>
        <w:tc>
          <w:tcPr>
            <w:tcW w:w="2160" w:type="dxa"/>
          </w:tcPr>
          <w:p w14:paraId="4C2C4B91" w14:textId="062CCB02" w:rsidR="005920F2" w:rsidRDefault="0061320D">
            <w:r>
              <w:t>£</w:t>
            </w:r>
            <w:r w:rsidR="00000000">
              <w:t>1,600.00</w:t>
            </w:r>
          </w:p>
        </w:tc>
      </w:tr>
      <w:tr w:rsidR="005920F2" w14:paraId="4347A9E2" w14:textId="77777777">
        <w:tc>
          <w:tcPr>
            <w:tcW w:w="2160" w:type="dxa"/>
          </w:tcPr>
          <w:p w14:paraId="12B99F01" w14:textId="77777777" w:rsidR="005920F2" w:rsidRDefault="00000000">
            <w:r>
              <w:t>2</w:t>
            </w:r>
          </w:p>
        </w:tc>
        <w:tc>
          <w:tcPr>
            <w:tcW w:w="2160" w:type="dxa"/>
          </w:tcPr>
          <w:p w14:paraId="76159F15" w14:textId="77777777" w:rsidR="005920F2" w:rsidRDefault="00000000">
            <w:r>
              <w:t>Network and USB Artifact Analysis</w:t>
            </w:r>
          </w:p>
        </w:tc>
        <w:tc>
          <w:tcPr>
            <w:tcW w:w="2160" w:type="dxa"/>
          </w:tcPr>
          <w:p w14:paraId="3684F1E6" w14:textId="3DBDF538" w:rsidR="005920F2" w:rsidRDefault="0061320D">
            <w:r>
              <w:t>£</w:t>
            </w:r>
            <w:r w:rsidR="00000000">
              <w:t>200.00</w:t>
            </w:r>
          </w:p>
        </w:tc>
        <w:tc>
          <w:tcPr>
            <w:tcW w:w="2160" w:type="dxa"/>
          </w:tcPr>
          <w:p w14:paraId="2540D567" w14:textId="188AA7D7" w:rsidR="005920F2" w:rsidRDefault="0061320D">
            <w:r>
              <w:t>£</w:t>
            </w:r>
            <w:r w:rsidR="00000000">
              <w:t>400.00</w:t>
            </w:r>
          </w:p>
        </w:tc>
      </w:tr>
      <w:tr w:rsidR="005920F2" w14:paraId="5899BD93" w14:textId="77777777">
        <w:tc>
          <w:tcPr>
            <w:tcW w:w="2160" w:type="dxa"/>
          </w:tcPr>
          <w:p w14:paraId="2F4D184C" w14:textId="77777777" w:rsidR="005920F2" w:rsidRDefault="00000000">
            <w:r>
              <w:t>1</w:t>
            </w:r>
          </w:p>
        </w:tc>
        <w:tc>
          <w:tcPr>
            <w:tcW w:w="2160" w:type="dxa"/>
          </w:tcPr>
          <w:p w14:paraId="3BA9E33E" w14:textId="77777777" w:rsidR="005920F2" w:rsidRDefault="00000000">
            <w:r>
              <w:t>Report Preparation and Documentation</w:t>
            </w:r>
          </w:p>
        </w:tc>
        <w:tc>
          <w:tcPr>
            <w:tcW w:w="2160" w:type="dxa"/>
          </w:tcPr>
          <w:p w14:paraId="7F7F8DDF" w14:textId="622810A9" w:rsidR="005920F2" w:rsidRDefault="0061320D">
            <w:r>
              <w:t>£</w:t>
            </w:r>
            <w:r w:rsidR="00000000">
              <w:t>500.00</w:t>
            </w:r>
          </w:p>
        </w:tc>
        <w:tc>
          <w:tcPr>
            <w:tcW w:w="2160" w:type="dxa"/>
          </w:tcPr>
          <w:p w14:paraId="5B72A7BC" w14:textId="386AF285" w:rsidR="005920F2" w:rsidRDefault="0061320D">
            <w:r>
              <w:t>£</w:t>
            </w:r>
            <w:r w:rsidR="00000000">
              <w:t>500.00</w:t>
            </w:r>
          </w:p>
        </w:tc>
      </w:tr>
      <w:tr w:rsidR="005920F2" w14:paraId="7CD408F3" w14:textId="77777777">
        <w:tc>
          <w:tcPr>
            <w:tcW w:w="2160" w:type="dxa"/>
          </w:tcPr>
          <w:p w14:paraId="1D0A87EC" w14:textId="77777777" w:rsidR="005920F2" w:rsidRDefault="00000000">
            <w:r>
              <w:t>1</w:t>
            </w:r>
          </w:p>
        </w:tc>
        <w:tc>
          <w:tcPr>
            <w:tcW w:w="2160" w:type="dxa"/>
          </w:tcPr>
          <w:p w14:paraId="380D2235" w14:textId="77777777" w:rsidR="005920F2" w:rsidRDefault="00000000">
            <w:r>
              <w:t>Case Review and Consultation</w:t>
            </w:r>
          </w:p>
        </w:tc>
        <w:tc>
          <w:tcPr>
            <w:tcW w:w="2160" w:type="dxa"/>
          </w:tcPr>
          <w:p w14:paraId="6AE60AF1" w14:textId="2292771A" w:rsidR="005920F2" w:rsidRDefault="0061320D">
            <w:r>
              <w:t>£</w:t>
            </w:r>
            <w:r w:rsidR="00000000">
              <w:t>300.00</w:t>
            </w:r>
          </w:p>
        </w:tc>
        <w:tc>
          <w:tcPr>
            <w:tcW w:w="2160" w:type="dxa"/>
          </w:tcPr>
          <w:p w14:paraId="163EA887" w14:textId="78FD7B3F" w:rsidR="005920F2" w:rsidRDefault="0061320D">
            <w:r>
              <w:t>£</w:t>
            </w:r>
            <w:r w:rsidR="00000000">
              <w:t>300.00</w:t>
            </w:r>
          </w:p>
        </w:tc>
      </w:tr>
    </w:tbl>
    <w:p w14:paraId="6D683E2C" w14:textId="77777777" w:rsidR="005920F2" w:rsidRDefault="005920F2"/>
    <w:p w14:paraId="53260D67" w14:textId="2B8A89DE" w:rsidR="005920F2" w:rsidRDefault="00000000">
      <w:r>
        <w:t xml:space="preserve">Subtotal: </w:t>
      </w:r>
      <w:r w:rsidR="0061320D">
        <w:t>£</w:t>
      </w:r>
      <w:r>
        <w:t>3,900.00</w:t>
      </w:r>
    </w:p>
    <w:p w14:paraId="75DD0626" w14:textId="7E95C2BB" w:rsidR="005920F2" w:rsidRDefault="00000000">
      <w:r>
        <w:t xml:space="preserve">Tax (0%): </w:t>
      </w:r>
      <w:r w:rsidR="0061320D">
        <w:t>£</w:t>
      </w:r>
      <w:r>
        <w:t>0.00</w:t>
      </w:r>
    </w:p>
    <w:p w14:paraId="3B41E8ED" w14:textId="3E81F4EF" w:rsidR="005920F2" w:rsidRDefault="00000000">
      <w:r>
        <w:t xml:space="preserve">Total Amount Due: </w:t>
      </w:r>
      <w:r w:rsidR="0061320D">
        <w:t>£</w:t>
      </w:r>
      <w:r>
        <w:t>3,900.00</w:t>
      </w:r>
    </w:p>
    <w:p w14:paraId="6A918F02" w14:textId="08B19304" w:rsidR="005920F2" w:rsidRDefault="00000000">
      <w:r>
        <w:lastRenderedPageBreak/>
        <w:br/>
        <w:t>Payment Instructions:</w:t>
      </w:r>
      <w:r>
        <w:br/>
        <w:t xml:space="preserve">Please make payment to </w:t>
      </w:r>
      <w:r w:rsidR="0061320D">
        <w:t xml:space="preserve">TSI </w:t>
      </w:r>
      <w:r>
        <w:br/>
        <w:t xml:space="preserve">Bank: </w:t>
      </w:r>
      <w:proofErr w:type="spellStart"/>
      <w:r>
        <w:t>SecureTrust</w:t>
      </w:r>
      <w:proofErr w:type="spellEnd"/>
      <w:r>
        <w:t xml:space="preserve"> National Bank</w:t>
      </w:r>
      <w:r>
        <w:br/>
        <w:t>Routing Number: 021000021</w:t>
      </w:r>
      <w:r>
        <w:br/>
        <w:t>Account Number: 48912345789</w:t>
      </w:r>
      <w:r>
        <w:br/>
        <w:t>Preferred Method: ACH or Bank Transfer</w:t>
      </w:r>
      <w:r>
        <w:br/>
      </w:r>
    </w:p>
    <w:p w14:paraId="6D28216E" w14:textId="74C750F8" w:rsidR="005920F2" w:rsidRDefault="00000000">
      <w:r>
        <w:br/>
        <w:t>Notes:</w:t>
      </w:r>
      <w:r>
        <w:br/>
        <w:t xml:space="preserve">- Investigation performed under Case </w:t>
      </w:r>
      <w:r w:rsidR="0061320D">
        <w:t>TSI-CMMC-2025-01</w:t>
      </w:r>
      <w:r>
        <w:t xml:space="preserve"> as documented in the associated report.</w:t>
      </w:r>
      <w:r>
        <w:br/>
        <w:t xml:space="preserve">- All services were rendered in accordance with </w:t>
      </w:r>
      <w:r w:rsidR="0061320D">
        <w:t xml:space="preserve">CMMC </w:t>
      </w:r>
      <w:r>
        <w:t>request dated April 17, 2025.</w:t>
      </w:r>
      <w:r>
        <w:br/>
        <w:t>- Please include invoice number in the payment reference.</w:t>
      </w:r>
      <w:r>
        <w:br/>
      </w:r>
    </w:p>
    <w:sectPr w:rsidR="005920F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22722029">
    <w:abstractNumId w:val="8"/>
  </w:num>
  <w:num w:numId="2" w16cid:durableId="968241690">
    <w:abstractNumId w:val="6"/>
  </w:num>
  <w:num w:numId="3" w16cid:durableId="1712418656">
    <w:abstractNumId w:val="5"/>
  </w:num>
  <w:num w:numId="4" w16cid:durableId="570628210">
    <w:abstractNumId w:val="4"/>
  </w:num>
  <w:num w:numId="5" w16cid:durableId="1632981279">
    <w:abstractNumId w:val="7"/>
  </w:num>
  <w:num w:numId="6" w16cid:durableId="979192818">
    <w:abstractNumId w:val="3"/>
  </w:num>
  <w:num w:numId="7" w16cid:durableId="2036925453">
    <w:abstractNumId w:val="2"/>
  </w:num>
  <w:num w:numId="8" w16cid:durableId="1291089703">
    <w:abstractNumId w:val="1"/>
  </w:num>
  <w:num w:numId="9" w16cid:durableId="342366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02D36"/>
    <w:rsid w:val="005920F2"/>
    <w:rsid w:val="0061320D"/>
    <w:rsid w:val="007026B1"/>
    <w:rsid w:val="0088782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C1C899"/>
  <w14:defaultImageDpi w14:val="300"/>
  <w15:docId w15:val="{F0C8F4D0-0CF2-8040-8714-4E56CED8A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Tom Walters</cp:lastModifiedBy>
  <cp:revision>3</cp:revision>
  <dcterms:created xsi:type="dcterms:W3CDTF">2025-05-09T08:40:00Z</dcterms:created>
  <dcterms:modified xsi:type="dcterms:W3CDTF">2025-05-09T08:42:00Z</dcterms:modified>
  <cp:category/>
</cp:coreProperties>
</file>