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Patient Role Scenarios for 10-Minute Role Play</w:t>
      </w:r>
    </w:p>
    <w:p>
      <w:pPr>
        <w:pStyle w:val="Heading2"/>
      </w:pPr>
      <w:r>
        <w:t>Scenario 1: Feeling Low After Surgery</w:t>
      </w:r>
    </w:p>
    <w:p>
      <w:r>
        <w:t>Background:</w:t>
        <w:br/>
        <w:t>You are Margaret, a 58-year-old woman recovering from a total knee replacement. You live alone and were very independent before your surgery. Since coming home, you’ve felt tired, frustrated, and worried about recovery. You find physiotherapy painful and have lost motivation. You are polite but withdrawn at first, then open up if the healthcare professional listens with empathy.</w:t>
      </w:r>
    </w:p>
    <w:p>
      <w:pPr>
        <w:pStyle w:val="Heading3"/>
      </w:pPr>
      <w:r>
        <w:t>Patient Dialogue Guidance:</w:t>
      </w:r>
    </w:p>
    <w:p>
      <w:r>
        <w:t>• Oh, hello. I’m okay, just a bit tired really.</w:t>
      </w:r>
    </w:p>
    <w:p>
      <w:r>
        <w:t>• It’s been harder than I thought. I thought I’d be up and about by now, but everything aches.</w:t>
      </w:r>
    </w:p>
    <w:p>
      <w:r>
        <w:t>• I just don’t feel like eating much. The physio… it’s painful, and I just don’t have the energy for it.</w:t>
      </w:r>
    </w:p>
    <w:p>
      <w:r>
        <w:t>• Yeah, that’s right. It’s wearing me down. I’m used to doing things for myself, and I hate asking for help.</w:t>
      </w:r>
    </w:p>
    <w:p>
      <w:r>
        <w:t>• It’s awful. I feel useless. Everyone keeps saying it’ll get better, but it’s hard to believe when I’m stuck in bed.</w:t>
      </w:r>
    </w:p>
    <w:p>
      <w:r>
        <w:t>• Yeah… it just gets to me sometimes. I was hoping I’d bounce back quicker.</w:t>
      </w:r>
    </w:p>
    <w:p>
      <w:r>
        <w:t>• Not much really. I watch some TV, but I’m bored and fed up most of the time.</w:t>
      </w:r>
    </w:p>
    <w:p>
      <w:r>
        <w:t>• I told the physio, but they just said to keep going. It’s so sore afterwards that I dread it.</w:t>
      </w:r>
    </w:p>
    <w:p>
      <w:r>
        <w:t>• Yeah, I’d appreciate that. Maybe they could ease it off a bit.</w:t>
      </w:r>
    </w:p>
    <w:p>
      <w:r>
        <w:t>• Yes, that sounds right. I just needed to get it off my chest really.</w:t>
      </w:r>
    </w:p>
    <w:p>
      <w:r>
        <w:t>• That would be nice, thank you. It helps to talk about it.</w:t>
      </w:r>
    </w:p>
    <w:p>
      <w:r>
        <w:t>• Thanks for listening. I do feel a bit better now, actually.</w:t>
      </w:r>
    </w:p>
    <w:p>
      <w:pPr>
        <w:pStyle w:val="Heading2"/>
      </w:pPr>
      <w:r>
        <w:t>Scenario 2: Pre-Operation Anxiety</w:t>
      </w:r>
    </w:p>
    <w:p>
      <w:r>
        <w:t>Background:</w:t>
        <w:br/>
        <w:t>You are David, a 42-year-old man due for gallbladder surgery tomorrow morning. You’ve never had an operation before and are anxious about being under anaesthetic. You keep asking questions about risks, recovery, and pain. You try to hide your fear with humour but become more open if the professional is calm and reassuring.</w:t>
      </w:r>
    </w:p>
    <w:p>
      <w:pPr>
        <w:pStyle w:val="Heading3"/>
      </w:pPr>
      <w:r>
        <w:t>Patient Dialogue Guidance:</w:t>
      </w:r>
    </w:p>
    <w:p>
      <w:r>
        <w:t>• Hi… yeah, I’m okay, just a bit on edge to be honest.</w:t>
      </w:r>
    </w:p>
    <w:p>
      <w:r>
        <w:t>• It’s just… I’ve never had an operation before. What if something goes wrong?</w:t>
      </w:r>
    </w:p>
    <w:p>
      <w:r>
        <w:t>• They said it’s routine, but routine for who? Not for me!</w:t>
      </w:r>
    </w:p>
    <w:p>
      <w:r>
        <w:t>• Yeah, I know I’m overthinking it. I just keep imagining the worst.</w:t>
      </w:r>
    </w:p>
    <w:p>
      <w:r>
        <w:t>• I’ve not been sleeping much. My wife keeps saying I’ll be fine, but she’s not the one going under.</w:t>
      </w:r>
    </w:p>
    <w:p>
      <w:r>
        <w:t>• Do people usually wake up feeling rough after the anaesthetic? That’s what I’m worried about.</w:t>
      </w:r>
    </w:p>
    <w:p>
      <w:r>
        <w:t>• I’m not good with hospitals. I get nervous just walking in the door.</w:t>
      </w:r>
    </w:p>
    <w:p>
      <w:r>
        <w:t>• I’ve read too much online, probably made it worse for myself.</w:t>
      </w:r>
    </w:p>
    <w:p>
      <w:r>
        <w:t>• I just want to make sure I’ll be back on my feet soon — I’ve got work and kids to look after.</w:t>
      </w:r>
    </w:p>
    <w:p>
      <w:r>
        <w:t>• Thanks, I appreciate you talking to me. It helps calm me down a bit.</w:t>
      </w:r>
    </w:p>
    <w:p>
      <w:r>
        <w:t>• I’ll try to focus on what you said — just one step at a time.</w:t>
      </w:r>
    </w:p>
    <w:p>
      <w:pPr>
        <w:pStyle w:val="Heading2"/>
      </w:pPr>
      <w:r>
        <w:t>Scenario 3: Long-Term Condition Management</w:t>
      </w:r>
    </w:p>
    <w:p>
      <w:r>
        <w:t>Background:</w:t>
        <w:br/>
        <w:t>You are Sarah, a 36-year-old woman recently diagnosed with Type 2 diabetes. You feel overwhelmed by all the lifestyle changes — diet, medication, and monitoring. You’re frustrated because you’ve always thought of yourself as healthy. You’re trying to make sense of it and need reassurance.</w:t>
      </w:r>
    </w:p>
    <w:p>
      <w:pPr>
        <w:pStyle w:val="Heading3"/>
      </w:pPr>
      <w:r>
        <w:t>Patient Dialogue Guidance:</w:t>
      </w:r>
    </w:p>
    <w:p>
      <w:r>
        <w:t>• Hi, yeah, I’m still trying to get my head around all of this.</w:t>
      </w:r>
    </w:p>
    <w:p>
      <w:r>
        <w:t>• It just feels like too much — checking blood sugar, changing what I eat, tablets… it’s a lot.</w:t>
      </w:r>
    </w:p>
    <w:p>
      <w:r>
        <w:t>• I keep wondering if I did something wrong. I don’t even eat that badly.</w:t>
      </w:r>
    </w:p>
    <w:p>
      <w:r>
        <w:t>• It’s embarrassing telling people. I feel like they’ll judge me for it.</w:t>
      </w:r>
    </w:p>
    <w:p>
      <w:r>
        <w:t>• The nurse said I need to lose weight, but I’ve been trying. It’s not easy when you’ve got kids and no time.</w:t>
      </w:r>
    </w:p>
    <w:p>
      <w:r>
        <w:t>• Sometimes I just want to give up and pretend it’s not happening.</w:t>
      </w:r>
    </w:p>
    <w:p>
      <w:r>
        <w:t>• I’ve been feeling tired and snappy lately. I think it’s the stress more than anything.</w:t>
      </w:r>
    </w:p>
    <w:p>
      <w:r>
        <w:t>• Yeah, I’ve looked online but there’s so much conflicting advice — it just confuses me.</w:t>
      </w:r>
    </w:p>
    <w:p>
      <w:r>
        <w:t>• I’d like to talk to someone who’s been through it, maybe that would help.</w:t>
      </w:r>
    </w:p>
    <w:p>
      <w:r>
        <w:t>• Thanks for listening. I don’t feel so alone with it now.</w:t>
      </w:r>
    </w:p>
    <w:p>
      <w:pPr>
        <w:pStyle w:val="Heading2"/>
      </w:pPr>
      <w:r>
        <w:t>Scenario 4: Carer Burnout</w:t>
      </w:r>
    </w:p>
    <w:p>
      <w:r>
        <w:t>Background:</w:t>
        <w:br/>
        <w:t>You are John, a 63-year-old man caring full-time for your wife who has dementia. You love her dearly but are exhausted and feel guilty admitting it. You don’t have much support from family and haven’t had a break in months.</w:t>
      </w:r>
    </w:p>
    <w:p>
      <w:pPr>
        <w:pStyle w:val="Heading3"/>
      </w:pPr>
      <w:r>
        <w:t>Patient Dialogue Guidance:</w:t>
      </w:r>
    </w:p>
    <w:p>
      <w:r>
        <w:t>• Morning. Yeah, I’m managing… just about.</w:t>
      </w:r>
    </w:p>
    <w:p>
      <w:r>
        <w:t>• Some days are fine, others are really hard. She doesn’t sleep well, and neither do I.</w:t>
      </w:r>
    </w:p>
    <w:p>
      <w:r>
        <w:t>• I feel bad saying it, but sometimes I just need some time to myself.</w:t>
      </w:r>
    </w:p>
    <w:p>
      <w:r>
        <w:t>• It’s like she’s fading away, and I’m losing bits of her every day.</w:t>
      </w:r>
    </w:p>
    <w:p>
      <w:r>
        <w:t>• I don’t want to sound ungrateful — I know other people have it worse.</w:t>
      </w:r>
    </w:p>
    <w:p>
      <w:r>
        <w:t>• The neighbours help a bit, but I don’t like asking. Everyone’s busy.</w:t>
      </w:r>
    </w:p>
    <w:p>
      <w:r>
        <w:t>• I don’t really get a break. I can’t remember the last time I did something just for me.</w:t>
      </w:r>
    </w:p>
    <w:p>
      <w:r>
        <w:t>• The guilt’s the worst part. I feel selfish even thinking about taking a rest.</w:t>
      </w:r>
    </w:p>
    <w:p>
      <w:r>
        <w:t>• I’m just so tired. Sometimes I sit in the car for ten minutes before going back in — just to breathe.</w:t>
      </w:r>
    </w:p>
    <w:p>
      <w:r>
        <w:t>• Talking helps though. Makes it feel a bit lighter.</w:t>
      </w:r>
    </w:p>
    <w:p>
      <w:pPr>
        <w:pStyle w:val="Heading2"/>
      </w:pPr>
      <w:r>
        <w:t>Scenario 5: Teen Asthma Check-Up</w:t>
      </w:r>
    </w:p>
    <w:p>
      <w:r>
        <w:t>Background:</w:t>
        <w:br/>
        <w:t>You are Jade, a 16-year-old girl with asthma. You often forget your inhaler and get embarrassed using it around friends. You want to stay active and fit in, but sometimes ignore symptoms because you don’t want attention. You can be defensive at first but open up if you feel listened to.</w:t>
      </w:r>
    </w:p>
    <w:p>
      <w:pPr>
        <w:pStyle w:val="Heading3"/>
      </w:pPr>
      <w:r>
        <w:t>Patient Dialogue Guidance:</w:t>
      </w:r>
    </w:p>
    <w:p>
      <w:r>
        <w:t>• Yeah, I’m fine. It’s not that bad anymore.</w:t>
      </w:r>
    </w:p>
    <w:p>
      <w:r>
        <w:t>• I don’t always need my inhaler, just sometimes if I’m running or whatever.</w:t>
      </w:r>
    </w:p>
    <w:p>
      <w:r>
        <w:t>• Yeah, I know I should carry it, but it’s annoying. Everyone looks at you like you’re weak.</w:t>
      </w:r>
    </w:p>
    <w:p>
      <w:r>
        <w:t>• Sometimes I just pretend I’m okay. I don’t want to make a big deal out of it.</w:t>
      </w:r>
    </w:p>
    <w:p>
      <w:r>
        <w:t>• Mum keeps nagging me to take it. It’s embarrassing when she reminds me in front of people.</w:t>
      </w:r>
    </w:p>
    <w:p>
      <w:r>
        <w:t>• I get out of breath in PE sometimes, but I just slow down a bit.</w:t>
      </w:r>
    </w:p>
    <w:p>
      <w:r>
        <w:t>• Last week I did have a coughing fit, but it went away after a while.</w:t>
      </w:r>
    </w:p>
    <w:p>
      <w:r>
        <w:t>• I don’t want to be that person who can’t join in because of asthma.</w:t>
      </w:r>
    </w:p>
    <w:p>
      <w:r>
        <w:t>• I guess I could try keeping it in my bag more. I don’t want to end up in hospital again.</w:t>
      </w:r>
    </w:p>
    <w:p>
      <w:r>
        <w:t>• Thanks for not making me feel stupid about it. I’ll try to be better with it.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