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C127B" w14:textId="77777777" w:rsidR="005B7B36" w:rsidRDefault="00767D79">
      <w:pPr>
        <w:pStyle w:val="Heading1"/>
      </w:pPr>
      <w:r>
        <w:t>Worksheet: Storage Capacity &amp; Data Transfer Calculations</w:t>
      </w:r>
    </w:p>
    <w:p w14:paraId="288DC4BD" w14:textId="77777777" w:rsidR="005B7B36" w:rsidRDefault="00767D79">
      <w:r>
        <w:t>Instructions: Answer the following questions. Show all calculations. Use 1 Byte = 8 bits and 1 GB = 1024 MB unless stated otherwise.</w:t>
      </w:r>
      <w:r>
        <w:br/>
      </w:r>
    </w:p>
    <w:p w14:paraId="61C14825" w14:textId="77777777" w:rsidR="005B7B36" w:rsidRDefault="00767D79">
      <w:r>
        <w:t>1. A file of size 600 MB is downloaded using an internet speed of 30 Mbps. Calculate the time required to download the file.</w:t>
      </w:r>
    </w:p>
    <w:p w14:paraId="4EF9AA34" w14:textId="77777777" w:rsidR="005B7B36" w:rsidRDefault="00767D79">
      <w:r>
        <w:t>2. A movie of size 4 GB is downloaded at a speed of 80 Mbps. Find the download time in seconds.</w:t>
      </w:r>
    </w:p>
    <w:p w14:paraId="5B0362E8" w14:textId="77777777" w:rsidR="005B7B36" w:rsidRDefault="00767D79">
      <w:r>
        <w:t>3. A pen drive of capacity 16 GB is used to store MP3 files of size 8 MB each. How many MP3 files can be stored?</w:t>
      </w:r>
    </w:p>
    <w:p w14:paraId="2BF64C34" w14:textId="77777777" w:rsidR="005B7B36" w:rsidRDefault="00767D79">
      <w:r>
        <w:t>4. A hard disk has a capacity of 1 TB. Each video file is 500 MB. Calculate the number of video files that can be stored.</w:t>
      </w:r>
    </w:p>
    <w:p w14:paraId="22D62C47" w14:textId="77777777" w:rsidR="005B7B36" w:rsidRDefault="00767D79">
      <w:r>
        <w:t>5. An SSD has a write speed of 400 MB/s. How long will it take to copy a file of size 12 GB?</w:t>
      </w:r>
    </w:p>
    <w:p w14:paraId="0D6D5AEA" w14:textId="77777777" w:rsidR="005B7B36" w:rsidRDefault="00767D79">
      <w:r>
        <w:t>6. An HDD transfers data at 120 MB/s. Calculate the time required to copy 6 GB of data.</w:t>
      </w:r>
    </w:p>
    <w:p w14:paraId="3745828C" w14:textId="77777777" w:rsidR="005B7B36" w:rsidRDefault="00767D79">
      <w:r>
        <w:t>7. An audio file of size 10 MB is downloaded at 20 Mbps. Find the download time.</w:t>
      </w:r>
    </w:p>
    <w:p w14:paraId="00AE0FE7" w14:textId="77777777" w:rsidR="005B7B36" w:rsidRDefault="00767D79">
      <w:r>
        <w:br w:type="page"/>
      </w:r>
    </w:p>
    <w:sectPr w:rsidR="005B7B3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5320460">
    <w:abstractNumId w:val="8"/>
  </w:num>
  <w:num w:numId="2" w16cid:durableId="571089968">
    <w:abstractNumId w:val="6"/>
  </w:num>
  <w:num w:numId="3" w16cid:durableId="997148846">
    <w:abstractNumId w:val="5"/>
  </w:num>
  <w:num w:numId="4" w16cid:durableId="1267349222">
    <w:abstractNumId w:val="4"/>
  </w:num>
  <w:num w:numId="5" w16cid:durableId="470094025">
    <w:abstractNumId w:val="7"/>
  </w:num>
  <w:num w:numId="6" w16cid:durableId="1789201855">
    <w:abstractNumId w:val="3"/>
  </w:num>
  <w:num w:numId="7" w16cid:durableId="296227871">
    <w:abstractNumId w:val="2"/>
  </w:num>
  <w:num w:numId="8" w16cid:durableId="1820228208">
    <w:abstractNumId w:val="1"/>
  </w:num>
  <w:num w:numId="9" w16cid:durableId="77845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02D4"/>
    <w:rsid w:val="005B7B36"/>
    <w:rsid w:val="00767D79"/>
    <w:rsid w:val="00AA1D8D"/>
    <w:rsid w:val="00B47730"/>
    <w:rsid w:val="00B85A6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AB1B0A61-EC25-4876-8F46-7AA1284D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710</Characters>
  <Application>Microsoft Office Word</Application>
  <DocSecurity>0</DocSecurity>
  <Lines>15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Munyaradzi Nicholas Murira</cp:lastModifiedBy>
  <cp:revision>3</cp:revision>
  <dcterms:created xsi:type="dcterms:W3CDTF">2026-02-09T10:25:00Z</dcterms:created>
  <dcterms:modified xsi:type="dcterms:W3CDTF">2026-02-09T10:25:00Z</dcterms:modified>
  <cp:category/>
</cp:coreProperties>
</file>