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D88EF" w14:textId="77777777" w:rsidR="001E0337" w:rsidRDefault="009030A6">
      <w:pPr>
        <w:pStyle w:val="Heading1"/>
      </w:pPr>
      <w:r>
        <w:t>TEEL Paragraph Checklist</w:t>
      </w:r>
    </w:p>
    <w:p w14:paraId="2C6B1CDB" w14:textId="77777777" w:rsidR="001E0337" w:rsidRDefault="009030A6">
      <w:r>
        <w:t>☐</w:t>
      </w:r>
      <w:r>
        <w:t xml:space="preserve"> Does my topic sentence clearly express ONE main idea?</w:t>
      </w:r>
    </w:p>
    <w:p w14:paraId="243EC3D8" w14:textId="77777777" w:rsidR="001E0337" w:rsidRDefault="009030A6">
      <w:r>
        <w:t>☐</w:t>
      </w:r>
      <w:r>
        <w:t xml:space="preserve"> Is my topic sentence specific and directly related to the question?</w:t>
      </w:r>
    </w:p>
    <w:p w14:paraId="16EBF77C" w14:textId="77777777" w:rsidR="001E0337" w:rsidRDefault="009030A6">
      <w:r>
        <w:t>☐</w:t>
      </w:r>
      <w:r>
        <w:t xml:space="preserve"> Have I explained the idea clearly in the explanation section?</w:t>
      </w:r>
    </w:p>
    <w:p w14:paraId="7582047E" w14:textId="77777777" w:rsidR="001E0337" w:rsidRDefault="009030A6">
      <w:r>
        <w:t>☐</w:t>
      </w:r>
      <w:r>
        <w:t xml:space="preserve"> Have I included relevant evidence/examples to support my point?</w:t>
      </w:r>
    </w:p>
    <w:p w14:paraId="17F35BAC" w14:textId="77777777" w:rsidR="001E0337" w:rsidRDefault="009030A6">
      <w:r>
        <w:t>☐</w:t>
      </w:r>
      <w:r>
        <w:t xml:space="preserve"> Have I used formal linking/signposting words to guide the reader?</w:t>
      </w:r>
    </w:p>
    <w:p w14:paraId="6E109FBC" w14:textId="77777777" w:rsidR="001E0337" w:rsidRDefault="009030A6">
      <w:r>
        <w:t>☐</w:t>
      </w:r>
      <w:r>
        <w:t xml:space="preserve"> Does my linking sentence connect back to the main idea?</w:t>
      </w:r>
    </w:p>
    <w:p w14:paraId="0ECCEFBA" w14:textId="77777777" w:rsidR="001E0337" w:rsidRDefault="009030A6">
      <w:r>
        <w:t>☐</w:t>
      </w:r>
      <w:r>
        <w:t xml:space="preserve"> Does my paragraph avoid introducing new information at the end?</w:t>
      </w:r>
    </w:p>
    <w:p w14:paraId="671572C8" w14:textId="77777777" w:rsidR="001E0337" w:rsidRDefault="009030A6">
      <w:r>
        <w:br w:type="page"/>
      </w:r>
    </w:p>
    <w:p w14:paraId="3CE1560C" w14:textId="77777777" w:rsidR="001E0337" w:rsidRDefault="009030A6">
      <w:pPr>
        <w:pStyle w:val="Heading1"/>
      </w:pPr>
      <w:r>
        <w:lastRenderedPageBreak/>
        <w:t>Academic Style Checklist for Weekend Students</w:t>
      </w:r>
    </w:p>
    <w:p w14:paraId="2BAED9B6" w14:textId="77777777" w:rsidR="001E0337" w:rsidRDefault="009030A6">
      <w:pPr>
        <w:pStyle w:val="Heading2"/>
      </w:pPr>
      <w:r>
        <w:t>DO:</w:t>
      </w:r>
    </w:p>
    <w:p w14:paraId="6DE2DC4D" w14:textId="77777777" w:rsidR="001E0337" w:rsidRDefault="009030A6">
      <w:r>
        <w:t>☐</w:t>
      </w:r>
      <w:r>
        <w:t xml:space="preserve"> Have I avoided vague words like ‘things’ or ‘stuff’ and used specific terms instead?</w:t>
      </w:r>
    </w:p>
    <w:p w14:paraId="332A773A" w14:textId="77777777" w:rsidR="001E0337" w:rsidRDefault="009030A6">
      <w:r>
        <w:t>☐</w:t>
      </w:r>
      <w:r>
        <w:t xml:space="preserve"> Have I used cautious/hedging language where appropriate?</w:t>
      </w:r>
    </w:p>
    <w:p w14:paraId="7F2CAC48" w14:textId="77777777" w:rsidR="001E0337" w:rsidRDefault="009030A6">
      <w:r>
        <w:t>☐</w:t>
      </w:r>
      <w:r>
        <w:t xml:space="preserve"> Is my writing objective and free from personal opinions or feelings?</w:t>
      </w:r>
    </w:p>
    <w:p w14:paraId="6FDA398B" w14:textId="77777777" w:rsidR="001E0337" w:rsidRDefault="009030A6">
      <w:r>
        <w:t>☐</w:t>
      </w:r>
      <w:r>
        <w:t xml:space="preserve"> Have I used evidence to support my statements?</w:t>
      </w:r>
    </w:p>
    <w:p w14:paraId="21DE7F36" w14:textId="77777777" w:rsidR="001E0337" w:rsidRDefault="009030A6">
      <w:r>
        <w:t>☐</w:t>
      </w:r>
      <w:r>
        <w:t xml:space="preserve"> Have I used formal academic vocabulary?</w:t>
      </w:r>
    </w:p>
    <w:p w14:paraId="6FC2FBE1" w14:textId="77777777" w:rsidR="001E0337" w:rsidRDefault="009030A6">
      <w:r>
        <w:t>☐</w:t>
      </w:r>
      <w:r>
        <w:t xml:space="preserve"> Have I included relevant technical or subject-specific terms?</w:t>
      </w:r>
    </w:p>
    <w:p w14:paraId="2645C899" w14:textId="77777777" w:rsidR="001E0337" w:rsidRDefault="009030A6">
      <w:r>
        <w:t>☐</w:t>
      </w:r>
      <w:r>
        <w:t xml:space="preserve"> Have I used formal linking words (e.g., however, therefore, similarly)?</w:t>
      </w:r>
    </w:p>
    <w:p w14:paraId="5E2D5199" w14:textId="77777777" w:rsidR="001E0337" w:rsidRDefault="009030A6">
      <w:r>
        <w:t>☐</w:t>
      </w:r>
      <w:r>
        <w:t xml:space="preserve"> Is my tone clear, formal, and objective?</w:t>
      </w:r>
    </w:p>
    <w:p w14:paraId="0BA04762" w14:textId="77777777" w:rsidR="001E0337" w:rsidRDefault="009030A6">
      <w:r>
        <w:t>☐</w:t>
      </w:r>
      <w:r>
        <w:t xml:space="preserve"> Have I clearly defined any key concepts?</w:t>
      </w:r>
    </w:p>
    <w:p w14:paraId="1EDF2430" w14:textId="77777777" w:rsidR="001E0337" w:rsidRDefault="009030A6">
      <w:r>
        <w:t>☐</w:t>
      </w:r>
      <w:r>
        <w:t xml:space="preserve"> Have I provided specific examples to support my points?</w:t>
      </w:r>
    </w:p>
    <w:p w14:paraId="717C1801" w14:textId="77777777" w:rsidR="001E0337" w:rsidRDefault="009030A6">
      <w:r>
        <w:t>☐</w:t>
      </w:r>
      <w:r>
        <w:t xml:space="preserve"> Are my sentences concise and precise?</w:t>
      </w:r>
    </w:p>
    <w:p w14:paraId="40B1E502" w14:textId="77777777" w:rsidR="001E0337" w:rsidRDefault="009030A6">
      <w:r>
        <w:t>☐</w:t>
      </w:r>
      <w:r>
        <w:t xml:space="preserve"> Have I maintained consistent verb tense?</w:t>
      </w:r>
    </w:p>
    <w:p w14:paraId="03AB674E" w14:textId="77777777" w:rsidR="001E0337" w:rsidRDefault="009030A6">
      <w:r>
        <w:t>☐</w:t>
      </w:r>
      <w:r>
        <w:t xml:space="preserve"> Have I used TEEL to structure each paragraph clearly?</w:t>
      </w:r>
    </w:p>
    <w:p w14:paraId="61A6CC30" w14:textId="77777777" w:rsidR="001E0337" w:rsidRDefault="009030A6">
      <w:pPr>
        <w:pStyle w:val="Heading2"/>
      </w:pPr>
      <w:r>
        <w:t>DON’T:</w:t>
      </w:r>
    </w:p>
    <w:p w14:paraId="56F437C2" w14:textId="77777777" w:rsidR="001E0337" w:rsidRDefault="009030A6">
      <w:r>
        <w:t>☐</w:t>
      </w:r>
      <w:r>
        <w:t xml:space="preserve"> Have I avoided generalisations such as ‘everyone’, ‘always’, or ‘never’?</w:t>
      </w:r>
    </w:p>
    <w:p w14:paraId="720C0403" w14:textId="77777777" w:rsidR="001E0337" w:rsidRDefault="009030A6">
      <w:r>
        <w:t>☐</w:t>
      </w:r>
      <w:r>
        <w:t xml:space="preserve"> Have I avoided using personal pronouns like I/we/you (unless reflective writing is required)?</w:t>
      </w:r>
    </w:p>
    <w:p w14:paraId="5202CE91" w14:textId="77777777" w:rsidR="001E0337" w:rsidRDefault="009030A6">
      <w:r>
        <w:t>☐</w:t>
      </w:r>
      <w:r>
        <w:t xml:space="preserve"> Have I avoided subjective/emotive language (e.g., ‘excellent’, ‘bad’, ‘disgusting’)?</w:t>
      </w:r>
    </w:p>
    <w:p w14:paraId="50BB64AB" w14:textId="77777777" w:rsidR="001E0337" w:rsidRDefault="009030A6">
      <w:r>
        <w:t>☐</w:t>
      </w:r>
      <w:r>
        <w:t xml:space="preserve"> Have I avoided using ‘think’ or ‘believe’ and used academic verbs instead?</w:t>
      </w:r>
    </w:p>
    <w:p w14:paraId="4011E5B6" w14:textId="77777777" w:rsidR="001E0337" w:rsidRDefault="009030A6">
      <w:r>
        <w:t>☐</w:t>
      </w:r>
      <w:r>
        <w:t xml:space="preserve"> Have I removed contractions like ‘shouldn’t’ or ‘it’s’ and written full forms?</w:t>
      </w:r>
    </w:p>
    <w:p w14:paraId="09A65F0C" w14:textId="77777777" w:rsidR="001E0337" w:rsidRDefault="009030A6">
      <w:r>
        <w:t>☐</w:t>
      </w:r>
      <w:r>
        <w:t xml:space="preserve"> Have I avoided starting sentences with informal words like ‘And’, ‘So’, or ‘Because’?</w:t>
      </w:r>
    </w:p>
    <w:p w14:paraId="4E99005D" w14:textId="77777777" w:rsidR="001E0337" w:rsidRDefault="009030A6">
      <w:r>
        <w:t>☐</w:t>
      </w:r>
      <w:r>
        <w:t xml:space="preserve"> Have I replaced informal phrasal verbs with more formal one-word alternatives?</w:t>
      </w:r>
    </w:p>
    <w:p w14:paraId="5EAFC1AE" w14:textId="77777777" w:rsidR="001E0337" w:rsidRDefault="009030A6">
      <w:r>
        <w:t>☐</w:t>
      </w:r>
      <w:r>
        <w:t xml:space="preserve"> Have I avoided using authors’ first names and used family names instead?</w:t>
      </w:r>
    </w:p>
    <w:p w14:paraId="17A61E82" w14:textId="77777777" w:rsidR="001E0337" w:rsidRDefault="009030A6">
      <w:r>
        <w:lastRenderedPageBreak/>
        <w:t>☐</w:t>
      </w:r>
      <w:r>
        <w:t xml:space="preserve"> Have I removed rhetorical questions and replaced them with clear statements?</w:t>
      </w:r>
    </w:p>
    <w:p w14:paraId="5AED2316" w14:textId="77777777" w:rsidR="001E0337" w:rsidRDefault="009030A6">
      <w:r>
        <w:t>☐</w:t>
      </w:r>
      <w:r>
        <w:t xml:space="preserve"> Have I avoided informal words/phrases like ‘a lot’, ‘stuff’, ‘really’, ‘kind of’?</w:t>
      </w:r>
    </w:p>
    <w:p w14:paraId="5667F63B" w14:textId="77777777" w:rsidR="001E0337" w:rsidRDefault="009030A6">
      <w:r>
        <w:t>☐</w:t>
      </w:r>
      <w:r>
        <w:t xml:space="preserve"> Have I avoided casual linking words like ‘plus’ or ‘and’ at the start of sentences?</w:t>
      </w:r>
    </w:p>
    <w:p w14:paraId="6D5E1D35" w14:textId="77777777" w:rsidR="001E0337" w:rsidRDefault="009030A6">
      <w:r>
        <w:t>☐</w:t>
      </w:r>
      <w:r>
        <w:t xml:space="preserve"> Have I avoided vague expressions such as ‘sort of’, ‘kind of’, or ‘don’t really’?</w:t>
      </w:r>
    </w:p>
    <w:sectPr w:rsidR="001E033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4738521">
    <w:abstractNumId w:val="8"/>
  </w:num>
  <w:num w:numId="2" w16cid:durableId="28993433">
    <w:abstractNumId w:val="6"/>
  </w:num>
  <w:num w:numId="3" w16cid:durableId="687482834">
    <w:abstractNumId w:val="5"/>
  </w:num>
  <w:num w:numId="4" w16cid:durableId="1654484522">
    <w:abstractNumId w:val="4"/>
  </w:num>
  <w:num w:numId="5" w16cid:durableId="1517575591">
    <w:abstractNumId w:val="7"/>
  </w:num>
  <w:num w:numId="6" w16cid:durableId="1840535423">
    <w:abstractNumId w:val="3"/>
  </w:num>
  <w:num w:numId="7" w16cid:durableId="110327137">
    <w:abstractNumId w:val="2"/>
  </w:num>
  <w:num w:numId="8" w16cid:durableId="885292892">
    <w:abstractNumId w:val="1"/>
  </w:num>
  <w:num w:numId="9" w16cid:durableId="1625774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0337"/>
    <w:rsid w:val="0029639D"/>
    <w:rsid w:val="00326F90"/>
    <w:rsid w:val="007448AF"/>
    <w:rsid w:val="009030A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E06B7B"/>
  <w14:defaultImageDpi w14:val="300"/>
  <w15:docId w15:val="{CE311D8A-88F1-9744-AEEE-952CFE2C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2025-11-30T14:01:00Z</dcterms:created>
  <dcterms:modified xsi:type="dcterms:W3CDTF">2025-11-30T14:01:00Z</dcterms:modified>
  <cp:category/>
</cp:coreProperties>
</file>