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36466" w14:textId="77777777" w:rsidR="005E288C" w:rsidRDefault="00000000">
      <w:pPr>
        <w:pStyle w:val="Heading1"/>
      </w:pPr>
      <w:r>
        <w:t>Reflective Essay: Skills and Knowledge Needed to Work Effectively as the CEO of CLC – Central London Cars</w:t>
      </w:r>
    </w:p>
    <w:p w14:paraId="3D2F6968" w14:textId="0E55F589" w:rsidR="005E288C" w:rsidRDefault="00000000">
      <w:r>
        <w:br/>
        <w:t>Name: Samson</w:t>
      </w:r>
      <w:r w:rsidR="000F3B9F">
        <w:t xml:space="preserve"> Kibrom</w:t>
      </w:r>
    </w:p>
    <w:p w14:paraId="40D6051B" w14:textId="52097B9A" w:rsidR="004F0884" w:rsidRDefault="004F0884">
      <w:r>
        <w:t>Student ID - 2413584</w:t>
      </w:r>
    </w:p>
    <w:p w14:paraId="5EEB9824" w14:textId="23490378" w:rsidR="005E288C" w:rsidRDefault="00000000">
      <w:r>
        <w:t>Module: Employabilit</w:t>
      </w:r>
      <w:r w:rsidR="004F0884">
        <w:t>y</w:t>
      </w:r>
      <w:r>
        <w:t xml:space="preserve"> and Career Development</w:t>
      </w:r>
    </w:p>
    <w:p w14:paraId="0F38835C" w14:textId="60DBB053" w:rsidR="005E288C" w:rsidRDefault="004F0884">
      <w:r>
        <w:t xml:space="preserve">Module ; LCLM4005_LON </w:t>
      </w:r>
      <w:r>
        <w:br/>
        <w:t>Assignment Title: Reflective Essay</w:t>
      </w:r>
    </w:p>
    <w:p w14:paraId="06141194" w14:textId="77777777" w:rsidR="005E288C" w:rsidRDefault="00000000">
      <w:r>
        <w:br/>
      </w:r>
    </w:p>
    <w:p w14:paraId="4AF3143C" w14:textId="77777777" w:rsidR="005E288C" w:rsidRDefault="00000000">
      <w:pPr>
        <w:pStyle w:val="Heading2"/>
      </w:pPr>
      <w:r>
        <w:t>Contents</w:t>
      </w:r>
    </w:p>
    <w:p w14:paraId="6A5C27D9" w14:textId="77777777" w:rsidR="005E288C" w:rsidRDefault="00000000">
      <w:r>
        <w:t>1. Introduction</w:t>
      </w:r>
      <w:r>
        <w:br/>
        <w:t>2. Evaluation of Key Skills</w:t>
      </w:r>
      <w:r>
        <w:br/>
        <w:t>3. Personal Evaluation (SWOT)</w:t>
      </w:r>
      <w:r>
        <w:br/>
        <w:t>4. Personal Development Plan</w:t>
      </w:r>
      <w:r>
        <w:br/>
        <w:t>5. Reflection on Module</w:t>
      </w:r>
      <w:r>
        <w:br/>
        <w:t>6. Next Steps</w:t>
      </w:r>
      <w:r>
        <w:br/>
        <w:t>7. Conclusion</w:t>
      </w:r>
      <w:r>
        <w:br/>
        <w:t>8. References</w:t>
      </w:r>
    </w:p>
    <w:p w14:paraId="6C7198CE" w14:textId="77777777" w:rsidR="005E288C" w:rsidRDefault="00000000">
      <w:pPr>
        <w:pStyle w:val="Heading2"/>
      </w:pPr>
      <w:r>
        <w:t>Introduction</w:t>
      </w:r>
    </w:p>
    <w:p w14:paraId="2C37A08D" w14:textId="0D6D1FE0" w:rsidR="004F0884" w:rsidRDefault="00000000">
      <w:r>
        <w:t xml:space="preserve">My future goal is to become the Chief Executive Officer (CEO) of my own company, CLC – Central London Cars. This business is focused on offering luxury car hire with chauffeurs in central London. For me, being CEO is not only about making profit but also about building a strong company where customers feel respected and where employees feel motivated. This essay is my reflection on the skills and knowledge I will need to work well in this role. I will look at the kind of skills that are usually asked for when companies are hiring CEOs, and then I will compare those with my own skills. </w:t>
      </w:r>
      <w:r w:rsidR="00856D49">
        <w:br/>
      </w:r>
      <w:r>
        <w:br/>
        <w:t xml:space="preserve">I will also prepare a personal SWOT analysis to see my strengths and weaknesses. Based on that, I will make a personal development plan which can guide me towards my goal. I will also reflect on how this module has helped me improve my employability, like the practice interview and team work. </w:t>
      </w:r>
    </w:p>
    <w:p w14:paraId="5D000308" w14:textId="6B44AA2E" w:rsidR="005E288C" w:rsidRDefault="00000000">
      <w:r>
        <w:t>Finally, I will write about the next steps that I should take to get closer to my career dream. Since I am originally from Eritrea, my way of writing may be simple, but this is how I</w:t>
      </w:r>
      <w:r w:rsidR="00856D49">
        <w:t xml:space="preserve"> </w:t>
      </w:r>
      <w:r>
        <w:t xml:space="preserve">understand and reflect on my career journey. My hope is that this reflection will guide me </w:t>
      </w:r>
      <w:r>
        <w:lastRenderedPageBreak/>
        <w:t>step by step to becoming the CEO of CLC, and also show the areas I need to improve before I reach that position.</w:t>
      </w:r>
    </w:p>
    <w:p w14:paraId="64812ED5" w14:textId="77777777" w:rsidR="005E288C" w:rsidRDefault="00000000">
      <w:pPr>
        <w:pStyle w:val="Heading2"/>
      </w:pPr>
      <w:r>
        <w:t>Evaluation of Key Skills</w:t>
      </w:r>
    </w:p>
    <w:p w14:paraId="5FBA106E" w14:textId="77777777" w:rsidR="004F0884" w:rsidRDefault="00000000">
      <w:r>
        <w:t xml:space="preserve">When I looked at different job adverts for CEOs and Directors in London transport and hospitality businesses, I noticed that many of the skills are repeated. Employers want strong leadership, good financial management, ability to make strategic decisions, communication skills, and also innovation. Leadership is important because the CEO is the one who sets </w:t>
      </w:r>
      <w:r>
        <w:br/>
        <w:t xml:space="preserve">the vision and gives motivation to the team. If the CEO is weak, the company can lose focus. Financial skills are also very important because without managing budgets, salaries, investments, and cash flow, the business will collapse. </w:t>
      </w:r>
      <w:r>
        <w:br/>
      </w:r>
    </w:p>
    <w:p w14:paraId="4AEE94EB" w14:textId="0EE6A2F1" w:rsidR="005E288C" w:rsidRDefault="00000000">
      <w:r>
        <w:t xml:space="preserve">I also noticed how much they ask for strategic thinking. This is because in London the transport and car hire industry is very competitive, so the CEO must make good choices about prices, marketing, and future growth. Communication skills are always highlighted because the CEO must talk with employees, clients, investors, and also government agencies. In the modern world, innovation is also very necessary. For example, using apps for booking cars, or using eco-friendly vehicles, can make a company stand out. For me, I believe these skills are all important because they connect together. Without leadership, the team is not motivated. Without finance, there is no money. Without communication, the CEO cannot connect. </w:t>
      </w:r>
      <w:r>
        <w:br/>
      </w:r>
      <w:r w:rsidR="004F0884">
        <w:t>W</w:t>
      </w:r>
      <w:r>
        <w:t>ithout innovation, the business may become old-fashioned. This evaluation shows me that if I want to be CEO of CLC, I must work on both technical and personal skills to be successful.</w:t>
      </w:r>
    </w:p>
    <w:p w14:paraId="3DD3D8A8" w14:textId="77777777" w:rsidR="005E288C" w:rsidRDefault="00000000">
      <w:pPr>
        <w:pStyle w:val="Heading2"/>
      </w:pPr>
      <w:r>
        <w:t>Personal Evaluation (SWOT)</w:t>
      </w:r>
    </w:p>
    <w:p w14:paraId="580FA102" w14:textId="358A5248" w:rsidR="004F0884" w:rsidRDefault="00000000">
      <w:r>
        <w:t xml:space="preserve">To understand myself better, I made a personal SWOT analysis. In terms of strengths, I have strong motivation and determination. I know how to work hard, and I also have good interpersonal skills, meaning I can talk and build relationships with people easily. Coming from Eritrea and living in London, I also have cultural adaptability, so I can understand different people and their expectations. </w:t>
      </w:r>
    </w:p>
    <w:p w14:paraId="49D2304F" w14:textId="77777777" w:rsidR="004F0884" w:rsidRDefault="00000000">
      <w:r>
        <w:t xml:space="preserve">For weaknesses, I see that I do not have much experience with financial management, like reading balance sheets, making budgets, or managing investors. I also feel that I need to improve in advanced marketing and managing large teams, because until now my leadership has been on a smaller scale. </w:t>
      </w:r>
      <w:r>
        <w:br/>
      </w:r>
    </w:p>
    <w:p w14:paraId="032B8458" w14:textId="63500AE4" w:rsidR="005E288C" w:rsidRDefault="00000000">
      <w:r>
        <w:t xml:space="preserve">For opportunities, there are many. London has a growing demand for luxury cars, especially for events, weddings, and airport transfers. There are also many online courses, business events, and workshops that I can attend to build my knowledge. For threats, I see strong competition from big companies that already have brand names. Also, the economy </w:t>
      </w:r>
      <w:r>
        <w:br/>
        <w:t xml:space="preserve">can change, and people may spend less on luxury services. Another threat is technology, because new apps and platforms come all the time, and if I don’t keep up, CLC can fall </w:t>
      </w:r>
      <w:r>
        <w:lastRenderedPageBreak/>
        <w:t>behind. This SWOT shows that I have strong personal qualities, but I need to fill the gaps in finance, marketing, and leadership experience.</w:t>
      </w:r>
      <w:r w:rsidR="004C68B9">
        <w:t>disodjaoiO[HFEIO[DHFEIEWH bvpjkdfs</w:t>
      </w:r>
    </w:p>
    <w:p w14:paraId="3780D93E" w14:textId="77777777" w:rsidR="005E288C" w:rsidRDefault="00000000">
      <w:pPr>
        <w:pStyle w:val="Heading2"/>
      </w:pPr>
      <w:r>
        <w:t>Personal Development Plan</w:t>
      </w:r>
    </w:p>
    <w:p w14:paraId="63BFDBC1" w14:textId="77777777" w:rsidR="004F0884" w:rsidRDefault="00000000">
      <w:r>
        <w:t>Based on the SWOT analysis, I created a personal development plan (PDP). My first objective is to improve my financial knowledge. To do this, I will take short business management courses that focus on finance. I can find affordable courses online or at community colleges. My second objective is to improve my marketing and digital skills. Since most</w:t>
      </w:r>
      <w:r w:rsidR="004F0884">
        <w:t xml:space="preserve"> </w:t>
      </w:r>
      <w:r>
        <w:t xml:space="preserve">luxury car hire customers are found online, I will attend digital marketing workshops and learn about social media advertising, Google ads, and SEO. My third objective is to gain leadership experience. </w:t>
      </w:r>
    </w:p>
    <w:p w14:paraId="11778D09" w14:textId="77777777" w:rsidR="004F0884" w:rsidRDefault="00000000">
      <w:r>
        <w:t xml:space="preserve"> </w:t>
      </w:r>
      <w:r>
        <w:br/>
        <w:t xml:space="preserve">This plan is clear and linked to my weaknesses. For example, I said I lack finance skills, so I plan to study finance. I said I lack experience, so I will find small leadership roles. This way, my plan is realistic and will guide me step by step. </w:t>
      </w:r>
      <w:r>
        <w:br/>
      </w:r>
    </w:p>
    <w:p w14:paraId="651AFEFC" w14:textId="232304B0" w:rsidR="005E288C" w:rsidRDefault="00000000">
      <w:r>
        <w:t>If I stay focused and work hard, I believe these actions will prepare me for the CEO role.</w:t>
      </w:r>
    </w:p>
    <w:p w14:paraId="57B4E3C2" w14:textId="77777777" w:rsidR="005E288C" w:rsidRDefault="00000000">
      <w:pPr>
        <w:pStyle w:val="Heading2"/>
      </w:pPr>
      <w:r>
        <w:t>Reflection on Module</w:t>
      </w:r>
    </w:p>
    <w:p w14:paraId="7DC49AE8" w14:textId="77777777" w:rsidR="004F0884" w:rsidRDefault="00000000">
      <w:r>
        <w:t xml:space="preserve">This module has been very helpful for me in understanding employability. Before, I used to think that skills were only about working hard. But now I see that communication, problem-solving, teamwork, and time management are just as important. One activity that really helped me was the mock interview in Week 7. At first, I was nervous, but after </w:t>
      </w:r>
      <w:r>
        <w:br/>
        <w:t xml:space="preserve">the practice, I realised I can express myself more clearly. This will help me when I meet investors or clients as a CEO. </w:t>
      </w:r>
    </w:p>
    <w:p w14:paraId="51927DFD" w14:textId="2F1BAE59" w:rsidR="005E288C" w:rsidRDefault="00000000">
      <w:r>
        <w:br/>
        <w:t>Another part of the module that I liked was group work. Sometimes it was difficult because everyone had different ideas, but I learned how to listen, compromise, and still make progress. This skill is very similar to what I will need when</w:t>
      </w:r>
      <w:r w:rsidR="004F0884">
        <w:t xml:space="preserve"> </w:t>
      </w:r>
      <w:r>
        <w:t xml:space="preserve">managing a team at CLC. Technology was also a big part of this module. I learned how to use new platforms, do research, and present information clearly. These are skills that I can use to manage projects and also communicate with clients. </w:t>
      </w:r>
      <w:r>
        <w:br/>
        <w:t xml:space="preserve">Finally, time management has improved. Before, I would often leave work late, but now I plan better and finish tasks on time. Overall, the module has helped me see that employability is about a complete package of skills, not only one or two. </w:t>
      </w:r>
      <w:r>
        <w:br/>
        <w:t>These skills will directly support me in becoming a better professional and future CEO.</w:t>
      </w:r>
    </w:p>
    <w:p w14:paraId="7BF83E0E" w14:textId="77777777" w:rsidR="005E288C" w:rsidRDefault="00000000">
      <w:pPr>
        <w:pStyle w:val="Heading2"/>
      </w:pPr>
      <w:r>
        <w:t>Next Steps</w:t>
      </w:r>
    </w:p>
    <w:p w14:paraId="7D71958B" w14:textId="34B83380" w:rsidR="005E288C" w:rsidRDefault="00000000">
      <w:r>
        <w:t xml:space="preserve">For the next steps, I want to keep moving forward in a clear way. First, I will continue learning by registering in leadership and finance courses. This will help me close the skill gaps I saw in my SWOT analysis. </w:t>
      </w:r>
      <w:r>
        <w:br/>
        <w:t xml:space="preserve">Second, I will apply for managerial jobs in transport or hospitality to gain real experience of </w:t>
      </w:r>
      <w:r>
        <w:lastRenderedPageBreak/>
        <w:t xml:space="preserve">leading a team. Even if it is not a CEO position, it will help me learn from practice. Third, I will continue networking with professionals in London. I plan to attend events, join LinkedIn groups, and meet people from the car hire industry. Fourth, I want to find a mentor, maybe someone who already runs a business, so they can give me advice and guidance. These steps are small, but they will keep me moving closer to my big dream. Finally, I want to keep reflecting, like I am doing in this essay. Reflection helps me to see my progress and also where I still need to improve. In this way, the journey will not </w:t>
      </w:r>
      <w:r>
        <w:br/>
        <w:t>be blind, but guided with steps. These next actions will help me prepare fully for being the CEO of CLC.</w:t>
      </w:r>
    </w:p>
    <w:p w14:paraId="0982FC72" w14:textId="77777777" w:rsidR="005E288C" w:rsidRDefault="00000000">
      <w:pPr>
        <w:pStyle w:val="Heading2"/>
      </w:pPr>
      <w:r>
        <w:t>Conclusion</w:t>
      </w:r>
    </w:p>
    <w:p w14:paraId="3AF6B43C" w14:textId="77777777" w:rsidR="004F0884" w:rsidRDefault="00000000">
      <w:r>
        <w:t xml:space="preserve">In conclusion, this reflective essay has helped me understand the skills and knowledge I need to be successful as the CEO of CLC – Central London Cars. I have learned that leadership, financial management, communication, and innovation are the most important skills for this position. I also reflected on my own strengths, like motivation and adaptability, and my weaknesses, such as finance and marketing knowledge. By creating a personal development plan, I now have a roadmap of what to do next. This module has improved my employability by helping me with interviews, teamwork, time management, and problem solving. </w:t>
      </w:r>
    </w:p>
    <w:p w14:paraId="6AEEC9E0" w14:textId="77777777" w:rsidR="004F0884" w:rsidRDefault="00000000">
      <w:r>
        <w:t xml:space="preserve">These are not just academic lessons but real skills I </w:t>
      </w:r>
      <w:r>
        <w:br/>
        <w:t xml:space="preserve">will use in business. My next steps are to study more, gain leadership experience, and build a network of professionals. </w:t>
      </w:r>
      <w:r>
        <w:br/>
      </w:r>
    </w:p>
    <w:p w14:paraId="011B5A24" w14:textId="197D7412" w:rsidR="005E288C" w:rsidRDefault="00000000">
      <w:r>
        <w:t>I know the journey will not be easy, but I believe with effort and determination, I can achieve my goal. Coming from Eritrea to London has already shown me that challenges can be faced and success can be built step by step. This essay is not just an assignment but a real plan for my future, and I am confident it will help me become a strong CEO one day.</w:t>
      </w:r>
    </w:p>
    <w:p w14:paraId="115DB773" w14:textId="77777777" w:rsidR="005E288C" w:rsidRDefault="00000000">
      <w:pPr>
        <w:pStyle w:val="Heading2"/>
      </w:pPr>
      <w:r>
        <w:t>References</w:t>
      </w:r>
    </w:p>
    <w:p w14:paraId="53537C3C" w14:textId="77777777" w:rsidR="005E288C" w:rsidRDefault="00000000">
      <w:r>
        <w:t>Indeed (2024). CEO Job Descriptions. Available at: www.indeed.co.uk</w:t>
      </w:r>
    </w:p>
    <w:p w14:paraId="44D1FDC0" w14:textId="77777777" w:rsidR="005E288C" w:rsidRDefault="00000000">
      <w:r>
        <w:t>Kotler, P. &amp; Keller, K. (2016). Marketing Management. Pearson.</w:t>
      </w:r>
    </w:p>
    <w:p w14:paraId="470078C7" w14:textId="77777777" w:rsidR="005E288C" w:rsidRDefault="00000000">
      <w:r>
        <w:t>Northouse, P. (2021). Leadership: Theory and Practice. Sage Publications.</w:t>
      </w:r>
    </w:p>
    <w:p w14:paraId="782655D0" w14:textId="77777777" w:rsidR="005E288C" w:rsidRDefault="00000000">
      <w:r>
        <w:t>Robles, M. (2012). Soft Skills in the Workplace. Business Communication Quarterly.</w:t>
      </w:r>
    </w:p>
    <w:p w14:paraId="71B6FF80" w14:textId="77777777" w:rsidR="005E288C" w:rsidRDefault="00000000">
      <w:r>
        <w:t>Yorke, M. (2006). Employability in Higher Education. Higher Education Academy.</w:t>
      </w:r>
    </w:p>
    <w:p w14:paraId="1474C3EB" w14:textId="77777777" w:rsidR="005E288C" w:rsidRDefault="00000000">
      <w:r>
        <w:t>CMI (2023). Skills for Managers and Leaders. Chartered Management Institute.</w:t>
      </w:r>
    </w:p>
    <w:sectPr w:rsidR="005E288C"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4ACDD" w14:textId="77777777" w:rsidR="00905742" w:rsidRDefault="00905742" w:rsidP="004C68B9">
      <w:pPr>
        <w:spacing w:after="0" w:line="240" w:lineRule="auto"/>
      </w:pPr>
      <w:r>
        <w:separator/>
      </w:r>
    </w:p>
  </w:endnote>
  <w:endnote w:type="continuationSeparator" w:id="0">
    <w:p w14:paraId="68B21E86" w14:textId="77777777" w:rsidR="00905742" w:rsidRDefault="00905742" w:rsidP="004C68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68C09" w14:textId="77777777" w:rsidR="00905742" w:rsidRDefault="00905742" w:rsidP="004C68B9">
      <w:pPr>
        <w:spacing w:after="0" w:line="240" w:lineRule="auto"/>
      </w:pPr>
      <w:r>
        <w:separator/>
      </w:r>
    </w:p>
  </w:footnote>
  <w:footnote w:type="continuationSeparator" w:id="0">
    <w:p w14:paraId="58521ECA" w14:textId="77777777" w:rsidR="00905742" w:rsidRDefault="00905742" w:rsidP="004C68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43499799">
    <w:abstractNumId w:val="8"/>
  </w:num>
  <w:num w:numId="2" w16cid:durableId="1955673789">
    <w:abstractNumId w:val="6"/>
  </w:num>
  <w:num w:numId="3" w16cid:durableId="1631746698">
    <w:abstractNumId w:val="5"/>
  </w:num>
  <w:num w:numId="4" w16cid:durableId="1620642840">
    <w:abstractNumId w:val="4"/>
  </w:num>
  <w:num w:numId="5" w16cid:durableId="1984239406">
    <w:abstractNumId w:val="7"/>
  </w:num>
  <w:num w:numId="6" w16cid:durableId="417335996">
    <w:abstractNumId w:val="3"/>
  </w:num>
  <w:num w:numId="7" w16cid:durableId="1138109909">
    <w:abstractNumId w:val="2"/>
  </w:num>
  <w:num w:numId="8" w16cid:durableId="1695691028">
    <w:abstractNumId w:val="1"/>
  </w:num>
  <w:num w:numId="9" w16cid:durableId="940382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F3B9F"/>
    <w:rsid w:val="0015074B"/>
    <w:rsid w:val="0029639D"/>
    <w:rsid w:val="002F670E"/>
    <w:rsid w:val="00326F90"/>
    <w:rsid w:val="004C68B9"/>
    <w:rsid w:val="004F0884"/>
    <w:rsid w:val="005E288C"/>
    <w:rsid w:val="00856D49"/>
    <w:rsid w:val="00905742"/>
    <w:rsid w:val="009363C6"/>
    <w:rsid w:val="00AA1D8D"/>
    <w:rsid w:val="00B47730"/>
    <w:rsid w:val="00C933D0"/>
    <w:rsid w:val="00CB0664"/>
    <w:rsid w:val="00F745C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44472F6"/>
  <w14:defaultImageDpi w14:val="300"/>
  <w15:docId w15:val="{F000C002-ACF2-4B16-8C8C-A9BA594AF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1427</Words>
  <Characters>8139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9547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Lizeta Demetriou</cp:lastModifiedBy>
  <cp:revision>5</cp:revision>
  <dcterms:created xsi:type="dcterms:W3CDTF">2025-08-19T08:54:00Z</dcterms:created>
  <dcterms:modified xsi:type="dcterms:W3CDTF">2025-11-03T15:24:00Z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f4832213-5a8d-4971-80be-f1d3f7441585</vt:lpwstr>
  </property>
</Properties>
</file>