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D9F3E" w14:textId="613A766F" w:rsidR="00CA4321" w:rsidRDefault="00000000">
      <w:pPr>
        <w:pStyle w:val="Heading1"/>
      </w:pPr>
      <w:r>
        <w:t>30</w:t>
      </w:r>
      <w:r w:rsidR="00E512B2">
        <w:t xml:space="preserve">- 45 </w:t>
      </w:r>
      <w:r>
        <w:t>Minute Tutorial: Leadership Styles – Autocratic, Democratic, Laissez-Faire</w:t>
      </w:r>
    </w:p>
    <w:p w14:paraId="7C32DAA0" w14:textId="77777777" w:rsidR="00CA4321" w:rsidRDefault="00000000">
      <w:pPr>
        <w:pStyle w:val="Heading2"/>
      </w:pPr>
      <w:r>
        <w:t>Overview</w:t>
      </w:r>
    </w:p>
    <w:p w14:paraId="45FA1972" w14:textId="77777777" w:rsidR="00CA4321" w:rsidRDefault="00000000">
      <w:r>
        <w:t>This 30-minute interactive tutorial is designed for MSc Public Health or Healthcare Management students. It introduces three classical leadership styles—Autocratic, Democratic, and Laissez-Faire—through NHS-specific examples, group activities, and reflection.</w:t>
      </w:r>
    </w:p>
    <w:p w14:paraId="26AF04DB" w14:textId="77777777" w:rsidR="00CA4321" w:rsidRDefault="00000000">
      <w:pPr>
        <w:pStyle w:val="Heading2"/>
      </w:pPr>
      <w:r>
        <w:t>Learning Objectives</w:t>
      </w:r>
    </w:p>
    <w:p w14:paraId="235A0241" w14:textId="1B5E1464" w:rsidR="00CA4321" w:rsidRDefault="00000000">
      <w:r>
        <w:t xml:space="preserve">By the end of this session, </w:t>
      </w:r>
      <w:r w:rsidR="00A633B3">
        <w:t>you</w:t>
      </w:r>
      <w:r>
        <w:t xml:space="preserve"> will be able to:</w:t>
      </w:r>
    </w:p>
    <w:p w14:paraId="4F153009" w14:textId="0340F3CF" w:rsidR="00CA4321" w:rsidRDefault="00000000">
      <w:pPr>
        <w:pStyle w:val="ListBullet"/>
      </w:pPr>
      <w:r>
        <w:t xml:space="preserve"> Understand definitions and characteristics of each leadership style.</w:t>
      </w:r>
    </w:p>
    <w:p w14:paraId="7AE09A7D" w14:textId="44850F9E" w:rsidR="00CA4321" w:rsidRDefault="00000000">
      <w:pPr>
        <w:pStyle w:val="ListBullet"/>
      </w:pPr>
      <w:r>
        <w:t>Identify pros and cons of each in healthcare contexts.</w:t>
      </w:r>
    </w:p>
    <w:p w14:paraId="1593A9B8" w14:textId="1EA5B42D" w:rsidR="00CA4321" w:rsidRDefault="00000000">
      <w:pPr>
        <w:pStyle w:val="ListBullet"/>
      </w:pPr>
      <w:r>
        <w:t>Apply leadership styles to NHS-based scenarios.</w:t>
      </w:r>
    </w:p>
    <w:p w14:paraId="5CE2B881" w14:textId="09CC659E" w:rsidR="00CA4321" w:rsidRDefault="00000000">
      <w:pPr>
        <w:pStyle w:val="ListBullet"/>
      </w:pPr>
      <w:r>
        <w:t>Reflect on their personal leadership tendencies.</w:t>
      </w:r>
    </w:p>
    <w:p w14:paraId="00CD23B4" w14:textId="77777777" w:rsidR="00CA4321" w:rsidRDefault="00000000">
      <w:pPr>
        <w:pStyle w:val="Heading2"/>
      </w:pPr>
      <w:r>
        <w:t>Tutorial Breakdown (30 Minutes)</w:t>
      </w:r>
    </w:p>
    <w:p w14:paraId="58DF6703" w14:textId="77777777" w:rsidR="00CA4321" w:rsidRDefault="00000000">
      <w:pPr>
        <w:pStyle w:val="Heading3"/>
      </w:pPr>
      <w:r>
        <w:t>1. Icebreaker – “What’s Your Instinct?” (5 minutes)</w:t>
      </w:r>
    </w:p>
    <w:p w14:paraId="7A24470C" w14:textId="61D03F2F" w:rsidR="00CA4321" w:rsidRDefault="00000000">
      <w:r>
        <w:t>Prompt: “You’re in charge during a staff shortage on a hospital ward. Do you:</w:t>
      </w:r>
      <w:r>
        <w:br/>
        <w:t>A) Take charge and give instructions</w:t>
      </w:r>
      <w:r>
        <w:br/>
        <w:t>B) Call a quick team meeting to decide together</w:t>
      </w:r>
      <w:r>
        <w:br/>
        <w:t>C) Let the team sort it out themselves?”</w:t>
      </w:r>
    </w:p>
    <w:p w14:paraId="5CC693AA" w14:textId="74066DFE" w:rsidR="00CA4321" w:rsidRDefault="00000000">
      <w:r>
        <w:t>Brief discussion: “Why did you choose that style?”</w:t>
      </w:r>
    </w:p>
    <w:p w14:paraId="42B8D0B4" w14:textId="39AAB500" w:rsidR="00CA4321" w:rsidRDefault="00A633B3">
      <w:pPr>
        <w:pStyle w:val="Heading3"/>
      </w:pPr>
      <w:r>
        <w:t>2. Group Activity – Leadership in a Crisis (10 minutes)</w:t>
      </w:r>
    </w:p>
    <w:p w14:paraId="472B6BD9" w14:textId="77777777" w:rsidR="00CA4321" w:rsidRDefault="00000000">
      <w:r>
        <w:t>Scenario (for all groups): “There’s a C. difficile outbreak on your hospital ward. You must contain the spread, communicate with families, and stabilize staffing.”</w:t>
      </w:r>
    </w:p>
    <w:p w14:paraId="67D5313B" w14:textId="3D6A6E74" w:rsidR="00CA4321" w:rsidRDefault="00000000">
      <w:r>
        <w:t xml:space="preserve">Task: </w:t>
      </w:r>
      <w:r w:rsidR="00A633B3">
        <w:t>you</w:t>
      </w:r>
      <w:r>
        <w:t xml:space="preserve"> must plan</w:t>
      </w:r>
      <w:r w:rsidR="00A633B3">
        <w:t xml:space="preserve">- choose any style autocratic, democratic or </w:t>
      </w:r>
      <w:proofErr w:type="spellStart"/>
      <w:r w:rsidR="00A633B3">
        <w:t>laize</w:t>
      </w:r>
      <w:proofErr w:type="spellEnd"/>
      <w:r w:rsidR="00A633B3">
        <w:t xml:space="preserve"> </w:t>
      </w:r>
      <w:proofErr w:type="spellStart"/>
      <w:r w:rsidR="00A633B3">
        <w:t>fairre</w:t>
      </w:r>
      <w:proofErr w:type="spellEnd"/>
      <w:r>
        <w:t>:</w:t>
      </w:r>
    </w:p>
    <w:p w14:paraId="78CE969F" w14:textId="78D8EEBD" w:rsidR="00CA4321" w:rsidRDefault="00000000">
      <w:r>
        <w:t>• First 3 actions</w:t>
      </w:r>
      <w:r>
        <w:br/>
        <w:t>• Communication method</w:t>
      </w:r>
      <w:r>
        <w:br/>
        <w:t>• Pros and risks of th</w:t>
      </w:r>
      <w:r w:rsidR="00A633B3">
        <w:t>e selected</w:t>
      </w:r>
      <w:r>
        <w:t xml:space="preserve"> style</w:t>
      </w:r>
    </w:p>
    <w:p w14:paraId="28754B13" w14:textId="354EF016" w:rsidR="00CA4321" w:rsidRDefault="00000000">
      <w:r>
        <w:t>Time: 5 minutes to plan.</w:t>
      </w:r>
    </w:p>
    <w:p w14:paraId="107314BE" w14:textId="7C62BE32" w:rsidR="00CA4321" w:rsidRDefault="0060019D">
      <w:pPr>
        <w:pStyle w:val="Heading3"/>
      </w:pPr>
      <w:r>
        <w:t>3. Reflection &amp; Debrief (5 minutes)</w:t>
      </w:r>
    </w:p>
    <w:p w14:paraId="29EF64AA" w14:textId="77777777" w:rsidR="00CA4321" w:rsidRDefault="00000000">
      <w:r>
        <w:t>Discussion Questions:</w:t>
      </w:r>
    </w:p>
    <w:p w14:paraId="5FF5849B" w14:textId="77777777" w:rsidR="00CA4321" w:rsidRDefault="00000000">
      <w:r>
        <w:t>• Which style worked best in the crisis?</w:t>
      </w:r>
    </w:p>
    <w:p w14:paraId="68ED06A6" w14:textId="77777777" w:rsidR="00CA4321" w:rsidRDefault="00000000">
      <w:r>
        <w:lastRenderedPageBreak/>
        <w:t>• How does your own leadership tendency compare?</w:t>
      </w:r>
    </w:p>
    <w:p w14:paraId="6824EE10" w14:textId="77777777" w:rsidR="00CA4321" w:rsidRDefault="00000000">
      <w:r>
        <w:t>• Can leaders switch styles?</w:t>
      </w:r>
    </w:p>
    <w:p w14:paraId="6BCDBAE5" w14:textId="0F2795D1" w:rsidR="00CA4321" w:rsidRDefault="00000000">
      <w:r>
        <w:t>Reflection Prompt:</w:t>
      </w:r>
      <w:r>
        <w:br/>
        <w:t>“Write one sentence: In future team projects, I will lead more like a ____ leader because...”</w:t>
      </w:r>
    </w:p>
    <w:p w14:paraId="5524C073" w14:textId="7CAB3648" w:rsidR="00CA4321" w:rsidRDefault="00CA4321"/>
    <w:sectPr w:rsidR="00CA432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15838942">
    <w:abstractNumId w:val="8"/>
  </w:num>
  <w:num w:numId="2" w16cid:durableId="779255617">
    <w:abstractNumId w:val="6"/>
  </w:num>
  <w:num w:numId="3" w16cid:durableId="2008946806">
    <w:abstractNumId w:val="5"/>
  </w:num>
  <w:num w:numId="4" w16cid:durableId="257523456">
    <w:abstractNumId w:val="4"/>
  </w:num>
  <w:num w:numId="5" w16cid:durableId="1746492319">
    <w:abstractNumId w:val="7"/>
  </w:num>
  <w:num w:numId="6" w16cid:durableId="1501043978">
    <w:abstractNumId w:val="3"/>
  </w:num>
  <w:num w:numId="7" w16cid:durableId="1486314151">
    <w:abstractNumId w:val="2"/>
  </w:num>
  <w:num w:numId="8" w16cid:durableId="1019937969">
    <w:abstractNumId w:val="1"/>
  </w:num>
  <w:num w:numId="9" w16cid:durableId="1875382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4728F"/>
    <w:rsid w:val="0060019D"/>
    <w:rsid w:val="00A633B3"/>
    <w:rsid w:val="00AA1D8D"/>
    <w:rsid w:val="00B47730"/>
    <w:rsid w:val="00C15D67"/>
    <w:rsid w:val="00CA4321"/>
    <w:rsid w:val="00CB0664"/>
    <w:rsid w:val="00D77DEC"/>
    <w:rsid w:val="00E512B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0A3662D"/>
  <w14:defaultImageDpi w14:val="300"/>
  <w15:docId w15:val="{85A0FAE9-F787-4B76-8649-D14CFDE88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Christopher Mafuva</cp:lastModifiedBy>
  <cp:revision>2</cp:revision>
  <dcterms:created xsi:type="dcterms:W3CDTF">2025-07-04T12:26:00Z</dcterms:created>
  <dcterms:modified xsi:type="dcterms:W3CDTF">2025-07-04T12:26:00Z</dcterms:modified>
  <cp:category/>
</cp:coreProperties>
</file>