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7051D" w14:textId="5B798ABC" w:rsidR="006A6422" w:rsidRDefault="00EF5FE4" w:rsidP="006A6422">
      <w:pPr>
        <w:pStyle w:val="Heading1"/>
        <w:jc w:val="center"/>
        <w:rPr>
          <w:color w:val="7030A0"/>
        </w:rPr>
      </w:pPr>
      <w:bookmarkStart w:id="0" w:name="_Toc230915613"/>
      <w:r>
        <w:rPr>
          <w:noProof/>
          <w:color w:val="7030A0"/>
        </w:rPr>
        <w:drawing>
          <wp:inline distT="0" distB="0" distL="0" distR="0" wp14:anchorId="60CC341F" wp14:editId="02107CBB">
            <wp:extent cx="4956048" cy="1024128"/>
            <wp:effectExtent l="0" t="0" r="0" b="5080"/>
            <wp:docPr id="1541675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75106" name="Picture 1541675106"/>
                    <pic:cNvPicPr/>
                  </pic:nvPicPr>
                  <pic:blipFill>
                    <a:blip r:embed="rId6"/>
                    <a:stretch>
                      <a:fillRect/>
                    </a:stretch>
                  </pic:blipFill>
                  <pic:spPr>
                    <a:xfrm>
                      <a:off x="0" y="0"/>
                      <a:ext cx="4956048" cy="1024128"/>
                    </a:xfrm>
                    <a:prstGeom prst="rect">
                      <a:avLst/>
                    </a:prstGeom>
                  </pic:spPr>
                </pic:pic>
              </a:graphicData>
            </a:graphic>
          </wp:inline>
        </w:drawing>
      </w:r>
      <w:bookmarkEnd w:id="0"/>
    </w:p>
    <w:p w14:paraId="47F072DD" w14:textId="37956701" w:rsidR="006A6422" w:rsidRDefault="00EF5FE4" w:rsidP="006A6422">
      <w:pPr>
        <w:pStyle w:val="Heading1"/>
        <w:jc w:val="center"/>
        <w:rPr>
          <w:color w:val="7030A0"/>
        </w:rPr>
      </w:pPr>
      <w:bookmarkStart w:id="1" w:name="_Toc230915614"/>
      <w:r>
        <w:rPr>
          <w:noProof/>
          <w:color w:val="7030A0"/>
        </w:rPr>
        <w:drawing>
          <wp:inline distT="0" distB="0" distL="0" distR="0" wp14:anchorId="799D5552" wp14:editId="23DF2154">
            <wp:extent cx="1310640" cy="813500"/>
            <wp:effectExtent l="0" t="0" r="3810" b="5715"/>
            <wp:docPr id="2068826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26382" name="Picture 2068826382"/>
                    <pic:cNvPicPr/>
                  </pic:nvPicPr>
                  <pic:blipFill>
                    <a:blip r:embed="rId7"/>
                    <a:stretch>
                      <a:fillRect/>
                    </a:stretch>
                  </pic:blipFill>
                  <pic:spPr>
                    <a:xfrm>
                      <a:off x="0" y="0"/>
                      <a:ext cx="1334420" cy="828260"/>
                    </a:xfrm>
                    <a:prstGeom prst="rect">
                      <a:avLst/>
                    </a:prstGeom>
                  </pic:spPr>
                </pic:pic>
              </a:graphicData>
            </a:graphic>
          </wp:inline>
        </w:drawing>
      </w:r>
      <w:bookmarkEnd w:id="1"/>
    </w:p>
    <w:p w14:paraId="597D0ED5" w14:textId="77777777" w:rsidR="006A6422" w:rsidRDefault="006A6422" w:rsidP="006A6422">
      <w:pPr>
        <w:pStyle w:val="Heading1"/>
        <w:jc w:val="center"/>
        <w:rPr>
          <w:color w:val="7030A0"/>
        </w:rPr>
      </w:pPr>
    </w:p>
    <w:p w14:paraId="5954B619" w14:textId="569B35C6" w:rsidR="00DF2E7E" w:rsidRPr="006A6422" w:rsidRDefault="005246C0" w:rsidP="00EF5FE4">
      <w:pPr>
        <w:pStyle w:val="Heading1"/>
        <w:jc w:val="center"/>
        <w:rPr>
          <w:color w:val="7030A0"/>
        </w:rPr>
      </w:pPr>
      <w:bookmarkStart w:id="2" w:name="_Toc230915615"/>
      <w:r w:rsidRPr="006A6422">
        <w:rPr>
          <w:color w:val="7030A0"/>
        </w:rPr>
        <w:t>ACCA6020 Independent Project - Proposal</w:t>
      </w:r>
      <w:bookmarkEnd w:id="2"/>
    </w:p>
    <w:p w14:paraId="21DABF3E" w14:textId="67EB60AD" w:rsidR="00DF2E7E" w:rsidRPr="006A6422" w:rsidRDefault="005246C0" w:rsidP="00EF5FE4">
      <w:pPr>
        <w:pStyle w:val="Heading1"/>
        <w:jc w:val="center"/>
        <w:rPr>
          <w:color w:val="7030A0"/>
        </w:rPr>
      </w:pPr>
      <w:bookmarkStart w:id="3" w:name="_Toc230915616"/>
      <w:r w:rsidRPr="006A6422">
        <w:rPr>
          <w:color w:val="7030A0"/>
        </w:rPr>
        <w:t>Design and Evaluation of an AI-Powered Digital Service Platform for Multi-Service Business, Property Maintenance and Smart Safety Workflows</w:t>
      </w:r>
      <w:r w:rsidR="006A6422">
        <w:rPr>
          <w:color w:val="7030A0"/>
        </w:rPr>
        <w:t>.</w:t>
      </w:r>
      <w:bookmarkEnd w:id="3"/>
    </w:p>
    <w:p w14:paraId="2B4A9964" w14:textId="77777777" w:rsidR="006A6422" w:rsidRDefault="006A6422" w:rsidP="00EF5FE4">
      <w:pPr>
        <w:jc w:val="center"/>
      </w:pPr>
    </w:p>
    <w:p w14:paraId="5FE75F0D" w14:textId="294DDE01" w:rsidR="00DF2E7E" w:rsidRDefault="005246C0">
      <w:pPr>
        <w:jc w:val="center"/>
      </w:pPr>
      <w:r>
        <w:t>Name: Abubarkar Dembele</w:t>
      </w:r>
    </w:p>
    <w:p w14:paraId="4A365209" w14:textId="4C036649" w:rsidR="00DF2E7E" w:rsidRDefault="000E2638">
      <w:pPr>
        <w:jc w:val="center"/>
      </w:pPr>
      <w:r>
        <w:t xml:space="preserve"> Student ID: 2128085</w:t>
      </w:r>
    </w:p>
    <w:p w14:paraId="20F5F4B8" w14:textId="77777777" w:rsidR="00DF2E7E" w:rsidRDefault="005246C0">
      <w:pPr>
        <w:jc w:val="center"/>
      </w:pPr>
      <w:r>
        <w:t>Supervisor: Dr Mohamed Ben Farah</w:t>
      </w:r>
    </w:p>
    <w:p w14:paraId="16B9FB55" w14:textId="1A4CDC9A" w:rsidR="00DF2E7E" w:rsidRDefault="005246C0">
      <w:pPr>
        <w:jc w:val="center"/>
      </w:pPr>
      <w:r>
        <w:t>Subject Specialist:</w:t>
      </w:r>
    </w:p>
    <w:p w14:paraId="77EBA01A" w14:textId="77777777" w:rsidR="00DF2E7E" w:rsidRDefault="005246C0">
      <w:pPr>
        <w:jc w:val="center"/>
      </w:pPr>
      <w:r>
        <w:t>Submission Date: 27 May 2026</w:t>
      </w:r>
    </w:p>
    <w:p w14:paraId="2569F670" w14:textId="77777777" w:rsidR="00DF2E7E" w:rsidRDefault="005246C0">
      <w:pPr>
        <w:jc w:val="center"/>
      </w:pPr>
      <w:r>
        <w:t>Prepared for: Independent Project proposal submission and interim viva preparation</w:t>
      </w:r>
    </w:p>
    <w:sdt>
      <w:sdtPr>
        <w:rPr>
          <w:rFonts w:ascii="Arial" w:eastAsiaTheme="minorEastAsia" w:hAnsi="Arial" w:cstheme="minorBidi"/>
          <w:b w:val="0"/>
          <w:bCs w:val="0"/>
          <w:color w:val="auto"/>
          <w:sz w:val="21"/>
          <w:szCs w:val="22"/>
        </w:rPr>
        <w:id w:val="-1312713053"/>
        <w:docPartObj>
          <w:docPartGallery w:val="Table of Contents"/>
          <w:docPartUnique/>
        </w:docPartObj>
      </w:sdtPr>
      <w:sdtEndPr>
        <w:rPr>
          <w:noProof/>
        </w:rPr>
      </w:sdtEndPr>
      <w:sdtContent>
        <w:p w14:paraId="3C3EF62D" w14:textId="32B80693" w:rsidR="0020555B" w:rsidRDefault="0020555B">
          <w:pPr>
            <w:pStyle w:val="TOCHeading"/>
          </w:pPr>
          <w:r>
            <w:t>Contents</w:t>
          </w:r>
        </w:p>
        <w:p w14:paraId="6ADEA6CD" w14:textId="22FF9103"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0915613" w:history="1">
            <w:r w:rsidRPr="006D44AC">
              <w:rPr>
                <w:rStyle w:val="Hyperlink"/>
                <w:noProof/>
              </w:rPr>
              <w:drawing>
                <wp:inline distT="0" distB="0" distL="0" distR="0" wp14:anchorId="40A21BEF" wp14:editId="2616661C">
                  <wp:extent cx="4956048" cy="1024128"/>
                  <wp:effectExtent l="0" t="0" r="0" b="5080"/>
                  <wp:docPr id="3837674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675106" name="Picture 1541675106"/>
                          <pic:cNvPicPr/>
                        </pic:nvPicPr>
                        <pic:blipFill>
                          <a:blip r:embed="rId6"/>
                          <a:stretch>
                            <a:fillRect/>
                          </a:stretch>
                        </pic:blipFill>
                        <pic:spPr>
                          <a:xfrm>
                            <a:off x="0" y="0"/>
                            <a:ext cx="4956048" cy="1024128"/>
                          </a:xfrm>
                          <a:prstGeom prst="rect">
                            <a:avLst/>
                          </a:prstGeom>
                        </pic:spPr>
                      </pic:pic>
                    </a:graphicData>
                  </a:graphic>
                </wp:inline>
              </w:drawing>
            </w:r>
            <w:r>
              <w:rPr>
                <w:noProof/>
                <w:webHidden/>
              </w:rPr>
              <w:tab/>
            </w:r>
            <w:r>
              <w:rPr>
                <w:noProof/>
                <w:webHidden/>
              </w:rPr>
              <w:fldChar w:fldCharType="begin"/>
            </w:r>
            <w:r>
              <w:rPr>
                <w:noProof/>
                <w:webHidden/>
              </w:rPr>
              <w:instrText xml:space="preserve"> PAGEREF _Toc230915613 \h </w:instrText>
            </w:r>
            <w:r>
              <w:rPr>
                <w:noProof/>
                <w:webHidden/>
              </w:rPr>
            </w:r>
            <w:r>
              <w:rPr>
                <w:noProof/>
                <w:webHidden/>
              </w:rPr>
              <w:fldChar w:fldCharType="separate"/>
            </w:r>
            <w:r>
              <w:rPr>
                <w:noProof/>
                <w:webHidden/>
              </w:rPr>
              <w:t>1</w:t>
            </w:r>
            <w:r>
              <w:rPr>
                <w:noProof/>
                <w:webHidden/>
              </w:rPr>
              <w:fldChar w:fldCharType="end"/>
            </w:r>
          </w:hyperlink>
        </w:p>
        <w:p w14:paraId="7AB1FA29" w14:textId="3DF7C8AC"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14" w:history="1">
            <w:r w:rsidRPr="006D44AC">
              <w:rPr>
                <w:rStyle w:val="Hyperlink"/>
                <w:noProof/>
              </w:rPr>
              <w:drawing>
                <wp:inline distT="0" distB="0" distL="0" distR="0" wp14:anchorId="4458022F" wp14:editId="7F589FE2">
                  <wp:extent cx="1310640" cy="813500"/>
                  <wp:effectExtent l="0" t="0" r="3810" b="5715"/>
                  <wp:docPr id="1581887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26382" name="Picture 2068826382"/>
                          <pic:cNvPicPr/>
                        </pic:nvPicPr>
                        <pic:blipFill>
                          <a:blip r:embed="rId7"/>
                          <a:stretch>
                            <a:fillRect/>
                          </a:stretch>
                        </pic:blipFill>
                        <pic:spPr>
                          <a:xfrm>
                            <a:off x="0" y="0"/>
                            <a:ext cx="1334420" cy="828260"/>
                          </a:xfrm>
                          <a:prstGeom prst="rect">
                            <a:avLst/>
                          </a:prstGeom>
                        </pic:spPr>
                      </pic:pic>
                    </a:graphicData>
                  </a:graphic>
                </wp:inline>
              </w:drawing>
            </w:r>
            <w:r>
              <w:rPr>
                <w:noProof/>
                <w:webHidden/>
              </w:rPr>
              <w:tab/>
            </w:r>
            <w:r>
              <w:rPr>
                <w:noProof/>
                <w:webHidden/>
              </w:rPr>
              <w:fldChar w:fldCharType="begin"/>
            </w:r>
            <w:r>
              <w:rPr>
                <w:noProof/>
                <w:webHidden/>
              </w:rPr>
              <w:instrText xml:space="preserve"> PAGEREF _Toc230915614 \h </w:instrText>
            </w:r>
            <w:r>
              <w:rPr>
                <w:noProof/>
                <w:webHidden/>
              </w:rPr>
            </w:r>
            <w:r>
              <w:rPr>
                <w:noProof/>
                <w:webHidden/>
              </w:rPr>
              <w:fldChar w:fldCharType="separate"/>
            </w:r>
            <w:r>
              <w:rPr>
                <w:noProof/>
                <w:webHidden/>
              </w:rPr>
              <w:t>1</w:t>
            </w:r>
            <w:r>
              <w:rPr>
                <w:noProof/>
                <w:webHidden/>
              </w:rPr>
              <w:fldChar w:fldCharType="end"/>
            </w:r>
          </w:hyperlink>
        </w:p>
        <w:p w14:paraId="18D6E21F" w14:textId="7F6F0857"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15" w:history="1">
            <w:r w:rsidRPr="006D44AC">
              <w:rPr>
                <w:rStyle w:val="Hyperlink"/>
                <w:noProof/>
              </w:rPr>
              <w:t>ACCA6020 Independent Project - Proposal</w:t>
            </w:r>
            <w:r>
              <w:rPr>
                <w:noProof/>
                <w:webHidden/>
              </w:rPr>
              <w:tab/>
            </w:r>
            <w:r>
              <w:rPr>
                <w:noProof/>
                <w:webHidden/>
              </w:rPr>
              <w:fldChar w:fldCharType="begin"/>
            </w:r>
            <w:r>
              <w:rPr>
                <w:noProof/>
                <w:webHidden/>
              </w:rPr>
              <w:instrText xml:space="preserve"> PAGEREF _Toc230915615 \h </w:instrText>
            </w:r>
            <w:r>
              <w:rPr>
                <w:noProof/>
                <w:webHidden/>
              </w:rPr>
            </w:r>
            <w:r>
              <w:rPr>
                <w:noProof/>
                <w:webHidden/>
              </w:rPr>
              <w:fldChar w:fldCharType="separate"/>
            </w:r>
            <w:r>
              <w:rPr>
                <w:noProof/>
                <w:webHidden/>
              </w:rPr>
              <w:t>1</w:t>
            </w:r>
            <w:r>
              <w:rPr>
                <w:noProof/>
                <w:webHidden/>
              </w:rPr>
              <w:fldChar w:fldCharType="end"/>
            </w:r>
          </w:hyperlink>
        </w:p>
        <w:p w14:paraId="06AD700B" w14:textId="52008D71"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16" w:history="1">
            <w:r w:rsidRPr="006D44AC">
              <w:rPr>
                <w:rStyle w:val="Hyperlink"/>
                <w:noProof/>
              </w:rPr>
              <w:t>Design and Evaluation of an AI-Powered Digital Service Platform for Multi-Service Business, Property Maintenance and Smart Safety Workflows.</w:t>
            </w:r>
            <w:r>
              <w:rPr>
                <w:noProof/>
                <w:webHidden/>
              </w:rPr>
              <w:tab/>
            </w:r>
            <w:r>
              <w:rPr>
                <w:noProof/>
                <w:webHidden/>
              </w:rPr>
              <w:fldChar w:fldCharType="begin"/>
            </w:r>
            <w:r>
              <w:rPr>
                <w:noProof/>
                <w:webHidden/>
              </w:rPr>
              <w:instrText xml:space="preserve"> PAGEREF _Toc230915616 \h </w:instrText>
            </w:r>
            <w:r>
              <w:rPr>
                <w:noProof/>
                <w:webHidden/>
              </w:rPr>
            </w:r>
            <w:r>
              <w:rPr>
                <w:noProof/>
                <w:webHidden/>
              </w:rPr>
              <w:fldChar w:fldCharType="separate"/>
            </w:r>
            <w:r>
              <w:rPr>
                <w:noProof/>
                <w:webHidden/>
              </w:rPr>
              <w:t>1</w:t>
            </w:r>
            <w:r>
              <w:rPr>
                <w:noProof/>
                <w:webHidden/>
              </w:rPr>
              <w:fldChar w:fldCharType="end"/>
            </w:r>
          </w:hyperlink>
        </w:p>
        <w:p w14:paraId="46B012FD" w14:textId="60F899D0"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17" w:history="1">
            <w:r w:rsidRPr="006D44AC">
              <w:rPr>
                <w:rStyle w:val="Hyperlink"/>
                <w:noProof/>
              </w:rPr>
              <w:t>1. Introduction</w:t>
            </w:r>
            <w:r>
              <w:rPr>
                <w:noProof/>
                <w:webHidden/>
              </w:rPr>
              <w:tab/>
            </w:r>
            <w:r>
              <w:rPr>
                <w:noProof/>
                <w:webHidden/>
              </w:rPr>
              <w:fldChar w:fldCharType="begin"/>
            </w:r>
            <w:r>
              <w:rPr>
                <w:noProof/>
                <w:webHidden/>
              </w:rPr>
              <w:instrText xml:space="preserve"> PAGEREF _Toc230915617 \h </w:instrText>
            </w:r>
            <w:r>
              <w:rPr>
                <w:noProof/>
                <w:webHidden/>
              </w:rPr>
            </w:r>
            <w:r>
              <w:rPr>
                <w:noProof/>
                <w:webHidden/>
              </w:rPr>
              <w:fldChar w:fldCharType="separate"/>
            </w:r>
            <w:r>
              <w:rPr>
                <w:noProof/>
                <w:webHidden/>
              </w:rPr>
              <w:t>3</w:t>
            </w:r>
            <w:r>
              <w:rPr>
                <w:noProof/>
                <w:webHidden/>
              </w:rPr>
              <w:fldChar w:fldCharType="end"/>
            </w:r>
          </w:hyperlink>
        </w:p>
        <w:p w14:paraId="6BD54834" w14:textId="59DA069A"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18" w:history="1">
            <w:r w:rsidRPr="006D44AC">
              <w:rPr>
                <w:rStyle w:val="Hyperlink"/>
                <w:noProof/>
              </w:rPr>
              <w:t>1.1 Background and rationale</w:t>
            </w:r>
            <w:r>
              <w:rPr>
                <w:noProof/>
                <w:webHidden/>
              </w:rPr>
              <w:tab/>
            </w:r>
            <w:r>
              <w:rPr>
                <w:noProof/>
                <w:webHidden/>
              </w:rPr>
              <w:fldChar w:fldCharType="begin"/>
            </w:r>
            <w:r>
              <w:rPr>
                <w:noProof/>
                <w:webHidden/>
              </w:rPr>
              <w:instrText xml:space="preserve"> PAGEREF _Toc230915618 \h </w:instrText>
            </w:r>
            <w:r>
              <w:rPr>
                <w:noProof/>
                <w:webHidden/>
              </w:rPr>
            </w:r>
            <w:r>
              <w:rPr>
                <w:noProof/>
                <w:webHidden/>
              </w:rPr>
              <w:fldChar w:fldCharType="separate"/>
            </w:r>
            <w:r>
              <w:rPr>
                <w:noProof/>
                <w:webHidden/>
              </w:rPr>
              <w:t>3</w:t>
            </w:r>
            <w:r>
              <w:rPr>
                <w:noProof/>
                <w:webHidden/>
              </w:rPr>
              <w:fldChar w:fldCharType="end"/>
            </w:r>
          </w:hyperlink>
        </w:p>
        <w:p w14:paraId="703FD9FD" w14:textId="49367D5D"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19" w:history="1">
            <w:r w:rsidRPr="006D44AC">
              <w:rPr>
                <w:rStyle w:val="Hyperlink"/>
                <w:noProof/>
              </w:rPr>
              <w:t>1.2 Problem statement</w:t>
            </w:r>
            <w:r>
              <w:rPr>
                <w:noProof/>
                <w:webHidden/>
              </w:rPr>
              <w:tab/>
            </w:r>
            <w:r>
              <w:rPr>
                <w:noProof/>
                <w:webHidden/>
              </w:rPr>
              <w:fldChar w:fldCharType="begin"/>
            </w:r>
            <w:r>
              <w:rPr>
                <w:noProof/>
                <w:webHidden/>
              </w:rPr>
              <w:instrText xml:space="preserve"> PAGEREF _Toc230915619 \h </w:instrText>
            </w:r>
            <w:r>
              <w:rPr>
                <w:noProof/>
                <w:webHidden/>
              </w:rPr>
            </w:r>
            <w:r>
              <w:rPr>
                <w:noProof/>
                <w:webHidden/>
              </w:rPr>
              <w:fldChar w:fldCharType="separate"/>
            </w:r>
            <w:r>
              <w:rPr>
                <w:noProof/>
                <w:webHidden/>
              </w:rPr>
              <w:t>6</w:t>
            </w:r>
            <w:r>
              <w:rPr>
                <w:noProof/>
                <w:webHidden/>
              </w:rPr>
              <w:fldChar w:fldCharType="end"/>
            </w:r>
          </w:hyperlink>
        </w:p>
        <w:p w14:paraId="5C9ABCB7" w14:textId="6717722C"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0" w:history="1">
            <w:r w:rsidRPr="006D44AC">
              <w:rPr>
                <w:rStyle w:val="Hyperlink"/>
                <w:noProof/>
              </w:rPr>
              <w:t>1.3 Aim</w:t>
            </w:r>
            <w:r>
              <w:rPr>
                <w:noProof/>
                <w:webHidden/>
              </w:rPr>
              <w:tab/>
            </w:r>
            <w:r>
              <w:rPr>
                <w:noProof/>
                <w:webHidden/>
              </w:rPr>
              <w:fldChar w:fldCharType="begin"/>
            </w:r>
            <w:r>
              <w:rPr>
                <w:noProof/>
                <w:webHidden/>
              </w:rPr>
              <w:instrText xml:space="preserve"> PAGEREF _Toc230915620 \h </w:instrText>
            </w:r>
            <w:r>
              <w:rPr>
                <w:noProof/>
                <w:webHidden/>
              </w:rPr>
            </w:r>
            <w:r>
              <w:rPr>
                <w:noProof/>
                <w:webHidden/>
              </w:rPr>
              <w:fldChar w:fldCharType="separate"/>
            </w:r>
            <w:r>
              <w:rPr>
                <w:noProof/>
                <w:webHidden/>
              </w:rPr>
              <w:t>8</w:t>
            </w:r>
            <w:r>
              <w:rPr>
                <w:noProof/>
                <w:webHidden/>
              </w:rPr>
              <w:fldChar w:fldCharType="end"/>
            </w:r>
          </w:hyperlink>
        </w:p>
        <w:p w14:paraId="3746916C" w14:textId="2837FE68"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1" w:history="1">
            <w:r w:rsidRPr="006D44AC">
              <w:rPr>
                <w:rStyle w:val="Hyperlink"/>
                <w:noProof/>
              </w:rPr>
              <w:t>1.4 Objectives</w:t>
            </w:r>
            <w:r>
              <w:rPr>
                <w:noProof/>
                <w:webHidden/>
              </w:rPr>
              <w:tab/>
            </w:r>
            <w:r>
              <w:rPr>
                <w:noProof/>
                <w:webHidden/>
              </w:rPr>
              <w:fldChar w:fldCharType="begin"/>
            </w:r>
            <w:r>
              <w:rPr>
                <w:noProof/>
                <w:webHidden/>
              </w:rPr>
              <w:instrText xml:space="preserve"> PAGEREF _Toc230915621 \h </w:instrText>
            </w:r>
            <w:r>
              <w:rPr>
                <w:noProof/>
                <w:webHidden/>
              </w:rPr>
            </w:r>
            <w:r>
              <w:rPr>
                <w:noProof/>
                <w:webHidden/>
              </w:rPr>
              <w:fldChar w:fldCharType="separate"/>
            </w:r>
            <w:r>
              <w:rPr>
                <w:noProof/>
                <w:webHidden/>
              </w:rPr>
              <w:t>10</w:t>
            </w:r>
            <w:r>
              <w:rPr>
                <w:noProof/>
                <w:webHidden/>
              </w:rPr>
              <w:fldChar w:fldCharType="end"/>
            </w:r>
          </w:hyperlink>
        </w:p>
        <w:p w14:paraId="2945A704" w14:textId="140BA483"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2" w:history="1">
            <w:r w:rsidRPr="006D44AC">
              <w:rPr>
                <w:rStyle w:val="Hyperlink"/>
                <w:noProof/>
              </w:rPr>
              <w:t>1.5 Research questions</w:t>
            </w:r>
            <w:r>
              <w:rPr>
                <w:noProof/>
                <w:webHidden/>
              </w:rPr>
              <w:tab/>
            </w:r>
            <w:r>
              <w:rPr>
                <w:noProof/>
                <w:webHidden/>
              </w:rPr>
              <w:fldChar w:fldCharType="begin"/>
            </w:r>
            <w:r>
              <w:rPr>
                <w:noProof/>
                <w:webHidden/>
              </w:rPr>
              <w:instrText xml:space="preserve"> PAGEREF _Toc230915622 \h </w:instrText>
            </w:r>
            <w:r>
              <w:rPr>
                <w:noProof/>
                <w:webHidden/>
              </w:rPr>
            </w:r>
            <w:r>
              <w:rPr>
                <w:noProof/>
                <w:webHidden/>
              </w:rPr>
              <w:fldChar w:fldCharType="separate"/>
            </w:r>
            <w:r>
              <w:rPr>
                <w:noProof/>
                <w:webHidden/>
              </w:rPr>
              <w:t>12</w:t>
            </w:r>
            <w:r>
              <w:rPr>
                <w:noProof/>
                <w:webHidden/>
              </w:rPr>
              <w:fldChar w:fldCharType="end"/>
            </w:r>
          </w:hyperlink>
        </w:p>
        <w:p w14:paraId="70250291" w14:textId="76CE9E60"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3" w:history="1">
            <w:r w:rsidRPr="006D44AC">
              <w:rPr>
                <w:rStyle w:val="Hyperlink"/>
                <w:noProof/>
              </w:rPr>
              <w:t>1.6 Expected outcomes and deliverables</w:t>
            </w:r>
            <w:r>
              <w:rPr>
                <w:noProof/>
                <w:webHidden/>
              </w:rPr>
              <w:tab/>
            </w:r>
            <w:r>
              <w:rPr>
                <w:noProof/>
                <w:webHidden/>
              </w:rPr>
              <w:fldChar w:fldCharType="begin"/>
            </w:r>
            <w:r>
              <w:rPr>
                <w:noProof/>
                <w:webHidden/>
              </w:rPr>
              <w:instrText xml:space="preserve"> PAGEREF _Toc230915623 \h </w:instrText>
            </w:r>
            <w:r>
              <w:rPr>
                <w:noProof/>
                <w:webHidden/>
              </w:rPr>
            </w:r>
            <w:r>
              <w:rPr>
                <w:noProof/>
                <w:webHidden/>
              </w:rPr>
              <w:fldChar w:fldCharType="separate"/>
            </w:r>
            <w:r>
              <w:rPr>
                <w:noProof/>
                <w:webHidden/>
              </w:rPr>
              <w:t>12</w:t>
            </w:r>
            <w:r>
              <w:rPr>
                <w:noProof/>
                <w:webHidden/>
              </w:rPr>
              <w:fldChar w:fldCharType="end"/>
            </w:r>
          </w:hyperlink>
        </w:p>
        <w:p w14:paraId="56E064C4" w14:textId="37D46A30"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4" w:history="1">
            <w:r w:rsidRPr="006D44AC">
              <w:rPr>
                <w:rStyle w:val="Hyperlink"/>
                <w:noProof/>
              </w:rPr>
              <w:t>1.7 Methodology summary</w:t>
            </w:r>
            <w:r>
              <w:rPr>
                <w:noProof/>
                <w:webHidden/>
              </w:rPr>
              <w:tab/>
            </w:r>
            <w:r>
              <w:rPr>
                <w:noProof/>
                <w:webHidden/>
              </w:rPr>
              <w:fldChar w:fldCharType="begin"/>
            </w:r>
            <w:r>
              <w:rPr>
                <w:noProof/>
                <w:webHidden/>
              </w:rPr>
              <w:instrText xml:space="preserve"> PAGEREF _Toc230915624 \h </w:instrText>
            </w:r>
            <w:r>
              <w:rPr>
                <w:noProof/>
                <w:webHidden/>
              </w:rPr>
            </w:r>
            <w:r>
              <w:rPr>
                <w:noProof/>
                <w:webHidden/>
              </w:rPr>
              <w:fldChar w:fldCharType="separate"/>
            </w:r>
            <w:r>
              <w:rPr>
                <w:noProof/>
                <w:webHidden/>
              </w:rPr>
              <w:t>13</w:t>
            </w:r>
            <w:r>
              <w:rPr>
                <w:noProof/>
                <w:webHidden/>
              </w:rPr>
              <w:fldChar w:fldCharType="end"/>
            </w:r>
          </w:hyperlink>
        </w:p>
        <w:p w14:paraId="7986A936" w14:textId="28A3331F"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25" w:history="1">
            <w:r w:rsidRPr="006D44AC">
              <w:rPr>
                <w:rStyle w:val="Hyperlink"/>
                <w:noProof/>
              </w:rPr>
              <w:t>2. Project Design</w:t>
            </w:r>
            <w:r>
              <w:rPr>
                <w:noProof/>
                <w:webHidden/>
              </w:rPr>
              <w:tab/>
            </w:r>
            <w:r>
              <w:rPr>
                <w:noProof/>
                <w:webHidden/>
              </w:rPr>
              <w:fldChar w:fldCharType="begin"/>
            </w:r>
            <w:r>
              <w:rPr>
                <w:noProof/>
                <w:webHidden/>
              </w:rPr>
              <w:instrText xml:space="preserve"> PAGEREF _Toc230915625 \h </w:instrText>
            </w:r>
            <w:r>
              <w:rPr>
                <w:noProof/>
                <w:webHidden/>
              </w:rPr>
            </w:r>
            <w:r>
              <w:rPr>
                <w:noProof/>
                <w:webHidden/>
              </w:rPr>
              <w:fldChar w:fldCharType="separate"/>
            </w:r>
            <w:r>
              <w:rPr>
                <w:noProof/>
                <w:webHidden/>
              </w:rPr>
              <w:t>14</w:t>
            </w:r>
            <w:r>
              <w:rPr>
                <w:noProof/>
                <w:webHidden/>
              </w:rPr>
              <w:fldChar w:fldCharType="end"/>
            </w:r>
          </w:hyperlink>
        </w:p>
        <w:p w14:paraId="3E16800B" w14:textId="7A40EE6D"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26" w:history="1">
            <w:r w:rsidRPr="006D44AC">
              <w:rPr>
                <w:rStyle w:val="Hyperlink"/>
                <w:noProof/>
              </w:rPr>
              <w:t>2.1 Project approach</w:t>
            </w:r>
            <w:r>
              <w:rPr>
                <w:noProof/>
                <w:webHidden/>
              </w:rPr>
              <w:tab/>
            </w:r>
            <w:r>
              <w:rPr>
                <w:noProof/>
                <w:webHidden/>
              </w:rPr>
              <w:fldChar w:fldCharType="begin"/>
            </w:r>
            <w:r>
              <w:rPr>
                <w:noProof/>
                <w:webHidden/>
              </w:rPr>
              <w:instrText xml:space="preserve"> PAGEREF _Toc230915626 \h </w:instrText>
            </w:r>
            <w:r>
              <w:rPr>
                <w:noProof/>
                <w:webHidden/>
              </w:rPr>
            </w:r>
            <w:r>
              <w:rPr>
                <w:noProof/>
                <w:webHidden/>
              </w:rPr>
              <w:fldChar w:fldCharType="separate"/>
            </w:r>
            <w:r>
              <w:rPr>
                <w:noProof/>
                <w:webHidden/>
              </w:rPr>
              <w:t>16</w:t>
            </w:r>
            <w:r>
              <w:rPr>
                <w:noProof/>
                <w:webHidden/>
              </w:rPr>
              <w:fldChar w:fldCharType="end"/>
            </w:r>
          </w:hyperlink>
        </w:p>
        <w:p w14:paraId="003AF08E" w14:textId="4C8A1B95"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27" w:history="1">
            <w:r w:rsidRPr="006D44AC">
              <w:rPr>
                <w:rStyle w:val="Hyperlink"/>
                <w:noProof/>
              </w:rPr>
              <w:t>2.2 Platform scope</w:t>
            </w:r>
            <w:r>
              <w:rPr>
                <w:noProof/>
                <w:webHidden/>
              </w:rPr>
              <w:tab/>
            </w:r>
            <w:r>
              <w:rPr>
                <w:noProof/>
                <w:webHidden/>
              </w:rPr>
              <w:fldChar w:fldCharType="begin"/>
            </w:r>
            <w:r>
              <w:rPr>
                <w:noProof/>
                <w:webHidden/>
              </w:rPr>
              <w:instrText xml:space="preserve"> PAGEREF _Toc230915627 \h </w:instrText>
            </w:r>
            <w:r>
              <w:rPr>
                <w:noProof/>
                <w:webHidden/>
              </w:rPr>
            </w:r>
            <w:r>
              <w:rPr>
                <w:noProof/>
                <w:webHidden/>
              </w:rPr>
              <w:fldChar w:fldCharType="separate"/>
            </w:r>
            <w:r>
              <w:rPr>
                <w:noProof/>
                <w:webHidden/>
              </w:rPr>
              <w:t>18</w:t>
            </w:r>
            <w:r>
              <w:rPr>
                <w:noProof/>
                <w:webHidden/>
              </w:rPr>
              <w:fldChar w:fldCharType="end"/>
            </w:r>
          </w:hyperlink>
        </w:p>
        <w:p w14:paraId="702B20CB" w14:textId="65754BB3"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28" w:history="1">
            <w:r w:rsidRPr="006D44AC">
              <w:rPr>
                <w:rStyle w:val="Hyperlink"/>
                <w:noProof/>
              </w:rPr>
              <w:t>2.3 Data collection methods</w:t>
            </w:r>
            <w:r>
              <w:rPr>
                <w:noProof/>
                <w:webHidden/>
              </w:rPr>
              <w:tab/>
            </w:r>
            <w:r>
              <w:rPr>
                <w:noProof/>
                <w:webHidden/>
              </w:rPr>
              <w:fldChar w:fldCharType="begin"/>
            </w:r>
            <w:r>
              <w:rPr>
                <w:noProof/>
                <w:webHidden/>
              </w:rPr>
              <w:instrText xml:space="preserve"> PAGEREF _Toc230915628 \h </w:instrText>
            </w:r>
            <w:r>
              <w:rPr>
                <w:noProof/>
                <w:webHidden/>
              </w:rPr>
            </w:r>
            <w:r>
              <w:rPr>
                <w:noProof/>
                <w:webHidden/>
              </w:rPr>
              <w:fldChar w:fldCharType="separate"/>
            </w:r>
            <w:r>
              <w:rPr>
                <w:noProof/>
                <w:webHidden/>
              </w:rPr>
              <w:t>18</w:t>
            </w:r>
            <w:r>
              <w:rPr>
                <w:noProof/>
                <w:webHidden/>
              </w:rPr>
              <w:fldChar w:fldCharType="end"/>
            </w:r>
          </w:hyperlink>
        </w:p>
        <w:p w14:paraId="41960834" w14:textId="167BE872"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29" w:history="1">
            <w:r w:rsidRPr="006D44AC">
              <w:rPr>
                <w:rStyle w:val="Hyperlink"/>
                <w:noProof/>
              </w:rPr>
              <w:t>2.4 Tools and techniques</w:t>
            </w:r>
            <w:r>
              <w:rPr>
                <w:noProof/>
                <w:webHidden/>
              </w:rPr>
              <w:tab/>
            </w:r>
            <w:r>
              <w:rPr>
                <w:noProof/>
                <w:webHidden/>
              </w:rPr>
              <w:fldChar w:fldCharType="begin"/>
            </w:r>
            <w:r>
              <w:rPr>
                <w:noProof/>
                <w:webHidden/>
              </w:rPr>
              <w:instrText xml:space="preserve"> PAGEREF _Toc230915629 \h </w:instrText>
            </w:r>
            <w:r>
              <w:rPr>
                <w:noProof/>
                <w:webHidden/>
              </w:rPr>
            </w:r>
            <w:r>
              <w:rPr>
                <w:noProof/>
                <w:webHidden/>
              </w:rPr>
              <w:fldChar w:fldCharType="separate"/>
            </w:r>
            <w:r>
              <w:rPr>
                <w:noProof/>
                <w:webHidden/>
              </w:rPr>
              <w:t>20</w:t>
            </w:r>
            <w:r>
              <w:rPr>
                <w:noProof/>
                <w:webHidden/>
              </w:rPr>
              <w:fldChar w:fldCharType="end"/>
            </w:r>
          </w:hyperlink>
        </w:p>
        <w:p w14:paraId="33C58FE1" w14:textId="1E5AFD4C"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0" w:history="1">
            <w:r w:rsidRPr="006D44AC">
              <w:rPr>
                <w:rStyle w:val="Hyperlink"/>
                <w:noProof/>
              </w:rPr>
              <w:t>2.5 Proposed prototype features</w:t>
            </w:r>
            <w:r>
              <w:rPr>
                <w:noProof/>
                <w:webHidden/>
              </w:rPr>
              <w:tab/>
            </w:r>
            <w:r>
              <w:rPr>
                <w:noProof/>
                <w:webHidden/>
              </w:rPr>
              <w:fldChar w:fldCharType="begin"/>
            </w:r>
            <w:r>
              <w:rPr>
                <w:noProof/>
                <w:webHidden/>
              </w:rPr>
              <w:instrText xml:space="preserve"> PAGEREF _Toc230915630 \h </w:instrText>
            </w:r>
            <w:r>
              <w:rPr>
                <w:noProof/>
                <w:webHidden/>
              </w:rPr>
            </w:r>
            <w:r>
              <w:rPr>
                <w:noProof/>
                <w:webHidden/>
              </w:rPr>
              <w:fldChar w:fldCharType="separate"/>
            </w:r>
            <w:r>
              <w:rPr>
                <w:noProof/>
                <w:webHidden/>
              </w:rPr>
              <w:t>21</w:t>
            </w:r>
            <w:r>
              <w:rPr>
                <w:noProof/>
                <w:webHidden/>
              </w:rPr>
              <w:fldChar w:fldCharType="end"/>
            </w:r>
          </w:hyperlink>
        </w:p>
        <w:p w14:paraId="3D2D6E2D" w14:textId="4FEF0A10"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1" w:history="1">
            <w:r w:rsidRPr="006D44AC">
              <w:rPr>
                <w:rStyle w:val="Hyperlink"/>
                <w:noProof/>
              </w:rPr>
              <w:t>2.6 Data analysis and evaluation</w:t>
            </w:r>
            <w:r>
              <w:rPr>
                <w:noProof/>
                <w:webHidden/>
              </w:rPr>
              <w:tab/>
            </w:r>
            <w:r>
              <w:rPr>
                <w:noProof/>
                <w:webHidden/>
              </w:rPr>
              <w:fldChar w:fldCharType="begin"/>
            </w:r>
            <w:r>
              <w:rPr>
                <w:noProof/>
                <w:webHidden/>
              </w:rPr>
              <w:instrText xml:space="preserve"> PAGEREF _Toc230915631 \h </w:instrText>
            </w:r>
            <w:r>
              <w:rPr>
                <w:noProof/>
                <w:webHidden/>
              </w:rPr>
            </w:r>
            <w:r>
              <w:rPr>
                <w:noProof/>
                <w:webHidden/>
              </w:rPr>
              <w:fldChar w:fldCharType="separate"/>
            </w:r>
            <w:r>
              <w:rPr>
                <w:noProof/>
                <w:webHidden/>
              </w:rPr>
              <w:t>21</w:t>
            </w:r>
            <w:r>
              <w:rPr>
                <w:noProof/>
                <w:webHidden/>
              </w:rPr>
              <w:fldChar w:fldCharType="end"/>
            </w:r>
          </w:hyperlink>
        </w:p>
        <w:p w14:paraId="12E87A1C" w14:textId="66D56CEE"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2" w:history="1">
            <w:r w:rsidRPr="006D44AC">
              <w:rPr>
                <w:rStyle w:val="Hyperlink"/>
                <w:noProof/>
              </w:rPr>
              <w:t>2.7 Ethical, legal and professional issues</w:t>
            </w:r>
            <w:r>
              <w:rPr>
                <w:noProof/>
                <w:webHidden/>
              </w:rPr>
              <w:tab/>
            </w:r>
            <w:r>
              <w:rPr>
                <w:noProof/>
                <w:webHidden/>
              </w:rPr>
              <w:fldChar w:fldCharType="begin"/>
            </w:r>
            <w:r>
              <w:rPr>
                <w:noProof/>
                <w:webHidden/>
              </w:rPr>
              <w:instrText xml:space="preserve"> PAGEREF _Toc230915632 \h </w:instrText>
            </w:r>
            <w:r>
              <w:rPr>
                <w:noProof/>
                <w:webHidden/>
              </w:rPr>
            </w:r>
            <w:r>
              <w:rPr>
                <w:noProof/>
                <w:webHidden/>
              </w:rPr>
              <w:fldChar w:fldCharType="separate"/>
            </w:r>
            <w:r>
              <w:rPr>
                <w:noProof/>
                <w:webHidden/>
              </w:rPr>
              <w:t>21</w:t>
            </w:r>
            <w:r>
              <w:rPr>
                <w:noProof/>
                <w:webHidden/>
              </w:rPr>
              <w:fldChar w:fldCharType="end"/>
            </w:r>
          </w:hyperlink>
        </w:p>
        <w:p w14:paraId="7BA13BC4" w14:textId="1766790B"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3" w:history="1">
            <w:r w:rsidRPr="006D44AC">
              <w:rPr>
                <w:rStyle w:val="Hyperlink"/>
                <w:noProof/>
              </w:rPr>
              <w:t>2.8 Risks, limitations and mitigation</w:t>
            </w:r>
            <w:r>
              <w:rPr>
                <w:noProof/>
                <w:webHidden/>
              </w:rPr>
              <w:tab/>
            </w:r>
            <w:r>
              <w:rPr>
                <w:noProof/>
                <w:webHidden/>
              </w:rPr>
              <w:fldChar w:fldCharType="begin"/>
            </w:r>
            <w:r>
              <w:rPr>
                <w:noProof/>
                <w:webHidden/>
              </w:rPr>
              <w:instrText xml:space="preserve"> PAGEREF _Toc230915633 \h </w:instrText>
            </w:r>
            <w:r>
              <w:rPr>
                <w:noProof/>
                <w:webHidden/>
              </w:rPr>
            </w:r>
            <w:r>
              <w:rPr>
                <w:noProof/>
                <w:webHidden/>
              </w:rPr>
              <w:fldChar w:fldCharType="separate"/>
            </w:r>
            <w:r>
              <w:rPr>
                <w:noProof/>
                <w:webHidden/>
              </w:rPr>
              <w:t>22</w:t>
            </w:r>
            <w:r>
              <w:rPr>
                <w:noProof/>
                <w:webHidden/>
              </w:rPr>
              <w:fldChar w:fldCharType="end"/>
            </w:r>
          </w:hyperlink>
        </w:p>
        <w:p w14:paraId="737EC5DC" w14:textId="62297D87"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4" w:history="1">
            <w:r w:rsidRPr="006D44AC">
              <w:rPr>
                <w:rStyle w:val="Hyperlink"/>
                <w:noProof/>
              </w:rPr>
              <w:t>2.9 Reliability, validity and generalisability</w:t>
            </w:r>
            <w:r>
              <w:rPr>
                <w:noProof/>
                <w:webHidden/>
              </w:rPr>
              <w:tab/>
            </w:r>
            <w:r>
              <w:rPr>
                <w:noProof/>
                <w:webHidden/>
              </w:rPr>
              <w:fldChar w:fldCharType="begin"/>
            </w:r>
            <w:r>
              <w:rPr>
                <w:noProof/>
                <w:webHidden/>
              </w:rPr>
              <w:instrText xml:space="preserve"> PAGEREF _Toc230915634 \h </w:instrText>
            </w:r>
            <w:r>
              <w:rPr>
                <w:noProof/>
                <w:webHidden/>
              </w:rPr>
            </w:r>
            <w:r>
              <w:rPr>
                <w:noProof/>
                <w:webHidden/>
              </w:rPr>
              <w:fldChar w:fldCharType="separate"/>
            </w:r>
            <w:r>
              <w:rPr>
                <w:noProof/>
                <w:webHidden/>
              </w:rPr>
              <w:t>22</w:t>
            </w:r>
            <w:r>
              <w:rPr>
                <w:noProof/>
                <w:webHidden/>
              </w:rPr>
              <w:fldChar w:fldCharType="end"/>
            </w:r>
          </w:hyperlink>
        </w:p>
        <w:p w14:paraId="61798C45" w14:textId="5815211B"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5" w:history="1">
            <w:r w:rsidRPr="006D44AC">
              <w:rPr>
                <w:rStyle w:val="Hyperlink"/>
                <w:noProof/>
              </w:rPr>
              <w:t>3. Resources and Planning</w:t>
            </w:r>
            <w:r>
              <w:rPr>
                <w:noProof/>
                <w:webHidden/>
              </w:rPr>
              <w:tab/>
            </w:r>
            <w:r>
              <w:rPr>
                <w:noProof/>
                <w:webHidden/>
              </w:rPr>
              <w:fldChar w:fldCharType="begin"/>
            </w:r>
            <w:r>
              <w:rPr>
                <w:noProof/>
                <w:webHidden/>
              </w:rPr>
              <w:instrText xml:space="preserve"> PAGEREF _Toc230915635 \h </w:instrText>
            </w:r>
            <w:r>
              <w:rPr>
                <w:noProof/>
                <w:webHidden/>
              </w:rPr>
            </w:r>
            <w:r>
              <w:rPr>
                <w:noProof/>
                <w:webHidden/>
              </w:rPr>
              <w:fldChar w:fldCharType="separate"/>
            </w:r>
            <w:r>
              <w:rPr>
                <w:noProof/>
                <w:webHidden/>
              </w:rPr>
              <w:t>23</w:t>
            </w:r>
            <w:r>
              <w:rPr>
                <w:noProof/>
                <w:webHidden/>
              </w:rPr>
              <w:fldChar w:fldCharType="end"/>
            </w:r>
          </w:hyperlink>
        </w:p>
        <w:p w14:paraId="0F071CF2" w14:textId="552375FD"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36" w:history="1">
            <w:r w:rsidRPr="006D44AC">
              <w:rPr>
                <w:rStyle w:val="Hyperlink"/>
                <w:noProof/>
              </w:rPr>
              <w:t>3.1 Resources required</w:t>
            </w:r>
            <w:r>
              <w:rPr>
                <w:noProof/>
                <w:webHidden/>
              </w:rPr>
              <w:tab/>
            </w:r>
            <w:r>
              <w:rPr>
                <w:noProof/>
                <w:webHidden/>
              </w:rPr>
              <w:fldChar w:fldCharType="begin"/>
            </w:r>
            <w:r>
              <w:rPr>
                <w:noProof/>
                <w:webHidden/>
              </w:rPr>
              <w:instrText xml:space="preserve"> PAGEREF _Toc230915636 \h </w:instrText>
            </w:r>
            <w:r>
              <w:rPr>
                <w:noProof/>
                <w:webHidden/>
              </w:rPr>
            </w:r>
            <w:r>
              <w:rPr>
                <w:noProof/>
                <w:webHidden/>
              </w:rPr>
              <w:fldChar w:fldCharType="separate"/>
            </w:r>
            <w:r>
              <w:rPr>
                <w:noProof/>
                <w:webHidden/>
              </w:rPr>
              <w:t>23</w:t>
            </w:r>
            <w:r>
              <w:rPr>
                <w:noProof/>
                <w:webHidden/>
              </w:rPr>
              <w:fldChar w:fldCharType="end"/>
            </w:r>
          </w:hyperlink>
        </w:p>
        <w:p w14:paraId="1EEE1648" w14:textId="5AF19B50"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37" w:history="1">
            <w:r w:rsidRPr="006D44AC">
              <w:rPr>
                <w:rStyle w:val="Hyperlink"/>
                <w:noProof/>
              </w:rPr>
              <w:t>3.2 Project timeline and milestones</w:t>
            </w:r>
            <w:r>
              <w:rPr>
                <w:noProof/>
                <w:webHidden/>
              </w:rPr>
              <w:tab/>
            </w:r>
            <w:r>
              <w:rPr>
                <w:noProof/>
                <w:webHidden/>
              </w:rPr>
              <w:fldChar w:fldCharType="begin"/>
            </w:r>
            <w:r>
              <w:rPr>
                <w:noProof/>
                <w:webHidden/>
              </w:rPr>
              <w:instrText xml:space="preserve"> PAGEREF _Toc230915637 \h </w:instrText>
            </w:r>
            <w:r>
              <w:rPr>
                <w:noProof/>
                <w:webHidden/>
              </w:rPr>
            </w:r>
            <w:r>
              <w:rPr>
                <w:noProof/>
                <w:webHidden/>
              </w:rPr>
              <w:fldChar w:fldCharType="separate"/>
            </w:r>
            <w:r>
              <w:rPr>
                <w:noProof/>
                <w:webHidden/>
              </w:rPr>
              <w:t>23</w:t>
            </w:r>
            <w:r>
              <w:rPr>
                <w:noProof/>
                <w:webHidden/>
              </w:rPr>
              <w:fldChar w:fldCharType="end"/>
            </w:r>
          </w:hyperlink>
        </w:p>
        <w:p w14:paraId="2ED97BA2" w14:textId="0F431EC8"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38" w:history="1">
            <w:r w:rsidRPr="006D44AC">
              <w:rPr>
                <w:rStyle w:val="Hyperlink"/>
                <w:rFonts w:ascii="Calibri" w:hAnsi="Calibri" w:cs="Calibri"/>
                <w:noProof/>
                <w:lang w:val="en-GB"/>
              </w:rPr>
              <w:t>3.3 Independent project Grantt Chart</w:t>
            </w:r>
            <w:r>
              <w:rPr>
                <w:noProof/>
                <w:webHidden/>
              </w:rPr>
              <w:tab/>
            </w:r>
            <w:r>
              <w:rPr>
                <w:noProof/>
                <w:webHidden/>
              </w:rPr>
              <w:fldChar w:fldCharType="begin"/>
            </w:r>
            <w:r>
              <w:rPr>
                <w:noProof/>
                <w:webHidden/>
              </w:rPr>
              <w:instrText xml:space="preserve"> PAGEREF _Toc230915638 \h </w:instrText>
            </w:r>
            <w:r>
              <w:rPr>
                <w:noProof/>
                <w:webHidden/>
              </w:rPr>
            </w:r>
            <w:r>
              <w:rPr>
                <w:noProof/>
                <w:webHidden/>
              </w:rPr>
              <w:fldChar w:fldCharType="separate"/>
            </w:r>
            <w:r>
              <w:rPr>
                <w:noProof/>
                <w:webHidden/>
              </w:rPr>
              <w:t>24</w:t>
            </w:r>
            <w:r>
              <w:rPr>
                <w:noProof/>
                <w:webHidden/>
              </w:rPr>
              <w:fldChar w:fldCharType="end"/>
            </w:r>
          </w:hyperlink>
        </w:p>
        <w:p w14:paraId="6868C785" w14:textId="3CBBEAF4"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39" w:history="1">
            <w:r w:rsidRPr="006D44AC">
              <w:rPr>
                <w:rStyle w:val="Hyperlink"/>
                <w:noProof/>
              </w:rPr>
              <w:t>4. Literature support summary</w:t>
            </w:r>
            <w:r>
              <w:rPr>
                <w:noProof/>
                <w:webHidden/>
              </w:rPr>
              <w:tab/>
            </w:r>
            <w:r>
              <w:rPr>
                <w:noProof/>
                <w:webHidden/>
              </w:rPr>
              <w:fldChar w:fldCharType="begin"/>
            </w:r>
            <w:r>
              <w:rPr>
                <w:noProof/>
                <w:webHidden/>
              </w:rPr>
              <w:instrText xml:space="preserve"> PAGEREF _Toc230915639 \h </w:instrText>
            </w:r>
            <w:r>
              <w:rPr>
                <w:noProof/>
                <w:webHidden/>
              </w:rPr>
            </w:r>
            <w:r>
              <w:rPr>
                <w:noProof/>
                <w:webHidden/>
              </w:rPr>
              <w:fldChar w:fldCharType="separate"/>
            </w:r>
            <w:r>
              <w:rPr>
                <w:noProof/>
                <w:webHidden/>
              </w:rPr>
              <w:t>24</w:t>
            </w:r>
            <w:r>
              <w:rPr>
                <w:noProof/>
                <w:webHidden/>
              </w:rPr>
              <w:fldChar w:fldCharType="end"/>
            </w:r>
          </w:hyperlink>
        </w:p>
        <w:p w14:paraId="16BB3912" w14:textId="53BF54FC"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40" w:history="1">
            <w:r w:rsidRPr="006D44AC">
              <w:rPr>
                <w:rStyle w:val="Hyperlink"/>
                <w:noProof/>
              </w:rPr>
              <w:t>5. Conclusion</w:t>
            </w:r>
            <w:r>
              <w:rPr>
                <w:noProof/>
                <w:webHidden/>
              </w:rPr>
              <w:tab/>
            </w:r>
            <w:r>
              <w:rPr>
                <w:noProof/>
                <w:webHidden/>
              </w:rPr>
              <w:fldChar w:fldCharType="begin"/>
            </w:r>
            <w:r>
              <w:rPr>
                <w:noProof/>
                <w:webHidden/>
              </w:rPr>
              <w:instrText xml:space="preserve"> PAGEREF _Toc230915640 \h </w:instrText>
            </w:r>
            <w:r>
              <w:rPr>
                <w:noProof/>
                <w:webHidden/>
              </w:rPr>
            </w:r>
            <w:r>
              <w:rPr>
                <w:noProof/>
                <w:webHidden/>
              </w:rPr>
              <w:fldChar w:fldCharType="separate"/>
            </w:r>
            <w:r>
              <w:rPr>
                <w:noProof/>
                <w:webHidden/>
              </w:rPr>
              <w:t>25</w:t>
            </w:r>
            <w:r>
              <w:rPr>
                <w:noProof/>
                <w:webHidden/>
              </w:rPr>
              <w:fldChar w:fldCharType="end"/>
            </w:r>
          </w:hyperlink>
        </w:p>
        <w:p w14:paraId="278935C4" w14:textId="2D434D90"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41" w:history="1">
            <w:r w:rsidRPr="006D44AC">
              <w:rPr>
                <w:rStyle w:val="Hyperlink"/>
                <w:noProof/>
              </w:rPr>
              <w:t>6. References</w:t>
            </w:r>
            <w:r>
              <w:rPr>
                <w:noProof/>
                <w:webHidden/>
              </w:rPr>
              <w:tab/>
            </w:r>
            <w:r>
              <w:rPr>
                <w:noProof/>
                <w:webHidden/>
              </w:rPr>
              <w:fldChar w:fldCharType="begin"/>
            </w:r>
            <w:r>
              <w:rPr>
                <w:noProof/>
                <w:webHidden/>
              </w:rPr>
              <w:instrText xml:space="preserve"> PAGEREF _Toc230915641 \h </w:instrText>
            </w:r>
            <w:r>
              <w:rPr>
                <w:noProof/>
                <w:webHidden/>
              </w:rPr>
            </w:r>
            <w:r>
              <w:rPr>
                <w:noProof/>
                <w:webHidden/>
              </w:rPr>
              <w:fldChar w:fldCharType="separate"/>
            </w:r>
            <w:r>
              <w:rPr>
                <w:noProof/>
                <w:webHidden/>
              </w:rPr>
              <w:t>26</w:t>
            </w:r>
            <w:r>
              <w:rPr>
                <w:noProof/>
                <w:webHidden/>
              </w:rPr>
              <w:fldChar w:fldCharType="end"/>
            </w:r>
          </w:hyperlink>
        </w:p>
        <w:p w14:paraId="55E06BF4" w14:textId="3C297C6A" w:rsidR="0020555B" w:rsidRDefault="0020555B">
          <w:pPr>
            <w:pStyle w:val="TOC1"/>
            <w:tabs>
              <w:tab w:val="right" w:leader="dot" w:pos="13814"/>
            </w:tabs>
            <w:rPr>
              <w:rFonts w:asciiTheme="minorHAnsi" w:hAnsiTheme="minorHAnsi"/>
              <w:noProof/>
              <w:kern w:val="2"/>
              <w:sz w:val="24"/>
              <w:szCs w:val="24"/>
              <w:lang w:val="en-GB" w:eastAsia="en-GB"/>
              <w14:ligatures w14:val="standardContextual"/>
            </w:rPr>
          </w:pPr>
          <w:hyperlink w:anchor="_Toc230915642" w:history="1">
            <w:r w:rsidRPr="006D44AC">
              <w:rPr>
                <w:rStyle w:val="Hyperlink"/>
                <w:noProof/>
              </w:rPr>
              <w:t>Appendix A: Interim Viva Talking Points</w:t>
            </w:r>
            <w:r>
              <w:rPr>
                <w:noProof/>
                <w:webHidden/>
              </w:rPr>
              <w:tab/>
            </w:r>
            <w:r>
              <w:rPr>
                <w:noProof/>
                <w:webHidden/>
              </w:rPr>
              <w:fldChar w:fldCharType="begin"/>
            </w:r>
            <w:r>
              <w:rPr>
                <w:noProof/>
                <w:webHidden/>
              </w:rPr>
              <w:instrText xml:space="preserve"> PAGEREF _Toc230915642 \h </w:instrText>
            </w:r>
            <w:r>
              <w:rPr>
                <w:noProof/>
                <w:webHidden/>
              </w:rPr>
            </w:r>
            <w:r>
              <w:rPr>
                <w:noProof/>
                <w:webHidden/>
              </w:rPr>
              <w:fldChar w:fldCharType="separate"/>
            </w:r>
            <w:r>
              <w:rPr>
                <w:noProof/>
                <w:webHidden/>
              </w:rPr>
              <w:t>27</w:t>
            </w:r>
            <w:r>
              <w:rPr>
                <w:noProof/>
                <w:webHidden/>
              </w:rPr>
              <w:fldChar w:fldCharType="end"/>
            </w:r>
          </w:hyperlink>
        </w:p>
        <w:p w14:paraId="1D9A61FC" w14:textId="18C1D951"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3" w:history="1">
            <w:r w:rsidRPr="006D44AC">
              <w:rPr>
                <w:rStyle w:val="Hyperlink"/>
                <w:noProof/>
              </w:rPr>
              <w:t>A.1 One-sentence project explanation</w:t>
            </w:r>
            <w:r>
              <w:rPr>
                <w:noProof/>
                <w:webHidden/>
              </w:rPr>
              <w:tab/>
            </w:r>
            <w:r>
              <w:rPr>
                <w:noProof/>
                <w:webHidden/>
              </w:rPr>
              <w:fldChar w:fldCharType="begin"/>
            </w:r>
            <w:r>
              <w:rPr>
                <w:noProof/>
                <w:webHidden/>
              </w:rPr>
              <w:instrText xml:space="preserve"> PAGEREF _Toc230915643 \h </w:instrText>
            </w:r>
            <w:r>
              <w:rPr>
                <w:noProof/>
                <w:webHidden/>
              </w:rPr>
            </w:r>
            <w:r>
              <w:rPr>
                <w:noProof/>
                <w:webHidden/>
              </w:rPr>
              <w:fldChar w:fldCharType="separate"/>
            </w:r>
            <w:r>
              <w:rPr>
                <w:noProof/>
                <w:webHidden/>
              </w:rPr>
              <w:t>27</w:t>
            </w:r>
            <w:r>
              <w:rPr>
                <w:noProof/>
                <w:webHidden/>
              </w:rPr>
              <w:fldChar w:fldCharType="end"/>
            </w:r>
          </w:hyperlink>
        </w:p>
        <w:p w14:paraId="46ADBB11" w14:textId="1B891EBE"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4" w:history="1">
            <w:r w:rsidRPr="006D44AC">
              <w:rPr>
                <w:rStyle w:val="Hyperlink"/>
                <w:noProof/>
              </w:rPr>
              <w:t>A.2 Why this project matters</w:t>
            </w:r>
            <w:r>
              <w:rPr>
                <w:noProof/>
                <w:webHidden/>
              </w:rPr>
              <w:tab/>
            </w:r>
            <w:r>
              <w:rPr>
                <w:noProof/>
                <w:webHidden/>
              </w:rPr>
              <w:fldChar w:fldCharType="begin"/>
            </w:r>
            <w:r>
              <w:rPr>
                <w:noProof/>
                <w:webHidden/>
              </w:rPr>
              <w:instrText xml:space="preserve"> PAGEREF _Toc230915644 \h </w:instrText>
            </w:r>
            <w:r>
              <w:rPr>
                <w:noProof/>
                <w:webHidden/>
              </w:rPr>
            </w:r>
            <w:r>
              <w:rPr>
                <w:noProof/>
                <w:webHidden/>
              </w:rPr>
              <w:fldChar w:fldCharType="separate"/>
            </w:r>
            <w:r>
              <w:rPr>
                <w:noProof/>
                <w:webHidden/>
              </w:rPr>
              <w:t>27</w:t>
            </w:r>
            <w:r>
              <w:rPr>
                <w:noProof/>
                <w:webHidden/>
              </w:rPr>
              <w:fldChar w:fldCharType="end"/>
            </w:r>
          </w:hyperlink>
        </w:p>
        <w:p w14:paraId="11EE4FB3" w14:textId="52CFFA22"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5" w:history="1">
            <w:r w:rsidRPr="006D44AC">
              <w:rPr>
                <w:rStyle w:val="Hyperlink"/>
                <w:noProof/>
              </w:rPr>
              <w:t>A.3 What I am building</w:t>
            </w:r>
            <w:r>
              <w:rPr>
                <w:noProof/>
                <w:webHidden/>
              </w:rPr>
              <w:tab/>
            </w:r>
            <w:r>
              <w:rPr>
                <w:noProof/>
                <w:webHidden/>
              </w:rPr>
              <w:fldChar w:fldCharType="begin"/>
            </w:r>
            <w:r>
              <w:rPr>
                <w:noProof/>
                <w:webHidden/>
              </w:rPr>
              <w:instrText xml:space="preserve"> PAGEREF _Toc230915645 \h </w:instrText>
            </w:r>
            <w:r>
              <w:rPr>
                <w:noProof/>
                <w:webHidden/>
              </w:rPr>
            </w:r>
            <w:r>
              <w:rPr>
                <w:noProof/>
                <w:webHidden/>
              </w:rPr>
              <w:fldChar w:fldCharType="separate"/>
            </w:r>
            <w:r>
              <w:rPr>
                <w:noProof/>
                <w:webHidden/>
              </w:rPr>
              <w:t>27</w:t>
            </w:r>
            <w:r>
              <w:rPr>
                <w:noProof/>
                <w:webHidden/>
              </w:rPr>
              <w:fldChar w:fldCharType="end"/>
            </w:r>
          </w:hyperlink>
        </w:p>
        <w:p w14:paraId="7E74354E" w14:textId="353F30FC"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6" w:history="1">
            <w:r w:rsidRPr="006D44AC">
              <w:rPr>
                <w:rStyle w:val="Hyperlink"/>
                <w:noProof/>
              </w:rPr>
              <w:t>A.4 Why it is computing-related</w:t>
            </w:r>
            <w:r>
              <w:rPr>
                <w:noProof/>
                <w:webHidden/>
              </w:rPr>
              <w:tab/>
            </w:r>
            <w:r>
              <w:rPr>
                <w:noProof/>
                <w:webHidden/>
              </w:rPr>
              <w:fldChar w:fldCharType="begin"/>
            </w:r>
            <w:r>
              <w:rPr>
                <w:noProof/>
                <w:webHidden/>
              </w:rPr>
              <w:instrText xml:space="preserve"> PAGEREF _Toc230915646 \h </w:instrText>
            </w:r>
            <w:r>
              <w:rPr>
                <w:noProof/>
                <w:webHidden/>
              </w:rPr>
            </w:r>
            <w:r>
              <w:rPr>
                <w:noProof/>
                <w:webHidden/>
              </w:rPr>
              <w:fldChar w:fldCharType="separate"/>
            </w:r>
            <w:r>
              <w:rPr>
                <w:noProof/>
                <w:webHidden/>
              </w:rPr>
              <w:t>27</w:t>
            </w:r>
            <w:r>
              <w:rPr>
                <w:noProof/>
                <w:webHidden/>
              </w:rPr>
              <w:fldChar w:fldCharType="end"/>
            </w:r>
          </w:hyperlink>
        </w:p>
        <w:p w14:paraId="4B2DE2C7" w14:textId="450D1E4F"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7" w:history="1">
            <w:r w:rsidRPr="006D44AC">
              <w:rPr>
                <w:rStyle w:val="Hyperlink"/>
                <w:noProof/>
              </w:rPr>
              <w:t>A.5 What makes it realistic</w:t>
            </w:r>
            <w:r>
              <w:rPr>
                <w:noProof/>
                <w:webHidden/>
              </w:rPr>
              <w:tab/>
            </w:r>
            <w:r>
              <w:rPr>
                <w:noProof/>
                <w:webHidden/>
              </w:rPr>
              <w:fldChar w:fldCharType="begin"/>
            </w:r>
            <w:r>
              <w:rPr>
                <w:noProof/>
                <w:webHidden/>
              </w:rPr>
              <w:instrText xml:space="preserve"> PAGEREF _Toc230915647 \h </w:instrText>
            </w:r>
            <w:r>
              <w:rPr>
                <w:noProof/>
                <w:webHidden/>
              </w:rPr>
            </w:r>
            <w:r>
              <w:rPr>
                <w:noProof/>
                <w:webHidden/>
              </w:rPr>
              <w:fldChar w:fldCharType="separate"/>
            </w:r>
            <w:r>
              <w:rPr>
                <w:noProof/>
                <w:webHidden/>
              </w:rPr>
              <w:t>27</w:t>
            </w:r>
            <w:r>
              <w:rPr>
                <w:noProof/>
                <w:webHidden/>
              </w:rPr>
              <w:fldChar w:fldCharType="end"/>
            </w:r>
          </w:hyperlink>
        </w:p>
        <w:p w14:paraId="3A61C66F" w14:textId="65FC7A2E"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8" w:history="1">
            <w:r w:rsidRPr="006D44AC">
              <w:rPr>
                <w:rStyle w:val="Hyperlink"/>
                <w:noProof/>
              </w:rPr>
              <w:t>A.6 What makes it ethical</w:t>
            </w:r>
            <w:r>
              <w:rPr>
                <w:noProof/>
                <w:webHidden/>
              </w:rPr>
              <w:tab/>
            </w:r>
            <w:r>
              <w:rPr>
                <w:noProof/>
                <w:webHidden/>
              </w:rPr>
              <w:fldChar w:fldCharType="begin"/>
            </w:r>
            <w:r>
              <w:rPr>
                <w:noProof/>
                <w:webHidden/>
              </w:rPr>
              <w:instrText xml:space="preserve"> PAGEREF _Toc230915648 \h </w:instrText>
            </w:r>
            <w:r>
              <w:rPr>
                <w:noProof/>
                <w:webHidden/>
              </w:rPr>
            </w:r>
            <w:r>
              <w:rPr>
                <w:noProof/>
                <w:webHidden/>
              </w:rPr>
              <w:fldChar w:fldCharType="separate"/>
            </w:r>
            <w:r>
              <w:rPr>
                <w:noProof/>
                <w:webHidden/>
              </w:rPr>
              <w:t>27</w:t>
            </w:r>
            <w:r>
              <w:rPr>
                <w:noProof/>
                <w:webHidden/>
              </w:rPr>
              <w:fldChar w:fldCharType="end"/>
            </w:r>
          </w:hyperlink>
        </w:p>
        <w:p w14:paraId="54065781" w14:textId="6472C1F9"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49" w:history="1">
            <w:r w:rsidRPr="006D44AC">
              <w:rPr>
                <w:rStyle w:val="Hyperlink"/>
                <w:noProof/>
              </w:rPr>
              <w:t>A.7 Likely viva questions and short answers</w:t>
            </w:r>
            <w:r>
              <w:rPr>
                <w:noProof/>
                <w:webHidden/>
              </w:rPr>
              <w:tab/>
            </w:r>
            <w:r>
              <w:rPr>
                <w:noProof/>
                <w:webHidden/>
              </w:rPr>
              <w:fldChar w:fldCharType="begin"/>
            </w:r>
            <w:r>
              <w:rPr>
                <w:noProof/>
                <w:webHidden/>
              </w:rPr>
              <w:instrText xml:space="preserve"> PAGEREF _Toc230915649 \h </w:instrText>
            </w:r>
            <w:r>
              <w:rPr>
                <w:noProof/>
                <w:webHidden/>
              </w:rPr>
            </w:r>
            <w:r>
              <w:rPr>
                <w:noProof/>
                <w:webHidden/>
              </w:rPr>
              <w:fldChar w:fldCharType="separate"/>
            </w:r>
            <w:r>
              <w:rPr>
                <w:noProof/>
                <w:webHidden/>
              </w:rPr>
              <w:t>27</w:t>
            </w:r>
            <w:r>
              <w:rPr>
                <w:noProof/>
                <w:webHidden/>
              </w:rPr>
              <w:fldChar w:fldCharType="end"/>
            </w:r>
          </w:hyperlink>
        </w:p>
        <w:p w14:paraId="1257DF23" w14:textId="047FFC26" w:rsidR="0020555B" w:rsidRDefault="0020555B">
          <w:pPr>
            <w:pStyle w:val="TOC2"/>
            <w:tabs>
              <w:tab w:val="right" w:leader="dot" w:pos="13814"/>
            </w:tabs>
            <w:rPr>
              <w:rFonts w:asciiTheme="minorHAnsi" w:hAnsiTheme="minorHAnsi"/>
              <w:noProof/>
              <w:kern w:val="2"/>
              <w:sz w:val="24"/>
              <w:szCs w:val="24"/>
              <w:lang w:val="en-GB" w:eastAsia="en-GB"/>
              <w14:ligatures w14:val="standardContextual"/>
            </w:rPr>
          </w:pPr>
          <w:hyperlink w:anchor="_Toc230915650" w:history="1">
            <w:r w:rsidRPr="006D44AC">
              <w:rPr>
                <w:rStyle w:val="Hyperlink"/>
                <w:noProof/>
              </w:rPr>
              <w:t>A.8 Final viva summary</w:t>
            </w:r>
            <w:r>
              <w:rPr>
                <w:noProof/>
                <w:webHidden/>
              </w:rPr>
              <w:tab/>
            </w:r>
            <w:r>
              <w:rPr>
                <w:noProof/>
                <w:webHidden/>
              </w:rPr>
              <w:fldChar w:fldCharType="begin"/>
            </w:r>
            <w:r>
              <w:rPr>
                <w:noProof/>
                <w:webHidden/>
              </w:rPr>
              <w:instrText xml:space="preserve"> PAGEREF _Toc230915650 \h </w:instrText>
            </w:r>
            <w:r>
              <w:rPr>
                <w:noProof/>
                <w:webHidden/>
              </w:rPr>
            </w:r>
            <w:r>
              <w:rPr>
                <w:noProof/>
                <w:webHidden/>
              </w:rPr>
              <w:fldChar w:fldCharType="separate"/>
            </w:r>
            <w:r>
              <w:rPr>
                <w:noProof/>
                <w:webHidden/>
              </w:rPr>
              <w:t>28</w:t>
            </w:r>
            <w:r>
              <w:rPr>
                <w:noProof/>
                <w:webHidden/>
              </w:rPr>
              <w:fldChar w:fldCharType="end"/>
            </w:r>
          </w:hyperlink>
        </w:p>
        <w:p w14:paraId="5676F37D" w14:textId="3CF8E00C" w:rsidR="0020555B" w:rsidRDefault="0020555B">
          <w:r>
            <w:rPr>
              <w:b/>
              <w:bCs/>
              <w:noProof/>
            </w:rPr>
            <w:fldChar w:fldCharType="end"/>
          </w:r>
        </w:p>
      </w:sdtContent>
    </w:sdt>
    <w:p w14:paraId="270D0163" w14:textId="3D8F687A" w:rsidR="006C2257" w:rsidRDefault="006C2257">
      <w:pPr>
        <w:pStyle w:val="TableofFigures"/>
        <w:tabs>
          <w:tab w:val="right" w:leader="dot" w:pos="13814"/>
        </w:tabs>
        <w:rPr>
          <w:noProof/>
        </w:rPr>
      </w:pPr>
      <w:r>
        <w:fldChar w:fldCharType="begin"/>
      </w:r>
      <w:r>
        <w:instrText xml:space="preserve"> TOC \h \z \c "Figure" </w:instrText>
      </w:r>
      <w:r>
        <w:fldChar w:fldCharType="separate"/>
      </w:r>
      <w:hyperlink w:anchor="_Toc230915651" w:history="1">
        <w:r w:rsidRPr="008D5C82">
          <w:rPr>
            <w:rStyle w:val="Hyperlink"/>
            <w:noProof/>
          </w:rPr>
          <w:t>Figure 1 AI applications in real estate</w:t>
        </w:r>
        <w:r>
          <w:rPr>
            <w:noProof/>
            <w:webHidden/>
          </w:rPr>
          <w:tab/>
        </w:r>
        <w:r>
          <w:rPr>
            <w:noProof/>
            <w:webHidden/>
          </w:rPr>
          <w:fldChar w:fldCharType="begin"/>
        </w:r>
        <w:r>
          <w:rPr>
            <w:noProof/>
            <w:webHidden/>
          </w:rPr>
          <w:instrText xml:space="preserve"> PAGEREF _Toc230915651 \h </w:instrText>
        </w:r>
        <w:r>
          <w:rPr>
            <w:noProof/>
            <w:webHidden/>
          </w:rPr>
        </w:r>
        <w:r>
          <w:rPr>
            <w:noProof/>
            <w:webHidden/>
          </w:rPr>
          <w:fldChar w:fldCharType="separate"/>
        </w:r>
        <w:r>
          <w:rPr>
            <w:noProof/>
            <w:webHidden/>
          </w:rPr>
          <w:t>7</w:t>
        </w:r>
        <w:r>
          <w:rPr>
            <w:noProof/>
            <w:webHidden/>
          </w:rPr>
          <w:fldChar w:fldCharType="end"/>
        </w:r>
      </w:hyperlink>
    </w:p>
    <w:p w14:paraId="38FAEA1D" w14:textId="62C62D71" w:rsidR="006C2257" w:rsidRDefault="006C2257">
      <w:pPr>
        <w:pStyle w:val="TableofFigures"/>
        <w:tabs>
          <w:tab w:val="right" w:leader="dot" w:pos="13814"/>
        </w:tabs>
        <w:rPr>
          <w:noProof/>
        </w:rPr>
      </w:pPr>
      <w:hyperlink w:anchor="_Toc230915652" w:history="1">
        <w:r w:rsidRPr="008D5C82">
          <w:rPr>
            <w:rStyle w:val="Hyperlink"/>
            <w:noProof/>
          </w:rPr>
          <w:t>Figure 2 Real estate digital transformation framework</w:t>
        </w:r>
        <w:r>
          <w:rPr>
            <w:noProof/>
            <w:webHidden/>
          </w:rPr>
          <w:tab/>
        </w:r>
        <w:r>
          <w:rPr>
            <w:noProof/>
            <w:webHidden/>
          </w:rPr>
          <w:fldChar w:fldCharType="begin"/>
        </w:r>
        <w:r>
          <w:rPr>
            <w:noProof/>
            <w:webHidden/>
          </w:rPr>
          <w:instrText xml:space="preserve"> PAGEREF _Toc230915652 \h </w:instrText>
        </w:r>
        <w:r>
          <w:rPr>
            <w:noProof/>
            <w:webHidden/>
          </w:rPr>
        </w:r>
        <w:r>
          <w:rPr>
            <w:noProof/>
            <w:webHidden/>
          </w:rPr>
          <w:fldChar w:fldCharType="separate"/>
        </w:r>
        <w:r>
          <w:rPr>
            <w:noProof/>
            <w:webHidden/>
          </w:rPr>
          <w:t>10</w:t>
        </w:r>
        <w:r>
          <w:rPr>
            <w:noProof/>
            <w:webHidden/>
          </w:rPr>
          <w:fldChar w:fldCharType="end"/>
        </w:r>
      </w:hyperlink>
    </w:p>
    <w:p w14:paraId="0CF42864" w14:textId="54D2C7D6" w:rsidR="006C2257" w:rsidRDefault="006C2257">
      <w:pPr>
        <w:pStyle w:val="TableofFigures"/>
        <w:tabs>
          <w:tab w:val="right" w:leader="dot" w:pos="13814"/>
        </w:tabs>
        <w:rPr>
          <w:noProof/>
        </w:rPr>
      </w:pPr>
      <w:hyperlink w:anchor="_Toc230915653" w:history="1">
        <w:r w:rsidRPr="008D5C82">
          <w:rPr>
            <w:rStyle w:val="Hyperlink"/>
            <w:noProof/>
          </w:rPr>
          <w:t>Figure 3  Real estate lifecycle framework</w:t>
        </w:r>
        <w:r>
          <w:rPr>
            <w:noProof/>
            <w:webHidden/>
          </w:rPr>
          <w:tab/>
        </w:r>
        <w:r>
          <w:rPr>
            <w:noProof/>
            <w:webHidden/>
          </w:rPr>
          <w:fldChar w:fldCharType="begin"/>
        </w:r>
        <w:r>
          <w:rPr>
            <w:noProof/>
            <w:webHidden/>
          </w:rPr>
          <w:instrText xml:space="preserve"> PAGEREF _Toc230915653 \h </w:instrText>
        </w:r>
        <w:r>
          <w:rPr>
            <w:noProof/>
            <w:webHidden/>
          </w:rPr>
        </w:r>
        <w:r>
          <w:rPr>
            <w:noProof/>
            <w:webHidden/>
          </w:rPr>
          <w:fldChar w:fldCharType="separate"/>
        </w:r>
        <w:r>
          <w:rPr>
            <w:noProof/>
            <w:webHidden/>
          </w:rPr>
          <w:t>12</w:t>
        </w:r>
        <w:r>
          <w:rPr>
            <w:noProof/>
            <w:webHidden/>
          </w:rPr>
          <w:fldChar w:fldCharType="end"/>
        </w:r>
      </w:hyperlink>
    </w:p>
    <w:p w14:paraId="0DBE2D3E" w14:textId="58FE52EA" w:rsidR="006C2257" w:rsidRDefault="006C2257">
      <w:pPr>
        <w:pStyle w:val="TableofFigures"/>
        <w:tabs>
          <w:tab w:val="right" w:leader="dot" w:pos="13814"/>
        </w:tabs>
        <w:rPr>
          <w:noProof/>
        </w:rPr>
      </w:pPr>
      <w:hyperlink w:anchor="_Toc230915654" w:history="1">
        <w:r w:rsidRPr="008D5C82">
          <w:rPr>
            <w:rStyle w:val="Hyperlink"/>
            <w:noProof/>
          </w:rPr>
          <w:t>Figure 4 Building maintenance process</w:t>
        </w:r>
        <w:r>
          <w:rPr>
            <w:noProof/>
            <w:webHidden/>
          </w:rPr>
          <w:tab/>
        </w:r>
        <w:r>
          <w:rPr>
            <w:noProof/>
            <w:webHidden/>
          </w:rPr>
          <w:fldChar w:fldCharType="begin"/>
        </w:r>
        <w:r>
          <w:rPr>
            <w:noProof/>
            <w:webHidden/>
          </w:rPr>
          <w:instrText xml:space="preserve"> PAGEREF _Toc230915654 \h </w:instrText>
        </w:r>
        <w:r>
          <w:rPr>
            <w:noProof/>
            <w:webHidden/>
          </w:rPr>
        </w:r>
        <w:r>
          <w:rPr>
            <w:noProof/>
            <w:webHidden/>
          </w:rPr>
          <w:fldChar w:fldCharType="separate"/>
        </w:r>
        <w:r>
          <w:rPr>
            <w:noProof/>
            <w:webHidden/>
          </w:rPr>
          <w:t>14</w:t>
        </w:r>
        <w:r>
          <w:rPr>
            <w:noProof/>
            <w:webHidden/>
          </w:rPr>
          <w:fldChar w:fldCharType="end"/>
        </w:r>
      </w:hyperlink>
    </w:p>
    <w:p w14:paraId="53DA5DBE" w14:textId="6ABD2127" w:rsidR="006C2257" w:rsidRDefault="006C2257">
      <w:pPr>
        <w:pStyle w:val="TableofFigures"/>
        <w:tabs>
          <w:tab w:val="right" w:leader="dot" w:pos="13814"/>
        </w:tabs>
        <w:rPr>
          <w:noProof/>
        </w:rPr>
      </w:pPr>
      <w:hyperlink w:anchor="_Toc230915655" w:history="1">
        <w:r w:rsidRPr="008D5C82">
          <w:rPr>
            <w:rStyle w:val="Hyperlink"/>
            <w:noProof/>
          </w:rPr>
          <w:t>Figure 5 AI building maintenance research workflow</w:t>
        </w:r>
        <w:r>
          <w:rPr>
            <w:noProof/>
            <w:webHidden/>
          </w:rPr>
          <w:tab/>
        </w:r>
        <w:r>
          <w:rPr>
            <w:noProof/>
            <w:webHidden/>
          </w:rPr>
          <w:fldChar w:fldCharType="begin"/>
        </w:r>
        <w:r>
          <w:rPr>
            <w:noProof/>
            <w:webHidden/>
          </w:rPr>
          <w:instrText xml:space="preserve"> PAGEREF _Toc230915655 \h </w:instrText>
        </w:r>
        <w:r>
          <w:rPr>
            <w:noProof/>
            <w:webHidden/>
          </w:rPr>
        </w:r>
        <w:r>
          <w:rPr>
            <w:noProof/>
            <w:webHidden/>
          </w:rPr>
          <w:fldChar w:fldCharType="separate"/>
        </w:r>
        <w:r>
          <w:rPr>
            <w:noProof/>
            <w:webHidden/>
          </w:rPr>
          <w:t>18</w:t>
        </w:r>
        <w:r>
          <w:rPr>
            <w:noProof/>
            <w:webHidden/>
          </w:rPr>
          <w:fldChar w:fldCharType="end"/>
        </w:r>
      </w:hyperlink>
    </w:p>
    <w:p w14:paraId="7B4B2107" w14:textId="4B7DB395" w:rsidR="006C2257" w:rsidRDefault="006C2257">
      <w:pPr>
        <w:pStyle w:val="TableofFigures"/>
        <w:tabs>
          <w:tab w:val="right" w:leader="dot" w:pos="13814"/>
        </w:tabs>
        <w:rPr>
          <w:noProof/>
        </w:rPr>
      </w:pPr>
      <w:hyperlink w:anchor="_Toc230915656" w:history="1">
        <w:r w:rsidRPr="008D5C82">
          <w:rPr>
            <w:rStyle w:val="Hyperlink"/>
            <w:noProof/>
          </w:rPr>
          <w:t>Figure 6 Real-time real estate system architecture</w:t>
        </w:r>
        <w:r>
          <w:rPr>
            <w:noProof/>
            <w:webHidden/>
          </w:rPr>
          <w:tab/>
        </w:r>
        <w:r>
          <w:rPr>
            <w:noProof/>
            <w:webHidden/>
          </w:rPr>
          <w:fldChar w:fldCharType="begin"/>
        </w:r>
        <w:r>
          <w:rPr>
            <w:noProof/>
            <w:webHidden/>
          </w:rPr>
          <w:instrText xml:space="preserve"> PAGEREF _Toc230915656 \h </w:instrText>
        </w:r>
        <w:r>
          <w:rPr>
            <w:noProof/>
            <w:webHidden/>
          </w:rPr>
        </w:r>
        <w:r>
          <w:rPr>
            <w:noProof/>
            <w:webHidden/>
          </w:rPr>
          <w:fldChar w:fldCharType="separate"/>
        </w:r>
        <w:r>
          <w:rPr>
            <w:noProof/>
            <w:webHidden/>
          </w:rPr>
          <w:t>20</w:t>
        </w:r>
        <w:r>
          <w:rPr>
            <w:noProof/>
            <w:webHidden/>
          </w:rPr>
          <w:fldChar w:fldCharType="end"/>
        </w:r>
      </w:hyperlink>
    </w:p>
    <w:p w14:paraId="0C3F1609" w14:textId="4D6EF790" w:rsidR="006C2257" w:rsidRDefault="006C2257">
      <w:pPr>
        <w:pStyle w:val="TableofFigures"/>
        <w:tabs>
          <w:tab w:val="right" w:leader="dot" w:pos="13814"/>
        </w:tabs>
        <w:rPr>
          <w:noProof/>
        </w:rPr>
      </w:pPr>
      <w:hyperlink w:anchor="_Toc230915657" w:history="1">
        <w:r w:rsidRPr="008D5C82">
          <w:rPr>
            <w:rStyle w:val="Hyperlink"/>
            <w:noProof/>
          </w:rPr>
          <w:t>Figure 7 Big data decision architecture</w:t>
        </w:r>
        <w:r>
          <w:rPr>
            <w:noProof/>
            <w:webHidden/>
          </w:rPr>
          <w:tab/>
        </w:r>
        <w:r>
          <w:rPr>
            <w:noProof/>
            <w:webHidden/>
          </w:rPr>
          <w:fldChar w:fldCharType="begin"/>
        </w:r>
        <w:r>
          <w:rPr>
            <w:noProof/>
            <w:webHidden/>
          </w:rPr>
          <w:instrText xml:space="preserve"> PAGEREF _Toc230915657 \h </w:instrText>
        </w:r>
        <w:r>
          <w:rPr>
            <w:noProof/>
            <w:webHidden/>
          </w:rPr>
        </w:r>
        <w:r>
          <w:rPr>
            <w:noProof/>
            <w:webHidden/>
          </w:rPr>
          <w:fldChar w:fldCharType="separate"/>
        </w:r>
        <w:r>
          <w:rPr>
            <w:noProof/>
            <w:webHidden/>
          </w:rPr>
          <w:t>22</w:t>
        </w:r>
        <w:r>
          <w:rPr>
            <w:noProof/>
            <w:webHidden/>
          </w:rPr>
          <w:fldChar w:fldCharType="end"/>
        </w:r>
      </w:hyperlink>
    </w:p>
    <w:p w14:paraId="57F71073" w14:textId="6B3D20EC" w:rsidR="0020555B" w:rsidRDefault="006C2257">
      <w:pPr>
        <w:jc w:val="center"/>
      </w:pPr>
      <w:r>
        <w:fldChar w:fldCharType="end"/>
      </w:r>
    </w:p>
    <w:p w14:paraId="6D1FFD3A" w14:textId="77777777" w:rsidR="00DF2E7E" w:rsidRDefault="005246C0">
      <w:r>
        <w:lastRenderedPageBreak/>
        <w:br w:type="page"/>
      </w:r>
    </w:p>
    <w:p w14:paraId="7F429267" w14:textId="77777777" w:rsidR="00DF2E7E" w:rsidRPr="006A6422" w:rsidRDefault="005246C0" w:rsidP="006A6422">
      <w:pPr>
        <w:pStyle w:val="Heading1"/>
        <w:rPr>
          <w:color w:val="7030A0"/>
        </w:rPr>
      </w:pPr>
      <w:bookmarkStart w:id="4" w:name="_Toc230915617"/>
      <w:r w:rsidRPr="006A6422">
        <w:rPr>
          <w:color w:val="7030A0"/>
        </w:rPr>
        <w:lastRenderedPageBreak/>
        <w:t>1. Introduction</w:t>
      </w:r>
      <w:bookmarkEnd w:id="4"/>
    </w:p>
    <w:p w14:paraId="37F76ED5" w14:textId="77777777" w:rsidR="00DF2E7E" w:rsidRDefault="005246C0" w:rsidP="006A6422">
      <w:pPr>
        <w:pStyle w:val="Heading2"/>
        <w:rPr>
          <w:color w:val="7030A0"/>
        </w:rPr>
      </w:pPr>
      <w:bookmarkStart w:id="5" w:name="_Toc230915618"/>
      <w:r w:rsidRPr="006A6422">
        <w:rPr>
          <w:color w:val="7030A0"/>
        </w:rPr>
        <w:t>1.1 Background and rationale</w:t>
      </w:r>
      <w:bookmarkEnd w:id="5"/>
    </w:p>
    <w:p w14:paraId="639DD29B" w14:textId="77777777" w:rsidR="003204BC" w:rsidRDefault="003204BC" w:rsidP="003204BC"/>
    <w:p w14:paraId="3CA93780" w14:textId="77777777" w:rsidR="003204BC" w:rsidRDefault="003204BC" w:rsidP="003204BC"/>
    <w:p w14:paraId="6B3F3101" w14:textId="77777777" w:rsidR="0094507D" w:rsidRDefault="003204BC" w:rsidP="0094507D">
      <w:pPr>
        <w:keepNext/>
      </w:pPr>
      <w:r w:rsidRPr="003204BC">
        <w:rPr>
          <w:noProof/>
          <w:lang w:val="en-GB"/>
        </w:rPr>
        <w:lastRenderedPageBreak/>
        <w:drawing>
          <wp:inline distT="0" distB="0" distL="0" distR="0" wp14:anchorId="281F8DA4" wp14:editId="1E154C5D">
            <wp:extent cx="6456045" cy="8778240"/>
            <wp:effectExtent l="0" t="0" r="1905" b="3810"/>
            <wp:docPr id="13419869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56045" cy="8778240"/>
                    </a:xfrm>
                    <a:prstGeom prst="rect">
                      <a:avLst/>
                    </a:prstGeom>
                    <a:noFill/>
                    <a:ln>
                      <a:noFill/>
                    </a:ln>
                  </pic:spPr>
                </pic:pic>
              </a:graphicData>
            </a:graphic>
          </wp:inline>
        </w:drawing>
      </w:r>
    </w:p>
    <w:p w14:paraId="5D8990E9" w14:textId="1693AF51" w:rsidR="003204BC" w:rsidRPr="003204BC" w:rsidRDefault="0094507D" w:rsidP="0094507D">
      <w:pPr>
        <w:pStyle w:val="Caption"/>
        <w:rPr>
          <w:lang w:val="en-GB"/>
        </w:rPr>
      </w:pPr>
      <w:bookmarkStart w:id="6" w:name="_Toc230915651"/>
      <w:r>
        <w:lastRenderedPageBreak/>
        <w:t xml:space="preserve">Figure </w:t>
      </w:r>
      <w:fldSimple w:instr=" SEQ Figure \* ARABIC ">
        <w:r w:rsidR="00B821A2">
          <w:rPr>
            <w:noProof/>
          </w:rPr>
          <w:t>1</w:t>
        </w:r>
      </w:fldSimple>
      <w:r>
        <w:t xml:space="preserve"> </w:t>
      </w:r>
      <w:r w:rsidRPr="008210C4">
        <w:t>AI applications in real estate</w:t>
      </w:r>
      <w:bookmarkEnd w:id="6"/>
    </w:p>
    <w:p w14:paraId="4EB74E87" w14:textId="77777777" w:rsidR="003204BC" w:rsidRPr="003204BC" w:rsidRDefault="003204BC" w:rsidP="003204BC"/>
    <w:p w14:paraId="2A63AD22" w14:textId="77777777" w:rsidR="00DF2E7E" w:rsidRDefault="005246C0">
      <w:pPr>
        <w:spacing w:after="120"/>
      </w:pPr>
      <w:r>
        <w:t>Artificial intelligence (AI), digital platforms and smart property technologies are increasingly changing how organisations communicate with customers, manage enquiries, organise data and make operational decisions. In real estate and property services, research shows that AI, augmented reality (AR) and virtual reality (VR) can improve property marketing, customer engagement, decision-making, transparency and operational efficiency [1]. AI is also being used in real estate for property valuation, customer s</w:t>
      </w:r>
      <w:r>
        <w:t>ervice, market analysis, smart building management and predictive maintenance, while researchers highlight barriers such as data quality, explainability, regulatory compliance and integration with existing systems [3].</w:t>
      </w:r>
    </w:p>
    <w:p w14:paraId="4CF5BD54" w14:textId="77777777" w:rsidR="00DF2E7E" w:rsidRDefault="005246C0">
      <w:pPr>
        <w:spacing w:after="120"/>
      </w:pPr>
      <w:r>
        <w:t>Building maintenance research also supports the direction of this project. Zheng et al. [2] explain that traditional building maintenance often relies on manual inspections and reactive repairs, which can be time-consuming, labour-intensive and dependent on subjective judgement. Their review shows that AI can support predictive maintenance, automated defect recognition, digital twin integration, IoT-based monitoring, energy efficiency and intelligent decision-making [2]. This is important because the propos</w:t>
      </w:r>
      <w:r>
        <w:t>ed platform is designed to begin with customer enquiry and service workflow management, while creating a foundation for future property maintenance and smart safety features.</w:t>
      </w:r>
    </w:p>
    <w:p w14:paraId="0A6D2067" w14:textId="77777777" w:rsidR="00DF2E7E" w:rsidRDefault="005246C0">
      <w:pPr>
        <w:spacing w:after="120"/>
      </w:pPr>
      <w:r>
        <w:t>Oroshimaru Dembele Top Services Ltd is a developing multi-service business. The wider business direction includes AI automation, IT support, phone and device support, repair and reselling, property maintenance, digital business support and future smart safety workflows. These areas may look different, but they share one central operational need: customer enquiries and service requests must be captured, classified, responded to and followed up in a structured way. Without a digital platform, enquiries can be</w:t>
      </w:r>
      <w:r>
        <w:t>come scattered across WhatsApp, social media, email, websites and phone calls. This can lead to missed opportunities, slow replies, repeated manual administration and weaker professional presentation.</w:t>
      </w:r>
    </w:p>
    <w:p w14:paraId="1780BD94" w14:textId="77777777" w:rsidR="00DF2E7E" w:rsidRDefault="005246C0">
      <w:pPr>
        <w:spacing w:after="120"/>
      </w:pPr>
      <w:r>
        <w:t xml:space="preserve">Existing research supports the need for a structured platform approach. Smart real estate literature explains that digital transformation connects cyber-physical assets, data connectivity, platform systems, customer service feedback and operational outcomes [4]. The smart real estate framework reviewed for this project includes a cyber-physical asset layer, smart building technologies, data and connectivity, asset performance, a market/platform layer, </w:t>
      </w:r>
      <w:proofErr w:type="spellStart"/>
      <w:r>
        <w:t>PropTech</w:t>
      </w:r>
      <w:proofErr w:type="spellEnd"/>
      <w:r>
        <w:t xml:space="preserve"> systems, transaction logic and customer/service feedback [4]. This links directly to the proposed platform because the project brings customer enquiries, service categories, follow-up records and future property or safety workflows into one </w:t>
      </w:r>
      <w:proofErr w:type="spellStart"/>
      <w:r>
        <w:t>organised</w:t>
      </w:r>
      <w:proofErr w:type="spellEnd"/>
      <w:r>
        <w:t xml:space="preserve"> digital foundation.</w:t>
      </w:r>
    </w:p>
    <w:p w14:paraId="40F5860C" w14:textId="77777777" w:rsidR="00DF2E7E" w:rsidRDefault="005246C0">
      <w:pPr>
        <w:spacing w:after="120"/>
      </w:pPr>
      <w:r>
        <w:t xml:space="preserve">Recent Emerald research also strengthens the property management side of the proposal. Oyetunji, Alohan and </w:t>
      </w:r>
      <w:proofErr w:type="spellStart"/>
      <w:r>
        <w:t>Edionwe</w:t>
      </w:r>
      <w:proofErr w:type="spellEnd"/>
      <w:r>
        <w:t xml:space="preserve"> [16] studied the integration of AI in Nigerian real estate practice and found that AI is perceived as useful for improving operational efficiency, property valuation accuracy, fraud reduction and customer service. A further systematic review by Adediran, Aini and Ajibade [17] explains that AI adoption in property management transactions is linked to automation, predictive analytics, intelligent property management and enhanced decision-making, while also raising implementation barriers. These source</w:t>
      </w:r>
      <w:r>
        <w:t>s are useful because they connect the proposal to current Google Scholar and journal literature, not only older books or general AI theory.</w:t>
      </w:r>
    </w:p>
    <w:p w14:paraId="26244570" w14:textId="77777777" w:rsidR="00DF2E7E" w:rsidRDefault="005246C0">
      <w:pPr>
        <w:spacing w:after="120"/>
      </w:pPr>
      <w:r>
        <w:t xml:space="preserve">The project is suitable for Applied Computing because it combines requirements analysis, digital platform design, prototype development, AI-assisted workflow, data collection, usability evaluation and ethical reflection. It is not intended to build every long-term business idea at once. Instead, it will </w:t>
      </w:r>
      <w:r>
        <w:lastRenderedPageBreak/>
        <w:t>design and evaluate a focused prototype that demonstrates how a small multi-service business can manage enquiries, classify service needs, support first-line responses and prepare for future service expansion.</w:t>
      </w:r>
    </w:p>
    <w:p w14:paraId="5888B3AD" w14:textId="77777777" w:rsidR="00DF2E7E" w:rsidRDefault="005246C0" w:rsidP="006A6422">
      <w:pPr>
        <w:pStyle w:val="Heading2"/>
        <w:rPr>
          <w:color w:val="7030A0"/>
        </w:rPr>
      </w:pPr>
      <w:bookmarkStart w:id="7" w:name="_Toc230915619"/>
      <w:r w:rsidRPr="006A6422">
        <w:rPr>
          <w:color w:val="7030A0"/>
        </w:rPr>
        <w:t>1.2 Problem statement</w:t>
      </w:r>
      <w:bookmarkEnd w:id="7"/>
    </w:p>
    <w:p w14:paraId="1474B7E7" w14:textId="77777777" w:rsidR="00F72E06" w:rsidRDefault="00F72E06" w:rsidP="00F72E06"/>
    <w:p w14:paraId="2A2553AF" w14:textId="77777777" w:rsidR="00F72E06" w:rsidRDefault="00F72E06" w:rsidP="00F72E06">
      <w:pPr>
        <w:keepNext/>
      </w:pPr>
      <w:r w:rsidRPr="00F72E06">
        <w:rPr>
          <w:noProof/>
          <w:lang w:val="en-GB"/>
        </w:rPr>
        <w:lastRenderedPageBreak/>
        <w:drawing>
          <wp:inline distT="0" distB="0" distL="0" distR="0" wp14:anchorId="22950434" wp14:editId="5208B915">
            <wp:extent cx="6205220" cy="8778240"/>
            <wp:effectExtent l="0" t="0" r="5080" b="3810"/>
            <wp:docPr id="17349261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05220" cy="8778240"/>
                    </a:xfrm>
                    <a:prstGeom prst="rect">
                      <a:avLst/>
                    </a:prstGeom>
                    <a:noFill/>
                    <a:ln>
                      <a:noFill/>
                    </a:ln>
                  </pic:spPr>
                </pic:pic>
              </a:graphicData>
            </a:graphic>
          </wp:inline>
        </w:drawing>
      </w:r>
    </w:p>
    <w:p w14:paraId="49CF149C" w14:textId="28878FC5" w:rsidR="00F72E06" w:rsidRPr="00F72E06" w:rsidRDefault="00F72E06" w:rsidP="00F72E06">
      <w:pPr>
        <w:pStyle w:val="Caption"/>
        <w:rPr>
          <w:lang w:val="en-GB"/>
        </w:rPr>
      </w:pPr>
      <w:bookmarkStart w:id="8" w:name="_Toc230915652"/>
      <w:r>
        <w:lastRenderedPageBreak/>
        <w:t xml:space="preserve">Figure </w:t>
      </w:r>
      <w:fldSimple w:instr=" SEQ Figure \* ARABIC ">
        <w:r w:rsidR="00B821A2">
          <w:rPr>
            <w:noProof/>
          </w:rPr>
          <w:t>2</w:t>
        </w:r>
      </w:fldSimple>
      <w:r>
        <w:t xml:space="preserve"> </w:t>
      </w:r>
      <w:r w:rsidRPr="00FA642B">
        <w:t>Real estate digital transformation framework</w:t>
      </w:r>
      <w:bookmarkEnd w:id="8"/>
    </w:p>
    <w:p w14:paraId="46E87B27" w14:textId="77777777" w:rsidR="00F72E06" w:rsidRPr="00F72E06" w:rsidRDefault="00F72E06" w:rsidP="00F72E06"/>
    <w:p w14:paraId="0F61D376" w14:textId="77777777" w:rsidR="00DF2E7E" w:rsidRDefault="005246C0">
      <w:pPr>
        <w:spacing w:after="120"/>
      </w:pPr>
      <w:r>
        <w:t xml:space="preserve">Small multi-service businesses often receive enquiries through several disconnected channels, including WhatsApp, social media, email, websites and direct calls. When information is spread across these channels, it becomes difficult to </w:t>
      </w:r>
      <w:proofErr w:type="spellStart"/>
      <w:r>
        <w:t>organise</w:t>
      </w:r>
      <w:proofErr w:type="spellEnd"/>
      <w:r>
        <w:t xml:space="preserve"> customer details, classify service requests, respond quickly, track follow-up tasks and </w:t>
      </w:r>
      <w:proofErr w:type="spellStart"/>
      <w:r>
        <w:t>analyse</w:t>
      </w:r>
      <w:proofErr w:type="spellEnd"/>
      <w:r>
        <w:t xml:space="preserve"> what services are most in demand. This problem is more serious for a business with several service areas, such as AI automation, IT support, device services, reselling, property maintenance and future smart safety workflows.</w:t>
      </w:r>
    </w:p>
    <w:p w14:paraId="36FA00A7" w14:textId="77777777" w:rsidR="00DF2E7E" w:rsidRDefault="005246C0">
      <w:pPr>
        <w:spacing w:after="120"/>
      </w:pPr>
      <w:r>
        <w:t xml:space="preserve">Research on AR, VR and AI adoption in real estate shows that digital tools can improve customer engagement, transparency, property </w:t>
      </w:r>
      <w:proofErr w:type="spellStart"/>
      <w:r>
        <w:t>visualisation</w:t>
      </w:r>
      <w:proofErr w:type="spellEnd"/>
      <w:r>
        <w:t>, marketing and operational efficiency, but adoption barriers include cost, infrastructure, training, affordability, safety, data privacy, trust and digital skills [1]. Building maintenance research also identifies the importance of data governance, interoperability, interpretability, risk control and transparent implementation when AI is used in property or facility-related workflows [2]. Furthermore, AI property management research highlights that adoption may improve efficiency and decision-</w:t>
      </w:r>
      <w:r>
        <w:t>making, but needs responsible governance, data protection and realistic implementation planning [16], [17].</w:t>
      </w:r>
    </w:p>
    <w:p w14:paraId="2FF7D5A5" w14:textId="77777777" w:rsidR="00DF2E7E" w:rsidRDefault="005246C0">
      <w:pPr>
        <w:spacing w:after="120"/>
      </w:pPr>
      <w:r>
        <w:t xml:space="preserve">Therefore, the problem investigated in this project is how an AI-powered digital service platform can help a small multi-service business </w:t>
      </w:r>
      <w:proofErr w:type="spellStart"/>
      <w:r>
        <w:t>organise</w:t>
      </w:r>
      <w:proofErr w:type="spellEnd"/>
      <w:r>
        <w:t xml:space="preserve"> enquiries, classify customer needs, support first-line responses and prepare for future service expansion while remaining practical, ethical and suitable for small-business use.</w:t>
      </w:r>
    </w:p>
    <w:p w14:paraId="51CBDFA6" w14:textId="77777777" w:rsidR="00DF2E7E" w:rsidRDefault="005246C0" w:rsidP="006A6422">
      <w:pPr>
        <w:pStyle w:val="Heading2"/>
        <w:rPr>
          <w:color w:val="7030A0"/>
        </w:rPr>
      </w:pPr>
      <w:bookmarkStart w:id="9" w:name="_Toc230915620"/>
      <w:r w:rsidRPr="006A6422">
        <w:rPr>
          <w:color w:val="7030A0"/>
        </w:rPr>
        <w:t>1.3 Aim</w:t>
      </w:r>
      <w:bookmarkEnd w:id="9"/>
    </w:p>
    <w:p w14:paraId="4152B1C2" w14:textId="77777777" w:rsidR="00412076" w:rsidRDefault="00412076" w:rsidP="00412076"/>
    <w:p w14:paraId="681101A3" w14:textId="77777777" w:rsidR="00412076" w:rsidRDefault="00412076" w:rsidP="00412076">
      <w:pPr>
        <w:keepNext/>
      </w:pPr>
      <w:r w:rsidRPr="00412076">
        <w:rPr>
          <w:noProof/>
          <w:lang w:val="en-GB"/>
        </w:rPr>
        <w:lastRenderedPageBreak/>
        <w:drawing>
          <wp:inline distT="0" distB="0" distL="0" distR="0" wp14:anchorId="22B56F99" wp14:editId="2CE73F13">
            <wp:extent cx="6205220" cy="8778240"/>
            <wp:effectExtent l="0" t="0" r="5080" b="3810"/>
            <wp:docPr id="18596898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5220" cy="8778240"/>
                    </a:xfrm>
                    <a:prstGeom prst="rect">
                      <a:avLst/>
                    </a:prstGeom>
                    <a:noFill/>
                    <a:ln>
                      <a:noFill/>
                    </a:ln>
                  </pic:spPr>
                </pic:pic>
              </a:graphicData>
            </a:graphic>
          </wp:inline>
        </w:drawing>
      </w:r>
    </w:p>
    <w:p w14:paraId="25871627" w14:textId="6ED3B772" w:rsidR="00412076" w:rsidRPr="00412076" w:rsidRDefault="00412076" w:rsidP="00412076">
      <w:pPr>
        <w:pStyle w:val="Caption"/>
        <w:rPr>
          <w:lang w:val="en-GB"/>
        </w:rPr>
      </w:pPr>
      <w:bookmarkStart w:id="10" w:name="_Toc230915653"/>
      <w:r>
        <w:lastRenderedPageBreak/>
        <w:t xml:space="preserve">Figure </w:t>
      </w:r>
      <w:fldSimple w:instr=" SEQ Figure \* ARABIC ">
        <w:r w:rsidR="00B821A2">
          <w:rPr>
            <w:noProof/>
          </w:rPr>
          <w:t>3</w:t>
        </w:r>
      </w:fldSimple>
      <w:r>
        <w:t xml:space="preserve"> </w:t>
      </w:r>
      <w:r w:rsidRPr="00C15D84">
        <w:t xml:space="preserve"> Real estate lifecycle framework</w:t>
      </w:r>
      <w:bookmarkEnd w:id="10"/>
    </w:p>
    <w:p w14:paraId="19C75526" w14:textId="77777777" w:rsidR="00412076" w:rsidRPr="00412076" w:rsidRDefault="00412076" w:rsidP="00412076"/>
    <w:p w14:paraId="154FD2CD" w14:textId="77777777" w:rsidR="00DF2E7E" w:rsidRDefault="005246C0">
      <w:pPr>
        <w:spacing w:after="120"/>
      </w:pPr>
      <w:r>
        <w:t xml:space="preserve">The aim of this project is to design, develop and evaluate a prototype AI-powered digital service platform for </w:t>
      </w:r>
      <w:proofErr w:type="spellStart"/>
      <w:r>
        <w:t>Oroshimaru</w:t>
      </w:r>
      <w:proofErr w:type="spellEnd"/>
      <w:r>
        <w:t xml:space="preserve"> Dembele Top Services Ltd that supports customer enquiry management, service classification, AI-assisted communication, property/service workflow </w:t>
      </w:r>
      <w:proofErr w:type="spellStart"/>
      <w:r>
        <w:t>organisation</w:t>
      </w:r>
      <w:proofErr w:type="spellEnd"/>
      <w:r>
        <w:t xml:space="preserve"> and future smart safety expansion.</w:t>
      </w:r>
    </w:p>
    <w:p w14:paraId="3256C0BD" w14:textId="77777777" w:rsidR="00DF2E7E" w:rsidRDefault="005246C0" w:rsidP="006A6422">
      <w:pPr>
        <w:pStyle w:val="Heading2"/>
        <w:rPr>
          <w:color w:val="7030A0"/>
        </w:rPr>
      </w:pPr>
      <w:bookmarkStart w:id="11" w:name="_Toc230915621"/>
      <w:r w:rsidRPr="006A6422">
        <w:rPr>
          <w:color w:val="7030A0"/>
        </w:rPr>
        <w:t>1.4 Objectives</w:t>
      </w:r>
      <w:bookmarkEnd w:id="11"/>
    </w:p>
    <w:p w14:paraId="20AAFFCA" w14:textId="77777777" w:rsidR="004929C8" w:rsidRDefault="004929C8" w:rsidP="004929C8"/>
    <w:p w14:paraId="4D8B83D7" w14:textId="77777777" w:rsidR="004929C8" w:rsidRDefault="004929C8" w:rsidP="004929C8">
      <w:pPr>
        <w:keepNext/>
      </w:pPr>
      <w:r w:rsidRPr="004929C8">
        <w:rPr>
          <w:noProof/>
          <w:lang w:val="en-GB"/>
        </w:rPr>
        <w:lastRenderedPageBreak/>
        <w:drawing>
          <wp:inline distT="0" distB="0" distL="0" distR="0" wp14:anchorId="1E89FE3E" wp14:editId="1E176363">
            <wp:extent cx="6209665" cy="8778240"/>
            <wp:effectExtent l="0" t="0" r="635" b="3810"/>
            <wp:docPr id="4572821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9665" cy="8778240"/>
                    </a:xfrm>
                    <a:prstGeom prst="rect">
                      <a:avLst/>
                    </a:prstGeom>
                    <a:noFill/>
                    <a:ln>
                      <a:noFill/>
                    </a:ln>
                  </pic:spPr>
                </pic:pic>
              </a:graphicData>
            </a:graphic>
          </wp:inline>
        </w:drawing>
      </w:r>
    </w:p>
    <w:p w14:paraId="2EEB61D2" w14:textId="51ED9DF5" w:rsidR="004929C8" w:rsidRPr="004929C8" w:rsidRDefault="004929C8" w:rsidP="004929C8">
      <w:pPr>
        <w:pStyle w:val="Caption"/>
        <w:rPr>
          <w:lang w:val="en-GB"/>
        </w:rPr>
      </w:pPr>
      <w:bookmarkStart w:id="12" w:name="_Toc230915654"/>
      <w:r>
        <w:lastRenderedPageBreak/>
        <w:t xml:space="preserve">Figure </w:t>
      </w:r>
      <w:fldSimple w:instr=" SEQ Figure \* ARABIC ">
        <w:r w:rsidR="00B821A2">
          <w:rPr>
            <w:noProof/>
          </w:rPr>
          <w:t>4</w:t>
        </w:r>
      </w:fldSimple>
      <w:r>
        <w:t xml:space="preserve"> </w:t>
      </w:r>
      <w:r w:rsidRPr="008E3E96">
        <w:t>Building maintenance process</w:t>
      </w:r>
      <w:bookmarkEnd w:id="12"/>
    </w:p>
    <w:p w14:paraId="05046036" w14:textId="77777777" w:rsidR="004929C8" w:rsidRPr="004929C8" w:rsidRDefault="004929C8" w:rsidP="004929C8"/>
    <w:p w14:paraId="452CEA54" w14:textId="77777777" w:rsidR="00DF2E7E" w:rsidRDefault="005246C0">
      <w:pPr>
        <w:spacing w:after="120"/>
      </w:pPr>
      <w:r>
        <w:t xml:space="preserve">Objective 1: To </w:t>
      </w:r>
      <w:proofErr w:type="spellStart"/>
      <w:r>
        <w:t>analyse</w:t>
      </w:r>
      <w:proofErr w:type="spellEnd"/>
      <w:r>
        <w:t xml:space="preserve"> literature on AI adoption, digital service platforms, smart real estate, building maintenance, workflow automation and responsible AI governance.</w:t>
      </w:r>
    </w:p>
    <w:p w14:paraId="67265FEC" w14:textId="77777777" w:rsidR="00DF2E7E" w:rsidRDefault="005246C0">
      <w:pPr>
        <w:spacing w:after="120"/>
      </w:pPr>
      <w:r>
        <w:t>Objective 2: To identify the functional, technical, ethical and business requirements for a multi-service digital platform supporting AI automation, IT support, device services, property maintenance and future smart safety workflows.</w:t>
      </w:r>
    </w:p>
    <w:p w14:paraId="463ABE8B" w14:textId="77777777" w:rsidR="00DF2E7E" w:rsidRDefault="005246C0">
      <w:pPr>
        <w:spacing w:after="120"/>
      </w:pPr>
      <w:r>
        <w:t xml:space="preserve">Objective 3: To design and develop a prototype platform that captures customer enquiries, classifies service requests, supports AI-assisted first responses and </w:t>
      </w:r>
      <w:proofErr w:type="spellStart"/>
      <w:r>
        <w:t>organises</w:t>
      </w:r>
      <w:proofErr w:type="spellEnd"/>
      <w:r>
        <w:t xml:space="preserve"> follow-up workflows.</w:t>
      </w:r>
    </w:p>
    <w:p w14:paraId="56ACC438" w14:textId="77777777" w:rsidR="00DF2E7E" w:rsidRDefault="005246C0">
      <w:pPr>
        <w:spacing w:after="120"/>
      </w:pPr>
      <w:r>
        <w:t>Objective 4: To evaluate the prototype through usability feedback, workflow testing, ethical risk analysis and recommendations for future development.</w:t>
      </w:r>
    </w:p>
    <w:p w14:paraId="3CF07D7F" w14:textId="77777777" w:rsidR="00DF2E7E" w:rsidRDefault="005246C0" w:rsidP="006A6422">
      <w:pPr>
        <w:pStyle w:val="Heading2"/>
        <w:rPr>
          <w:color w:val="7030A0"/>
        </w:rPr>
      </w:pPr>
      <w:bookmarkStart w:id="13" w:name="_Toc230915622"/>
      <w:r w:rsidRPr="006A6422">
        <w:rPr>
          <w:color w:val="7030A0"/>
        </w:rPr>
        <w:t>1.5 Research questions</w:t>
      </w:r>
      <w:bookmarkEnd w:id="13"/>
    </w:p>
    <w:p w14:paraId="46FB3760" w14:textId="77777777" w:rsidR="004929C8" w:rsidRDefault="004929C8" w:rsidP="004929C8"/>
    <w:p w14:paraId="3BE22CBD" w14:textId="77777777" w:rsidR="004929C8" w:rsidRPr="004929C8" w:rsidRDefault="004929C8" w:rsidP="004929C8"/>
    <w:p w14:paraId="710B5337" w14:textId="77777777" w:rsidR="00DF2E7E" w:rsidRDefault="005246C0">
      <w:pPr>
        <w:spacing w:after="120"/>
      </w:pPr>
      <w:r>
        <w:t>The project will be guided by the following research questions:</w:t>
      </w:r>
    </w:p>
    <w:p w14:paraId="5A845C44" w14:textId="77777777" w:rsidR="00DF2E7E" w:rsidRDefault="005246C0">
      <w:pPr>
        <w:pStyle w:val="ListBullet"/>
      </w:pPr>
      <w:r>
        <w:t>What customer enquiry and workflow problems are most relevant to a small multi-service business?</w:t>
      </w:r>
    </w:p>
    <w:p w14:paraId="22D47D23" w14:textId="77777777" w:rsidR="00DF2E7E" w:rsidRDefault="005246C0">
      <w:pPr>
        <w:pStyle w:val="ListBullet"/>
      </w:pPr>
      <w:r>
        <w:t>How can AI-assisted classification and response support improve enquiry handling and follow-up?</w:t>
      </w:r>
    </w:p>
    <w:p w14:paraId="4CD178C9" w14:textId="77777777" w:rsidR="00DF2E7E" w:rsidRDefault="005246C0">
      <w:pPr>
        <w:pStyle w:val="ListBullet"/>
      </w:pPr>
      <w:r>
        <w:t>What functional, ethical and technical requirements are needed for a practical small-business digital service platform?</w:t>
      </w:r>
    </w:p>
    <w:p w14:paraId="1B13A564" w14:textId="77777777" w:rsidR="00DF2E7E" w:rsidRDefault="005246C0">
      <w:pPr>
        <w:pStyle w:val="ListBullet"/>
      </w:pPr>
      <w:r>
        <w:t>How usable, useful and trustworthy is the proposed prototype when evaluated by potential users or reviewers?</w:t>
      </w:r>
    </w:p>
    <w:p w14:paraId="5BBCB628" w14:textId="77777777" w:rsidR="00DF2E7E" w:rsidRPr="006A6422" w:rsidRDefault="005246C0" w:rsidP="006A6422">
      <w:pPr>
        <w:pStyle w:val="Heading2"/>
        <w:rPr>
          <w:color w:val="7030A0"/>
        </w:rPr>
      </w:pPr>
      <w:bookmarkStart w:id="14" w:name="_Toc230915623"/>
      <w:r w:rsidRPr="006A6422">
        <w:rPr>
          <w:color w:val="7030A0"/>
        </w:rPr>
        <w:t>1.6 Expected outcomes and deliverables</w:t>
      </w:r>
      <w:bookmarkEnd w:id="14"/>
    </w:p>
    <w:p w14:paraId="71A50BA6" w14:textId="77777777" w:rsidR="00DF2E7E" w:rsidRDefault="005246C0">
      <w:pPr>
        <w:pStyle w:val="ListBullet"/>
      </w:pPr>
      <w:r>
        <w:t>A focused literature review covering AI adoption, smart real estate, building maintenance, digital service platforms and responsible AI.</w:t>
      </w:r>
    </w:p>
    <w:p w14:paraId="63BCC774" w14:textId="77777777" w:rsidR="00DF2E7E" w:rsidRDefault="005246C0">
      <w:pPr>
        <w:pStyle w:val="ListBullet"/>
      </w:pPr>
      <w:r>
        <w:t>A requirements specification for an AI-powered digital service platform.</w:t>
      </w:r>
    </w:p>
    <w:p w14:paraId="5C3C998F" w14:textId="77777777" w:rsidR="00DF2E7E" w:rsidRDefault="005246C0">
      <w:pPr>
        <w:pStyle w:val="ListBullet"/>
      </w:pPr>
      <w:r>
        <w:t>A prototype or demonstrator showing enquiry capture, service classification, AI-assisted response support and follow-up workflow.</w:t>
      </w:r>
    </w:p>
    <w:p w14:paraId="1BDBFCC9" w14:textId="77777777" w:rsidR="00DF2E7E" w:rsidRDefault="005246C0">
      <w:pPr>
        <w:pStyle w:val="ListBullet"/>
      </w:pPr>
      <w:r>
        <w:t>A workflow diagram showing how enquiries move through the system.</w:t>
      </w:r>
    </w:p>
    <w:p w14:paraId="617D6BD5" w14:textId="77777777" w:rsidR="00DF2E7E" w:rsidRDefault="005246C0">
      <w:pPr>
        <w:pStyle w:val="ListBullet"/>
      </w:pPr>
      <w:r>
        <w:t>A basic evaluation report based on usability, usefulness, clarity, privacy, trust and practicality.</w:t>
      </w:r>
    </w:p>
    <w:p w14:paraId="239EA8CA" w14:textId="77777777" w:rsidR="00DF2E7E" w:rsidRDefault="005246C0">
      <w:pPr>
        <w:pStyle w:val="ListBullet"/>
      </w:pPr>
      <w:r>
        <w:t>A risk and ethics analysis covering data protection, AI error, user trust, bias, privacy and human review.</w:t>
      </w:r>
    </w:p>
    <w:p w14:paraId="18BE2221" w14:textId="77777777" w:rsidR="00DF2E7E" w:rsidRDefault="005246C0">
      <w:pPr>
        <w:pStyle w:val="ListBullet"/>
      </w:pPr>
      <w:r>
        <w:t>A final project report and viva presentation.</w:t>
      </w:r>
    </w:p>
    <w:p w14:paraId="5130102C" w14:textId="77777777" w:rsidR="00DF2E7E" w:rsidRPr="006A6422" w:rsidRDefault="005246C0" w:rsidP="006A6422">
      <w:pPr>
        <w:pStyle w:val="Heading2"/>
        <w:rPr>
          <w:color w:val="7030A0"/>
        </w:rPr>
      </w:pPr>
      <w:bookmarkStart w:id="15" w:name="_Toc230915624"/>
      <w:r w:rsidRPr="006A6422">
        <w:rPr>
          <w:color w:val="7030A0"/>
        </w:rPr>
        <w:lastRenderedPageBreak/>
        <w:t>1.7 Methodology summary</w:t>
      </w:r>
      <w:bookmarkEnd w:id="15"/>
    </w:p>
    <w:p w14:paraId="3BE94D10" w14:textId="77777777" w:rsidR="00DF2E7E" w:rsidRDefault="005246C0">
      <w:pPr>
        <w:spacing w:after="120"/>
      </w:pPr>
      <w:r>
        <w:t>The project will use an applied design-and-evaluation methodology. This is appropriate because the project is not only theoretical; it will produce a prototype and evaluate whether it is useful. The first stage will involve secondary research using academic and professional literature. The second stage will involve requirements analysis based on business needs, typical enquiry scenarios and small-scale feedback. The third stage will involve designing and developing a prototype using accessible tools such as</w:t>
      </w:r>
      <w:r>
        <w:t xml:space="preserve"> a website or landing page, forms, a spreadsheet or CRM workflow, AI-assisted response templates and service classification logic. The final stage will evaluate the prototype using user feedback, workflow testing and ethical risk analysis.</w:t>
      </w:r>
    </w:p>
    <w:p w14:paraId="003E39EE" w14:textId="77777777" w:rsidR="00DF2E7E" w:rsidRDefault="005246C0">
      <w:pPr>
        <w:spacing w:after="120"/>
      </w:pPr>
      <w:r>
        <w:t>The methodology is supported by existing software project examples. Inam [6] developed a real-time real estate management system using web technology and AI, including web access, database design, UML diagrams, user dashboards, notifications, AI inference and system evaluation. This supports the decision to use a practical prototype approach rather than a purely theoretical study.</w:t>
      </w:r>
    </w:p>
    <w:p w14:paraId="6E410E24" w14:textId="77777777" w:rsidR="00DF2E7E" w:rsidRDefault="005246C0">
      <w:pPr>
        <w:spacing w:after="120"/>
      </w:pPr>
      <w:r>
        <w:t>Data analysis will use simple descriptive statistics for questionnaire ratings and thematic analysis for written feedback. Thematic analysis is suitable because it allows qualitative comments to be grouped into patterns such as usability, trust, usefulness, privacy concerns and suggested improvements [13].</w:t>
      </w:r>
    </w:p>
    <w:p w14:paraId="50C85B23" w14:textId="77777777" w:rsidR="00DF2E7E" w:rsidRDefault="005246C0">
      <w:r>
        <w:br w:type="page"/>
      </w:r>
    </w:p>
    <w:p w14:paraId="315D30B2" w14:textId="77777777" w:rsidR="00DF2E7E" w:rsidRDefault="005246C0" w:rsidP="006A6422">
      <w:pPr>
        <w:pStyle w:val="Heading1"/>
        <w:rPr>
          <w:color w:val="7030A0"/>
        </w:rPr>
      </w:pPr>
      <w:bookmarkStart w:id="16" w:name="_Toc230915625"/>
      <w:r w:rsidRPr="006A6422">
        <w:rPr>
          <w:color w:val="7030A0"/>
        </w:rPr>
        <w:lastRenderedPageBreak/>
        <w:t>2. Project Design</w:t>
      </w:r>
      <w:bookmarkEnd w:id="16"/>
    </w:p>
    <w:p w14:paraId="64F69B57" w14:textId="77777777" w:rsidR="00567682" w:rsidRDefault="00567682" w:rsidP="00567682"/>
    <w:p w14:paraId="3268EAC6" w14:textId="77777777" w:rsidR="00567682" w:rsidRDefault="00567682" w:rsidP="00567682">
      <w:pPr>
        <w:keepNext/>
      </w:pPr>
      <w:r w:rsidRPr="00567682">
        <w:rPr>
          <w:noProof/>
          <w:lang w:val="en-GB"/>
        </w:rPr>
        <w:lastRenderedPageBreak/>
        <w:drawing>
          <wp:inline distT="0" distB="0" distL="0" distR="0" wp14:anchorId="46235C16" wp14:editId="01D2A12F">
            <wp:extent cx="6209665" cy="8778240"/>
            <wp:effectExtent l="0" t="0" r="635" b="3810"/>
            <wp:docPr id="1713550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09665" cy="8778240"/>
                    </a:xfrm>
                    <a:prstGeom prst="rect">
                      <a:avLst/>
                    </a:prstGeom>
                    <a:noFill/>
                    <a:ln>
                      <a:noFill/>
                    </a:ln>
                  </pic:spPr>
                </pic:pic>
              </a:graphicData>
            </a:graphic>
          </wp:inline>
        </w:drawing>
      </w:r>
    </w:p>
    <w:p w14:paraId="5590A0AB" w14:textId="057A4907" w:rsidR="00567682" w:rsidRPr="00567682" w:rsidRDefault="00567682" w:rsidP="00567682">
      <w:pPr>
        <w:pStyle w:val="Caption"/>
        <w:rPr>
          <w:lang w:val="en-GB"/>
        </w:rPr>
      </w:pPr>
      <w:bookmarkStart w:id="17" w:name="_Toc230915655"/>
      <w:r>
        <w:lastRenderedPageBreak/>
        <w:t xml:space="preserve">Figure </w:t>
      </w:r>
      <w:fldSimple w:instr=" SEQ Figure \* ARABIC ">
        <w:r w:rsidR="00B821A2">
          <w:rPr>
            <w:noProof/>
          </w:rPr>
          <w:t>5</w:t>
        </w:r>
      </w:fldSimple>
      <w:r>
        <w:t xml:space="preserve"> </w:t>
      </w:r>
      <w:r w:rsidRPr="007223D9">
        <w:t>AI building maintenance research workflow</w:t>
      </w:r>
      <w:bookmarkEnd w:id="17"/>
    </w:p>
    <w:p w14:paraId="492E8F97" w14:textId="77777777" w:rsidR="00567682" w:rsidRPr="00567682" w:rsidRDefault="00567682" w:rsidP="00567682"/>
    <w:p w14:paraId="5F21F47A" w14:textId="77777777" w:rsidR="00DF2E7E" w:rsidRDefault="005246C0" w:rsidP="006A6422">
      <w:pPr>
        <w:pStyle w:val="Heading1"/>
        <w:rPr>
          <w:color w:val="7030A0"/>
        </w:rPr>
      </w:pPr>
      <w:bookmarkStart w:id="18" w:name="_Toc230915626"/>
      <w:r w:rsidRPr="006A6422">
        <w:rPr>
          <w:color w:val="7030A0"/>
        </w:rPr>
        <w:t>2.1 Project approach</w:t>
      </w:r>
      <w:bookmarkEnd w:id="18"/>
    </w:p>
    <w:p w14:paraId="73A85D32" w14:textId="77777777" w:rsidR="00C634D0" w:rsidRDefault="00C634D0" w:rsidP="00C634D0"/>
    <w:p w14:paraId="48ECCC22" w14:textId="77777777" w:rsidR="00C634D0" w:rsidRDefault="00C634D0" w:rsidP="00C634D0">
      <w:pPr>
        <w:keepNext/>
      </w:pPr>
      <w:r w:rsidRPr="00C634D0">
        <w:rPr>
          <w:noProof/>
          <w:lang w:val="en-GB"/>
        </w:rPr>
        <w:lastRenderedPageBreak/>
        <w:drawing>
          <wp:inline distT="0" distB="0" distL="0" distR="0" wp14:anchorId="048B1EAC" wp14:editId="5871892B">
            <wp:extent cx="6209665" cy="8778240"/>
            <wp:effectExtent l="0" t="0" r="635" b="3810"/>
            <wp:docPr id="2369433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09665" cy="8778240"/>
                    </a:xfrm>
                    <a:prstGeom prst="rect">
                      <a:avLst/>
                    </a:prstGeom>
                    <a:noFill/>
                    <a:ln>
                      <a:noFill/>
                    </a:ln>
                  </pic:spPr>
                </pic:pic>
              </a:graphicData>
            </a:graphic>
          </wp:inline>
        </w:drawing>
      </w:r>
    </w:p>
    <w:p w14:paraId="68244E5A" w14:textId="67F4B55D" w:rsidR="00C634D0" w:rsidRPr="00C634D0" w:rsidRDefault="00C634D0" w:rsidP="00C634D0">
      <w:pPr>
        <w:pStyle w:val="Caption"/>
        <w:rPr>
          <w:lang w:val="en-GB"/>
        </w:rPr>
      </w:pPr>
      <w:bookmarkStart w:id="19" w:name="_Toc230915656"/>
      <w:r>
        <w:lastRenderedPageBreak/>
        <w:t xml:space="preserve">Figure </w:t>
      </w:r>
      <w:fldSimple w:instr=" SEQ Figure \* ARABIC ">
        <w:r w:rsidR="00B821A2">
          <w:rPr>
            <w:noProof/>
          </w:rPr>
          <w:t>6</w:t>
        </w:r>
      </w:fldSimple>
      <w:r>
        <w:t xml:space="preserve"> </w:t>
      </w:r>
      <w:r w:rsidRPr="00DA6596">
        <w:t>Real-time real estate system architecture</w:t>
      </w:r>
      <w:bookmarkEnd w:id="19"/>
    </w:p>
    <w:p w14:paraId="78BC2E1B" w14:textId="77777777" w:rsidR="00C634D0" w:rsidRPr="00C634D0" w:rsidRDefault="00C634D0" w:rsidP="00C634D0"/>
    <w:p w14:paraId="34ACE807" w14:textId="77777777" w:rsidR="00DF2E7E" w:rsidRDefault="005246C0">
      <w:pPr>
        <w:spacing w:after="120"/>
      </w:pPr>
      <w:r>
        <w:t>The project will follow a prototype development approach. The prototype will be a digital service platform foundation for a small multi-service business. It will not attempt to build every long-term business idea at once. Instead, it will focus on a realistic system that captures customer enquiries, classifies requests and supports professional first responses.</w:t>
      </w:r>
    </w:p>
    <w:p w14:paraId="684E2A1C" w14:textId="77777777" w:rsidR="00DF2E7E" w:rsidRDefault="005246C0">
      <w:pPr>
        <w:spacing w:after="120"/>
      </w:pPr>
      <w:r>
        <w:t>The proposed workflow is:</w:t>
      </w:r>
    </w:p>
    <w:p w14:paraId="19B25EA6" w14:textId="77777777" w:rsidR="00DF2E7E" w:rsidRDefault="005246C0">
      <w:pPr>
        <w:pStyle w:val="ListNumber"/>
      </w:pPr>
      <w:r>
        <w:t>A customer submits an enquiry through a form, website, QR code or digital contact point.</w:t>
      </w:r>
    </w:p>
    <w:p w14:paraId="6AE5BE0D" w14:textId="77777777" w:rsidR="00DF2E7E" w:rsidRDefault="005246C0">
      <w:pPr>
        <w:pStyle w:val="ListNumber"/>
      </w:pPr>
      <w:r>
        <w:t>The system captures basic information such as name, contact method, service type, location, urgency and issue description.</w:t>
      </w:r>
    </w:p>
    <w:p w14:paraId="0AB8D7F6" w14:textId="77777777" w:rsidR="00DF2E7E" w:rsidRDefault="005246C0">
      <w:pPr>
        <w:pStyle w:val="ListNumber"/>
      </w:pPr>
      <w:r>
        <w:t>The enquiry is classified into a service category.</w:t>
      </w:r>
    </w:p>
    <w:p w14:paraId="7041A6BF" w14:textId="77777777" w:rsidR="00DF2E7E" w:rsidRDefault="005246C0">
      <w:pPr>
        <w:pStyle w:val="ListNumber"/>
      </w:pPr>
      <w:r>
        <w:t>The system provides an AI-assisted draft response or response template.</w:t>
      </w:r>
    </w:p>
    <w:p w14:paraId="21A6D7F0" w14:textId="77777777" w:rsidR="00DF2E7E" w:rsidRDefault="005246C0">
      <w:pPr>
        <w:pStyle w:val="ListNumber"/>
      </w:pPr>
      <w:r>
        <w:t>The enquiry is recorded in a tracker for follow-up.</w:t>
      </w:r>
    </w:p>
    <w:p w14:paraId="18B6D10E" w14:textId="77777777" w:rsidR="00DF2E7E" w:rsidRDefault="005246C0">
      <w:pPr>
        <w:pStyle w:val="ListNumber"/>
      </w:pPr>
      <w:r>
        <w:t>The business owner reviews the response and decides the next action.</w:t>
      </w:r>
    </w:p>
    <w:p w14:paraId="387EC8C6" w14:textId="77777777" w:rsidR="00DF2E7E" w:rsidRDefault="005246C0">
      <w:pPr>
        <w:spacing w:after="120"/>
      </w:pPr>
      <w:r>
        <w:t>This design reflects research showing that AI can support customer service, lead handling, recommendations, operational decision-making, smart buildings, property management and predictive maintenance when it is connected to clear workflows and human oversight [1], [2], [3], [16].</w:t>
      </w:r>
    </w:p>
    <w:p w14:paraId="72E920BA" w14:textId="77777777" w:rsidR="00DF2E7E" w:rsidRPr="006A6422" w:rsidRDefault="005246C0" w:rsidP="006A6422">
      <w:pPr>
        <w:pStyle w:val="Heading1"/>
        <w:rPr>
          <w:color w:val="7030A0"/>
        </w:rPr>
      </w:pPr>
      <w:bookmarkStart w:id="20" w:name="_Toc230915627"/>
      <w:r w:rsidRPr="006A6422">
        <w:rPr>
          <w:color w:val="7030A0"/>
        </w:rPr>
        <w:t>2.2 Platform scope</w:t>
      </w:r>
      <w:bookmarkEnd w:id="20"/>
    </w:p>
    <w:p w14:paraId="749986BD" w14:textId="77777777" w:rsidR="00DF2E7E" w:rsidRDefault="005246C0">
      <w:pPr>
        <w:spacing w:after="120"/>
      </w:pPr>
      <w:r>
        <w:t>The core service categories for the prototype will be:</w:t>
      </w:r>
    </w:p>
    <w:p w14:paraId="40D2F493" w14:textId="77777777" w:rsidR="00DF2E7E" w:rsidRDefault="005246C0">
      <w:pPr>
        <w:pStyle w:val="ListBullet"/>
      </w:pPr>
      <w:r>
        <w:t>AI automation and business support</w:t>
      </w:r>
    </w:p>
    <w:p w14:paraId="77FD853D" w14:textId="77777777" w:rsidR="00DF2E7E" w:rsidRDefault="005246C0">
      <w:pPr>
        <w:pStyle w:val="ListBullet"/>
      </w:pPr>
      <w:r>
        <w:t xml:space="preserve">IT </w:t>
      </w:r>
      <w:proofErr w:type="gramStart"/>
      <w:r>
        <w:t>support and</w:t>
      </w:r>
      <w:proofErr w:type="gramEnd"/>
      <w:r>
        <w:t xml:space="preserve"> troubleshooting</w:t>
      </w:r>
    </w:p>
    <w:p w14:paraId="53ED6D32" w14:textId="77777777" w:rsidR="00DF2E7E" w:rsidRDefault="005246C0">
      <w:pPr>
        <w:pStyle w:val="ListBullet"/>
      </w:pPr>
      <w:r>
        <w:t>Phone or device repair/support</w:t>
      </w:r>
    </w:p>
    <w:p w14:paraId="5682F0B4" w14:textId="77777777" w:rsidR="00DF2E7E" w:rsidRDefault="005246C0">
      <w:pPr>
        <w:pStyle w:val="ListBullet"/>
      </w:pPr>
      <w:r>
        <w:t>Device reselling or refurbishing enquiry</w:t>
      </w:r>
    </w:p>
    <w:p w14:paraId="7859058D" w14:textId="77777777" w:rsidR="00DF2E7E" w:rsidRDefault="005246C0">
      <w:pPr>
        <w:pStyle w:val="ListBullet"/>
      </w:pPr>
      <w:r>
        <w:t>Property maintenance or decorating enquiry</w:t>
      </w:r>
    </w:p>
    <w:p w14:paraId="0A36DC1A" w14:textId="77777777" w:rsidR="00DF2E7E" w:rsidRDefault="005246C0">
      <w:pPr>
        <w:pStyle w:val="ListBullet"/>
      </w:pPr>
      <w:r>
        <w:t>Smart safety or security enquiry</w:t>
      </w:r>
    </w:p>
    <w:p w14:paraId="75A677E1" w14:textId="77777777" w:rsidR="00DF2E7E" w:rsidRDefault="005246C0">
      <w:pPr>
        <w:pStyle w:val="ListBullet"/>
      </w:pPr>
      <w:r>
        <w:t>General business enquiry</w:t>
      </w:r>
    </w:p>
    <w:p w14:paraId="0E51F9EA" w14:textId="77777777" w:rsidR="00DF2E7E" w:rsidRDefault="005246C0">
      <w:pPr>
        <w:spacing w:after="120"/>
      </w:pPr>
      <w:r>
        <w:t>The future expansion areas, such as smart safety, IoT monitoring, cybersecurity awareness and advanced property maintenance, will be included in the design rationale and future development section. They will not all be fully built in the prototype. This keeps the project focused and achievable.</w:t>
      </w:r>
    </w:p>
    <w:p w14:paraId="79ED2D31" w14:textId="77777777" w:rsidR="00DF2E7E" w:rsidRDefault="005246C0" w:rsidP="006A6422">
      <w:pPr>
        <w:pStyle w:val="Heading1"/>
        <w:rPr>
          <w:color w:val="7030A0"/>
        </w:rPr>
      </w:pPr>
      <w:bookmarkStart w:id="21" w:name="_Toc230915628"/>
      <w:r w:rsidRPr="006A6422">
        <w:rPr>
          <w:color w:val="7030A0"/>
        </w:rPr>
        <w:t>2.3 Data collection methods</w:t>
      </w:r>
      <w:bookmarkEnd w:id="21"/>
    </w:p>
    <w:p w14:paraId="0BF47AA4" w14:textId="77777777" w:rsidR="00B821A2" w:rsidRDefault="00B821A2" w:rsidP="00B821A2"/>
    <w:p w14:paraId="59D922D0" w14:textId="77777777" w:rsidR="00B821A2" w:rsidRDefault="00B821A2" w:rsidP="00B821A2">
      <w:pPr>
        <w:keepNext/>
      </w:pPr>
      <w:r w:rsidRPr="00B821A2">
        <w:rPr>
          <w:noProof/>
          <w:lang w:val="en-GB"/>
        </w:rPr>
        <w:lastRenderedPageBreak/>
        <w:drawing>
          <wp:inline distT="0" distB="0" distL="0" distR="0" wp14:anchorId="4F3754E0" wp14:editId="11D4992A">
            <wp:extent cx="6492240" cy="8401685"/>
            <wp:effectExtent l="0" t="0" r="3810" b="0"/>
            <wp:docPr id="4483856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92240" cy="8401685"/>
                    </a:xfrm>
                    <a:prstGeom prst="rect">
                      <a:avLst/>
                    </a:prstGeom>
                    <a:noFill/>
                    <a:ln>
                      <a:noFill/>
                    </a:ln>
                  </pic:spPr>
                </pic:pic>
              </a:graphicData>
            </a:graphic>
          </wp:inline>
        </w:drawing>
      </w:r>
    </w:p>
    <w:p w14:paraId="18BFF3B6" w14:textId="32F584FC" w:rsidR="00B821A2" w:rsidRPr="00B821A2" w:rsidRDefault="00B821A2" w:rsidP="00B821A2">
      <w:pPr>
        <w:pStyle w:val="Caption"/>
        <w:rPr>
          <w:lang w:val="en-GB"/>
        </w:rPr>
      </w:pPr>
      <w:bookmarkStart w:id="22" w:name="_Toc230915657"/>
      <w:r>
        <w:lastRenderedPageBreak/>
        <w:t xml:space="preserve">Figure </w:t>
      </w:r>
      <w:fldSimple w:instr=" SEQ Figure \* ARABIC ">
        <w:r>
          <w:rPr>
            <w:noProof/>
          </w:rPr>
          <w:t>7</w:t>
        </w:r>
      </w:fldSimple>
      <w:r>
        <w:t xml:space="preserve"> </w:t>
      </w:r>
      <w:r w:rsidRPr="00C51879">
        <w:t>Big data decision architecture</w:t>
      </w:r>
      <w:bookmarkEnd w:id="22"/>
    </w:p>
    <w:p w14:paraId="66E1A2FD" w14:textId="77777777" w:rsidR="00B821A2" w:rsidRPr="00B821A2" w:rsidRDefault="00B821A2" w:rsidP="00B821A2"/>
    <w:p w14:paraId="1AEBB0EE" w14:textId="77777777" w:rsidR="00DF2E7E" w:rsidRDefault="005246C0">
      <w:pPr>
        <w:spacing w:after="120"/>
      </w:pPr>
      <w:r>
        <w:t>The project will use both secondary and primary data. Secondary data will come from academic papers, dissertations, journal articles, books, professional guidance and official AI/data protection sources. Primary data will be small-scale and low risk. It may include a short questionnaire or feedback form from classmates, potential users, small-business contacts or stakeholders. The feedback will focus on whether the prototype is easy to understand, whether the service categories are clear, whether AI-assiste</w:t>
      </w:r>
      <w:r>
        <w:t>d responses are useful and whether users have concerns about privacy or trust.</w:t>
      </w:r>
    </w:p>
    <w:p w14:paraId="5EEF6550" w14:textId="77777777" w:rsidR="00DF2E7E" w:rsidRDefault="005246C0">
      <w:pPr>
        <w:spacing w:after="120"/>
      </w:pPr>
      <w:r>
        <w:t>Table 1: Data collection linked to objectives</w:t>
      </w:r>
    </w:p>
    <w:tbl>
      <w:tblPr>
        <w:tblStyle w:val="TableGrid"/>
        <w:tblW w:w="0" w:type="auto"/>
        <w:jc w:val="center"/>
        <w:tblLook w:val="04A0" w:firstRow="1" w:lastRow="0" w:firstColumn="1" w:lastColumn="0" w:noHBand="0" w:noVBand="1"/>
      </w:tblPr>
      <w:tblGrid>
        <w:gridCol w:w="2556"/>
        <w:gridCol w:w="2556"/>
        <w:gridCol w:w="2556"/>
        <w:gridCol w:w="2556"/>
      </w:tblGrid>
      <w:tr w:rsidR="00DF2E7E" w14:paraId="23E4E701" w14:textId="77777777">
        <w:trPr>
          <w:tblHeader/>
          <w:jc w:val="center"/>
        </w:trPr>
        <w:tc>
          <w:tcPr>
            <w:tcW w:w="2556" w:type="dxa"/>
            <w:shd w:val="clear" w:color="auto" w:fill="D9EAF7"/>
            <w:vAlign w:val="center"/>
          </w:tcPr>
          <w:p w14:paraId="210E9983" w14:textId="77777777" w:rsidR="00DF2E7E" w:rsidRDefault="005246C0">
            <w:r>
              <w:rPr>
                <w:b/>
              </w:rPr>
              <w:t>Objective</w:t>
            </w:r>
          </w:p>
        </w:tc>
        <w:tc>
          <w:tcPr>
            <w:tcW w:w="2556" w:type="dxa"/>
            <w:shd w:val="clear" w:color="auto" w:fill="D9EAF7"/>
            <w:vAlign w:val="center"/>
          </w:tcPr>
          <w:p w14:paraId="4823FC33" w14:textId="77777777" w:rsidR="00DF2E7E" w:rsidRDefault="005246C0">
            <w:r>
              <w:rPr>
                <w:b/>
              </w:rPr>
              <w:t>Data required</w:t>
            </w:r>
          </w:p>
        </w:tc>
        <w:tc>
          <w:tcPr>
            <w:tcW w:w="2556" w:type="dxa"/>
            <w:shd w:val="clear" w:color="auto" w:fill="D9EAF7"/>
            <w:vAlign w:val="center"/>
          </w:tcPr>
          <w:p w14:paraId="278F008D" w14:textId="77777777" w:rsidR="00DF2E7E" w:rsidRDefault="005246C0">
            <w:r>
              <w:rPr>
                <w:b/>
              </w:rPr>
              <w:t>Method</w:t>
            </w:r>
          </w:p>
        </w:tc>
        <w:tc>
          <w:tcPr>
            <w:tcW w:w="2556" w:type="dxa"/>
            <w:shd w:val="clear" w:color="auto" w:fill="D9EAF7"/>
            <w:vAlign w:val="center"/>
          </w:tcPr>
          <w:p w14:paraId="3414FAC3" w14:textId="77777777" w:rsidR="00DF2E7E" w:rsidRDefault="005246C0">
            <w:r>
              <w:rPr>
                <w:b/>
              </w:rPr>
              <w:t>Reason</w:t>
            </w:r>
          </w:p>
        </w:tc>
      </w:tr>
      <w:tr w:rsidR="00DF2E7E" w14:paraId="10D98C32" w14:textId="77777777">
        <w:trPr>
          <w:jc w:val="center"/>
        </w:trPr>
        <w:tc>
          <w:tcPr>
            <w:tcW w:w="2556" w:type="dxa"/>
          </w:tcPr>
          <w:p w14:paraId="1F7ED4E0" w14:textId="77777777" w:rsidR="00DF2E7E" w:rsidRDefault="005246C0">
            <w:r>
              <w:t>Objective 1</w:t>
            </w:r>
          </w:p>
        </w:tc>
        <w:tc>
          <w:tcPr>
            <w:tcW w:w="2556" w:type="dxa"/>
          </w:tcPr>
          <w:p w14:paraId="5FB9621A" w14:textId="77777777" w:rsidR="00DF2E7E" w:rsidRDefault="005246C0">
            <w:r>
              <w:t>Literature on AI, smart real estate, building maintenance, property management and responsible AI</w:t>
            </w:r>
          </w:p>
        </w:tc>
        <w:tc>
          <w:tcPr>
            <w:tcW w:w="2556" w:type="dxa"/>
          </w:tcPr>
          <w:p w14:paraId="65F55948" w14:textId="77777777" w:rsidR="00DF2E7E" w:rsidRDefault="005246C0">
            <w:r>
              <w:t>Literature review</w:t>
            </w:r>
          </w:p>
        </w:tc>
        <w:tc>
          <w:tcPr>
            <w:tcW w:w="2556" w:type="dxa"/>
          </w:tcPr>
          <w:p w14:paraId="106F1732" w14:textId="77777777" w:rsidR="00DF2E7E" w:rsidRDefault="005246C0">
            <w:r>
              <w:t>To justify the project and identify research themes</w:t>
            </w:r>
          </w:p>
        </w:tc>
      </w:tr>
      <w:tr w:rsidR="00DF2E7E" w14:paraId="431E0765" w14:textId="77777777">
        <w:trPr>
          <w:jc w:val="center"/>
        </w:trPr>
        <w:tc>
          <w:tcPr>
            <w:tcW w:w="2556" w:type="dxa"/>
          </w:tcPr>
          <w:p w14:paraId="04E40208" w14:textId="77777777" w:rsidR="00DF2E7E" w:rsidRDefault="005246C0">
            <w:r>
              <w:t>Objective 2</w:t>
            </w:r>
          </w:p>
        </w:tc>
        <w:tc>
          <w:tcPr>
            <w:tcW w:w="2556" w:type="dxa"/>
          </w:tcPr>
          <w:p w14:paraId="3A2E924C" w14:textId="77777777" w:rsidR="00DF2E7E" w:rsidRDefault="005246C0">
            <w:r>
              <w:t>User and business requirements</w:t>
            </w:r>
          </w:p>
        </w:tc>
        <w:tc>
          <w:tcPr>
            <w:tcW w:w="2556" w:type="dxa"/>
          </w:tcPr>
          <w:p w14:paraId="27AF3997" w14:textId="77777777" w:rsidR="00DF2E7E" w:rsidRDefault="005246C0">
            <w:r>
              <w:t>Scenario analysis and feedback form</w:t>
            </w:r>
          </w:p>
        </w:tc>
        <w:tc>
          <w:tcPr>
            <w:tcW w:w="2556" w:type="dxa"/>
          </w:tcPr>
          <w:p w14:paraId="08411061" w14:textId="77777777" w:rsidR="00DF2E7E" w:rsidRDefault="005246C0">
            <w:r>
              <w:t>To define what the prototype needs to do</w:t>
            </w:r>
          </w:p>
        </w:tc>
      </w:tr>
      <w:tr w:rsidR="00DF2E7E" w14:paraId="751663D8" w14:textId="77777777">
        <w:trPr>
          <w:jc w:val="center"/>
        </w:trPr>
        <w:tc>
          <w:tcPr>
            <w:tcW w:w="2556" w:type="dxa"/>
          </w:tcPr>
          <w:p w14:paraId="720E8355" w14:textId="77777777" w:rsidR="00DF2E7E" w:rsidRDefault="005246C0">
            <w:r>
              <w:t>Objective 3</w:t>
            </w:r>
          </w:p>
        </w:tc>
        <w:tc>
          <w:tcPr>
            <w:tcW w:w="2556" w:type="dxa"/>
          </w:tcPr>
          <w:p w14:paraId="31D14552" w14:textId="77777777" w:rsidR="00DF2E7E" w:rsidRDefault="005246C0">
            <w:r>
              <w:t>Design/development evidence</w:t>
            </w:r>
          </w:p>
        </w:tc>
        <w:tc>
          <w:tcPr>
            <w:tcW w:w="2556" w:type="dxa"/>
          </w:tcPr>
          <w:p w14:paraId="445D34EE" w14:textId="77777777" w:rsidR="00DF2E7E" w:rsidRDefault="005246C0">
            <w:r>
              <w:t>Workflow diagram, prototype screenshots and design notes</w:t>
            </w:r>
          </w:p>
        </w:tc>
        <w:tc>
          <w:tcPr>
            <w:tcW w:w="2556" w:type="dxa"/>
          </w:tcPr>
          <w:p w14:paraId="46C455A5" w14:textId="77777777" w:rsidR="00DF2E7E" w:rsidRDefault="005246C0">
            <w:r>
              <w:t>To show how the platform was built</w:t>
            </w:r>
          </w:p>
        </w:tc>
      </w:tr>
      <w:tr w:rsidR="00DF2E7E" w14:paraId="6CD84B32" w14:textId="77777777">
        <w:trPr>
          <w:jc w:val="center"/>
        </w:trPr>
        <w:tc>
          <w:tcPr>
            <w:tcW w:w="2556" w:type="dxa"/>
          </w:tcPr>
          <w:p w14:paraId="77014B8D" w14:textId="77777777" w:rsidR="00DF2E7E" w:rsidRDefault="005246C0">
            <w:r>
              <w:t>Objective 4</w:t>
            </w:r>
          </w:p>
        </w:tc>
        <w:tc>
          <w:tcPr>
            <w:tcW w:w="2556" w:type="dxa"/>
          </w:tcPr>
          <w:p w14:paraId="07BC6A9E" w14:textId="77777777" w:rsidR="00DF2E7E" w:rsidRDefault="005246C0">
            <w:r>
              <w:t>Usability and risk feedback</w:t>
            </w:r>
          </w:p>
        </w:tc>
        <w:tc>
          <w:tcPr>
            <w:tcW w:w="2556" w:type="dxa"/>
          </w:tcPr>
          <w:p w14:paraId="6252F5C1" w14:textId="77777777" w:rsidR="00DF2E7E" w:rsidRDefault="005246C0">
            <w:r>
              <w:t>Questionnaire, observation and reflection</w:t>
            </w:r>
          </w:p>
        </w:tc>
        <w:tc>
          <w:tcPr>
            <w:tcW w:w="2556" w:type="dxa"/>
          </w:tcPr>
          <w:p w14:paraId="23AADC75" w14:textId="77777777" w:rsidR="00DF2E7E" w:rsidRDefault="005246C0">
            <w:r>
              <w:t>To evaluate usefulness, limitations and improvements</w:t>
            </w:r>
          </w:p>
        </w:tc>
      </w:tr>
    </w:tbl>
    <w:p w14:paraId="40C99D13" w14:textId="77777777" w:rsidR="00DF2E7E" w:rsidRPr="006A6422" w:rsidRDefault="005246C0" w:rsidP="006A6422">
      <w:pPr>
        <w:pStyle w:val="Heading2"/>
        <w:rPr>
          <w:color w:val="7030A0"/>
        </w:rPr>
      </w:pPr>
      <w:bookmarkStart w:id="23" w:name="_Toc230915629"/>
      <w:r w:rsidRPr="006A6422">
        <w:rPr>
          <w:color w:val="7030A0"/>
        </w:rPr>
        <w:t>2.4 Tools and techniques</w:t>
      </w:r>
      <w:bookmarkEnd w:id="23"/>
    </w:p>
    <w:p w14:paraId="119BA890" w14:textId="77777777" w:rsidR="00DF2E7E" w:rsidRDefault="005246C0">
      <w:pPr>
        <w:spacing w:after="120"/>
      </w:pPr>
      <w:r>
        <w:t>The final tools may be adjusted after supervisor feedback, but the prototype is expected to use simple and accessible tools. Possible tools include:</w:t>
      </w:r>
    </w:p>
    <w:p w14:paraId="1B9E5ACE" w14:textId="77777777" w:rsidR="00DF2E7E" w:rsidRDefault="005246C0">
      <w:pPr>
        <w:pStyle w:val="ListBullet"/>
      </w:pPr>
      <w:proofErr w:type="spellStart"/>
      <w:r>
        <w:t>Carrd</w:t>
      </w:r>
      <w:proofErr w:type="spellEnd"/>
      <w:r>
        <w:t>, Google Sites or another simple website builder for the landing page.</w:t>
      </w:r>
    </w:p>
    <w:p w14:paraId="250E570C" w14:textId="77777777" w:rsidR="00DF2E7E" w:rsidRDefault="005246C0">
      <w:pPr>
        <w:pStyle w:val="ListBullet"/>
      </w:pPr>
      <w:r>
        <w:t>Google Forms or Microsoft Forms for enquiry capture.</w:t>
      </w:r>
    </w:p>
    <w:p w14:paraId="322E2267" w14:textId="77777777" w:rsidR="00DF2E7E" w:rsidRDefault="005246C0">
      <w:pPr>
        <w:pStyle w:val="ListBullet"/>
      </w:pPr>
      <w:r>
        <w:t xml:space="preserve">Zoho CRM, </w:t>
      </w:r>
      <w:proofErr w:type="spellStart"/>
      <w:r>
        <w:t>Airtable</w:t>
      </w:r>
      <w:proofErr w:type="spellEnd"/>
      <w:r>
        <w:t>, Notion or Microsoft Excel for customer/enquiry tracking.</w:t>
      </w:r>
    </w:p>
    <w:p w14:paraId="2EEAA85A" w14:textId="77777777" w:rsidR="00DF2E7E" w:rsidRDefault="005246C0">
      <w:pPr>
        <w:pStyle w:val="ListBullet"/>
      </w:pPr>
      <w:r>
        <w:t>AI assistant tools for draft response support and service classification logic.</w:t>
      </w:r>
    </w:p>
    <w:p w14:paraId="7B4963DA" w14:textId="77777777" w:rsidR="00DF2E7E" w:rsidRDefault="005246C0">
      <w:pPr>
        <w:pStyle w:val="ListBullet"/>
      </w:pPr>
      <w:r>
        <w:t>Canva or Draw.io for diagrams and workflow mapping.</w:t>
      </w:r>
    </w:p>
    <w:p w14:paraId="49889642" w14:textId="77777777" w:rsidR="00DF2E7E" w:rsidRDefault="005246C0">
      <w:pPr>
        <w:pStyle w:val="ListBullet"/>
      </w:pPr>
      <w:r>
        <w:t>Microsoft Word and PowerPoint for the report and viva preparation.</w:t>
      </w:r>
    </w:p>
    <w:p w14:paraId="17F949C1" w14:textId="77777777" w:rsidR="00DF2E7E" w:rsidRDefault="005246C0">
      <w:pPr>
        <w:spacing w:after="120"/>
      </w:pPr>
      <w:r>
        <w:t>The techniques used will include requirements analysis, user journey mapping, workflow modelling, service classification, prompt design, prototype testing and ethical risk review. AI will be used as a support tool rather than an automatic final decision-maker. The system may suggest a service category or draft a response, but a human reviewer will check the output before it is used. This is important because responsible AI guidance highlights the need for transparency, risk management and human accountabili</w:t>
      </w:r>
      <w:r>
        <w:t>ty [8], [9].</w:t>
      </w:r>
    </w:p>
    <w:p w14:paraId="518F3A8B" w14:textId="77777777" w:rsidR="00DF2E7E" w:rsidRPr="006A6422" w:rsidRDefault="005246C0" w:rsidP="006A6422">
      <w:pPr>
        <w:pStyle w:val="Heading1"/>
        <w:rPr>
          <w:color w:val="7030A0"/>
        </w:rPr>
      </w:pPr>
      <w:bookmarkStart w:id="24" w:name="_Toc230915630"/>
      <w:r w:rsidRPr="006A6422">
        <w:rPr>
          <w:color w:val="7030A0"/>
        </w:rPr>
        <w:lastRenderedPageBreak/>
        <w:t>2.5 Proposed prototype features</w:t>
      </w:r>
      <w:bookmarkEnd w:id="24"/>
    </w:p>
    <w:p w14:paraId="7EC5C0A2" w14:textId="77777777" w:rsidR="00DF2E7E" w:rsidRDefault="005246C0">
      <w:pPr>
        <w:pStyle w:val="ListBullet"/>
      </w:pPr>
      <w:r>
        <w:t>Customer enquiry form</w:t>
      </w:r>
    </w:p>
    <w:p w14:paraId="037BF467" w14:textId="77777777" w:rsidR="00DF2E7E" w:rsidRDefault="005246C0">
      <w:pPr>
        <w:pStyle w:val="ListBullet"/>
      </w:pPr>
      <w:r>
        <w:t>Service category selection</w:t>
      </w:r>
    </w:p>
    <w:p w14:paraId="455BB61C" w14:textId="77777777" w:rsidR="00DF2E7E" w:rsidRDefault="005246C0">
      <w:pPr>
        <w:pStyle w:val="ListBullet"/>
      </w:pPr>
      <w:r>
        <w:t>AI-assisted classification logic</w:t>
      </w:r>
    </w:p>
    <w:p w14:paraId="6A662DD4" w14:textId="77777777" w:rsidR="00DF2E7E" w:rsidRDefault="005246C0">
      <w:pPr>
        <w:pStyle w:val="ListBullet"/>
      </w:pPr>
      <w:r>
        <w:t>AI-assisted first response template</w:t>
      </w:r>
    </w:p>
    <w:p w14:paraId="6CF9202A" w14:textId="77777777" w:rsidR="00DF2E7E" w:rsidRDefault="005246C0">
      <w:pPr>
        <w:pStyle w:val="ListBullet"/>
      </w:pPr>
      <w:r>
        <w:t>Enquiry tracking table or CRM board</w:t>
      </w:r>
    </w:p>
    <w:p w14:paraId="2C53D8A8" w14:textId="77777777" w:rsidR="00DF2E7E" w:rsidRDefault="005246C0">
      <w:pPr>
        <w:pStyle w:val="ListBullet"/>
      </w:pPr>
      <w:r>
        <w:t>Follow-up status field</w:t>
      </w:r>
    </w:p>
    <w:p w14:paraId="27AB6000" w14:textId="77777777" w:rsidR="00DF2E7E" w:rsidRDefault="005246C0">
      <w:pPr>
        <w:pStyle w:val="ListBullet"/>
      </w:pPr>
      <w:r>
        <w:t>Basic dashboard or summary view</w:t>
      </w:r>
    </w:p>
    <w:p w14:paraId="748EB7F7" w14:textId="77777777" w:rsidR="00DF2E7E" w:rsidRDefault="005246C0">
      <w:pPr>
        <w:pStyle w:val="ListBullet"/>
      </w:pPr>
      <w:r>
        <w:t>Privacy notice or consent statement</w:t>
      </w:r>
    </w:p>
    <w:p w14:paraId="22346203" w14:textId="77777777" w:rsidR="00DF2E7E" w:rsidRDefault="005246C0">
      <w:pPr>
        <w:pStyle w:val="ListBullet"/>
      </w:pPr>
      <w:r>
        <w:t>Future expansion notes for property maintenance and smart safety workflows</w:t>
      </w:r>
    </w:p>
    <w:p w14:paraId="4EA0DA7D" w14:textId="77777777" w:rsidR="00DF2E7E" w:rsidRDefault="005246C0">
      <w:pPr>
        <w:spacing w:after="120"/>
      </w:pPr>
      <w:r>
        <w:t>These features are linked to the literature because real estate and property technology research identifies the value of digital platforms, customer interaction, AI recommendations, virtual support, smart building management and predictive maintenance [1], [2], [4], [6], [16], [17].</w:t>
      </w:r>
    </w:p>
    <w:p w14:paraId="0BEADF9B" w14:textId="77777777" w:rsidR="00DF2E7E" w:rsidRPr="006A6422" w:rsidRDefault="005246C0" w:rsidP="006A6422">
      <w:pPr>
        <w:pStyle w:val="Heading1"/>
        <w:rPr>
          <w:color w:val="7030A0"/>
        </w:rPr>
      </w:pPr>
      <w:bookmarkStart w:id="25" w:name="_Toc230915631"/>
      <w:r w:rsidRPr="006A6422">
        <w:rPr>
          <w:color w:val="7030A0"/>
        </w:rPr>
        <w:t>2.6 Data analysis and evaluation</w:t>
      </w:r>
      <w:bookmarkEnd w:id="25"/>
    </w:p>
    <w:p w14:paraId="4C90E9E4" w14:textId="77777777" w:rsidR="00DF2E7E" w:rsidRDefault="005246C0">
      <w:pPr>
        <w:spacing w:after="120"/>
      </w:pPr>
      <w:r>
        <w:t>The evaluation will test whether the prototype meets the aim and objectives. The main evaluation criteria will be:</w:t>
      </w:r>
    </w:p>
    <w:p w14:paraId="6E69AC96" w14:textId="77777777" w:rsidR="00DF2E7E" w:rsidRDefault="005246C0">
      <w:pPr>
        <w:pStyle w:val="ListBullet"/>
      </w:pPr>
      <w:r>
        <w:t>Usability: Can users submit an enquiry without confusion?</w:t>
      </w:r>
    </w:p>
    <w:p w14:paraId="670EF1BF" w14:textId="77777777" w:rsidR="00DF2E7E" w:rsidRDefault="005246C0">
      <w:pPr>
        <w:pStyle w:val="ListBullet"/>
      </w:pPr>
      <w:r>
        <w:t>Clarity: Are the service categories easy to understand?</w:t>
      </w:r>
    </w:p>
    <w:p w14:paraId="435D24F2" w14:textId="77777777" w:rsidR="00DF2E7E" w:rsidRDefault="005246C0">
      <w:pPr>
        <w:pStyle w:val="ListBullet"/>
      </w:pPr>
      <w:r>
        <w:t xml:space="preserve">Usefulness: Does the platform help </w:t>
      </w:r>
      <w:proofErr w:type="spellStart"/>
      <w:r>
        <w:t>organise</w:t>
      </w:r>
      <w:proofErr w:type="spellEnd"/>
      <w:r>
        <w:t xml:space="preserve"> enquiries and follow-up?</w:t>
      </w:r>
    </w:p>
    <w:p w14:paraId="675F3BB7" w14:textId="77777777" w:rsidR="00DF2E7E" w:rsidRDefault="005246C0">
      <w:pPr>
        <w:pStyle w:val="ListBullet"/>
      </w:pPr>
      <w:r>
        <w:t>AI support: Are AI-assisted responses useful, clear and professional?</w:t>
      </w:r>
    </w:p>
    <w:p w14:paraId="4B82D996" w14:textId="77777777" w:rsidR="00DF2E7E" w:rsidRDefault="005246C0">
      <w:pPr>
        <w:pStyle w:val="ListBullet"/>
      </w:pPr>
      <w:r>
        <w:t>Trust: Do users feel comfortable with the system?</w:t>
      </w:r>
    </w:p>
    <w:p w14:paraId="75E21DDD" w14:textId="77777777" w:rsidR="00DF2E7E" w:rsidRDefault="005246C0">
      <w:pPr>
        <w:pStyle w:val="ListBullet"/>
      </w:pPr>
      <w:r>
        <w:t>Privacy: Does the platform collect only necessary information?</w:t>
      </w:r>
    </w:p>
    <w:p w14:paraId="7EA0A756" w14:textId="77777777" w:rsidR="00DF2E7E" w:rsidRDefault="005246C0">
      <w:pPr>
        <w:pStyle w:val="ListBullet"/>
      </w:pPr>
      <w:r>
        <w:t>Scalability: Could the platform support future services such as property maintenance, smart safety and cybersecurity awareness?</w:t>
      </w:r>
    </w:p>
    <w:p w14:paraId="7440786A" w14:textId="77777777" w:rsidR="00DF2E7E" w:rsidRDefault="005246C0">
      <w:pPr>
        <w:spacing w:after="120"/>
      </w:pPr>
      <w:r>
        <w:t xml:space="preserve">Questionnaire ratings will be </w:t>
      </w:r>
      <w:proofErr w:type="spellStart"/>
      <w:r>
        <w:t>summarised</w:t>
      </w:r>
      <w:proofErr w:type="spellEnd"/>
      <w:r>
        <w:t xml:space="preserve"> using descriptive statistics such as averages, percentages and frequency counts. Written comments will be </w:t>
      </w:r>
      <w:proofErr w:type="spellStart"/>
      <w:r>
        <w:t>analysed</w:t>
      </w:r>
      <w:proofErr w:type="spellEnd"/>
      <w:r>
        <w:t xml:space="preserve"> thematically by grouping them into themes. The result will be an evaluation report that explains the strengths, weaknesses and improvements required.</w:t>
      </w:r>
    </w:p>
    <w:p w14:paraId="6858632E" w14:textId="77777777" w:rsidR="00DF2E7E" w:rsidRPr="006A6422" w:rsidRDefault="005246C0" w:rsidP="006A6422">
      <w:pPr>
        <w:pStyle w:val="Heading1"/>
        <w:rPr>
          <w:color w:val="7030A0"/>
        </w:rPr>
      </w:pPr>
      <w:bookmarkStart w:id="26" w:name="_Toc230915632"/>
      <w:r w:rsidRPr="006A6422">
        <w:rPr>
          <w:color w:val="7030A0"/>
        </w:rPr>
        <w:t>2.7 Ethical, legal and professional issues</w:t>
      </w:r>
      <w:bookmarkEnd w:id="26"/>
    </w:p>
    <w:p w14:paraId="21E1D279" w14:textId="77777777" w:rsidR="00DF2E7E" w:rsidRDefault="005246C0">
      <w:pPr>
        <w:spacing w:after="120"/>
      </w:pPr>
      <w:r>
        <w:t>The project will follow university ethics requirements. Participants will be told the purpose of the feedback and how their comments will be used. Participation will be voluntary. The project will avoid collecting unnecessary or sensitive personal data. Feedback used in the final report will be anonymised.</w:t>
      </w:r>
    </w:p>
    <w:p w14:paraId="6F5441F9" w14:textId="77777777" w:rsidR="00DF2E7E" w:rsidRDefault="005246C0">
      <w:pPr>
        <w:spacing w:after="120"/>
      </w:pPr>
      <w:r>
        <w:lastRenderedPageBreak/>
        <w:t>The platform design will follow basic UK GDPR principles, including data minimisation, transparency, purpose limitation and secure handling of information. The enquiry form will only request information needed to understand and respond to a customer request. AI-generated responses will be treated as draft support only and reviewed by a human before being used.</w:t>
      </w:r>
    </w:p>
    <w:p w14:paraId="0E73DB61" w14:textId="77777777" w:rsidR="00DF2E7E" w:rsidRDefault="005246C0">
      <w:pPr>
        <w:spacing w:after="120"/>
      </w:pPr>
      <w:r>
        <w:t>Cybersecurity-related services will be framed safely and lawfully. The project will not include harmful hacking instructions or offensive security automation. Any future cybersecurity feature will focus on awareness, device protection, safe support and lawful defensive guidance.</w:t>
      </w:r>
    </w:p>
    <w:p w14:paraId="0DB3DDB3" w14:textId="77777777" w:rsidR="00DF2E7E" w:rsidRPr="006A6422" w:rsidRDefault="005246C0" w:rsidP="006A6422">
      <w:pPr>
        <w:pStyle w:val="Heading1"/>
        <w:rPr>
          <w:color w:val="7030A0"/>
        </w:rPr>
      </w:pPr>
      <w:bookmarkStart w:id="27" w:name="_Toc230915633"/>
      <w:r w:rsidRPr="006A6422">
        <w:rPr>
          <w:color w:val="7030A0"/>
        </w:rPr>
        <w:t>2.8 Risks, limitations and mitigation</w:t>
      </w:r>
      <w:bookmarkEnd w:id="27"/>
    </w:p>
    <w:p w14:paraId="484CDE1D" w14:textId="77777777" w:rsidR="00DF2E7E" w:rsidRDefault="005246C0">
      <w:pPr>
        <w:spacing w:after="120"/>
      </w:pPr>
      <w:r>
        <w:t>Table 2: Risk analysis</w:t>
      </w:r>
    </w:p>
    <w:tbl>
      <w:tblPr>
        <w:tblStyle w:val="TableGrid"/>
        <w:tblW w:w="0" w:type="auto"/>
        <w:jc w:val="center"/>
        <w:tblLook w:val="04A0" w:firstRow="1" w:lastRow="0" w:firstColumn="1" w:lastColumn="0" w:noHBand="0" w:noVBand="1"/>
      </w:tblPr>
      <w:tblGrid>
        <w:gridCol w:w="2556"/>
        <w:gridCol w:w="2556"/>
        <w:gridCol w:w="2556"/>
        <w:gridCol w:w="2556"/>
      </w:tblGrid>
      <w:tr w:rsidR="00DF2E7E" w14:paraId="256DC230" w14:textId="77777777">
        <w:trPr>
          <w:tblHeader/>
          <w:jc w:val="center"/>
        </w:trPr>
        <w:tc>
          <w:tcPr>
            <w:tcW w:w="2556" w:type="dxa"/>
            <w:shd w:val="clear" w:color="auto" w:fill="D9EAF7"/>
            <w:vAlign w:val="center"/>
          </w:tcPr>
          <w:p w14:paraId="47F1E051" w14:textId="77777777" w:rsidR="00DF2E7E" w:rsidRDefault="005246C0">
            <w:r>
              <w:rPr>
                <w:b/>
              </w:rPr>
              <w:t>Risk / limitation</w:t>
            </w:r>
          </w:p>
        </w:tc>
        <w:tc>
          <w:tcPr>
            <w:tcW w:w="2556" w:type="dxa"/>
            <w:shd w:val="clear" w:color="auto" w:fill="D9EAF7"/>
            <w:vAlign w:val="center"/>
          </w:tcPr>
          <w:p w14:paraId="25375ED7" w14:textId="77777777" w:rsidR="00DF2E7E" w:rsidRDefault="005246C0">
            <w:r>
              <w:rPr>
                <w:b/>
              </w:rPr>
              <w:t>Level</w:t>
            </w:r>
          </w:p>
        </w:tc>
        <w:tc>
          <w:tcPr>
            <w:tcW w:w="2556" w:type="dxa"/>
            <w:shd w:val="clear" w:color="auto" w:fill="D9EAF7"/>
            <w:vAlign w:val="center"/>
          </w:tcPr>
          <w:p w14:paraId="583E28A8" w14:textId="77777777" w:rsidR="00DF2E7E" w:rsidRDefault="005246C0">
            <w:r>
              <w:rPr>
                <w:b/>
              </w:rPr>
              <w:t>Impact</w:t>
            </w:r>
          </w:p>
        </w:tc>
        <w:tc>
          <w:tcPr>
            <w:tcW w:w="2556" w:type="dxa"/>
            <w:shd w:val="clear" w:color="auto" w:fill="D9EAF7"/>
            <w:vAlign w:val="center"/>
          </w:tcPr>
          <w:p w14:paraId="63AAAAF7" w14:textId="77777777" w:rsidR="00DF2E7E" w:rsidRDefault="005246C0">
            <w:r>
              <w:rPr>
                <w:b/>
              </w:rPr>
              <w:t>Mitigation</w:t>
            </w:r>
          </w:p>
        </w:tc>
      </w:tr>
      <w:tr w:rsidR="00DF2E7E" w14:paraId="23170FD6" w14:textId="77777777">
        <w:trPr>
          <w:jc w:val="center"/>
        </w:trPr>
        <w:tc>
          <w:tcPr>
            <w:tcW w:w="2556" w:type="dxa"/>
          </w:tcPr>
          <w:p w14:paraId="7EBF79F5" w14:textId="77777777" w:rsidR="00DF2E7E" w:rsidRDefault="005246C0">
            <w:r>
              <w:t>Project scope becomes too broad</w:t>
            </w:r>
          </w:p>
        </w:tc>
        <w:tc>
          <w:tcPr>
            <w:tcW w:w="2556" w:type="dxa"/>
          </w:tcPr>
          <w:p w14:paraId="12B6B9FF" w14:textId="77777777" w:rsidR="00DF2E7E" w:rsidRDefault="005246C0">
            <w:r>
              <w:t>High</w:t>
            </w:r>
          </w:p>
        </w:tc>
        <w:tc>
          <w:tcPr>
            <w:tcW w:w="2556" w:type="dxa"/>
          </w:tcPr>
          <w:p w14:paraId="070A2735" w14:textId="77777777" w:rsidR="00DF2E7E" w:rsidRDefault="005246C0">
            <w:r>
              <w:t>The project may lose focus</w:t>
            </w:r>
          </w:p>
        </w:tc>
        <w:tc>
          <w:tcPr>
            <w:tcW w:w="2556" w:type="dxa"/>
          </w:tcPr>
          <w:p w14:paraId="2B8EDF3E" w14:textId="77777777" w:rsidR="00DF2E7E" w:rsidRDefault="005246C0">
            <w:r>
              <w:t>Keep the prototype limited to enquiry management, classification and follow-up</w:t>
            </w:r>
          </w:p>
        </w:tc>
      </w:tr>
      <w:tr w:rsidR="00DF2E7E" w14:paraId="6B7BA17A" w14:textId="77777777">
        <w:trPr>
          <w:jc w:val="center"/>
        </w:trPr>
        <w:tc>
          <w:tcPr>
            <w:tcW w:w="2556" w:type="dxa"/>
          </w:tcPr>
          <w:p w14:paraId="46C75511" w14:textId="77777777" w:rsidR="00DF2E7E" w:rsidRDefault="005246C0">
            <w:r>
              <w:t>AI output may be inaccurate</w:t>
            </w:r>
          </w:p>
        </w:tc>
        <w:tc>
          <w:tcPr>
            <w:tcW w:w="2556" w:type="dxa"/>
          </w:tcPr>
          <w:p w14:paraId="68173C39" w14:textId="77777777" w:rsidR="00DF2E7E" w:rsidRDefault="005246C0">
            <w:r>
              <w:t>Medium</w:t>
            </w:r>
          </w:p>
        </w:tc>
        <w:tc>
          <w:tcPr>
            <w:tcW w:w="2556" w:type="dxa"/>
          </w:tcPr>
          <w:p w14:paraId="5E6E48BF" w14:textId="77777777" w:rsidR="00DF2E7E" w:rsidRDefault="005246C0">
            <w:r>
              <w:t>Users may receive unclear or incorrect replies</w:t>
            </w:r>
          </w:p>
        </w:tc>
        <w:tc>
          <w:tcPr>
            <w:tcW w:w="2556" w:type="dxa"/>
          </w:tcPr>
          <w:p w14:paraId="47E9B2C2" w14:textId="77777777" w:rsidR="00DF2E7E" w:rsidRDefault="005246C0">
            <w:r>
              <w:t>Use AI as draft support only with human review</w:t>
            </w:r>
          </w:p>
        </w:tc>
      </w:tr>
      <w:tr w:rsidR="00DF2E7E" w14:paraId="05C0A779" w14:textId="77777777">
        <w:trPr>
          <w:jc w:val="center"/>
        </w:trPr>
        <w:tc>
          <w:tcPr>
            <w:tcW w:w="2556" w:type="dxa"/>
          </w:tcPr>
          <w:p w14:paraId="00EEBFD5" w14:textId="77777777" w:rsidR="00DF2E7E" w:rsidRDefault="005246C0">
            <w:r>
              <w:t>Limited user testing</w:t>
            </w:r>
          </w:p>
        </w:tc>
        <w:tc>
          <w:tcPr>
            <w:tcW w:w="2556" w:type="dxa"/>
          </w:tcPr>
          <w:p w14:paraId="62420141" w14:textId="77777777" w:rsidR="00DF2E7E" w:rsidRDefault="005246C0">
            <w:r>
              <w:t>Medium</w:t>
            </w:r>
          </w:p>
        </w:tc>
        <w:tc>
          <w:tcPr>
            <w:tcW w:w="2556" w:type="dxa"/>
          </w:tcPr>
          <w:p w14:paraId="19370145" w14:textId="77777777" w:rsidR="00DF2E7E" w:rsidRDefault="005246C0">
            <w:r>
              <w:t>Results may not represent all users</w:t>
            </w:r>
          </w:p>
        </w:tc>
        <w:tc>
          <w:tcPr>
            <w:tcW w:w="2556" w:type="dxa"/>
          </w:tcPr>
          <w:p w14:paraId="6E386D29" w14:textId="77777777" w:rsidR="00DF2E7E" w:rsidRDefault="005246C0">
            <w:r>
              <w:t>Treat findings as exploratory and state limitations clearly</w:t>
            </w:r>
          </w:p>
        </w:tc>
      </w:tr>
      <w:tr w:rsidR="00DF2E7E" w14:paraId="686237EC" w14:textId="77777777">
        <w:trPr>
          <w:jc w:val="center"/>
        </w:trPr>
        <w:tc>
          <w:tcPr>
            <w:tcW w:w="2556" w:type="dxa"/>
          </w:tcPr>
          <w:p w14:paraId="4AE57DE3" w14:textId="77777777" w:rsidR="00DF2E7E" w:rsidRDefault="005246C0">
            <w:r>
              <w:t>Data privacy concerns</w:t>
            </w:r>
          </w:p>
        </w:tc>
        <w:tc>
          <w:tcPr>
            <w:tcW w:w="2556" w:type="dxa"/>
          </w:tcPr>
          <w:p w14:paraId="611B3864" w14:textId="77777777" w:rsidR="00DF2E7E" w:rsidRDefault="005246C0">
            <w:r>
              <w:t>High</w:t>
            </w:r>
          </w:p>
        </w:tc>
        <w:tc>
          <w:tcPr>
            <w:tcW w:w="2556" w:type="dxa"/>
          </w:tcPr>
          <w:p w14:paraId="6C4F46BE" w14:textId="77777777" w:rsidR="00DF2E7E" w:rsidRDefault="005246C0">
            <w:r>
              <w:t>Users may not trust the platform</w:t>
            </w:r>
          </w:p>
        </w:tc>
        <w:tc>
          <w:tcPr>
            <w:tcW w:w="2556" w:type="dxa"/>
          </w:tcPr>
          <w:p w14:paraId="3859CEE0" w14:textId="77777777" w:rsidR="00DF2E7E" w:rsidRDefault="005246C0">
            <w:r>
              <w:t>Use minimal data, privacy notice and anonymised feedback</w:t>
            </w:r>
          </w:p>
        </w:tc>
      </w:tr>
      <w:tr w:rsidR="00DF2E7E" w14:paraId="61105086" w14:textId="77777777">
        <w:trPr>
          <w:jc w:val="center"/>
        </w:trPr>
        <w:tc>
          <w:tcPr>
            <w:tcW w:w="2556" w:type="dxa"/>
          </w:tcPr>
          <w:p w14:paraId="1B083CB1" w14:textId="77777777" w:rsidR="00DF2E7E" w:rsidRDefault="005246C0">
            <w:r>
              <w:t>Tool limitations</w:t>
            </w:r>
          </w:p>
        </w:tc>
        <w:tc>
          <w:tcPr>
            <w:tcW w:w="2556" w:type="dxa"/>
          </w:tcPr>
          <w:p w14:paraId="260D119E" w14:textId="77777777" w:rsidR="00DF2E7E" w:rsidRDefault="005246C0">
            <w:r>
              <w:t>Medium</w:t>
            </w:r>
          </w:p>
        </w:tc>
        <w:tc>
          <w:tcPr>
            <w:tcW w:w="2556" w:type="dxa"/>
          </w:tcPr>
          <w:p w14:paraId="5E69A088" w14:textId="77777777" w:rsidR="00DF2E7E" w:rsidRDefault="005246C0">
            <w:r>
              <w:t>Free tools may restrict features</w:t>
            </w:r>
          </w:p>
        </w:tc>
        <w:tc>
          <w:tcPr>
            <w:tcW w:w="2556" w:type="dxa"/>
          </w:tcPr>
          <w:p w14:paraId="15405BD9" w14:textId="77777777" w:rsidR="00DF2E7E" w:rsidRDefault="005246C0">
            <w:r>
              <w:t>Use simple tools and document constraints</w:t>
            </w:r>
          </w:p>
        </w:tc>
      </w:tr>
      <w:tr w:rsidR="00DF2E7E" w14:paraId="7DA022A2" w14:textId="77777777">
        <w:trPr>
          <w:jc w:val="center"/>
        </w:trPr>
        <w:tc>
          <w:tcPr>
            <w:tcW w:w="2556" w:type="dxa"/>
          </w:tcPr>
          <w:p w14:paraId="49EE0377" w14:textId="77777777" w:rsidR="00DF2E7E" w:rsidRDefault="005246C0">
            <w:r>
              <w:t>Time pressure</w:t>
            </w:r>
          </w:p>
        </w:tc>
        <w:tc>
          <w:tcPr>
            <w:tcW w:w="2556" w:type="dxa"/>
          </w:tcPr>
          <w:p w14:paraId="4B07BD74" w14:textId="77777777" w:rsidR="00DF2E7E" w:rsidRDefault="005246C0">
            <w:r>
              <w:t>High</w:t>
            </w:r>
          </w:p>
        </w:tc>
        <w:tc>
          <w:tcPr>
            <w:tcW w:w="2556" w:type="dxa"/>
          </w:tcPr>
          <w:p w14:paraId="02FBE116" w14:textId="77777777" w:rsidR="00DF2E7E" w:rsidRDefault="005246C0">
            <w:r>
              <w:t>Less time for testing and writing</w:t>
            </w:r>
          </w:p>
        </w:tc>
        <w:tc>
          <w:tcPr>
            <w:tcW w:w="2556" w:type="dxa"/>
          </w:tcPr>
          <w:p w14:paraId="13F6C995" w14:textId="77777777" w:rsidR="00DF2E7E" w:rsidRDefault="005246C0">
            <w:proofErr w:type="spellStart"/>
            <w:r>
              <w:t>Prioritise</w:t>
            </w:r>
            <w:proofErr w:type="spellEnd"/>
            <w:r>
              <w:t xml:space="preserve"> core features and avoid unnecessary extras</w:t>
            </w:r>
          </w:p>
        </w:tc>
      </w:tr>
      <w:tr w:rsidR="00DF2E7E" w14:paraId="3BC2E17B" w14:textId="77777777">
        <w:trPr>
          <w:jc w:val="center"/>
        </w:trPr>
        <w:tc>
          <w:tcPr>
            <w:tcW w:w="2556" w:type="dxa"/>
          </w:tcPr>
          <w:p w14:paraId="035D98F7" w14:textId="77777777" w:rsidR="00DF2E7E" w:rsidRDefault="005246C0">
            <w:r>
              <w:t>Technical integration issues</w:t>
            </w:r>
          </w:p>
        </w:tc>
        <w:tc>
          <w:tcPr>
            <w:tcW w:w="2556" w:type="dxa"/>
          </w:tcPr>
          <w:p w14:paraId="38C1F5CD" w14:textId="77777777" w:rsidR="00DF2E7E" w:rsidRDefault="005246C0">
            <w:r>
              <w:t>Medium</w:t>
            </w:r>
          </w:p>
        </w:tc>
        <w:tc>
          <w:tcPr>
            <w:tcW w:w="2556" w:type="dxa"/>
          </w:tcPr>
          <w:p w14:paraId="03FF8A8D" w14:textId="77777777" w:rsidR="00DF2E7E" w:rsidRDefault="005246C0">
            <w:r>
              <w:t>Tools may not connect smoothly</w:t>
            </w:r>
          </w:p>
        </w:tc>
        <w:tc>
          <w:tcPr>
            <w:tcW w:w="2556" w:type="dxa"/>
          </w:tcPr>
          <w:p w14:paraId="7D72E4DD" w14:textId="77777777" w:rsidR="00DF2E7E" w:rsidRDefault="005246C0">
            <w:r>
              <w:t>Use spreadsheet or CRM workflow as a simple alternative</w:t>
            </w:r>
          </w:p>
        </w:tc>
      </w:tr>
    </w:tbl>
    <w:p w14:paraId="3E50F470" w14:textId="77777777" w:rsidR="00DF2E7E" w:rsidRPr="006A6422" w:rsidRDefault="005246C0" w:rsidP="006A6422">
      <w:pPr>
        <w:pStyle w:val="Heading1"/>
        <w:rPr>
          <w:color w:val="7030A0"/>
        </w:rPr>
      </w:pPr>
      <w:bookmarkStart w:id="28" w:name="_Toc230915634"/>
      <w:r w:rsidRPr="006A6422">
        <w:rPr>
          <w:color w:val="7030A0"/>
        </w:rPr>
        <w:t>2.9 Reliability, validity and generalisability</w:t>
      </w:r>
      <w:bookmarkEnd w:id="28"/>
    </w:p>
    <w:p w14:paraId="42BE54D7" w14:textId="77777777" w:rsidR="00DF2E7E" w:rsidRDefault="005246C0">
      <w:pPr>
        <w:spacing w:after="120"/>
      </w:pPr>
      <w:r>
        <w:t>Reliability will be supported by using the same questionnaire and testing process with each participant. Validity will be supported by linking evaluation questions directly to the project objectives. For example, if the objective is to evaluate enquiry management, the feedback questions will ask whether the system makes enquiry submission, classification and follow-up clearer.</w:t>
      </w:r>
    </w:p>
    <w:p w14:paraId="1AC98204" w14:textId="77777777" w:rsidR="00DF2E7E" w:rsidRDefault="005246C0">
      <w:pPr>
        <w:spacing w:after="120"/>
      </w:pPr>
      <w:r>
        <w:lastRenderedPageBreak/>
        <w:t>Generalisability will be limited because the project is based on one business case study and small-scale feedback. However, the findings may still be useful for similar small multi-service businesses that need affordable AI-assisted customer support and workflow management.</w:t>
      </w:r>
    </w:p>
    <w:p w14:paraId="3F8D98FD" w14:textId="77777777" w:rsidR="00DF2E7E" w:rsidRPr="006A6422" w:rsidRDefault="005246C0">
      <w:pPr>
        <w:pStyle w:val="Heading1"/>
        <w:rPr>
          <w:color w:val="7030A0"/>
        </w:rPr>
      </w:pPr>
      <w:bookmarkStart w:id="29" w:name="_Toc230915635"/>
      <w:r w:rsidRPr="006A6422">
        <w:rPr>
          <w:color w:val="7030A0"/>
        </w:rPr>
        <w:t>3. Resources and Planning</w:t>
      </w:r>
      <w:bookmarkEnd w:id="29"/>
    </w:p>
    <w:p w14:paraId="3632EAF7" w14:textId="77777777" w:rsidR="00DF2E7E" w:rsidRPr="006A6422" w:rsidRDefault="005246C0">
      <w:pPr>
        <w:pStyle w:val="Heading2"/>
        <w:rPr>
          <w:color w:val="7030A0"/>
        </w:rPr>
      </w:pPr>
      <w:bookmarkStart w:id="30" w:name="_Toc230915636"/>
      <w:r w:rsidRPr="006A6422">
        <w:rPr>
          <w:color w:val="7030A0"/>
        </w:rPr>
        <w:t>3.1 Resources required</w:t>
      </w:r>
      <w:bookmarkEnd w:id="30"/>
    </w:p>
    <w:p w14:paraId="5A6CE364" w14:textId="77777777" w:rsidR="00DF2E7E" w:rsidRDefault="005246C0">
      <w:pPr>
        <w:pStyle w:val="ListBullet"/>
      </w:pPr>
      <w:r>
        <w:t>Laptop or desktop computer.</w:t>
      </w:r>
    </w:p>
    <w:p w14:paraId="1E5C4F1E" w14:textId="77777777" w:rsidR="00DF2E7E" w:rsidRDefault="005246C0">
      <w:pPr>
        <w:pStyle w:val="ListBullet"/>
      </w:pPr>
      <w:r>
        <w:t>Smartphone for testing mobile access.</w:t>
      </w:r>
    </w:p>
    <w:p w14:paraId="5653F8EE" w14:textId="77777777" w:rsidR="00DF2E7E" w:rsidRDefault="005246C0">
      <w:pPr>
        <w:pStyle w:val="ListBullet"/>
      </w:pPr>
      <w:r>
        <w:t>Stable internet connection.</w:t>
      </w:r>
    </w:p>
    <w:p w14:paraId="6E81A3CA" w14:textId="77777777" w:rsidR="00DF2E7E" w:rsidRDefault="005246C0">
      <w:pPr>
        <w:pStyle w:val="ListBullet"/>
      </w:pPr>
      <w:r>
        <w:t>Microsoft Word and PowerPoint for report and viva preparation.</w:t>
      </w:r>
    </w:p>
    <w:p w14:paraId="7E757AB5" w14:textId="77777777" w:rsidR="00DF2E7E" w:rsidRDefault="005246C0">
      <w:pPr>
        <w:pStyle w:val="ListBullet"/>
      </w:pPr>
      <w:r>
        <w:t>Website/form tool for prototype entry point.</w:t>
      </w:r>
    </w:p>
    <w:p w14:paraId="7BF17B8B" w14:textId="77777777" w:rsidR="00DF2E7E" w:rsidRDefault="005246C0">
      <w:pPr>
        <w:pStyle w:val="ListBullet"/>
      </w:pPr>
      <w:r>
        <w:t>Spreadsheet, CRM or database-style tool for tracking enquiries.</w:t>
      </w:r>
    </w:p>
    <w:p w14:paraId="7A1D8532" w14:textId="77777777" w:rsidR="00DF2E7E" w:rsidRDefault="005246C0">
      <w:pPr>
        <w:pStyle w:val="ListBullet"/>
      </w:pPr>
      <w:r>
        <w:t>AI assistant tool for response drafting and classification support.</w:t>
      </w:r>
    </w:p>
    <w:p w14:paraId="598BB930" w14:textId="77777777" w:rsidR="00DF2E7E" w:rsidRDefault="005246C0">
      <w:pPr>
        <w:pStyle w:val="ListBullet"/>
      </w:pPr>
      <w:r>
        <w:t xml:space="preserve">Diagram </w:t>
      </w:r>
      <w:proofErr w:type="gramStart"/>
      <w:r>
        <w:t>tool</w:t>
      </w:r>
      <w:proofErr w:type="gramEnd"/>
      <w:r>
        <w:t xml:space="preserve"> such as Draw.io or Canva.</w:t>
      </w:r>
    </w:p>
    <w:p w14:paraId="604C412D" w14:textId="77777777" w:rsidR="00DF2E7E" w:rsidRDefault="005246C0">
      <w:pPr>
        <w:pStyle w:val="ListBullet"/>
      </w:pPr>
      <w:r>
        <w:t>Access to university library, Google Scholar and uploaded academic papers.</w:t>
      </w:r>
    </w:p>
    <w:p w14:paraId="686D33E9" w14:textId="77777777" w:rsidR="00DF2E7E" w:rsidRDefault="005246C0">
      <w:pPr>
        <w:pStyle w:val="ListBullet"/>
      </w:pPr>
      <w:r>
        <w:t>Small group of users or reviewers for prototype feedback.</w:t>
      </w:r>
    </w:p>
    <w:p w14:paraId="406D664F" w14:textId="77777777" w:rsidR="00DF2E7E" w:rsidRDefault="005246C0">
      <w:pPr>
        <w:pStyle w:val="ListBullet"/>
      </w:pPr>
      <w:r>
        <w:t>Weekly supervisor meetings for guidance on scope, ethics, methodology and progress.</w:t>
      </w:r>
    </w:p>
    <w:p w14:paraId="3FFAB76C" w14:textId="77777777" w:rsidR="00DF2E7E" w:rsidRPr="006A6422" w:rsidRDefault="005246C0">
      <w:pPr>
        <w:pStyle w:val="Heading2"/>
        <w:rPr>
          <w:color w:val="7030A0"/>
        </w:rPr>
      </w:pPr>
      <w:bookmarkStart w:id="31" w:name="_Toc230915637"/>
      <w:r w:rsidRPr="006A6422">
        <w:rPr>
          <w:color w:val="7030A0"/>
        </w:rPr>
        <w:t>3.2 Project timeline and milestones</w:t>
      </w:r>
      <w:bookmarkEnd w:id="31"/>
    </w:p>
    <w:p w14:paraId="105B7218" w14:textId="77777777" w:rsidR="00DF2E7E" w:rsidRDefault="005246C0">
      <w:pPr>
        <w:spacing w:after="120"/>
      </w:pPr>
      <w:r>
        <w:t>Table 3: Project timeline</w:t>
      </w:r>
    </w:p>
    <w:tbl>
      <w:tblPr>
        <w:tblStyle w:val="TableGrid"/>
        <w:tblW w:w="0" w:type="auto"/>
        <w:jc w:val="center"/>
        <w:tblLook w:val="04A0" w:firstRow="1" w:lastRow="0" w:firstColumn="1" w:lastColumn="0" w:noHBand="0" w:noVBand="1"/>
      </w:tblPr>
      <w:tblGrid>
        <w:gridCol w:w="3408"/>
        <w:gridCol w:w="3408"/>
        <w:gridCol w:w="3408"/>
      </w:tblGrid>
      <w:tr w:rsidR="00DF2E7E" w14:paraId="6A44DEA6" w14:textId="77777777">
        <w:trPr>
          <w:tblHeader/>
          <w:jc w:val="center"/>
        </w:trPr>
        <w:tc>
          <w:tcPr>
            <w:tcW w:w="3408" w:type="dxa"/>
            <w:shd w:val="clear" w:color="auto" w:fill="D9EAF7"/>
            <w:vAlign w:val="center"/>
          </w:tcPr>
          <w:p w14:paraId="1F34BD9D" w14:textId="77777777" w:rsidR="00DF2E7E" w:rsidRDefault="005246C0">
            <w:r>
              <w:rPr>
                <w:b/>
              </w:rPr>
              <w:t>Week</w:t>
            </w:r>
          </w:p>
        </w:tc>
        <w:tc>
          <w:tcPr>
            <w:tcW w:w="3408" w:type="dxa"/>
            <w:shd w:val="clear" w:color="auto" w:fill="D9EAF7"/>
            <w:vAlign w:val="center"/>
          </w:tcPr>
          <w:p w14:paraId="455B0108" w14:textId="77777777" w:rsidR="00DF2E7E" w:rsidRDefault="005246C0">
            <w:r>
              <w:rPr>
                <w:b/>
              </w:rPr>
              <w:t>Main activity</w:t>
            </w:r>
          </w:p>
        </w:tc>
        <w:tc>
          <w:tcPr>
            <w:tcW w:w="3408" w:type="dxa"/>
            <w:shd w:val="clear" w:color="auto" w:fill="D9EAF7"/>
            <w:vAlign w:val="center"/>
          </w:tcPr>
          <w:p w14:paraId="4F43774F" w14:textId="77777777" w:rsidR="00DF2E7E" w:rsidRDefault="005246C0">
            <w:r>
              <w:rPr>
                <w:b/>
              </w:rPr>
              <w:t>Output / milestone</w:t>
            </w:r>
          </w:p>
        </w:tc>
      </w:tr>
      <w:tr w:rsidR="00DF2E7E" w14:paraId="4F8F4CD7" w14:textId="77777777">
        <w:trPr>
          <w:jc w:val="center"/>
        </w:trPr>
        <w:tc>
          <w:tcPr>
            <w:tcW w:w="3408" w:type="dxa"/>
          </w:tcPr>
          <w:p w14:paraId="6F1E750C" w14:textId="77777777" w:rsidR="00DF2E7E" w:rsidRDefault="005246C0">
            <w:r>
              <w:t>Week 1</w:t>
            </w:r>
          </w:p>
        </w:tc>
        <w:tc>
          <w:tcPr>
            <w:tcW w:w="3408" w:type="dxa"/>
          </w:tcPr>
          <w:p w14:paraId="7E7D3907" w14:textId="77777777" w:rsidR="00DF2E7E" w:rsidRDefault="005246C0">
            <w:r>
              <w:t>Confirm project scope and supervisor feedback</w:t>
            </w:r>
          </w:p>
        </w:tc>
        <w:tc>
          <w:tcPr>
            <w:tcW w:w="3408" w:type="dxa"/>
          </w:tcPr>
          <w:p w14:paraId="2501C27F" w14:textId="77777777" w:rsidR="00DF2E7E" w:rsidRDefault="005246C0">
            <w:r>
              <w:t>Approved proposal direction</w:t>
            </w:r>
          </w:p>
        </w:tc>
      </w:tr>
      <w:tr w:rsidR="00DF2E7E" w14:paraId="73B60B42" w14:textId="77777777">
        <w:trPr>
          <w:jc w:val="center"/>
        </w:trPr>
        <w:tc>
          <w:tcPr>
            <w:tcW w:w="3408" w:type="dxa"/>
          </w:tcPr>
          <w:p w14:paraId="4783B19E" w14:textId="77777777" w:rsidR="00DF2E7E" w:rsidRDefault="005246C0">
            <w:r>
              <w:t>Week 2</w:t>
            </w:r>
          </w:p>
        </w:tc>
        <w:tc>
          <w:tcPr>
            <w:tcW w:w="3408" w:type="dxa"/>
          </w:tcPr>
          <w:p w14:paraId="2241C840" w14:textId="77777777" w:rsidR="00DF2E7E" w:rsidRDefault="005246C0">
            <w:r>
              <w:t>Complete focused literature review</w:t>
            </w:r>
          </w:p>
        </w:tc>
        <w:tc>
          <w:tcPr>
            <w:tcW w:w="3408" w:type="dxa"/>
          </w:tcPr>
          <w:p w14:paraId="50AC0E86" w14:textId="77777777" w:rsidR="00DF2E7E" w:rsidRDefault="005246C0">
            <w:r>
              <w:t>Literature review notes</w:t>
            </w:r>
          </w:p>
        </w:tc>
      </w:tr>
      <w:tr w:rsidR="00DF2E7E" w14:paraId="736B397D" w14:textId="77777777">
        <w:trPr>
          <w:jc w:val="center"/>
        </w:trPr>
        <w:tc>
          <w:tcPr>
            <w:tcW w:w="3408" w:type="dxa"/>
          </w:tcPr>
          <w:p w14:paraId="29DAE85A" w14:textId="77777777" w:rsidR="00DF2E7E" w:rsidRDefault="005246C0">
            <w:r>
              <w:t>Week 3</w:t>
            </w:r>
          </w:p>
        </w:tc>
        <w:tc>
          <w:tcPr>
            <w:tcW w:w="3408" w:type="dxa"/>
          </w:tcPr>
          <w:p w14:paraId="4E108475" w14:textId="77777777" w:rsidR="00DF2E7E" w:rsidRDefault="005246C0">
            <w:r>
              <w:t>Define requirements and user scenarios</w:t>
            </w:r>
          </w:p>
        </w:tc>
        <w:tc>
          <w:tcPr>
            <w:tcW w:w="3408" w:type="dxa"/>
          </w:tcPr>
          <w:p w14:paraId="6AB66C72" w14:textId="77777777" w:rsidR="00DF2E7E" w:rsidRDefault="005246C0">
            <w:r>
              <w:t>Requirements specification</w:t>
            </w:r>
          </w:p>
        </w:tc>
      </w:tr>
      <w:tr w:rsidR="00DF2E7E" w14:paraId="053C7DD3" w14:textId="77777777">
        <w:trPr>
          <w:jc w:val="center"/>
        </w:trPr>
        <w:tc>
          <w:tcPr>
            <w:tcW w:w="3408" w:type="dxa"/>
          </w:tcPr>
          <w:p w14:paraId="738955B6" w14:textId="77777777" w:rsidR="00DF2E7E" w:rsidRDefault="005246C0">
            <w:r>
              <w:t>Week 4</w:t>
            </w:r>
          </w:p>
        </w:tc>
        <w:tc>
          <w:tcPr>
            <w:tcW w:w="3408" w:type="dxa"/>
          </w:tcPr>
          <w:p w14:paraId="76AA1722" w14:textId="77777777" w:rsidR="00DF2E7E" w:rsidRDefault="005246C0">
            <w:r>
              <w:t>Design workflow and platform structure</w:t>
            </w:r>
          </w:p>
        </w:tc>
        <w:tc>
          <w:tcPr>
            <w:tcW w:w="3408" w:type="dxa"/>
          </w:tcPr>
          <w:p w14:paraId="76466278" w14:textId="77777777" w:rsidR="00DF2E7E" w:rsidRDefault="005246C0">
            <w:r>
              <w:t>System workflow diagram</w:t>
            </w:r>
          </w:p>
        </w:tc>
      </w:tr>
      <w:tr w:rsidR="00DF2E7E" w14:paraId="40D4881C" w14:textId="77777777">
        <w:trPr>
          <w:jc w:val="center"/>
        </w:trPr>
        <w:tc>
          <w:tcPr>
            <w:tcW w:w="3408" w:type="dxa"/>
          </w:tcPr>
          <w:p w14:paraId="7CB3AE3D" w14:textId="77777777" w:rsidR="00DF2E7E" w:rsidRDefault="005246C0">
            <w:r>
              <w:t>Week 5</w:t>
            </w:r>
          </w:p>
        </w:tc>
        <w:tc>
          <w:tcPr>
            <w:tcW w:w="3408" w:type="dxa"/>
          </w:tcPr>
          <w:p w14:paraId="143048E8" w14:textId="77777777" w:rsidR="00DF2E7E" w:rsidRDefault="005246C0">
            <w:r>
              <w:t>Build first prototype</w:t>
            </w:r>
          </w:p>
        </w:tc>
        <w:tc>
          <w:tcPr>
            <w:tcW w:w="3408" w:type="dxa"/>
          </w:tcPr>
          <w:p w14:paraId="1B69B1BE" w14:textId="77777777" w:rsidR="00DF2E7E" w:rsidRDefault="005246C0">
            <w:r>
              <w:t>Prototype version 1</w:t>
            </w:r>
          </w:p>
        </w:tc>
      </w:tr>
      <w:tr w:rsidR="00DF2E7E" w14:paraId="07320D28" w14:textId="77777777">
        <w:trPr>
          <w:jc w:val="center"/>
        </w:trPr>
        <w:tc>
          <w:tcPr>
            <w:tcW w:w="3408" w:type="dxa"/>
          </w:tcPr>
          <w:p w14:paraId="34767BF4" w14:textId="77777777" w:rsidR="00DF2E7E" w:rsidRDefault="005246C0">
            <w:r>
              <w:t>Week 6</w:t>
            </w:r>
          </w:p>
        </w:tc>
        <w:tc>
          <w:tcPr>
            <w:tcW w:w="3408" w:type="dxa"/>
          </w:tcPr>
          <w:p w14:paraId="407E1B0E" w14:textId="77777777" w:rsidR="00DF2E7E" w:rsidRDefault="005246C0">
            <w:r>
              <w:t>Improve prototype and test service categories</w:t>
            </w:r>
          </w:p>
        </w:tc>
        <w:tc>
          <w:tcPr>
            <w:tcW w:w="3408" w:type="dxa"/>
          </w:tcPr>
          <w:p w14:paraId="40E0B2A4" w14:textId="77777777" w:rsidR="00DF2E7E" w:rsidRDefault="005246C0">
            <w:r>
              <w:t>Prototype version 2</w:t>
            </w:r>
          </w:p>
        </w:tc>
      </w:tr>
      <w:tr w:rsidR="00DF2E7E" w14:paraId="46723880" w14:textId="77777777">
        <w:trPr>
          <w:jc w:val="center"/>
        </w:trPr>
        <w:tc>
          <w:tcPr>
            <w:tcW w:w="3408" w:type="dxa"/>
          </w:tcPr>
          <w:p w14:paraId="262F6743" w14:textId="77777777" w:rsidR="00DF2E7E" w:rsidRDefault="005246C0">
            <w:r>
              <w:t>Week 7</w:t>
            </w:r>
          </w:p>
        </w:tc>
        <w:tc>
          <w:tcPr>
            <w:tcW w:w="3408" w:type="dxa"/>
          </w:tcPr>
          <w:p w14:paraId="039943DE" w14:textId="77777777" w:rsidR="00DF2E7E" w:rsidRDefault="005246C0">
            <w:r>
              <w:t>Collect user feedback</w:t>
            </w:r>
          </w:p>
        </w:tc>
        <w:tc>
          <w:tcPr>
            <w:tcW w:w="3408" w:type="dxa"/>
          </w:tcPr>
          <w:p w14:paraId="29CD5CEA" w14:textId="77777777" w:rsidR="00DF2E7E" w:rsidRDefault="005246C0">
            <w:r>
              <w:t>Feedback dataset</w:t>
            </w:r>
          </w:p>
        </w:tc>
      </w:tr>
      <w:tr w:rsidR="00DF2E7E" w14:paraId="47C9CC6A" w14:textId="77777777">
        <w:trPr>
          <w:jc w:val="center"/>
        </w:trPr>
        <w:tc>
          <w:tcPr>
            <w:tcW w:w="3408" w:type="dxa"/>
          </w:tcPr>
          <w:p w14:paraId="26EE68E2" w14:textId="77777777" w:rsidR="00DF2E7E" w:rsidRDefault="005246C0">
            <w:r>
              <w:t>Week 8</w:t>
            </w:r>
          </w:p>
        </w:tc>
        <w:tc>
          <w:tcPr>
            <w:tcW w:w="3408" w:type="dxa"/>
          </w:tcPr>
          <w:p w14:paraId="233A6C89" w14:textId="77777777" w:rsidR="00DF2E7E" w:rsidRDefault="005246C0">
            <w:r>
              <w:t>Analyse results and risks</w:t>
            </w:r>
          </w:p>
        </w:tc>
        <w:tc>
          <w:tcPr>
            <w:tcW w:w="3408" w:type="dxa"/>
          </w:tcPr>
          <w:p w14:paraId="136293B9" w14:textId="77777777" w:rsidR="00DF2E7E" w:rsidRDefault="005246C0">
            <w:r>
              <w:t>Evaluation findings</w:t>
            </w:r>
          </w:p>
        </w:tc>
      </w:tr>
      <w:tr w:rsidR="00DF2E7E" w14:paraId="22B3EEC7" w14:textId="77777777">
        <w:trPr>
          <w:jc w:val="center"/>
        </w:trPr>
        <w:tc>
          <w:tcPr>
            <w:tcW w:w="3408" w:type="dxa"/>
          </w:tcPr>
          <w:p w14:paraId="23B3DECB" w14:textId="77777777" w:rsidR="00DF2E7E" w:rsidRDefault="005246C0">
            <w:r>
              <w:t>Week 9</w:t>
            </w:r>
          </w:p>
        </w:tc>
        <w:tc>
          <w:tcPr>
            <w:tcW w:w="3408" w:type="dxa"/>
          </w:tcPr>
          <w:p w14:paraId="4676D4E2" w14:textId="77777777" w:rsidR="00DF2E7E" w:rsidRDefault="005246C0">
            <w:r>
              <w:t>Write final report and recommendations</w:t>
            </w:r>
          </w:p>
        </w:tc>
        <w:tc>
          <w:tcPr>
            <w:tcW w:w="3408" w:type="dxa"/>
          </w:tcPr>
          <w:p w14:paraId="57D1B259" w14:textId="77777777" w:rsidR="00DF2E7E" w:rsidRDefault="005246C0">
            <w:r>
              <w:t>Draft final report</w:t>
            </w:r>
          </w:p>
        </w:tc>
      </w:tr>
      <w:tr w:rsidR="00DF2E7E" w14:paraId="6C387B2B" w14:textId="77777777">
        <w:trPr>
          <w:jc w:val="center"/>
        </w:trPr>
        <w:tc>
          <w:tcPr>
            <w:tcW w:w="3408" w:type="dxa"/>
          </w:tcPr>
          <w:p w14:paraId="6BDC1817" w14:textId="77777777" w:rsidR="00DF2E7E" w:rsidRDefault="005246C0">
            <w:r>
              <w:lastRenderedPageBreak/>
              <w:t>Week 10</w:t>
            </w:r>
          </w:p>
        </w:tc>
        <w:tc>
          <w:tcPr>
            <w:tcW w:w="3408" w:type="dxa"/>
          </w:tcPr>
          <w:p w14:paraId="7595155A" w14:textId="77777777" w:rsidR="00DF2E7E" w:rsidRDefault="005246C0">
            <w:r>
              <w:t>Final editing and viva preparation</w:t>
            </w:r>
          </w:p>
        </w:tc>
        <w:tc>
          <w:tcPr>
            <w:tcW w:w="3408" w:type="dxa"/>
          </w:tcPr>
          <w:p w14:paraId="73610638" w14:textId="77777777" w:rsidR="00DF2E7E" w:rsidRDefault="005246C0">
            <w:r>
              <w:t>Final report and presentation</w:t>
            </w:r>
          </w:p>
        </w:tc>
      </w:tr>
    </w:tbl>
    <w:p w14:paraId="3DB57763" w14:textId="77777777" w:rsidR="006322BF" w:rsidRDefault="006322BF" w:rsidP="008A6A85"/>
    <w:p w14:paraId="11474BA0" w14:textId="3560DC5A" w:rsidR="008A6A85" w:rsidRDefault="008A6A85" w:rsidP="008A6A85">
      <w:pPr>
        <w:pStyle w:val="Heading2"/>
        <w:rPr>
          <w:rFonts w:ascii="Calibri" w:hAnsi="Calibri" w:cs="Calibri"/>
          <w:color w:val="7030A0"/>
          <w:sz w:val="28"/>
          <w:szCs w:val="28"/>
          <w:lang w:val="en-GB"/>
        </w:rPr>
      </w:pPr>
      <w:bookmarkStart w:id="32" w:name="_Toc230915638"/>
      <w:r>
        <w:rPr>
          <w:rFonts w:ascii="Calibri" w:hAnsi="Calibri" w:cs="Calibri"/>
          <w:color w:val="7030A0"/>
          <w:sz w:val="28"/>
          <w:szCs w:val="28"/>
          <w:lang w:val="en-GB"/>
        </w:rPr>
        <w:t xml:space="preserve">3.3 </w:t>
      </w:r>
      <w:r w:rsidR="00071095" w:rsidRPr="008A6A85">
        <w:rPr>
          <w:rFonts w:ascii="Calibri" w:hAnsi="Calibri" w:cs="Calibri"/>
          <w:color w:val="7030A0"/>
          <w:sz w:val="28"/>
          <w:szCs w:val="28"/>
          <w:lang w:val="en-GB"/>
        </w:rPr>
        <w:t>Independent project Grantt Chart</w:t>
      </w:r>
      <w:bookmarkEnd w:id="32"/>
    </w:p>
    <w:p w14:paraId="63150143" w14:textId="77777777" w:rsidR="00DE5A5C" w:rsidRDefault="00DE5A5C" w:rsidP="006322BF">
      <w:pPr>
        <w:rPr>
          <w:lang w:val="en-GB"/>
        </w:rPr>
      </w:pPr>
    </w:p>
    <w:p w14:paraId="0A1A7AA9" w14:textId="285E282C" w:rsidR="00562290" w:rsidRDefault="00884AD7" w:rsidP="006322BF">
      <w:pPr>
        <w:rPr>
          <w:lang w:val="en-GB"/>
        </w:rPr>
      </w:pPr>
      <w:hyperlink r:id="rId15" w:history="1">
        <w:r w:rsidRPr="00884AD7">
          <w:rPr>
            <w:rStyle w:val="Hyperlink"/>
          </w:rPr>
          <w:t>Independent_Project_Gantt_Chart.xlsx</w:t>
        </w:r>
      </w:hyperlink>
    </w:p>
    <w:p w14:paraId="6F116AFE" w14:textId="77777777" w:rsidR="00884AD7" w:rsidRDefault="00884AD7" w:rsidP="006322BF">
      <w:pPr>
        <w:rPr>
          <w:lang w:val="en-GB"/>
        </w:rPr>
      </w:pPr>
    </w:p>
    <w:p w14:paraId="6703D606" w14:textId="1A908255" w:rsidR="00DE5A5C" w:rsidRPr="00103A91" w:rsidRDefault="00562290" w:rsidP="006322BF">
      <w:pPr>
        <w:rPr>
          <w:lang w:val="en-GB"/>
        </w:rPr>
      </w:pPr>
      <w:r w:rsidRPr="00562290">
        <w:rPr>
          <w:noProof/>
          <w:lang w:val="en-GB"/>
        </w:rPr>
        <w:drawing>
          <wp:inline distT="0" distB="0" distL="0" distR="0" wp14:anchorId="34E4AD47" wp14:editId="2E96B09A">
            <wp:extent cx="8778240" cy="3078480"/>
            <wp:effectExtent l="0" t="0" r="3810" b="7620"/>
            <wp:docPr id="1898832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32534" name=""/>
                    <pic:cNvPicPr/>
                  </pic:nvPicPr>
                  <pic:blipFill>
                    <a:blip r:embed="rId16"/>
                    <a:stretch>
                      <a:fillRect/>
                    </a:stretch>
                  </pic:blipFill>
                  <pic:spPr>
                    <a:xfrm>
                      <a:off x="0" y="0"/>
                      <a:ext cx="8778240" cy="3078480"/>
                    </a:xfrm>
                    <a:prstGeom prst="rect">
                      <a:avLst/>
                    </a:prstGeom>
                  </pic:spPr>
                </pic:pic>
              </a:graphicData>
            </a:graphic>
          </wp:inline>
        </w:drawing>
      </w:r>
    </w:p>
    <w:p w14:paraId="3A33E102" w14:textId="352A957C" w:rsidR="00F74074" w:rsidRPr="00F74074" w:rsidRDefault="005246C0" w:rsidP="00F74074">
      <w:pPr>
        <w:pStyle w:val="Heading1"/>
        <w:rPr>
          <w:color w:val="7030A0"/>
        </w:rPr>
      </w:pPr>
      <w:bookmarkStart w:id="33" w:name="_Toc230915639"/>
      <w:r w:rsidRPr="006A6422">
        <w:rPr>
          <w:color w:val="7030A0"/>
        </w:rPr>
        <w:t>4. Literature support summary</w:t>
      </w:r>
      <w:bookmarkEnd w:id="33"/>
    </w:p>
    <w:p w14:paraId="3F16CADB" w14:textId="77777777" w:rsidR="00DF2E7E" w:rsidRDefault="005246C0">
      <w:pPr>
        <w:spacing w:after="120"/>
      </w:pPr>
      <w:proofErr w:type="gramStart"/>
      <w:r>
        <w:t>The literature</w:t>
      </w:r>
      <w:proofErr w:type="gramEnd"/>
      <w:r>
        <w:t xml:space="preserve"> supports this project in six main ways.</w:t>
      </w:r>
    </w:p>
    <w:p w14:paraId="687102D5" w14:textId="77777777" w:rsidR="00DF2E7E" w:rsidRDefault="005246C0">
      <w:pPr>
        <w:spacing w:after="120"/>
      </w:pPr>
      <w:r>
        <w:t xml:space="preserve">First, research on AI, AR and VR adoption in real estate shows that digital technologies can improve customer engagement, property </w:t>
      </w:r>
      <w:proofErr w:type="spellStart"/>
      <w:r>
        <w:t>visualisation</w:t>
      </w:r>
      <w:proofErr w:type="spellEnd"/>
      <w:r>
        <w:t>, decision-making, marketing, sales and operational efficiency [1]. This supports the customer-facing part of the proposed platform.</w:t>
      </w:r>
    </w:p>
    <w:p w14:paraId="528685F6" w14:textId="77777777" w:rsidR="00DF2E7E" w:rsidRDefault="005246C0">
      <w:pPr>
        <w:spacing w:after="120"/>
      </w:pPr>
      <w:r>
        <w:t>Second, AI in real estate research shows that AI can support property valuation, customer service, smart building management, predictive maintenance, fraud detection and market analysis, while also requiring attention to explainability, data quality and compliance [3].</w:t>
      </w:r>
    </w:p>
    <w:p w14:paraId="0DCE0D61" w14:textId="77777777" w:rsidR="00DF2E7E" w:rsidRDefault="005246C0">
      <w:pPr>
        <w:spacing w:after="120"/>
      </w:pPr>
      <w:r>
        <w:lastRenderedPageBreak/>
        <w:t xml:space="preserve">Third, smart real estate and </w:t>
      </w:r>
      <w:proofErr w:type="spellStart"/>
      <w:r>
        <w:t>PropTech</w:t>
      </w:r>
      <w:proofErr w:type="spellEnd"/>
      <w:r>
        <w:t xml:space="preserve"> research shows that digital transformation can connect property assets, data, customer service feedback, platform systems and operational outcomes [4]. This supports the idea of treating </w:t>
      </w:r>
      <w:proofErr w:type="gramStart"/>
      <w:r>
        <w:t xml:space="preserve">the </w:t>
      </w:r>
      <w:proofErr w:type="spellStart"/>
      <w:r>
        <w:t>MegaPack</w:t>
      </w:r>
      <w:proofErr w:type="spellEnd"/>
      <w:proofErr w:type="gramEnd"/>
      <w:r>
        <w:t xml:space="preserve"> as one integrated digital service platform, not as separate unrelated ideas.</w:t>
      </w:r>
    </w:p>
    <w:p w14:paraId="34E40201" w14:textId="77777777" w:rsidR="00DF2E7E" w:rsidRDefault="005246C0">
      <w:pPr>
        <w:spacing w:after="120"/>
      </w:pPr>
      <w:r>
        <w:t>Fourth, AI building maintenance research shows that the field is moving from passive monitoring to proactive prediction, digital twins, predictive maintenance, energy efficiency and system integration [2]. This supports the future property maintenance and smart safety direction of the platform.</w:t>
      </w:r>
    </w:p>
    <w:p w14:paraId="2A2DA9F2" w14:textId="77777777" w:rsidR="00DF2E7E" w:rsidRDefault="005246C0">
      <w:pPr>
        <w:spacing w:after="120"/>
      </w:pPr>
      <w:r>
        <w:t>Fifth, real-time real estate management system research supports the use of web technology, dashboards, databases, user requirements, UML diagrams, notification systems and AI recommendation logic for a practical computing project [6].</w:t>
      </w:r>
    </w:p>
    <w:p w14:paraId="34DD6AA1" w14:textId="77777777" w:rsidR="00DF2E7E" w:rsidRDefault="005246C0">
      <w:pPr>
        <w:spacing w:after="120"/>
      </w:pPr>
      <w:r>
        <w:t>Sixth, recent AI property management research in Emerald shows that AI is being studied as a practical tool for improving real estate practice, property management transactions, operational efficiency, customer service and decision-making [16], [17]. This strengthens the current academic relevance of the proposal.</w:t>
      </w:r>
    </w:p>
    <w:p w14:paraId="2D50616E" w14:textId="77777777" w:rsidR="00DF2E7E" w:rsidRPr="006A6422" w:rsidRDefault="005246C0">
      <w:pPr>
        <w:pStyle w:val="Heading1"/>
        <w:rPr>
          <w:color w:val="7030A0"/>
        </w:rPr>
      </w:pPr>
      <w:bookmarkStart w:id="34" w:name="_Toc230915640"/>
      <w:r w:rsidRPr="006A6422">
        <w:rPr>
          <w:color w:val="7030A0"/>
        </w:rPr>
        <w:t>5. Conclusion</w:t>
      </w:r>
      <w:bookmarkEnd w:id="34"/>
    </w:p>
    <w:p w14:paraId="7FB6829D" w14:textId="77777777" w:rsidR="00DF2E7E" w:rsidRDefault="005246C0">
      <w:pPr>
        <w:spacing w:after="120"/>
      </w:pPr>
      <w:r>
        <w:t xml:space="preserve">This proposal presents a focused project to design and evaluate an AI-powered digital service platform for </w:t>
      </w:r>
      <w:proofErr w:type="spellStart"/>
      <w:r>
        <w:t>Oroshimaru</w:t>
      </w:r>
      <w:proofErr w:type="spellEnd"/>
      <w:r>
        <w:t xml:space="preserve"> Dembele Top Services Ltd. The project connects AI automation, IT support, device services, property maintenance and future smart safety workflows into one structured digital foundation. The project does not attempt to build every future idea. Instead, it focuses on a realistic prototype that captures enquiries, classifies service requests, supports AI-assisted first responses and </w:t>
      </w:r>
      <w:proofErr w:type="spellStart"/>
      <w:r>
        <w:t>organises</w:t>
      </w:r>
      <w:proofErr w:type="spellEnd"/>
      <w:r>
        <w:t xml:space="preserve"> follow-up.</w:t>
      </w:r>
    </w:p>
    <w:p w14:paraId="17BDB015" w14:textId="77777777" w:rsidR="00DF2E7E" w:rsidRDefault="005246C0">
      <w:pPr>
        <w:spacing w:after="120"/>
      </w:pPr>
      <w:r>
        <w:t xml:space="preserve">The expected contribution is a practical prototype and evaluation that shows how AI-assisted digital workflow can help a small multi-service business become more </w:t>
      </w:r>
      <w:proofErr w:type="spellStart"/>
      <w:r>
        <w:t>organised</w:t>
      </w:r>
      <w:proofErr w:type="spellEnd"/>
      <w:r>
        <w:t>, professional and scalable while considering privacy, trust and responsible AI use.</w:t>
      </w:r>
    </w:p>
    <w:p w14:paraId="6318D098" w14:textId="77777777" w:rsidR="00DF2E7E" w:rsidRDefault="005246C0">
      <w:r>
        <w:br w:type="page"/>
      </w:r>
    </w:p>
    <w:p w14:paraId="4A07558C" w14:textId="77777777" w:rsidR="00DF2E7E" w:rsidRPr="006A6422" w:rsidRDefault="005246C0">
      <w:pPr>
        <w:pStyle w:val="Heading1"/>
        <w:rPr>
          <w:color w:val="7030A0"/>
        </w:rPr>
      </w:pPr>
      <w:bookmarkStart w:id="35" w:name="_Toc230915641"/>
      <w:r w:rsidRPr="006A6422">
        <w:rPr>
          <w:color w:val="7030A0"/>
        </w:rPr>
        <w:lastRenderedPageBreak/>
        <w:t>6. References</w:t>
      </w:r>
      <w:bookmarkEnd w:id="35"/>
    </w:p>
    <w:p w14:paraId="1669BF24" w14:textId="77777777" w:rsidR="00DF2E7E" w:rsidRDefault="005246C0">
      <w:r>
        <w:t>[1] Kiran, P. L. V. S. (2025). A Study to Analyze the Adoption of Augmented Reality &amp; Virtual Reality and Impact of Artificial Intelligence on Real Estate Sector in India. Doctor of Business Administration dissertation, School of Business and Management.</w:t>
      </w:r>
    </w:p>
    <w:p w14:paraId="71D69567" w14:textId="77777777" w:rsidR="00DF2E7E" w:rsidRDefault="005246C0">
      <w:r>
        <w:t>[2] Zheng, Y., Sun, B., Guan, Y. and Yang, Y. (2025). Artificial intelligence empowering the transformation of building maintenance: Current state of research and knowledge. Buildings, 15(22), 4118. https://doi.org/10.3390/buildings15224118</w:t>
      </w:r>
    </w:p>
    <w:p w14:paraId="502E7BA4" w14:textId="77777777" w:rsidR="00DF2E7E" w:rsidRDefault="005246C0">
      <w:r>
        <w:t xml:space="preserve">[3] </w:t>
      </w:r>
      <w:proofErr w:type="spellStart"/>
      <w:r>
        <w:t>Kuppan</w:t>
      </w:r>
      <w:proofErr w:type="spellEnd"/>
      <w:r>
        <w:t>, K., Acharya, D. B. and Divya, B. (2024). Foundational AI in insurance and real estate: A survey of applications, challenges, and future directions. IEEE Access, 12, pp.181282-181302. https://doi.org/10.1109/ACCESS.2024.3509918</w:t>
      </w:r>
    </w:p>
    <w:p w14:paraId="224A19B9" w14:textId="77777777" w:rsidR="00DF2E7E" w:rsidRDefault="005246C0">
      <w:r>
        <w:t>[4] Jahidi, M. S. R. (2021). Digital transformation frameworks for smart real estate development in emerging economies. Review of Applied Science and Technology, 6(1), pp.139-182.</w:t>
      </w:r>
    </w:p>
    <w:p w14:paraId="0FC98B34" w14:textId="77777777" w:rsidR="00DF2E7E" w:rsidRDefault="005246C0">
      <w:r>
        <w:t xml:space="preserve">[5] </w:t>
      </w:r>
      <w:proofErr w:type="spellStart"/>
      <w:r>
        <w:t>Pamisetty</w:t>
      </w:r>
      <w:proofErr w:type="spellEnd"/>
      <w:r>
        <w:t>, V. (2024). AI-driven decision support for taxation and unclaimed property management: Enhancing efficiency through big data and cloud integration. European Journal of Analytics and Artificial Intelligence, 2(1), pp.1-20.</w:t>
      </w:r>
    </w:p>
    <w:p w14:paraId="41EDF7D2" w14:textId="77777777" w:rsidR="00DF2E7E" w:rsidRDefault="005246C0">
      <w:r>
        <w:t xml:space="preserve">[6] Inam, B. A. (2023). Development of Real-Time Real Estate Management System Using Web Technology and Artificial Intelligence. BSc Research Project, Department of Computer Science, University of </w:t>
      </w:r>
      <w:proofErr w:type="spellStart"/>
      <w:r>
        <w:t>Uyo</w:t>
      </w:r>
      <w:proofErr w:type="spellEnd"/>
      <w:r>
        <w:t>.</w:t>
      </w:r>
    </w:p>
    <w:p w14:paraId="61491A64" w14:textId="77777777" w:rsidR="00DF2E7E" w:rsidRDefault="005246C0">
      <w:r>
        <w:t>[7] Raji, A. K. (2024). Smart real estate: Developing an IoT-integrated software solution for sustainable property management. International Journal of African Research Sustainability Studies, 3(2).</w:t>
      </w:r>
    </w:p>
    <w:p w14:paraId="4C8645C5" w14:textId="77777777" w:rsidR="00DF2E7E" w:rsidRDefault="005246C0">
      <w:r>
        <w:t>[8] National Institute of Standards and Technology (2023). Artificial Intelligence Risk Management Framework (AI RMF 1.0). NIST AI 100-1.</w:t>
      </w:r>
    </w:p>
    <w:p w14:paraId="562F6F6E" w14:textId="77777777" w:rsidR="00DF2E7E" w:rsidRDefault="005246C0">
      <w:r>
        <w:t>[9] Information Commissioner's Office (2023). Guidance on AI and data protection. ICO.</w:t>
      </w:r>
    </w:p>
    <w:p w14:paraId="74D2B922" w14:textId="77777777" w:rsidR="00DF2E7E" w:rsidRDefault="005246C0">
      <w:r>
        <w:t xml:space="preserve">[10] Davenport, T. H. and </w:t>
      </w:r>
      <w:proofErr w:type="spellStart"/>
      <w:r>
        <w:t>Ronanki</w:t>
      </w:r>
      <w:proofErr w:type="spellEnd"/>
      <w:r>
        <w:t>, R. (2018). Artificial intelligence for the real world. Harvard Business Review, 96(1), pp.108-116.</w:t>
      </w:r>
    </w:p>
    <w:p w14:paraId="531535F3" w14:textId="77777777" w:rsidR="00DF2E7E" w:rsidRDefault="005246C0">
      <w:r>
        <w:t>[11] Russell, S. and Norvig, P. (2021). Artificial Intelligence: A Modern Approach. 4th ed. Pearson.</w:t>
      </w:r>
    </w:p>
    <w:p w14:paraId="6FC39AFE" w14:textId="77777777" w:rsidR="00DF2E7E" w:rsidRDefault="005246C0">
      <w:r>
        <w:t>[12] Davis, F. D. (1989). Perceived usefulness, perceived ease of use, and user acceptance of information technology. MIS Quarterly, 13(3), pp.319-340.</w:t>
      </w:r>
    </w:p>
    <w:p w14:paraId="3E1DFBCF" w14:textId="77777777" w:rsidR="00DF2E7E" w:rsidRDefault="005246C0">
      <w:r>
        <w:t>[13] Braun, V. and Clarke, V. (2006). Using thematic analysis in psychology. Qualitative Research in Psychology, 3(2), pp.77-101.</w:t>
      </w:r>
    </w:p>
    <w:p w14:paraId="1F51FFA8" w14:textId="77777777" w:rsidR="00DF2E7E" w:rsidRDefault="005246C0">
      <w:r>
        <w:t>[14] Rogers, E. M. (2003). Diffusion of Innovations. 5th ed. Free Press.</w:t>
      </w:r>
    </w:p>
    <w:p w14:paraId="27C98023" w14:textId="77777777" w:rsidR="00DF2E7E" w:rsidRDefault="005246C0">
      <w:r>
        <w:t>[15] Nielsen, J. (1994). Usability Engineering. Morgan Kaufmann.</w:t>
      </w:r>
    </w:p>
    <w:p w14:paraId="784589B7" w14:textId="77777777" w:rsidR="00DF2E7E" w:rsidRDefault="005246C0">
      <w:r>
        <w:lastRenderedPageBreak/>
        <w:t xml:space="preserve">[16] Oyetunji, A. K., Alohan, E. O. and </w:t>
      </w:r>
      <w:proofErr w:type="spellStart"/>
      <w:r>
        <w:t>Edionwe</w:t>
      </w:r>
      <w:proofErr w:type="spellEnd"/>
      <w:r>
        <w:t>, O. (2026). Exploring the integration of artificial intelligence in the Nigerian real estate practice. Property Management, 44(2), pp.341-359. https://doi.org/10.1108/PM-09-2024-0101</w:t>
      </w:r>
    </w:p>
    <w:p w14:paraId="1EC12ADE" w14:textId="77777777" w:rsidR="00DF2E7E" w:rsidRDefault="005246C0">
      <w:r>
        <w:t>[17] Adediran, A. O., Aini, A. M. and Ajibade, S. M. (2025). Adoption of artificial intelligence in property management transactions: a systematic review and trend analysis. Property Management. https://doi.org/10.1108/PM-02-2025-0007</w:t>
      </w:r>
    </w:p>
    <w:p w14:paraId="73964403" w14:textId="77777777" w:rsidR="00DF2E7E" w:rsidRPr="006A6422" w:rsidRDefault="005246C0">
      <w:pPr>
        <w:pStyle w:val="Heading1"/>
        <w:rPr>
          <w:color w:val="7030A0"/>
        </w:rPr>
      </w:pPr>
      <w:bookmarkStart w:id="36" w:name="_Toc230915642"/>
      <w:r w:rsidRPr="006A6422">
        <w:rPr>
          <w:color w:val="7030A0"/>
        </w:rPr>
        <w:t>Appendix A: Interim Viva Talking Points</w:t>
      </w:r>
      <w:bookmarkEnd w:id="36"/>
    </w:p>
    <w:p w14:paraId="66BC1E39" w14:textId="77777777" w:rsidR="00DF2E7E" w:rsidRDefault="005246C0">
      <w:pPr>
        <w:spacing w:after="120"/>
      </w:pPr>
      <w:r>
        <w:t xml:space="preserve">This appendix is included because the interim </w:t>
      </w:r>
      <w:proofErr w:type="gramStart"/>
      <w:r>
        <w:t>viva</w:t>
      </w:r>
      <w:proofErr w:type="gramEnd"/>
      <w:r>
        <w:t xml:space="preserve"> is used to check that the project direction is clear, realistic, research-based and suitable for the remaining supervision period. It can be removed from the submitted proposal if the supervisor wants a shorter document.</w:t>
      </w:r>
    </w:p>
    <w:p w14:paraId="59E069B7" w14:textId="77777777" w:rsidR="00DF2E7E" w:rsidRPr="006A6422" w:rsidRDefault="005246C0">
      <w:pPr>
        <w:pStyle w:val="Heading2"/>
        <w:rPr>
          <w:color w:val="7030A0"/>
        </w:rPr>
      </w:pPr>
      <w:bookmarkStart w:id="37" w:name="_Toc230915643"/>
      <w:r w:rsidRPr="006A6422">
        <w:rPr>
          <w:color w:val="7030A0"/>
        </w:rPr>
        <w:t>A.1 One-sentence project explanation</w:t>
      </w:r>
      <w:bookmarkEnd w:id="37"/>
    </w:p>
    <w:p w14:paraId="114478BC" w14:textId="77777777" w:rsidR="00DF2E7E" w:rsidRDefault="005246C0">
      <w:pPr>
        <w:spacing w:after="120"/>
      </w:pPr>
      <w:r>
        <w:t xml:space="preserve">My project is about designing and evaluating an AI-powered digital service platform that helps a small multi-service business </w:t>
      </w:r>
      <w:proofErr w:type="spellStart"/>
      <w:r>
        <w:t>organise</w:t>
      </w:r>
      <w:proofErr w:type="spellEnd"/>
      <w:r>
        <w:t xml:space="preserve"> customer enquiries, classify service requests, support first-line responses and prepare for future property maintenance and smart safety workflows.</w:t>
      </w:r>
    </w:p>
    <w:p w14:paraId="0AD88351" w14:textId="77777777" w:rsidR="00DF2E7E" w:rsidRPr="006A6422" w:rsidRDefault="005246C0">
      <w:pPr>
        <w:pStyle w:val="Heading2"/>
        <w:rPr>
          <w:color w:val="7030A0"/>
        </w:rPr>
      </w:pPr>
      <w:bookmarkStart w:id="38" w:name="_Toc230915644"/>
      <w:r w:rsidRPr="006A6422">
        <w:rPr>
          <w:color w:val="7030A0"/>
        </w:rPr>
        <w:t>A.2 Why this project matters</w:t>
      </w:r>
      <w:bookmarkEnd w:id="38"/>
    </w:p>
    <w:p w14:paraId="2F3264B0" w14:textId="77777777" w:rsidR="00DF2E7E" w:rsidRDefault="005246C0">
      <w:pPr>
        <w:spacing w:after="120"/>
      </w:pPr>
      <w:r>
        <w:t xml:space="preserve">Small businesses often use too many disconnected communication channels. This can cause missed enquiries, slow replies and poor </w:t>
      </w:r>
      <w:proofErr w:type="spellStart"/>
      <w:r>
        <w:t>organisation</w:t>
      </w:r>
      <w:proofErr w:type="spellEnd"/>
      <w:r>
        <w:t>. My project explores how AI and digital workflow can make this process more structured and professional.</w:t>
      </w:r>
    </w:p>
    <w:p w14:paraId="3B4D787F" w14:textId="77777777" w:rsidR="00DF2E7E" w:rsidRPr="006A6422" w:rsidRDefault="005246C0">
      <w:pPr>
        <w:pStyle w:val="Heading2"/>
        <w:rPr>
          <w:color w:val="7030A0"/>
        </w:rPr>
      </w:pPr>
      <w:bookmarkStart w:id="39" w:name="_Toc230915645"/>
      <w:r w:rsidRPr="006A6422">
        <w:rPr>
          <w:color w:val="7030A0"/>
        </w:rPr>
        <w:t>A.3 What I am building</w:t>
      </w:r>
      <w:bookmarkEnd w:id="39"/>
    </w:p>
    <w:p w14:paraId="261481B2" w14:textId="77777777" w:rsidR="00DF2E7E" w:rsidRDefault="005246C0">
      <w:pPr>
        <w:spacing w:after="120"/>
      </w:pPr>
      <w:r>
        <w:t>I am building a prototype platform that can capture customer enquiries, classify service requests, support AI-assisted first responses, track follow-up and prepare the business for future services such as property maintenance, smart safety and cybersecurity awareness.</w:t>
      </w:r>
    </w:p>
    <w:p w14:paraId="7BC0502B" w14:textId="77777777" w:rsidR="00DF2E7E" w:rsidRPr="006A6422" w:rsidRDefault="005246C0">
      <w:pPr>
        <w:pStyle w:val="Heading2"/>
        <w:rPr>
          <w:color w:val="7030A0"/>
        </w:rPr>
      </w:pPr>
      <w:bookmarkStart w:id="40" w:name="_Toc230915646"/>
      <w:r w:rsidRPr="006A6422">
        <w:rPr>
          <w:color w:val="7030A0"/>
        </w:rPr>
        <w:t>A.4 Why it is computing-related</w:t>
      </w:r>
      <w:bookmarkEnd w:id="40"/>
    </w:p>
    <w:p w14:paraId="1BD07EE7" w14:textId="77777777" w:rsidR="00DF2E7E" w:rsidRDefault="005246C0">
      <w:pPr>
        <w:spacing w:after="120"/>
      </w:pPr>
      <w:r>
        <w:t>The project includes requirements analysis, digital platform design, AI-assisted workflow, data collection, prototype development, usability testing, evaluation and ethical risk analysis.</w:t>
      </w:r>
    </w:p>
    <w:p w14:paraId="28A1325F" w14:textId="77777777" w:rsidR="00DF2E7E" w:rsidRPr="006A6422" w:rsidRDefault="005246C0">
      <w:pPr>
        <w:pStyle w:val="Heading2"/>
        <w:rPr>
          <w:color w:val="7030A0"/>
        </w:rPr>
      </w:pPr>
      <w:bookmarkStart w:id="41" w:name="_Toc230915647"/>
      <w:r w:rsidRPr="006A6422">
        <w:rPr>
          <w:color w:val="7030A0"/>
        </w:rPr>
        <w:t>A.5 What makes it realistic</w:t>
      </w:r>
      <w:bookmarkEnd w:id="41"/>
    </w:p>
    <w:p w14:paraId="4B1620CE" w14:textId="77777777" w:rsidR="00DF2E7E" w:rsidRDefault="005246C0">
      <w:pPr>
        <w:spacing w:after="120"/>
      </w:pPr>
      <w:r>
        <w:t>The prototype will use accessible tools such as a website builder, forms, spreadsheet or CRM workflow and AI-assisted response templates. It is not trying to build a full commercial product immediately.</w:t>
      </w:r>
    </w:p>
    <w:p w14:paraId="2AF564D1" w14:textId="77777777" w:rsidR="00DF2E7E" w:rsidRPr="006A6422" w:rsidRDefault="005246C0">
      <w:pPr>
        <w:pStyle w:val="Heading2"/>
        <w:rPr>
          <w:color w:val="7030A0"/>
        </w:rPr>
      </w:pPr>
      <w:bookmarkStart w:id="42" w:name="_Toc230915648"/>
      <w:r w:rsidRPr="006A6422">
        <w:rPr>
          <w:color w:val="7030A0"/>
        </w:rPr>
        <w:t>A.6 What makes it ethical</w:t>
      </w:r>
      <w:bookmarkEnd w:id="42"/>
    </w:p>
    <w:p w14:paraId="23296192" w14:textId="77777777" w:rsidR="00DF2E7E" w:rsidRDefault="005246C0">
      <w:pPr>
        <w:spacing w:after="120"/>
      </w:pPr>
      <w:r>
        <w:t>The project will use minimal data, anonymised feedback, clear consent, privacy awareness and human review of AI responses.</w:t>
      </w:r>
    </w:p>
    <w:p w14:paraId="0590E7FF" w14:textId="77777777" w:rsidR="00DF2E7E" w:rsidRDefault="005246C0">
      <w:pPr>
        <w:pStyle w:val="Heading2"/>
      </w:pPr>
      <w:bookmarkStart w:id="43" w:name="_Toc230915649"/>
      <w:r w:rsidRPr="006A6422">
        <w:rPr>
          <w:color w:val="7030A0"/>
        </w:rPr>
        <w:t>A.7 Likely viva questions and short answers</w:t>
      </w:r>
      <w:bookmarkEnd w:id="43"/>
    </w:p>
    <w:p w14:paraId="2320DFD4" w14:textId="77777777" w:rsidR="00DF2E7E" w:rsidRDefault="005246C0">
      <w:pPr>
        <w:spacing w:after="120"/>
      </w:pPr>
      <w:r>
        <w:t>Table 4: Interim viva question preparation</w:t>
      </w:r>
    </w:p>
    <w:tbl>
      <w:tblPr>
        <w:tblStyle w:val="TableGrid"/>
        <w:tblW w:w="0" w:type="auto"/>
        <w:jc w:val="center"/>
        <w:tblLook w:val="04A0" w:firstRow="1" w:lastRow="0" w:firstColumn="1" w:lastColumn="0" w:noHBand="0" w:noVBand="1"/>
      </w:tblPr>
      <w:tblGrid>
        <w:gridCol w:w="5112"/>
        <w:gridCol w:w="5112"/>
      </w:tblGrid>
      <w:tr w:rsidR="00DF2E7E" w14:paraId="06D7DA2A" w14:textId="77777777">
        <w:trPr>
          <w:tblHeader/>
          <w:jc w:val="center"/>
        </w:trPr>
        <w:tc>
          <w:tcPr>
            <w:tcW w:w="5112" w:type="dxa"/>
            <w:shd w:val="clear" w:color="auto" w:fill="D9EAF7"/>
            <w:vAlign w:val="center"/>
          </w:tcPr>
          <w:p w14:paraId="3F3798B7" w14:textId="77777777" w:rsidR="00DF2E7E" w:rsidRDefault="005246C0">
            <w:r>
              <w:rPr>
                <w:b/>
              </w:rPr>
              <w:lastRenderedPageBreak/>
              <w:t>Viva question</w:t>
            </w:r>
          </w:p>
        </w:tc>
        <w:tc>
          <w:tcPr>
            <w:tcW w:w="5112" w:type="dxa"/>
            <w:shd w:val="clear" w:color="auto" w:fill="D9EAF7"/>
            <w:vAlign w:val="center"/>
          </w:tcPr>
          <w:p w14:paraId="52EA7002" w14:textId="77777777" w:rsidR="00DF2E7E" w:rsidRDefault="005246C0">
            <w:r>
              <w:rPr>
                <w:b/>
              </w:rPr>
              <w:t>Prepared answer</w:t>
            </w:r>
          </w:p>
        </w:tc>
      </w:tr>
      <w:tr w:rsidR="00DF2E7E" w14:paraId="5BD7BE2A" w14:textId="77777777">
        <w:trPr>
          <w:jc w:val="center"/>
        </w:trPr>
        <w:tc>
          <w:tcPr>
            <w:tcW w:w="5112" w:type="dxa"/>
          </w:tcPr>
          <w:p w14:paraId="21D94424" w14:textId="77777777" w:rsidR="00DF2E7E" w:rsidRDefault="005246C0">
            <w:r>
              <w:t>What is your project about?</w:t>
            </w:r>
          </w:p>
        </w:tc>
        <w:tc>
          <w:tcPr>
            <w:tcW w:w="5112" w:type="dxa"/>
          </w:tcPr>
          <w:p w14:paraId="2717EC7A" w14:textId="77777777" w:rsidR="00DF2E7E" w:rsidRDefault="005246C0">
            <w:r>
              <w:t xml:space="preserve">It is about designing and evaluating an AI-powered digital service platform for a multi-service small business. The system will </w:t>
            </w:r>
            <w:proofErr w:type="spellStart"/>
            <w:r>
              <w:t>organise</w:t>
            </w:r>
            <w:proofErr w:type="spellEnd"/>
            <w:r>
              <w:t xml:space="preserve"> enquiries, classify service requests and support first-line responses.</w:t>
            </w:r>
          </w:p>
        </w:tc>
      </w:tr>
      <w:tr w:rsidR="00DF2E7E" w14:paraId="4E75D3F8" w14:textId="77777777">
        <w:trPr>
          <w:jc w:val="center"/>
        </w:trPr>
        <w:tc>
          <w:tcPr>
            <w:tcW w:w="5112" w:type="dxa"/>
          </w:tcPr>
          <w:p w14:paraId="7EA733C9" w14:textId="77777777" w:rsidR="00DF2E7E" w:rsidRDefault="005246C0">
            <w:r>
              <w:t>What problem are you solving?</w:t>
            </w:r>
          </w:p>
        </w:tc>
        <w:tc>
          <w:tcPr>
            <w:tcW w:w="5112" w:type="dxa"/>
          </w:tcPr>
          <w:p w14:paraId="6F7AA0C0" w14:textId="77777777" w:rsidR="00DF2E7E" w:rsidRDefault="005246C0">
            <w:r>
              <w:t>The problem is that small businesses often receive enquiries through many disconnected channels, which can cause missed leads, slow replies and poor follow-up.</w:t>
            </w:r>
          </w:p>
        </w:tc>
      </w:tr>
      <w:tr w:rsidR="00DF2E7E" w14:paraId="48F89298" w14:textId="77777777">
        <w:trPr>
          <w:jc w:val="center"/>
        </w:trPr>
        <w:tc>
          <w:tcPr>
            <w:tcW w:w="5112" w:type="dxa"/>
          </w:tcPr>
          <w:p w14:paraId="1951B26E" w14:textId="77777777" w:rsidR="00DF2E7E" w:rsidRDefault="005246C0">
            <w:r>
              <w:t>What will you build?</w:t>
            </w:r>
          </w:p>
        </w:tc>
        <w:tc>
          <w:tcPr>
            <w:tcW w:w="5112" w:type="dxa"/>
          </w:tcPr>
          <w:p w14:paraId="6E36D790" w14:textId="77777777" w:rsidR="00DF2E7E" w:rsidRDefault="005246C0">
            <w:r>
              <w:t>I will build a prototype using accessible tools such as a landing page or form, a tracking system, service categories and AI-assisted response templates.</w:t>
            </w:r>
          </w:p>
        </w:tc>
      </w:tr>
      <w:tr w:rsidR="00DF2E7E" w14:paraId="5B2944CD" w14:textId="77777777">
        <w:trPr>
          <w:jc w:val="center"/>
        </w:trPr>
        <w:tc>
          <w:tcPr>
            <w:tcW w:w="5112" w:type="dxa"/>
          </w:tcPr>
          <w:p w14:paraId="031C9EA0" w14:textId="77777777" w:rsidR="00DF2E7E" w:rsidRDefault="005246C0">
            <w:r>
              <w:t>How will you evaluate it?</w:t>
            </w:r>
          </w:p>
        </w:tc>
        <w:tc>
          <w:tcPr>
            <w:tcW w:w="5112" w:type="dxa"/>
          </w:tcPr>
          <w:p w14:paraId="7BFE0596" w14:textId="77777777" w:rsidR="00DF2E7E" w:rsidRDefault="005246C0">
            <w:r>
              <w:t>I will evaluate it using usability feedback, workflow testing, simple questionnaire ratings, thematic analysis of comments and an ethical risk review.</w:t>
            </w:r>
          </w:p>
        </w:tc>
      </w:tr>
      <w:tr w:rsidR="00DF2E7E" w14:paraId="2BD8EFDB" w14:textId="77777777">
        <w:trPr>
          <w:jc w:val="center"/>
        </w:trPr>
        <w:tc>
          <w:tcPr>
            <w:tcW w:w="5112" w:type="dxa"/>
          </w:tcPr>
          <w:p w14:paraId="5941603C" w14:textId="77777777" w:rsidR="00DF2E7E" w:rsidRDefault="005246C0">
            <w:r>
              <w:t xml:space="preserve">How does it connect to the </w:t>
            </w:r>
            <w:proofErr w:type="spellStart"/>
            <w:r>
              <w:t>MegaPack</w:t>
            </w:r>
            <w:proofErr w:type="spellEnd"/>
            <w:r>
              <w:t>?</w:t>
            </w:r>
          </w:p>
        </w:tc>
        <w:tc>
          <w:tcPr>
            <w:tcW w:w="5112" w:type="dxa"/>
          </w:tcPr>
          <w:p w14:paraId="3C15CFFD" w14:textId="77777777" w:rsidR="00DF2E7E" w:rsidRDefault="005246C0">
            <w:r>
              <w:t xml:space="preserve">The wider business has different service areas, but the project focuses on one digital foundation that can </w:t>
            </w:r>
            <w:proofErr w:type="spellStart"/>
            <w:r>
              <w:t>organise</w:t>
            </w:r>
            <w:proofErr w:type="spellEnd"/>
            <w:r>
              <w:t xml:space="preserve"> them through service classification and workflow management.</w:t>
            </w:r>
          </w:p>
        </w:tc>
      </w:tr>
      <w:tr w:rsidR="00DF2E7E" w14:paraId="63033AB2" w14:textId="77777777">
        <w:trPr>
          <w:jc w:val="center"/>
        </w:trPr>
        <w:tc>
          <w:tcPr>
            <w:tcW w:w="5112" w:type="dxa"/>
          </w:tcPr>
          <w:p w14:paraId="3C768152" w14:textId="77777777" w:rsidR="00DF2E7E" w:rsidRDefault="005246C0">
            <w:r>
              <w:t>What is outside the scope?</w:t>
            </w:r>
          </w:p>
        </w:tc>
        <w:tc>
          <w:tcPr>
            <w:tcW w:w="5112" w:type="dxa"/>
          </w:tcPr>
          <w:p w14:paraId="294BFBAF" w14:textId="77777777" w:rsidR="00DF2E7E" w:rsidRDefault="005246C0">
            <w:r>
              <w:t>I will not build every future service, a full commercial platform, advanced IoT sensors or a complete cybersecurity system. Those are future development areas.</w:t>
            </w:r>
          </w:p>
        </w:tc>
      </w:tr>
      <w:tr w:rsidR="00DF2E7E" w14:paraId="32CA12C9" w14:textId="77777777">
        <w:trPr>
          <w:jc w:val="center"/>
        </w:trPr>
        <w:tc>
          <w:tcPr>
            <w:tcW w:w="5112" w:type="dxa"/>
          </w:tcPr>
          <w:p w14:paraId="0DEF9B81" w14:textId="77777777" w:rsidR="00DF2E7E" w:rsidRDefault="005246C0">
            <w:r>
              <w:t>Why is AI needed?</w:t>
            </w:r>
          </w:p>
        </w:tc>
        <w:tc>
          <w:tcPr>
            <w:tcW w:w="5112" w:type="dxa"/>
          </w:tcPr>
          <w:p w14:paraId="3C2D595D" w14:textId="77777777" w:rsidR="00DF2E7E" w:rsidRDefault="005246C0">
            <w:r>
              <w:t>AI can help draft responses, classify enquiries and support decision-making, but human review will remain part of the process.</w:t>
            </w:r>
          </w:p>
        </w:tc>
      </w:tr>
      <w:tr w:rsidR="00DF2E7E" w14:paraId="70D354AF" w14:textId="77777777">
        <w:trPr>
          <w:jc w:val="center"/>
        </w:trPr>
        <w:tc>
          <w:tcPr>
            <w:tcW w:w="5112" w:type="dxa"/>
          </w:tcPr>
          <w:p w14:paraId="0D3F863C" w14:textId="77777777" w:rsidR="00DF2E7E" w:rsidRDefault="005246C0">
            <w:r>
              <w:t>What are the main risks?</w:t>
            </w:r>
          </w:p>
        </w:tc>
        <w:tc>
          <w:tcPr>
            <w:tcW w:w="5112" w:type="dxa"/>
          </w:tcPr>
          <w:p w14:paraId="590D5DC6" w14:textId="77777777" w:rsidR="00DF2E7E" w:rsidRDefault="005246C0">
            <w:r>
              <w:t>The main risks are scope becoming too broad, AI errors, privacy concerns, time pressure and limited testing. These are managed through a focused prototype and human review.</w:t>
            </w:r>
          </w:p>
        </w:tc>
      </w:tr>
    </w:tbl>
    <w:p w14:paraId="7664C305" w14:textId="77777777" w:rsidR="00DF2E7E" w:rsidRPr="006A6422" w:rsidRDefault="005246C0">
      <w:pPr>
        <w:pStyle w:val="Heading2"/>
        <w:rPr>
          <w:color w:val="7030A0"/>
        </w:rPr>
      </w:pPr>
      <w:bookmarkStart w:id="44" w:name="_Toc230915650"/>
      <w:r w:rsidRPr="006A6422">
        <w:rPr>
          <w:color w:val="7030A0"/>
        </w:rPr>
        <w:t>A.8 Final viva summary</w:t>
      </w:r>
      <w:bookmarkEnd w:id="44"/>
    </w:p>
    <w:p w14:paraId="129A83FD" w14:textId="77777777" w:rsidR="00DF2E7E" w:rsidRDefault="005246C0">
      <w:pPr>
        <w:spacing w:after="120"/>
      </w:pPr>
      <w:r>
        <w:t xml:space="preserve">This project is focused on creating a practical digital foundation for a growing multi-service business. It brings together AI automation, IT support, device services, property maintenance and future smart safety under one </w:t>
      </w:r>
      <w:proofErr w:type="spellStart"/>
      <w:r>
        <w:t>organised</w:t>
      </w:r>
      <w:proofErr w:type="spellEnd"/>
      <w:r>
        <w:t xml:space="preserve"> platform idea. The main goal is to show how AI can help a small business become more professional, efficient and scalable without ignoring privacy, trust and responsible use.</w:t>
      </w:r>
    </w:p>
    <w:sectPr w:rsidR="00DF2E7E" w:rsidSect="000E073A">
      <w:pgSz w:w="15840" w:h="12240" w:orient="landscape"/>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55749253">
    <w:abstractNumId w:val="8"/>
  </w:num>
  <w:num w:numId="2" w16cid:durableId="1001397207">
    <w:abstractNumId w:val="6"/>
  </w:num>
  <w:num w:numId="3" w16cid:durableId="729571270">
    <w:abstractNumId w:val="5"/>
  </w:num>
  <w:num w:numId="4" w16cid:durableId="311495293">
    <w:abstractNumId w:val="4"/>
  </w:num>
  <w:num w:numId="5" w16cid:durableId="83578512">
    <w:abstractNumId w:val="7"/>
  </w:num>
  <w:num w:numId="6" w16cid:durableId="916014928">
    <w:abstractNumId w:val="3"/>
  </w:num>
  <w:num w:numId="7" w16cid:durableId="786122860">
    <w:abstractNumId w:val="2"/>
  </w:num>
  <w:num w:numId="8" w16cid:durableId="1973634401">
    <w:abstractNumId w:val="1"/>
  </w:num>
  <w:num w:numId="9" w16cid:durableId="194276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4486"/>
    <w:rsid w:val="0006063C"/>
    <w:rsid w:val="00071095"/>
    <w:rsid w:val="000E073A"/>
    <w:rsid w:val="000E2638"/>
    <w:rsid w:val="00103A91"/>
    <w:rsid w:val="00147D48"/>
    <w:rsid w:val="0015074B"/>
    <w:rsid w:val="0020555B"/>
    <w:rsid w:val="0029639D"/>
    <w:rsid w:val="003204BC"/>
    <w:rsid w:val="00326F90"/>
    <w:rsid w:val="003A70AC"/>
    <w:rsid w:val="003C7584"/>
    <w:rsid w:val="003E3924"/>
    <w:rsid w:val="00412076"/>
    <w:rsid w:val="004462E7"/>
    <w:rsid w:val="004929C8"/>
    <w:rsid w:val="004D0DE7"/>
    <w:rsid w:val="0053670B"/>
    <w:rsid w:val="00562290"/>
    <w:rsid w:val="00567682"/>
    <w:rsid w:val="005753A2"/>
    <w:rsid w:val="005A65C8"/>
    <w:rsid w:val="00602448"/>
    <w:rsid w:val="006322BF"/>
    <w:rsid w:val="00666275"/>
    <w:rsid w:val="006A6422"/>
    <w:rsid w:val="006C2257"/>
    <w:rsid w:val="00724B33"/>
    <w:rsid w:val="00782C6B"/>
    <w:rsid w:val="00884AD7"/>
    <w:rsid w:val="008A1F6E"/>
    <w:rsid w:val="008A6A85"/>
    <w:rsid w:val="0094507D"/>
    <w:rsid w:val="00AA1D8D"/>
    <w:rsid w:val="00B37069"/>
    <w:rsid w:val="00B47730"/>
    <w:rsid w:val="00B821A2"/>
    <w:rsid w:val="00B82519"/>
    <w:rsid w:val="00C634D0"/>
    <w:rsid w:val="00CB0664"/>
    <w:rsid w:val="00DB6173"/>
    <w:rsid w:val="00DE5A5C"/>
    <w:rsid w:val="00DF2E7E"/>
    <w:rsid w:val="00E01BC9"/>
    <w:rsid w:val="00EF5FE4"/>
    <w:rsid w:val="00F72E06"/>
    <w:rsid w:val="00F7407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233D55"/>
  <w14:defaultImageDpi w14:val="300"/>
  <w15:docId w15:val="{DE5D9712-3E9F-4CB7-BFE0-8DA58317C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84AD7"/>
    <w:rPr>
      <w:color w:val="0000FF" w:themeColor="hyperlink"/>
      <w:u w:val="single"/>
    </w:rPr>
  </w:style>
  <w:style w:type="character" w:styleId="UnresolvedMention">
    <w:name w:val="Unresolved Mention"/>
    <w:basedOn w:val="DefaultParagraphFont"/>
    <w:uiPriority w:val="99"/>
    <w:semiHidden/>
    <w:unhideWhenUsed/>
    <w:rsid w:val="00884AD7"/>
    <w:rPr>
      <w:color w:val="605E5C"/>
      <w:shd w:val="clear" w:color="auto" w:fill="E1DFDD"/>
    </w:rPr>
  </w:style>
  <w:style w:type="paragraph" w:styleId="TOC1">
    <w:name w:val="toc 1"/>
    <w:basedOn w:val="Normal"/>
    <w:next w:val="Normal"/>
    <w:autoRedefine/>
    <w:uiPriority w:val="39"/>
    <w:unhideWhenUsed/>
    <w:rsid w:val="0020555B"/>
    <w:pPr>
      <w:spacing w:after="100"/>
    </w:pPr>
  </w:style>
  <w:style w:type="paragraph" w:styleId="TOC2">
    <w:name w:val="toc 2"/>
    <w:basedOn w:val="Normal"/>
    <w:next w:val="Normal"/>
    <w:autoRedefine/>
    <w:uiPriority w:val="39"/>
    <w:unhideWhenUsed/>
    <w:rsid w:val="0020555B"/>
    <w:pPr>
      <w:spacing w:after="100"/>
      <w:ind w:left="210"/>
    </w:pPr>
  </w:style>
  <w:style w:type="paragraph" w:styleId="TableofFigures">
    <w:name w:val="table of figures"/>
    <w:basedOn w:val="Normal"/>
    <w:next w:val="Normal"/>
    <w:uiPriority w:val="99"/>
    <w:unhideWhenUsed/>
    <w:rsid w:val="006C22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1drv.ms/x/c/d9d036912e2a41a1/IQDCLsr5SLsmQaoaGGDh_2TRAVRunJUDkN_cA5ESQyGhhy0?e=K1g3yd"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5121</Words>
  <Characters>29190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Abubarkar dembele</cp:lastModifiedBy>
  <cp:revision>2</cp:revision>
  <dcterms:created xsi:type="dcterms:W3CDTF">2026-05-29T14:23:00Z</dcterms:created>
  <dcterms:modified xsi:type="dcterms:W3CDTF">2026-05-29T14:23:00Z</dcterms:modified>
  <cp:category/>
</cp:coreProperties>
</file>