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B6EB2" w14:textId="77777777" w:rsidR="00F36952" w:rsidRDefault="00C86953" w:rsidP="00C86953">
      <w:pPr>
        <w:jc w:val="center"/>
      </w:pPr>
      <w:r>
        <w:rPr>
          <w:rFonts w:ascii="Arial" w:eastAsia="Arial" w:hAnsi="Arial"/>
          <w:b/>
          <w:color w:val="3264C8"/>
          <w:sz w:val="36"/>
        </w:rPr>
        <w:t xml:space="preserve">Accessibility Audit Checklist / </w:t>
      </w:r>
      <w:proofErr w:type="spellStart"/>
      <w:r>
        <w:rPr>
          <w:rFonts w:ascii="Arial" w:eastAsia="Arial" w:hAnsi="Arial"/>
          <w:b/>
          <w:color w:val="3264C8"/>
          <w:sz w:val="36"/>
        </w:rPr>
        <w:t>Rhestr</w:t>
      </w:r>
      <w:proofErr w:type="spellEnd"/>
      <w:r>
        <w:rPr>
          <w:rFonts w:ascii="Arial" w:eastAsia="Arial" w:hAnsi="Arial"/>
          <w:b/>
          <w:color w:val="3264C8"/>
          <w:sz w:val="36"/>
        </w:rPr>
        <w:t xml:space="preserve"> </w:t>
      </w:r>
      <w:proofErr w:type="spellStart"/>
      <w:r>
        <w:rPr>
          <w:rFonts w:ascii="Arial" w:eastAsia="Arial" w:hAnsi="Arial"/>
          <w:b/>
          <w:color w:val="3264C8"/>
          <w:sz w:val="36"/>
        </w:rPr>
        <w:t>Wirio</w:t>
      </w:r>
      <w:proofErr w:type="spellEnd"/>
      <w:r>
        <w:rPr>
          <w:rFonts w:ascii="Arial" w:eastAsia="Arial" w:hAnsi="Arial"/>
          <w:b/>
          <w:color w:val="3264C8"/>
          <w:sz w:val="36"/>
        </w:rPr>
        <w:t xml:space="preserve"> </w:t>
      </w:r>
      <w:proofErr w:type="spellStart"/>
      <w:r>
        <w:rPr>
          <w:rFonts w:ascii="Arial" w:eastAsia="Arial" w:hAnsi="Arial"/>
          <w:b/>
          <w:color w:val="3264C8"/>
          <w:sz w:val="36"/>
        </w:rPr>
        <w:t>Hygyrchedd</w:t>
      </w:r>
      <w:proofErr w:type="spellEnd"/>
    </w:p>
    <w:p w14:paraId="4E42965A" w14:textId="77777777" w:rsidR="00F36952" w:rsidRDefault="00F36952"/>
    <w:p w14:paraId="6B8EE5EA" w14:textId="3B68F730" w:rsidR="00F36952" w:rsidRDefault="00C86953">
      <w:r>
        <w:rPr>
          <w:b/>
        </w:rPr>
        <w:t>Instructions / Cyfarwyddiadau:</w:t>
      </w:r>
      <w:r>
        <w:rPr>
          <w:b/>
        </w:rPr>
        <w:br/>
      </w:r>
      <w:r>
        <w:t xml:space="preserve">Work in pairs or small groups. Use this checklist to guide your observations. Note good practice and barriers. </w:t>
      </w:r>
      <w:r>
        <w:br/>
        <w:t xml:space="preserve">Gweithiwch mewn parau neu grwpiau bach. Defnyddiwch y rhestr wirio hon i'ch tywys wrth arsylwi. Nodwch arferion da a rhwystrau. </w:t>
      </w:r>
    </w:p>
    <w:p w14:paraId="64173F70" w14:textId="77777777" w:rsidR="00F36952" w:rsidRDefault="00F36952"/>
    <w:p w14:paraId="6AE98839" w14:textId="77777777" w:rsidR="00F36952" w:rsidRDefault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t>Entrances / Myndfeydd</w:t>
      </w:r>
    </w:p>
    <w:p w14:paraId="1C1BD910" w14:textId="77777777" w:rsidR="00F36952" w:rsidRDefault="00C86953">
      <w:pPr>
        <w:pStyle w:val="ListBullet"/>
      </w:pPr>
      <w:r>
        <w:rPr>
          <w:rFonts w:ascii="Arial" w:eastAsia="Arial" w:hAnsi="Arial"/>
        </w:rPr>
        <w:t>Step-free entrance? / Mynedfa heb risiau?</w:t>
      </w:r>
    </w:p>
    <w:p w14:paraId="7362F315" w14:textId="77777777" w:rsidR="00F36952" w:rsidRDefault="00C86953">
      <w:pPr>
        <w:pStyle w:val="ListBullet"/>
      </w:pPr>
      <w:r>
        <w:rPr>
          <w:rFonts w:ascii="Arial" w:eastAsia="Arial" w:hAnsi="Arial"/>
        </w:rPr>
        <w:t>Ramp available and in good condition? / Rhiw ar gael ac mewn cyflwr da?</w:t>
      </w:r>
    </w:p>
    <w:p w14:paraId="36145647" w14:textId="04CE9527" w:rsidR="00F36952" w:rsidRPr="00C86953" w:rsidRDefault="00C86953">
      <w:pPr>
        <w:pStyle w:val="ListBullet"/>
      </w:pPr>
      <w:r w:rsidRPr="00C86953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38105202" wp14:editId="2736F02C">
                <wp:simplePos x="0" y="0"/>
                <wp:positionH relativeFrom="column">
                  <wp:posOffset>130175</wp:posOffset>
                </wp:positionH>
                <wp:positionV relativeFrom="paragraph">
                  <wp:posOffset>333375</wp:posOffset>
                </wp:positionV>
                <wp:extent cx="6848475" cy="1790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569E2EA0" w14:textId="77777777" w:rsidR="00C86953" w:rsidRDefault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052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25pt;margin-top:26.25pt;width:539.25pt;height:141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">
                <v:textbox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14:paraId="569E2EA0" w14:textId="77777777" w:rsidR="00C86953" w:rsidRDefault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="Arial" w:hAnsi="Arial"/>
        </w:rPr>
        <w:t xml:space="preserve">Automatic doors or easy-to-open doors? / Drysau awtomatig neu </w:t>
      </w:r>
      <w:proofErr w:type="spellStart"/>
      <w:r>
        <w:rPr>
          <w:rFonts w:ascii="Arial" w:eastAsia="Arial" w:hAnsi="Arial"/>
        </w:rPr>
        <w:t>ddrysau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hawdd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eu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hagor</w:t>
      </w:r>
      <w:proofErr w:type="spellEnd"/>
      <w:r>
        <w:rPr>
          <w:rFonts w:ascii="Arial" w:eastAsia="Arial" w:hAnsi="Arial"/>
        </w:rPr>
        <w:t>?</w:t>
      </w:r>
    </w:p>
    <w:p w14:paraId="09AD9842" w14:textId="2019473C" w:rsidR="00C86953" w:rsidRDefault="00C86953" w:rsidP="00C86953">
      <w:pPr>
        <w:pStyle w:val="ListBullet"/>
        <w:numPr>
          <w:ilvl w:val="0"/>
          <w:numId w:val="0"/>
        </w:numPr>
        <w:ind w:left="360" w:hanging="360"/>
        <w:rPr>
          <w:rFonts w:ascii="Arial" w:eastAsia="Arial" w:hAnsi="Arial"/>
        </w:rPr>
      </w:pPr>
    </w:p>
    <w:p w14:paraId="135D7FC4" w14:textId="2F03F45F" w:rsidR="00F36952" w:rsidRDefault="00C86953" w:rsidP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t xml:space="preserve">Pathways / </w:t>
      </w:r>
      <w:proofErr w:type="spellStart"/>
      <w:r>
        <w:rPr>
          <w:rFonts w:ascii="Arial" w:eastAsia="Arial" w:hAnsi="Arial"/>
          <w:b/>
          <w:color w:val="009600"/>
          <w:sz w:val="28"/>
        </w:rPr>
        <w:t>Llwybrau</w:t>
      </w:r>
      <w:proofErr w:type="spellEnd"/>
    </w:p>
    <w:p w14:paraId="04FB4A83" w14:textId="77777777" w:rsidR="00F36952" w:rsidRDefault="00C86953">
      <w:pPr>
        <w:pStyle w:val="ListBullet"/>
      </w:pPr>
      <w:r>
        <w:rPr>
          <w:rFonts w:ascii="Arial" w:eastAsia="Arial" w:hAnsi="Arial"/>
        </w:rPr>
        <w:t>Wide enough for a wheelchair? / Yn ddigon llydan i gadeiriau olwyn?</w:t>
      </w:r>
    </w:p>
    <w:p w14:paraId="376641EE" w14:textId="77777777" w:rsidR="00F36952" w:rsidRDefault="00C86953">
      <w:pPr>
        <w:pStyle w:val="ListBullet"/>
      </w:pPr>
      <w:r>
        <w:rPr>
          <w:rFonts w:ascii="Arial" w:eastAsia="Arial" w:hAnsi="Arial"/>
        </w:rPr>
        <w:t>Smooth surface (no potholes, uneven paving)? / Arwyneb llyfn (dim tyllau na llwybrau anwastad)?</w:t>
      </w:r>
    </w:p>
    <w:p w14:paraId="68FC2618" w14:textId="75CF9220" w:rsidR="00F36952" w:rsidRPr="00C86953" w:rsidRDefault="00C86953">
      <w:pPr>
        <w:pStyle w:val="ListBullet"/>
      </w:pPr>
      <w:r w:rsidRPr="00C86953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77D9D7F" wp14:editId="1DFE388F">
                <wp:simplePos x="0" y="0"/>
                <wp:positionH relativeFrom="column">
                  <wp:posOffset>1905</wp:posOffset>
                </wp:positionH>
                <wp:positionV relativeFrom="paragraph">
                  <wp:posOffset>552450</wp:posOffset>
                </wp:positionV>
                <wp:extent cx="7019925" cy="1790700"/>
                <wp:effectExtent l="0" t="0" r="28575" b="19050"/>
                <wp:wrapSquare wrapText="bothSides"/>
                <wp:docPr id="9831801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42260997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18D369C3" w14:textId="77777777" w:rsidR="00C86953" w:rsidRDefault="00C86953" w:rsidP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D9D7F" id="_x0000_s1027" type="#_x0000_t202" style="position:absolute;left:0;text-align:left;margin-left:.15pt;margin-top:43.5pt;width:552.75pt;height:141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">
                <v:textbox>
                  <w:txbxContent>
                    <w:sdt>
                      <w:sdtPr>
                        <w:id w:val="422609979"/>
                        <w:temporary/>
                        <w:showingPlcHdr/>
                        <w15:appearance w15:val="hidden"/>
                      </w:sdtPr>
                      <w:sdtContent>
                        <w:p w14:paraId="18D369C3" w14:textId="77777777" w:rsidR="00C86953" w:rsidRDefault="00C86953" w:rsidP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="Arial" w:hAnsi="Arial"/>
        </w:rPr>
        <w:t xml:space="preserve">Clear of obstacles (e.g., bins, bikes)? / Yn glir o rwystrau (e.e., </w:t>
      </w:r>
      <w:proofErr w:type="spellStart"/>
      <w:r>
        <w:rPr>
          <w:rFonts w:ascii="Arial" w:eastAsia="Arial" w:hAnsi="Arial"/>
        </w:rPr>
        <w:t>biniau</w:t>
      </w:r>
      <w:proofErr w:type="spellEnd"/>
      <w:r>
        <w:rPr>
          <w:rFonts w:ascii="Arial" w:eastAsia="Arial" w:hAnsi="Arial"/>
        </w:rPr>
        <w:t xml:space="preserve">, </w:t>
      </w:r>
      <w:proofErr w:type="spellStart"/>
      <w:r>
        <w:rPr>
          <w:rFonts w:ascii="Arial" w:eastAsia="Arial" w:hAnsi="Arial"/>
        </w:rPr>
        <w:t>beiciau</w:t>
      </w:r>
      <w:proofErr w:type="spellEnd"/>
      <w:r>
        <w:rPr>
          <w:rFonts w:ascii="Arial" w:eastAsia="Arial" w:hAnsi="Arial"/>
        </w:rPr>
        <w:t>)?</w:t>
      </w:r>
    </w:p>
    <w:p w14:paraId="536E0455" w14:textId="77777777" w:rsidR="00F36952" w:rsidRDefault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lastRenderedPageBreak/>
        <w:t xml:space="preserve">Signage / </w:t>
      </w:r>
      <w:proofErr w:type="spellStart"/>
      <w:r>
        <w:rPr>
          <w:rFonts w:ascii="Arial" w:eastAsia="Arial" w:hAnsi="Arial"/>
          <w:b/>
          <w:color w:val="009600"/>
          <w:sz w:val="28"/>
        </w:rPr>
        <w:t>Arwyddion</w:t>
      </w:r>
      <w:proofErr w:type="spellEnd"/>
    </w:p>
    <w:p w14:paraId="3EA91715" w14:textId="77777777" w:rsidR="00F36952" w:rsidRDefault="00C86953">
      <w:pPr>
        <w:pStyle w:val="ListBullet"/>
      </w:pPr>
      <w:r>
        <w:rPr>
          <w:rFonts w:ascii="Arial" w:eastAsia="Arial" w:hAnsi="Arial"/>
        </w:rPr>
        <w:t>Clear, simple, and easy to read? / Clir, syml ac yn hawdd ei ddarllen?</w:t>
      </w:r>
    </w:p>
    <w:p w14:paraId="77E7512C" w14:textId="6C0CC30D" w:rsidR="00F36952" w:rsidRPr="00C86953" w:rsidRDefault="00C86953">
      <w:pPr>
        <w:pStyle w:val="ListBullet"/>
      </w:pPr>
      <w:r w:rsidRPr="00C86953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1ED51C" wp14:editId="78F4F1EB">
                <wp:simplePos x="0" y="0"/>
                <wp:positionH relativeFrom="column">
                  <wp:posOffset>1905</wp:posOffset>
                </wp:positionH>
                <wp:positionV relativeFrom="paragraph">
                  <wp:posOffset>553085</wp:posOffset>
                </wp:positionV>
                <wp:extent cx="7119620" cy="1790700"/>
                <wp:effectExtent l="0" t="0" r="24130" b="19050"/>
                <wp:wrapSquare wrapText="bothSides"/>
                <wp:docPr id="1858035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962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201201522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15FB2EC0" w14:textId="77777777" w:rsidR="00C86953" w:rsidRDefault="00C86953" w:rsidP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ED51C" id="_x0000_s1028" type="#_x0000_t202" style="position:absolute;left:0;text-align:left;margin-left:.15pt;margin-top:43.55pt;width:560.6pt;height:14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">
                <v:textbox>
                  <w:txbxContent>
                    <w:sdt>
                      <w:sdtPr>
                        <w:id w:val="2012015229"/>
                        <w:temporary/>
                        <w:showingPlcHdr/>
                        <w15:appearance w15:val="hidden"/>
                      </w:sdtPr>
                      <w:sdtContent>
                        <w:p w14:paraId="15FB2EC0" w14:textId="77777777" w:rsidR="00C86953" w:rsidRDefault="00C86953" w:rsidP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="Arial" w:hAnsi="Arial"/>
        </w:rPr>
        <w:t xml:space="preserve">Includes braille or tactile signs where needed? / Yn cynnwys braille neu arwyddion </w:t>
      </w:r>
      <w:proofErr w:type="spellStart"/>
      <w:r>
        <w:rPr>
          <w:rFonts w:ascii="Arial" w:eastAsia="Arial" w:hAnsi="Arial"/>
        </w:rPr>
        <w:t>cyffyrddol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lle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bo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angen</w:t>
      </w:r>
      <w:proofErr w:type="spellEnd"/>
      <w:r>
        <w:rPr>
          <w:rFonts w:ascii="Arial" w:eastAsia="Arial" w:hAnsi="Arial"/>
        </w:rPr>
        <w:t>?</w:t>
      </w:r>
    </w:p>
    <w:p w14:paraId="273F2189" w14:textId="078A9F45" w:rsidR="00C86953" w:rsidRDefault="00C86953" w:rsidP="00C86953">
      <w:pPr>
        <w:pStyle w:val="ListBullet"/>
        <w:numPr>
          <w:ilvl w:val="0"/>
          <w:numId w:val="0"/>
        </w:numPr>
        <w:ind w:left="360" w:hanging="360"/>
      </w:pPr>
    </w:p>
    <w:p w14:paraId="00220F4E" w14:textId="77D1DC52" w:rsidR="00F36952" w:rsidRDefault="00F36952"/>
    <w:p w14:paraId="35B1E2CD" w14:textId="77777777" w:rsidR="00F36952" w:rsidRDefault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t>Buildings / Adeiladau</w:t>
      </w:r>
    </w:p>
    <w:p w14:paraId="0456A68C" w14:textId="77777777" w:rsidR="00F36952" w:rsidRDefault="00C86953">
      <w:pPr>
        <w:pStyle w:val="ListBullet"/>
      </w:pPr>
      <w:r>
        <w:rPr>
          <w:rFonts w:ascii="Arial" w:eastAsia="Arial" w:hAnsi="Arial"/>
        </w:rPr>
        <w:t>Accessible toilets nearby? / Toiledau hygyrch gerllaw?</w:t>
      </w:r>
    </w:p>
    <w:p w14:paraId="0B400315" w14:textId="77777777" w:rsidR="00F36952" w:rsidRDefault="00C86953">
      <w:pPr>
        <w:pStyle w:val="ListBullet"/>
      </w:pPr>
      <w:r>
        <w:rPr>
          <w:rFonts w:ascii="Arial" w:eastAsia="Arial" w:hAnsi="Arial"/>
        </w:rPr>
        <w:t>Lifts available and working (if needed)? / Lifftiau ar gael ac yn gweithio (os oes angen)?</w:t>
      </w:r>
    </w:p>
    <w:p w14:paraId="31C2F547" w14:textId="77777777" w:rsidR="00F36952" w:rsidRPr="00C86953" w:rsidRDefault="00C86953">
      <w:pPr>
        <w:pStyle w:val="ListBullet"/>
      </w:pPr>
      <w:r>
        <w:rPr>
          <w:rFonts w:ascii="Arial" w:eastAsia="Arial" w:hAnsi="Arial"/>
        </w:rPr>
        <w:t xml:space="preserve">Handrails on stairs and ramps? / Lloriau llaw </w:t>
      </w:r>
      <w:proofErr w:type="spellStart"/>
      <w:r>
        <w:rPr>
          <w:rFonts w:ascii="Arial" w:eastAsia="Arial" w:hAnsi="Arial"/>
        </w:rPr>
        <w:t>ar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risiau</w:t>
      </w:r>
      <w:proofErr w:type="spellEnd"/>
      <w:r>
        <w:rPr>
          <w:rFonts w:ascii="Arial" w:eastAsia="Arial" w:hAnsi="Arial"/>
        </w:rPr>
        <w:t xml:space="preserve"> a </w:t>
      </w:r>
      <w:proofErr w:type="spellStart"/>
      <w:r>
        <w:rPr>
          <w:rFonts w:ascii="Arial" w:eastAsia="Arial" w:hAnsi="Arial"/>
        </w:rPr>
        <w:t>rhiwiau</w:t>
      </w:r>
      <w:proofErr w:type="spellEnd"/>
      <w:r>
        <w:rPr>
          <w:rFonts w:ascii="Arial" w:eastAsia="Arial" w:hAnsi="Arial"/>
        </w:rPr>
        <w:t>?</w:t>
      </w:r>
    </w:p>
    <w:p w14:paraId="2057B1A8" w14:textId="69FF393A" w:rsidR="00C86953" w:rsidRDefault="00C86953" w:rsidP="00C86953">
      <w:pPr>
        <w:pStyle w:val="ListBullet"/>
        <w:numPr>
          <w:ilvl w:val="0"/>
          <w:numId w:val="0"/>
        </w:numPr>
        <w:ind w:left="360" w:hanging="360"/>
      </w:pPr>
      <w:r w:rsidRPr="00C86953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F435E8D" wp14:editId="191913F4">
                <wp:simplePos x="0" y="0"/>
                <wp:positionH relativeFrom="column">
                  <wp:posOffset>0</wp:posOffset>
                </wp:positionH>
                <wp:positionV relativeFrom="paragraph">
                  <wp:posOffset>364490</wp:posOffset>
                </wp:positionV>
                <wp:extent cx="7119620" cy="1790700"/>
                <wp:effectExtent l="0" t="0" r="24130" b="19050"/>
                <wp:wrapSquare wrapText="bothSides"/>
                <wp:docPr id="14078268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962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43205193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602E444D" w14:textId="77777777" w:rsidR="00C86953" w:rsidRDefault="00C86953" w:rsidP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35E8D" id="_x0000_s1029" type="#_x0000_t202" style="position:absolute;left:0;text-align:left;margin-left:0;margin-top:28.7pt;width:560.6pt;height:14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">
                <v:textbox>
                  <w:txbxContent>
                    <w:sdt>
                      <w:sdtPr>
                        <w:id w:val="-143205193"/>
                        <w:temporary/>
                        <w:showingPlcHdr/>
                        <w15:appearance w15:val="hidden"/>
                      </w:sdtPr>
                      <w:sdtContent>
                        <w:p w14:paraId="602E444D" w14:textId="77777777" w:rsidR="00C86953" w:rsidRDefault="00C86953" w:rsidP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1F48648F" w14:textId="77777777" w:rsidR="00F36952" w:rsidRDefault="00F36952"/>
    <w:p w14:paraId="37468B88" w14:textId="77777777" w:rsidR="00F36952" w:rsidRDefault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t>Seating / Seddi</w:t>
      </w:r>
    </w:p>
    <w:p w14:paraId="2863A21F" w14:textId="77777777" w:rsidR="00F36952" w:rsidRDefault="00C86953">
      <w:pPr>
        <w:pStyle w:val="ListBullet"/>
      </w:pPr>
      <w:r>
        <w:rPr>
          <w:rFonts w:ascii="Arial" w:eastAsia="Arial" w:hAnsi="Arial"/>
        </w:rPr>
        <w:t>Accessible seating areas? / Ardaloedd eistedd hygyrch?</w:t>
      </w:r>
    </w:p>
    <w:p w14:paraId="114F3E34" w14:textId="77777777" w:rsidR="00F36952" w:rsidRPr="00C86953" w:rsidRDefault="00C86953">
      <w:pPr>
        <w:pStyle w:val="ListBullet"/>
      </w:pPr>
      <w:r>
        <w:rPr>
          <w:rFonts w:ascii="Arial" w:eastAsia="Arial" w:hAnsi="Arial"/>
        </w:rPr>
        <w:t xml:space="preserve">Seating available for those who need rest? / Seddi ar gael i’r </w:t>
      </w:r>
      <w:proofErr w:type="spellStart"/>
      <w:r>
        <w:rPr>
          <w:rFonts w:ascii="Arial" w:eastAsia="Arial" w:hAnsi="Arial"/>
        </w:rPr>
        <w:t>rhai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sydd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angen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gorffwys</w:t>
      </w:r>
      <w:proofErr w:type="spellEnd"/>
      <w:r>
        <w:rPr>
          <w:rFonts w:ascii="Arial" w:eastAsia="Arial" w:hAnsi="Arial"/>
        </w:rPr>
        <w:t>?</w:t>
      </w:r>
    </w:p>
    <w:p w14:paraId="30A650FE" w14:textId="0BC607A1" w:rsidR="00C86953" w:rsidRDefault="00C86953" w:rsidP="00C86953">
      <w:pPr>
        <w:pStyle w:val="ListBullet"/>
        <w:numPr>
          <w:ilvl w:val="0"/>
          <w:numId w:val="0"/>
        </w:numPr>
        <w:ind w:left="360" w:hanging="360"/>
      </w:pPr>
      <w:r w:rsidRPr="00C86953">
        <w:rPr>
          <w:rFonts w:ascii="Arial" w:eastAsia="Arial" w:hAnsi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1F6E06" wp14:editId="1BCCC169">
                <wp:simplePos x="0" y="0"/>
                <wp:positionH relativeFrom="column">
                  <wp:posOffset>0</wp:posOffset>
                </wp:positionH>
                <wp:positionV relativeFrom="paragraph">
                  <wp:posOffset>360045</wp:posOffset>
                </wp:positionV>
                <wp:extent cx="7119620" cy="1790700"/>
                <wp:effectExtent l="0" t="0" r="24130" b="19050"/>
                <wp:wrapSquare wrapText="bothSides"/>
                <wp:docPr id="17918136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962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285511717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3E3CBD2C" w14:textId="77777777" w:rsidR="00C86953" w:rsidRDefault="00C86953" w:rsidP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F6E06" id="_x0000_s1030" type="#_x0000_t202" style="position:absolute;left:0;text-align:left;margin-left:0;margin-top:28.35pt;width:560.6pt;height:14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">
                <v:textbox>
                  <w:txbxContent>
                    <w:sdt>
                      <w:sdtPr>
                        <w:id w:val="-285511717"/>
                        <w:temporary/>
                        <w:showingPlcHdr/>
                        <w15:appearance w15:val="hidden"/>
                      </w:sdtPr>
                      <w:sdtContent>
                        <w:p w14:paraId="3E3CBD2C" w14:textId="77777777" w:rsidR="00C86953" w:rsidRDefault="00C86953" w:rsidP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28121A8C" w14:textId="77777777" w:rsidR="00F36952" w:rsidRDefault="00F36952"/>
    <w:p w14:paraId="5991358A" w14:textId="77777777" w:rsidR="00F36952" w:rsidRDefault="00C86953">
      <w:pPr>
        <w:jc w:val="center"/>
      </w:pPr>
      <w:r>
        <w:rPr>
          <w:rFonts w:ascii="Arial" w:eastAsia="Arial" w:hAnsi="Arial"/>
          <w:b/>
          <w:color w:val="009600"/>
          <w:sz w:val="28"/>
        </w:rPr>
        <w:t>Other Observations / Sylwadau Eraill</w:t>
      </w:r>
    </w:p>
    <w:p w14:paraId="32BFD051" w14:textId="77777777" w:rsidR="00F36952" w:rsidRDefault="00C86953">
      <w:pPr>
        <w:pStyle w:val="ListBullet"/>
      </w:pPr>
      <w:r>
        <w:rPr>
          <w:rFonts w:ascii="Arial" w:eastAsia="Arial" w:hAnsi="Arial"/>
        </w:rPr>
        <w:t>Good lighting along paths and in buildings? / Goleuo da ar hyd llwybrau ac mewn adeiladau?</w:t>
      </w:r>
    </w:p>
    <w:p w14:paraId="03A77D75" w14:textId="77777777" w:rsidR="00F36952" w:rsidRDefault="00C86953">
      <w:pPr>
        <w:pStyle w:val="ListBullet"/>
      </w:pPr>
      <w:r>
        <w:rPr>
          <w:rFonts w:ascii="Arial" w:eastAsia="Arial" w:hAnsi="Arial"/>
        </w:rPr>
        <w:t xml:space="preserve">Emergency exits accessible for all? / Allanfa argyfwng yn hygyrch i </w:t>
      </w:r>
      <w:r>
        <w:rPr>
          <w:rFonts w:ascii="Arial" w:eastAsia="Arial" w:hAnsi="Arial"/>
        </w:rPr>
        <w:t>bawb?</w:t>
      </w:r>
    </w:p>
    <w:p w14:paraId="4B84B6AA" w14:textId="77777777" w:rsidR="00F36952" w:rsidRPr="00C86953" w:rsidRDefault="00C86953">
      <w:pPr>
        <w:pStyle w:val="ListBullet"/>
      </w:pPr>
      <w:r>
        <w:rPr>
          <w:rFonts w:ascii="Arial" w:eastAsia="Arial" w:hAnsi="Arial"/>
        </w:rPr>
        <w:t xml:space="preserve">Any additional barriers or good practices spotted? / Unrhyw rwystrau ychwanegol neu </w:t>
      </w:r>
      <w:proofErr w:type="spellStart"/>
      <w:r>
        <w:rPr>
          <w:rFonts w:ascii="Arial" w:eastAsia="Arial" w:hAnsi="Arial"/>
        </w:rPr>
        <w:t>arferion</w:t>
      </w:r>
      <w:proofErr w:type="spellEnd"/>
      <w:r>
        <w:rPr>
          <w:rFonts w:ascii="Arial" w:eastAsia="Arial" w:hAnsi="Arial"/>
        </w:rPr>
        <w:t xml:space="preserve"> da a </w:t>
      </w:r>
      <w:proofErr w:type="spellStart"/>
      <w:r>
        <w:rPr>
          <w:rFonts w:ascii="Arial" w:eastAsia="Arial" w:hAnsi="Arial"/>
        </w:rPr>
        <w:t>welwyd</w:t>
      </w:r>
      <w:proofErr w:type="spellEnd"/>
      <w:r>
        <w:rPr>
          <w:rFonts w:ascii="Arial" w:eastAsia="Arial" w:hAnsi="Arial"/>
        </w:rPr>
        <w:t>?</w:t>
      </w:r>
    </w:p>
    <w:p w14:paraId="7799FF38" w14:textId="33885C42" w:rsidR="00C86953" w:rsidRDefault="00C86953" w:rsidP="00C86953">
      <w:pPr>
        <w:pStyle w:val="ListBullet"/>
        <w:numPr>
          <w:ilvl w:val="0"/>
          <w:numId w:val="0"/>
        </w:numPr>
        <w:ind w:left="360" w:hanging="360"/>
      </w:pPr>
      <w:r w:rsidRPr="00C86953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1482493" wp14:editId="17AFD1A7">
                <wp:simplePos x="0" y="0"/>
                <wp:positionH relativeFrom="column">
                  <wp:posOffset>0</wp:posOffset>
                </wp:positionH>
                <wp:positionV relativeFrom="paragraph">
                  <wp:posOffset>359410</wp:posOffset>
                </wp:positionV>
                <wp:extent cx="7119620" cy="1790700"/>
                <wp:effectExtent l="0" t="0" r="24130" b="19050"/>
                <wp:wrapSquare wrapText="bothSides"/>
                <wp:docPr id="889354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962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742265311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642D5593" w14:textId="77777777" w:rsidR="00C86953" w:rsidRDefault="00C86953" w:rsidP="00C86953">
                                <w:r>
                                  <w:rPr>
                                    <w:lang w:val="en-GB"/>
                                  </w:rP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82493" id="_x0000_s1031" type="#_x0000_t202" style="position:absolute;left:0;text-align:left;margin-left:0;margin-top:28.3pt;width:560.6pt;height:14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">
                <v:textbox>
                  <w:txbxContent>
                    <w:sdt>
                      <w:sdtPr>
                        <w:id w:val="-742265311"/>
                        <w:temporary/>
                        <w:showingPlcHdr/>
                        <w15:appearance w15:val="hidden"/>
                      </w:sdtPr>
                      <w:sdtContent>
                        <w:p w14:paraId="642D5593" w14:textId="77777777" w:rsidR="00C86953" w:rsidRDefault="00C86953" w:rsidP="00C86953">
                          <w:r>
                            <w:rPr>
                              <w:lang w:val="en-GB"/>
                            </w:rP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3D606456" w14:textId="77777777" w:rsidR="00F36952" w:rsidRDefault="00F36952"/>
    <w:sectPr w:rsidR="00F36952" w:rsidSect="00C86953">
      <w:pgSz w:w="12240" w:h="15840"/>
      <w:pgMar w:top="1440" w:right="474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7768153">
    <w:abstractNumId w:val="8"/>
  </w:num>
  <w:num w:numId="2" w16cid:durableId="853152025">
    <w:abstractNumId w:val="6"/>
  </w:num>
  <w:num w:numId="3" w16cid:durableId="28653673">
    <w:abstractNumId w:val="5"/>
  </w:num>
  <w:num w:numId="4" w16cid:durableId="328794734">
    <w:abstractNumId w:val="4"/>
  </w:num>
  <w:num w:numId="5" w16cid:durableId="569927679">
    <w:abstractNumId w:val="7"/>
  </w:num>
  <w:num w:numId="6" w16cid:durableId="1564026722">
    <w:abstractNumId w:val="3"/>
  </w:num>
  <w:num w:numId="7" w16cid:durableId="1072119321">
    <w:abstractNumId w:val="2"/>
  </w:num>
  <w:num w:numId="8" w16cid:durableId="1630939229">
    <w:abstractNumId w:val="1"/>
  </w:num>
  <w:num w:numId="9" w16cid:durableId="14243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E1963"/>
    <w:rsid w:val="00AA1D8D"/>
    <w:rsid w:val="00B47730"/>
    <w:rsid w:val="00C86953"/>
    <w:rsid w:val="00CB0664"/>
    <w:rsid w:val="00F369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2687B2"/>
  <w14:defaultImageDpi w14:val="300"/>
  <w15:docId w15:val="{FA7269A3-0B30-4B72-8062-4E55C247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Laura Emanuel</cp:lastModifiedBy>
  <cp:revision>2</cp:revision>
  <dcterms:created xsi:type="dcterms:W3CDTF">2025-04-27T22:25:00Z</dcterms:created>
  <dcterms:modified xsi:type="dcterms:W3CDTF">2025-04-27T22:25:00Z</dcterms:modified>
  <cp:category/>
</cp:coreProperties>
</file>