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2EE37" w14:textId="77777777" w:rsidR="001607F4" w:rsidRDefault="0041719E">
      <w:pPr>
        <w:jc w:val="center"/>
      </w:pPr>
      <w:r>
        <w:rPr>
          <w:b/>
          <w:sz w:val="44"/>
        </w:rPr>
        <w:t>BOUALEM LAKEHAL</w:t>
      </w:r>
    </w:p>
    <w:p w14:paraId="00F62B49" w14:textId="3C13A879" w:rsidR="009E1681" w:rsidRDefault="0041719E">
      <w:pPr>
        <w:jc w:val="center"/>
      </w:pPr>
      <w:r>
        <w:t>+44 7553236751 | boulakehal@hotmail.com</w:t>
      </w:r>
      <w:r>
        <w:br/>
      </w:r>
    </w:p>
    <w:p w14:paraId="7EE73EDF" w14:textId="77777777" w:rsidR="009E1681" w:rsidRDefault="0041719E">
      <w:pPr>
        <w:pStyle w:val="Heading1"/>
      </w:pPr>
      <w:r>
        <w:t>PROFESSIONAL PROFILE</w:t>
      </w:r>
    </w:p>
    <w:p w14:paraId="0863E96D" w14:textId="77777777" w:rsidR="009E1681" w:rsidRDefault="0041719E">
      <w:r>
        <w:t>Experienced Security Professional with over 8 years of UK security experience across community safety, mobile patrols, incident response, CCTV control room operations, hospital security, access control and customer-facing security environments. Trusted to protect people, property and assets while maintaining the highest standards of professionalism, integrity and public service. Brings a further 12 years of experience within the banking sector, demonstrating exceptional reliability, compliance awareness, attention to detail and responsibility. Experienced in liaising with police, emergency services, residents, visitors and stakeholders. Seeking a day-shift Security Supervisor, Corporate Security, Concierge Security, University Security or Security Operations role.</w:t>
      </w:r>
    </w:p>
    <w:p w14:paraId="7BFEB590" w14:textId="77777777" w:rsidR="009E1681" w:rsidRDefault="0041719E">
      <w:pPr>
        <w:pStyle w:val="Heading1"/>
      </w:pPr>
      <w:r>
        <w:t>CORE SKILLS</w:t>
      </w:r>
    </w:p>
    <w:p w14:paraId="758853A3" w14:textId="77777777" w:rsidR="009E1681" w:rsidRDefault="0041719E">
      <w:r>
        <w:t>• Security Supervision &amp; Site Operations</w:t>
      </w:r>
      <w:r>
        <w:br/>
        <w:t>• CCTV Monitoring &amp; Control Room Procedures</w:t>
      </w:r>
      <w:r>
        <w:br/>
        <w:t>• Mobile Patrols, Keyholding &amp; Alarm Response</w:t>
      </w:r>
      <w:r>
        <w:br/>
        <w:t>• Incident Management &amp; Emergency Response</w:t>
      </w:r>
      <w:r>
        <w:br/>
        <w:t>• Access Control &amp; Visitor Management</w:t>
      </w:r>
      <w:r>
        <w:br/>
        <w:t>• Community Safety &amp; Public Engagement</w:t>
      </w:r>
      <w:r>
        <w:br/>
        <w:t>• Report Writing &amp; Incident Documentation</w:t>
      </w:r>
      <w:r>
        <w:br/>
        <w:t>• Conflict Resolution &amp; De-escalation</w:t>
      </w:r>
      <w:r>
        <w:br/>
        <w:t>• Team Support &amp; Training of New Personnel</w:t>
      </w:r>
      <w:r>
        <w:br/>
        <w:t>• Front-of-House &amp; Concierge Security</w:t>
      </w:r>
      <w:r>
        <w:br/>
        <w:t>• Stakeholder Liaison &amp; Customer Service</w:t>
      </w:r>
      <w:r>
        <w:br/>
        <w:t>• Microsoft Office (Word, Excel, PowerPoint)</w:t>
      </w:r>
    </w:p>
    <w:p w14:paraId="09FD9DDD" w14:textId="77777777" w:rsidR="009E1681" w:rsidRDefault="0041719E">
      <w:pPr>
        <w:pStyle w:val="Heading1"/>
      </w:pPr>
      <w:r>
        <w:t>PROFESSIONAL EXPERIENCE</w:t>
      </w:r>
    </w:p>
    <w:p w14:paraId="619DCE52" w14:textId="77777777" w:rsidR="009E1681" w:rsidRDefault="0041719E">
      <w:r>
        <w:t>SHOMRIM, North London — Senior Community Safety Officer &amp; Patrol Driver | Feb 2020 – Present</w:t>
      </w:r>
      <w:r>
        <w:br/>
        <w:t>• Conduct mobile patrols across residential, community and event locations.</w:t>
      </w:r>
      <w:r>
        <w:br/>
        <w:t>• Respond to emergency incidents, suspicious activity, welfare concerns and security breaches.</w:t>
      </w:r>
      <w:r>
        <w:br/>
        <w:t>• Liaise directly with police, emergency services and community stakeholders.</w:t>
      </w:r>
      <w:r>
        <w:br/>
        <w:t>• Carry out keyholding duties, alarm response and site security inspections.</w:t>
      </w:r>
      <w:r>
        <w:br/>
        <w:t>• Maintain accurate incident reports, patrol logs and radio communications.</w:t>
      </w:r>
      <w:r>
        <w:br/>
        <w:t>• Support community and religious events requiring enhanced security coverage.</w:t>
      </w:r>
      <w:r>
        <w:br/>
      </w:r>
      <w:r>
        <w:lastRenderedPageBreak/>
        <w:t>• Provide guidance and support to colleagues and newer personnel when required.</w:t>
      </w:r>
      <w:r>
        <w:br/>
        <w:t>• Deliver a highly visible and professional security presence across multiple locations.</w:t>
      </w:r>
    </w:p>
    <w:p w14:paraId="7E0111FA" w14:textId="77777777" w:rsidR="009E1681" w:rsidRDefault="0041719E">
      <w:r>
        <w:t>Nationwide Security, St Albans — CCTV Controller | Feb 2022 – Oct 2022</w:t>
      </w:r>
      <w:r>
        <w:br/>
        <w:t>• Monitored CCTV, alarms and security systems to protect people, property and assets.</w:t>
      </w:r>
      <w:r>
        <w:br/>
        <w:t>• Investigated suspicious activity and escalated incidents in accordance with procedures.</w:t>
      </w:r>
      <w:r>
        <w:br/>
        <w:t>• Managed control room communications, logs, journals and incident reporting.</w:t>
      </w:r>
      <w:r>
        <w:br/>
        <w:t>• Conducted patrol inspections and ensured compliance with site procedures.</w:t>
      </w:r>
      <w:r>
        <w:br/>
        <w:t>• Supported overall site security operations and force protection requirements.</w:t>
      </w:r>
    </w:p>
    <w:p w14:paraId="0A1B9D22" w14:textId="77777777" w:rsidR="009E1681" w:rsidRDefault="0041719E">
      <w:r>
        <w:t>LSS Security, Radlett — Security Patrol Officer | Jul 2021 – Jan 2022</w:t>
      </w:r>
      <w:r>
        <w:br/>
        <w:t>• Protected luxury residential developments through proactive patrols and monitoring.</w:t>
      </w:r>
      <w:r>
        <w:br/>
        <w:t>• Prevented unauthorised access, theft and vandalism.</w:t>
      </w:r>
      <w:r>
        <w:br/>
        <w:t>• Investigated security concerns and responded to incidents professionally.</w:t>
      </w:r>
      <w:r>
        <w:br/>
        <w:t>• Conducted internal and external patrols, security checks and equipment inspections.</w:t>
      </w:r>
      <w:r>
        <w:br/>
        <w:t>• Delivered detailed reports and professional shift handovers.</w:t>
      </w:r>
    </w:p>
    <w:p w14:paraId="6067D7D3" w14:textId="77777777" w:rsidR="009E1681" w:rsidRDefault="0041719E">
      <w:r>
        <w:t>PACE Security / Mount Vernon Hospital — Security Officer | Jun 2020 – Jul 2021</w:t>
      </w:r>
      <w:r>
        <w:br/>
        <w:t>• Maintained access control and security procedures within a busy hospital environment.</w:t>
      </w:r>
      <w:r>
        <w:br/>
        <w:t>• Assisted patients, visitors and staff professionally during the COVID-19 period.</w:t>
      </w:r>
      <w:r>
        <w:br/>
        <w:t>• Ensured compliance with site security and safety procedures.</w:t>
      </w:r>
      <w:r>
        <w:br/>
        <w:t>• Supported the safe operation of a critical healthcare facility.</w:t>
      </w:r>
    </w:p>
    <w:p w14:paraId="0ACF9585" w14:textId="77777777" w:rsidR="009E1681" w:rsidRDefault="0041719E">
      <w:r>
        <w:t>Lexington Catering, London | Sep 2013 – Feb 2020</w:t>
      </w:r>
      <w:r>
        <w:br/>
        <w:t>• Worked within fast-paced customer-facing environments requiring professionalism, communication and reliability.</w:t>
      </w:r>
    </w:p>
    <w:p w14:paraId="58A7B6F4" w14:textId="77777777" w:rsidR="009E1681" w:rsidRDefault="0041719E">
      <w:r>
        <w:t>Security Officer, Paris, France | Jun 2010 – Dec 2011</w:t>
      </w:r>
      <w:r>
        <w:br/>
        <w:t>• Provided venue security, access control, CCTV monitoring and incident prevention.</w:t>
      </w:r>
      <w:r>
        <w:br/>
        <w:t>• Protected staff, visitors, cash and property while maintaining a safe environment.</w:t>
      </w:r>
    </w:p>
    <w:p w14:paraId="35228BDA" w14:textId="77777777" w:rsidR="009E1681" w:rsidRDefault="0041719E">
      <w:r>
        <w:t>National Bank of Algeria — Banking Professional | 1997 – 2009</w:t>
      </w:r>
      <w:r>
        <w:br/>
        <w:t>• 12 years of experience within a regulated financial-services environment.</w:t>
      </w:r>
      <w:r>
        <w:br/>
        <w:t>• Worked in a position of trust requiring discretion, professionalism and accountability.</w:t>
      </w:r>
      <w:r>
        <w:br/>
        <w:t>• Developed strong compliance, administration, customer service and stakeholder-management skills.</w:t>
      </w:r>
      <w:r>
        <w:br/>
        <w:t>• Maintained high standards of accuracy, confidentiality and procedural adherence.</w:t>
      </w:r>
    </w:p>
    <w:p w14:paraId="2A6C5C72" w14:textId="36789D6C" w:rsidR="00DA2DFD" w:rsidRPr="00DA2DFD" w:rsidRDefault="0041719E" w:rsidP="00DA2DFD">
      <w:pPr>
        <w:pStyle w:val="Heading1"/>
      </w:pPr>
      <w:r>
        <w:t>LICENCES &amp; ADDITIONAL INFORMATION</w:t>
      </w:r>
    </w:p>
    <w:p w14:paraId="29DA2188" w14:textId="77777777" w:rsidR="009E1681" w:rsidRDefault="0041719E">
      <w:r>
        <w:t>• SIA Door Supervisor Licence (Valid)</w:t>
      </w:r>
      <w:r>
        <w:br/>
        <w:t>• Full UK Driving Licence</w:t>
      </w:r>
      <w:r>
        <w:br/>
        <w:t>• EU Settled Status (French Citizen)</w:t>
      </w:r>
      <w:r>
        <w:br/>
        <w:t>• Fluent in English, French and Arabic</w:t>
      </w:r>
      <w:r>
        <w:br/>
      </w:r>
      <w:r>
        <w:lastRenderedPageBreak/>
        <w:t>• Available for Day Shifts, Corporate Security, Security Supervisor, Concierge Security and University/Hospital Security Roles</w:t>
      </w:r>
    </w:p>
    <w:p w14:paraId="1CA1889A" w14:textId="77777777" w:rsidR="00321864" w:rsidRPr="00321864" w:rsidRDefault="00321864" w:rsidP="00321864">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321864">
        <w:rPr>
          <w:rFonts w:asciiTheme="majorHAnsi" w:eastAsiaTheme="majorEastAsia" w:hAnsiTheme="majorHAnsi" w:cstheme="majorBidi"/>
          <w:b/>
          <w:bCs/>
          <w:color w:val="365F91" w:themeColor="accent1" w:themeShade="BF"/>
          <w:sz w:val="28"/>
          <w:szCs w:val="28"/>
        </w:rPr>
        <w:t>School &amp;Education</w:t>
      </w:r>
    </w:p>
    <w:p w14:paraId="7C023783" w14:textId="77777777" w:rsidR="00321864" w:rsidRPr="00321864" w:rsidRDefault="00321864" w:rsidP="00321864">
      <w:r w:rsidRPr="00321864">
        <w:t xml:space="preserve">•Early education (1975-1988) Bachelor in Mathematics </w:t>
      </w:r>
    </w:p>
    <w:p w14:paraId="2B37F43D" w14:textId="77777777" w:rsidR="00321864" w:rsidRDefault="00321864"/>
    <w:p w14:paraId="3427DCCF" w14:textId="77777777" w:rsidR="00321864" w:rsidRDefault="00321864"/>
    <w:p w14:paraId="02C74530" w14:textId="77777777" w:rsidR="00321864" w:rsidRDefault="00321864"/>
    <w:p w14:paraId="065A3082" w14:textId="77777777" w:rsidR="00366CB9" w:rsidRDefault="00366CB9"/>
    <w:p w14:paraId="1E091B48" w14:textId="77777777" w:rsidR="00366CB9" w:rsidRDefault="00366CB9"/>
    <w:p w14:paraId="650B3518" w14:textId="77777777" w:rsidR="00366CB9" w:rsidRDefault="00366CB9"/>
    <w:p w14:paraId="455500BE" w14:textId="77777777" w:rsidR="00366CB9" w:rsidRDefault="00366CB9"/>
    <w:p w14:paraId="4EDCDA24" w14:textId="77777777" w:rsidR="00366CB9" w:rsidRDefault="00366CB9"/>
    <w:p w14:paraId="479993CC" w14:textId="77777777" w:rsidR="00366CB9" w:rsidRDefault="00366CB9"/>
    <w:p w14:paraId="323F4296" w14:textId="77777777" w:rsidR="00366CB9" w:rsidRDefault="00366CB9"/>
    <w:p w14:paraId="1BEB579F" w14:textId="77777777" w:rsidR="00366CB9" w:rsidRDefault="00366CB9"/>
    <w:p w14:paraId="78D17F89" w14:textId="77777777" w:rsidR="00366CB9" w:rsidRDefault="00366CB9"/>
    <w:p w14:paraId="3585086A" w14:textId="77777777" w:rsidR="00366CB9" w:rsidRDefault="00366CB9"/>
    <w:p w14:paraId="6E3ACB94" w14:textId="77777777" w:rsidR="00366CB9" w:rsidRDefault="00366CB9"/>
    <w:p w14:paraId="14ECC318" w14:textId="77777777" w:rsidR="00366CB9" w:rsidRDefault="00366CB9"/>
    <w:p w14:paraId="11FEA885" w14:textId="77777777" w:rsidR="00366CB9" w:rsidRDefault="00366CB9"/>
    <w:p w14:paraId="4B1BE8F1" w14:textId="77777777" w:rsidR="00366CB9" w:rsidRDefault="00366CB9"/>
    <w:p w14:paraId="6AC3BC61" w14:textId="77777777" w:rsidR="00366CB9" w:rsidRDefault="00366CB9"/>
    <w:p w14:paraId="20B906B6" w14:textId="77777777" w:rsidR="00366CB9" w:rsidRDefault="00366CB9"/>
    <w:p w14:paraId="306914D1" w14:textId="77777777" w:rsidR="00366CB9" w:rsidRDefault="00366CB9"/>
    <w:p w14:paraId="0A3B8B1F" w14:textId="77777777" w:rsidR="00366CB9" w:rsidRDefault="00366CB9"/>
    <w:p w14:paraId="36EAFF13" w14:textId="77777777" w:rsidR="00366CB9" w:rsidRDefault="00366CB9"/>
    <w:p w14:paraId="65796EA5" w14:textId="77777777" w:rsidR="00366CB9" w:rsidRDefault="00366CB9" w:rsidP="00366CB9">
      <w:pPr>
        <w:ind w:left="4320" w:firstLine="720"/>
      </w:pPr>
      <w:proofErr w:type="spellStart"/>
      <w:r w:rsidRPr="00366CB9">
        <w:lastRenderedPageBreak/>
        <w:t>Mr</w:t>
      </w:r>
      <w:proofErr w:type="spellEnd"/>
      <w:r w:rsidRPr="00366CB9">
        <w:t xml:space="preserve"> Boualem Lakehal ______________ </w:t>
      </w:r>
    </w:p>
    <w:p w14:paraId="09C7F1EE" w14:textId="77777777" w:rsidR="00366CB9" w:rsidRDefault="00366CB9" w:rsidP="00366CB9">
      <w:pPr>
        <w:ind w:left="4320" w:firstLine="720"/>
      </w:pPr>
      <w:r w:rsidRPr="00366CB9">
        <w:t xml:space="preserve">94 Edgewood mews N3 3EZ London ______________ </w:t>
      </w:r>
    </w:p>
    <w:p w14:paraId="42F2B0F0" w14:textId="77777777" w:rsidR="00366CB9" w:rsidRDefault="00366CB9" w:rsidP="00366CB9">
      <w:r w:rsidRPr="00366CB9">
        <w:t xml:space="preserve"> Your Faithfully ______________ </w:t>
      </w:r>
    </w:p>
    <w:p w14:paraId="478298C2" w14:textId="77777777" w:rsidR="00366CB9" w:rsidRDefault="00366CB9" w:rsidP="00366CB9">
      <w:r w:rsidRPr="00366CB9">
        <w:t xml:space="preserve">1-First Protection ______________ </w:t>
      </w:r>
    </w:p>
    <w:p w14:paraId="03369B1A" w14:textId="60E8EA04" w:rsidR="00366CB9" w:rsidRDefault="00366CB9" w:rsidP="00366CB9">
      <w:r w:rsidRPr="00366CB9">
        <w:t xml:space="preserve">45 Vivian Avenue London NW4 3XA </w:t>
      </w:r>
    </w:p>
    <w:p w14:paraId="31A3446D" w14:textId="77777777" w:rsidR="00366CB9" w:rsidRDefault="00366CB9" w:rsidP="00366CB9">
      <w:r w:rsidRPr="00366CB9">
        <w:t>18//07/2026</w:t>
      </w:r>
    </w:p>
    <w:p w14:paraId="0797970E" w14:textId="77777777" w:rsidR="00366CB9" w:rsidRDefault="00366CB9" w:rsidP="00366CB9">
      <w:r w:rsidRPr="00366CB9">
        <w:t xml:space="preserve"> Dear </w:t>
      </w:r>
      <w:proofErr w:type="spellStart"/>
      <w:r w:rsidRPr="00366CB9">
        <w:t>Mr</w:t>
      </w:r>
      <w:proofErr w:type="spellEnd"/>
      <w:r w:rsidRPr="00366CB9">
        <w:t>/</w:t>
      </w:r>
      <w:proofErr w:type="spellStart"/>
      <w:r w:rsidRPr="00366CB9">
        <w:t>Mrs</w:t>
      </w:r>
      <w:proofErr w:type="spellEnd"/>
      <w:r w:rsidRPr="00366CB9">
        <w:t>/Miss/</w:t>
      </w:r>
      <w:proofErr w:type="spellStart"/>
      <w:r w:rsidRPr="00366CB9">
        <w:t>Ms</w:t>
      </w:r>
      <w:proofErr w:type="spellEnd"/>
      <w:r w:rsidRPr="00366CB9">
        <w:t xml:space="preserve"> ______________ </w:t>
      </w:r>
    </w:p>
    <w:p w14:paraId="29A763DE" w14:textId="77777777" w:rsidR="00366CB9" w:rsidRDefault="00366CB9" w:rsidP="00366CB9">
      <w:r w:rsidRPr="00366CB9">
        <w:t xml:space="preserve">I wish to apply for the role of security officer currently being advertised on the company </w:t>
      </w:r>
      <w:proofErr w:type="spellStart"/>
      <w:r w:rsidRPr="00366CB9">
        <w:t>website.Please</w:t>
      </w:r>
      <w:proofErr w:type="spellEnd"/>
      <w:r w:rsidRPr="00366CB9">
        <w:t xml:space="preserve"> find enclosed my CV for your consideration. </w:t>
      </w:r>
    </w:p>
    <w:p w14:paraId="7354AD0D" w14:textId="77777777" w:rsidR="00366CB9" w:rsidRDefault="00366CB9" w:rsidP="00366CB9">
      <w:r w:rsidRPr="00366CB9">
        <w:t xml:space="preserve">As you can see from my attached CV, I have over nine </w:t>
      </w:r>
      <w:proofErr w:type="spellStart"/>
      <w:r w:rsidRPr="00366CB9">
        <w:t>years experience</w:t>
      </w:r>
      <w:proofErr w:type="spellEnd"/>
      <w:r w:rsidRPr="00366CB9">
        <w:t xml:space="preserve"> in the Security industry, and I believe I can contribute to the company projects and services and provide my skills and capabilities to maintain </w:t>
      </w:r>
      <w:r>
        <w:t>h</w:t>
      </w:r>
      <w:r w:rsidRPr="00366CB9">
        <w:t>igh level of responsibility during this time make me the right/perfect candidate for the role.</w:t>
      </w:r>
    </w:p>
    <w:p w14:paraId="475B2756" w14:textId="77777777" w:rsidR="00366CB9" w:rsidRDefault="00366CB9" w:rsidP="00366CB9">
      <w:r w:rsidRPr="00366CB9">
        <w:t xml:space="preserve"> In my current role as a patrol driver at E1 security , I have been responsible for securing residential areas of Jewish community patrolling during the nights shifts </w:t>
      </w:r>
    </w:p>
    <w:p w14:paraId="30C5DFF3" w14:textId="77777777" w:rsidR="00366CB9" w:rsidRDefault="00366CB9" w:rsidP="00366CB9">
      <w:r w:rsidRPr="00366CB9">
        <w:t xml:space="preserve">Assuring safety of the premises such as houses and synagogues by checking and surrounding the areas especially when the alarm went off . </w:t>
      </w:r>
    </w:p>
    <w:p w14:paraId="0B539B00" w14:textId="77777777" w:rsidR="00366CB9" w:rsidRDefault="00366CB9" w:rsidP="00366CB9">
      <w:r w:rsidRPr="00366CB9">
        <w:t xml:space="preserve">Responding to the control room via radio to the emergency call of incident; we’re the first who intervened on scene and dealing with situations before the attendance of police. </w:t>
      </w:r>
    </w:p>
    <w:p w14:paraId="14E8EDEB" w14:textId="77777777" w:rsidR="00366CB9" w:rsidRDefault="00366CB9" w:rsidP="00366CB9">
      <w:r w:rsidRPr="00366CB9">
        <w:t xml:space="preserve">Participating through different parties and religious events showing higher levels of vigilance </w:t>
      </w:r>
    </w:p>
    <w:p w14:paraId="4CD35183" w14:textId="77777777" w:rsidR="00366CB9" w:rsidRDefault="00366CB9" w:rsidP="00366CB9">
      <w:r w:rsidRPr="00366CB9">
        <w:t>All of this, coupled with my enthusiasm and dedication, in writing incidents reports after responding quickly with calm and confidence , I communicate clearly with stuff people or police witch has helped to resolve many problems.</w:t>
      </w:r>
    </w:p>
    <w:p w14:paraId="0DB8208E" w14:textId="77777777" w:rsidR="00366CB9" w:rsidRDefault="00366CB9" w:rsidP="00366CB9">
      <w:r w:rsidRPr="00366CB9">
        <w:t xml:space="preserve"> I am confident that I can bring this level of success with me to your </w:t>
      </w:r>
      <w:proofErr w:type="spellStart"/>
      <w:r w:rsidRPr="00366CB9">
        <w:t>organisation</w:t>
      </w:r>
      <w:proofErr w:type="spellEnd"/>
      <w:r w:rsidRPr="00366CB9">
        <w:t xml:space="preserve"> and help First protection build upon their reputation to number one in the market . With my previous experience and expertise, I believe my contribution will have the impact on the company goals and objectives. </w:t>
      </w:r>
    </w:p>
    <w:p w14:paraId="199AC6CD" w14:textId="77777777" w:rsidR="00366CB9" w:rsidRDefault="00366CB9" w:rsidP="00366CB9">
      <w:r w:rsidRPr="00366CB9">
        <w:t xml:space="preserve">Thank you for attention I look forward to meet with you and see how can I help your team. </w:t>
      </w:r>
    </w:p>
    <w:p w14:paraId="08696477" w14:textId="77777777" w:rsidR="00366CB9" w:rsidRDefault="00366CB9" w:rsidP="00366CB9">
      <w:r w:rsidRPr="00366CB9">
        <w:t>Yours faithfully,</w:t>
      </w:r>
    </w:p>
    <w:p w14:paraId="1F9EC089" w14:textId="61C973B9" w:rsidR="00366CB9" w:rsidRDefault="00366CB9" w:rsidP="00366CB9">
      <w:r w:rsidRPr="00366CB9">
        <w:t xml:space="preserve"> Mr Boualem Lakehal</w:t>
      </w:r>
    </w:p>
    <w:p w14:paraId="0D0B6C0A" w14:textId="0CAAEFA6" w:rsidR="00366CB9" w:rsidRDefault="00225C06">
      <w:r w:rsidRPr="00225C06">
        <w:lastRenderedPageBreak/>
        <w:drawing>
          <wp:inline distT="0" distB="0" distL="0" distR="0" wp14:anchorId="14B869C8" wp14:editId="6EEAE8B7">
            <wp:extent cx="5486400" cy="6897370"/>
            <wp:effectExtent l="0" t="0" r="0" b="0"/>
            <wp:docPr id="1350475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75827" name=""/>
                    <pic:cNvPicPr/>
                  </pic:nvPicPr>
                  <pic:blipFill>
                    <a:blip r:embed="rId6"/>
                    <a:stretch>
                      <a:fillRect/>
                    </a:stretch>
                  </pic:blipFill>
                  <pic:spPr>
                    <a:xfrm>
                      <a:off x="0" y="0"/>
                      <a:ext cx="5486400" cy="6897370"/>
                    </a:xfrm>
                    <a:prstGeom prst="rect">
                      <a:avLst/>
                    </a:prstGeom>
                  </pic:spPr>
                </pic:pic>
              </a:graphicData>
            </a:graphic>
          </wp:inline>
        </w:drawing>
      </w:r>
    </w:p>
    <w:p w14:paraId="4D62411E" w14:textId="77777777" w:rsidR="00366CB9" w:rsidRDefault="00366CB9"/>
    <w:p w14:paraId="0FBF86FD" w14:textId="77777777" w:rsidR="00225C06" w:rsidRDefault="00225C06"/>
    <w:p w14:paraId="3EC173A0" w14:textId="77777777" w:rsidR="00225C06" w:rsidRDefault="00225C06"/>
    <w:p w14:paraId="62B70018" w14:textId="77777777" w:rsidR="00225C06" w:rsidRDefault="00225C06"/>
    <w:p w14:paraId="7F4C0E63" w14:textId="0B7AAC28" w:rsidR="00225C06" w:rsidRDefault="00225C06">
      <w:r w:rsidRPr="00225C06">
        <w:lastRenderedPageBreak/>
        <w:drawing>
          <wp:inline distT="0" distB="0" distL="0" distR="0" wp14:anchorId="7C2B1F9E" wp14:editId="1D68ED3B">
            <wp:extent cx="4553184" cy="6972658"/>
            <wp:effectExtent l="0" t="0" r="0" b="0"/>
            <wp:docPr id="1150141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41777" name=""/>
                    <pic:cNvPicPr/>
                  </pic:nvPicPr>
                  <pic:blipFill>
                    <a:blip r:embed="rId7"/>
                    <a:stretch>
                      <a:fillRect/>
                    </a:stretch>
                  </pic:blipFill>
                  <pic:spPr>
                    <a:xfrm>
                      <a:off x="0" y="0"/>
                      <a:ext cx="4553184" cy="6972658"/>
                    </a:xfrm>
                    <a:prstGeom prst="rect">
                      <a:avLst/>
                    </a:prstGeom>
                  </pic:spPr>
                </pic:pic>
              </a:graphicData>
            </a:graphic>
          </wp:inline>
        </w:drawing>
      </w:r>
    </w:p>
    <w:p w14:paraId="4E51E936" w14:textId="77777777" w:rsidR="00366CB9" w:rsidRDefault="00366CB9"/>
    <w:p w14:paraId="5D0B4A35" w14:textId="77777777" w:rsidR="00366CB9" w:rsidRDefault="00366CB9"/>
    <w:p w14:paraId="237869C9" w14:textId="77777777" w:rsidR="00366CB9" w:rsidRDefault="00366CB9"/>
    <w:p w14:paraId="6F0B6537" w14:textId="61338ACE" w:rsidR="00366CB9" w:rsidRDefault="00225C06">
      <w:r w:rsidRPr="00225C06">
        <w:lastRenderedPageBreak/>
        <w:drawing>
          <wp:inline distT="0" distB="0" distL="0" distR="0" wp14:anchorId="1160FA4C" wp14:editId="506EF9F1">
            <wp:extent cx="4750044" cy="5645440"/>
            <wp:effectExtent l="0" t="0" r="0" b="0"/>
            <wp:docPr id="130172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29978" name=""/>
                    <pic:cNvPicPr/>
                  </pic:nvPicPr>
                  <pic:blipFill>
                    <a:blip r:embed="rId8"/>
                    <a:stretch>
                      <a:fillRect/>
                    </a:stretch>
                  </pic:blipFill>
                  <pic:spPr>
                    <a:xfrm>
                      <a:off x="0" y="0"/>
                      <a:ext cx="4750044" cy="5645440"/>
                    </a:xfrm>
                    <a:prstGeom prst="rect">
                      <a:avLst/>
                    </a:prstGeom>
                  </pic:spPr>
                </pic:pic>
              </a:graphicData>
            </a:graphic>
          </wp:inline>
        </w:drawing>
      </w:r>
    </w:p>
    <w:p w14:paraId="0A6393C7" w14:textId="77777777" w:rsidR="00366CB9" w:rsidRDefault="00366CB9"/>
    <w:p w14:paraId="2240F10B" w14:textId="77777777" w:rsidR="00366CB9" w:rsidRDefault="00366CB9"/>
    <w:p w14:paraId="376416E5" w14:textId="77777777" w:rsidR="00366CB9" w:rsidRDefault="00366CB9"/>
    <w:p w14:paraId="47D044CB" w14:textId="77777777" w:rsidR="00366CB9" w:rsidRDefault="00366CB9"/>
    <w:p w14:paraId="46E6E042" w14:textId="77777777" w:rsidR="00366CB9" w:rsidRDefault="00366CB9"/>
    <w:p w14:paraId="127E7CF4" w14:textId="77777777" w:rsidR="00366CB9" w:rsidRDefault="00366CB9"/>
    <w:p w14:paraId="36DC0138" w14:textId="77777777" w:rsidR="00366CB9" w:rsidRDefault="00366CB9"/>
    <w:p w14:paraId="54BEAB2C" w14:textId="77777777" w:rsidR="00366CB9" w:rsidRDefault="00366CB9"/>
    <w:p w14:paraId="377CDA3F" w14:textId="77777777" w:rsidR="00366CB9" w:rsidRDefault="00366CB9"/>
    <w:p w14:paraId="24DDA141" w14:textId="77777777" w:rsidR="00366CB9" w:rsidRDefault="00366CB9"/>
    <w:p w14:paraId="2E3AEB1A" w14:textId="77777777" w:rsidR="00366CB9" w:rsidRDefault="00366CB9"/>
    <w:sectPr w:rsidR="00366CB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2502391">
    <w:abstractNumId w:val="8"/>
  </w:num>
  <w:num w:numId="2" w16cid:durableId="554439352">
    <w:abstractNumId w:val="6"/>
  </w:num>
  <w:num w:numId="3" w16cid:durableId="1632904160">
    <w:abstractNumId w:val="5"/>
  </w:num>
  <w:num w:numId="4" w16cid:durableId="1319074535">
    <w:abstractNumId w:val="4"/>
  </w:num>
  <w:num w:numId="5" w16cid:durableId="911041907">
    <w:abstractNumId w:val="7"/>
  </w:num>
  <w:num w:numId="6" w16cid:durableId="410930065">
    <w:abstractNumId w:val="3"/>
  </w:num>
  <w:num w:numId="7" w16cid:durableId="2071951324">
    <w:abstractNumId w:val="2"/>
  </w:num>
  <w:num w:numId="8" w16cid:durableId="52587179">
    <w:abstractNumId w:val="1"/>
  </w:num>
  <w:num w:numId="9" w16cid:durableId="697974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ABF"/>
    <w:rsid w:val="0015074B"/>
    <w:rsid w:val="001607F4"/>
    <w:rsid w:val="0021487A"/>
    <w:rsid w:val="00225C06"/>
    <w:rsid w:val="0024758F"/>
    <w:rsid w:val="0029540E"/>
    <w:rsid w:val="0029639D"/>
    <w:rsid w:val="002C77D4"/>
    <w:rsid w:val="00321864"/>
    <w:rsid w:val="00326F90"/>
    <w:rsid w:val="00366CB9"/>
    <w:rsid w:val="0037714E"/>
    <w:rsid w:val="0041630D"/>
    <w:rsid w:val="0041719E"/>
    <w:rsid w:val="00670A49"/>
    <w:rsid w:val="006A72CB"/>
    <w:rsid w:val="006B330B"/>
    <w:rsid w:val="0078090F"/>
    <w:rsid w:val="00964BB0"/>
    <w:rsid w:val="009E1681"/>
    <w:rsid w:val="00A25061"/>
    <w:rsid w:val="00AA1D8D"/>
    <w:rsid w:val="00B47730"/>
    <w:rsid w:val="00C1152B"/>
    <w:rsid w:val="00CB0664"/>
    <w:rsid w:val="00D0430C"/>
    <w:rsid w:val="00DA2DFD"/>
    <w:rsid w:val="00E15353"/>
    <w:rsid w:val="00EE62A5"/>
    <w:rsid w:val="00F21DE1"/>
    <w:rsid w:val="00F55BA8"/>
    <w:rsid w:val="00F57C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A31334"/>
  <w14:defaultImageDpi w14:val="300"/>
  <w15:docId w15:val="{E1BBED05-2DA1-D146-A590-752D7833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980</Words>
  <Characters>5590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Jossett Hector</cp:lastModifiedBy>
  <cp:revision>2</cp:revision>
  <dcterms:created xsi:type="dcterms:W3CDTF">2026-07-25T12:33:00Z</dcterms:created>
  <dcterms:modified xsi:type="dcterms:W3CDTF">2026-07-25T12:33:00Z</dcterms:modified>
  <cp:category/>
</cp:coreProperties>
</file>