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FA2A1" w14:textId="71DE4067" w:rsidR="00D54DC8" w:rsidRPr="00AF27EC" w:rsidRDefault="00CE3649" w:rsidP="00AF27EC">
      <w:pPr>
        <w:pStyle w:val="Title"/>
        <w:pBdr>
          <w:bottom w:val="single" w:sz="8" w:space="11" w:color="4F81BD" w:themeColor="accent1"/>
        </w:pBdr>
        <w:jc w:val="center"/>
        <w:rPr>
          <w:rFonts w:ascii="Aptos" w:hAnsi="Aptos"/>
          <w:color w:val="auto"/>
        </w:rPr>
      </w:pPr>
      <w:r w:rsidRPr="00AF27EC">
        <w:rPr>
          <w:rFonts w:ascii="Aptos" w:hAnsi="Aptos"/>
          <w:color w:val="auto"/>
        </w:rPr>
        <w:t>From a Broad Idea to a Viable Project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358"/>
      </w:tblGrid>
      <w:tr w:rsidR="00CE3649" w14:paraId="0B1A5982" w14:textId="77777777" w:rsidTr="00956F5A">
        <w:trPr>
          <w:jc w:val="center"/>
        </w:trPr>
        <w:tc>
          <w:tcPr>
            <w:tcW w:w="10368" w:type="dxa"/>
          </w:tcPr>
          <w:p w14:paraId="6CCA2724" w14:textId="77777777" w:rsidR="00CE3649" w:rsidRPr="00CE3649" w:rsidRDefault="00CE3649">
            <w:pPr>
              <w:rPr>
                <w:b/>
                <w:sz w:val="22"/>
                <w:szCs w:val="28"/>
              </w:rPr>
            </w:pPr>
            <w:r w:rsidRPr="00CE3649">
              <w:rPr>
                <w:b/>
                <w:sz w:val="22"/>
                <w:szCs w:val="28"/>
              </w:rPr>
              <w:t>Name:</w:t>
            </w:r>
          </w:p>
          <w:p w14:paraId="4CC70BBE" w14:textId="3D94703E" w:rsidR="00CE3649" w:rsidRDefault="00CE3649"/>
        </w:tc>
      </w:tr>
      <w:tr w:rsidR="00D54DC8" w14:paraId="50E02D3E" w14:textId="77777777">
        <w:trPr>
          <w:jc w:val="center"/>
        </w:trPr>
        <w:tc>
          <w:tcPr>
            <w:tcW w:w="10368" w:type="dxa"/>
          </w:tcPr>
          <w:p w14:paraId="58A95C48" w14:textId="77777777" w:rsidR="00CE3649" w:rsidRDefault="00CE3649">
            <w:pPr>
              <w:rPr>
                <w:b/>
                <w:sz w:val="22"/>
                <w:szCs w:val="28"/>
              </w:rPr>
            </w:pPr>
          </w:p>
          <w:p w14:paraId="6CCC7CF9" w14:textId="7BE343B4" w:rsidR="00D54DC8" w:rsidRDefault="007230EF">
            <w:pPr>
              <w:rPr>
                <w:b/>
                <w:sz w:val="22"/>
                <w:szCs w:val="28"/>
              </w:rPr>
            </w:pPr>
            <w:r w:rsidRPr="00CE3649">
              <w:rPr>
                <w:b/>
                <w:sz w:val="22"/>
                <w:szCs w:val="28"/>
              </w:rPr>
              <w:t>Project Route:  ☐ Applied Events   ☐ Consultancy   ☐ Research   ☐ Unsure</w:t>
            </w:r>
          </w:p>
          <w:p w14:paraId="0CE88FC5" w14:textId="77777777" w:rsidR="00CE3649" w:rsidRPr="00CE3649" w:rsidRDefault="00CE3649">
            <w:pPr>
              <w:rPr>
                <w:sz w:val="22"/>
                <w:szCs w:val="28"/>
              </w:rPr>
            </w:pPr>
          </w:p>
        </w:tc>
      </w:tr>
    </w:tbl>
    <w:p w14:paraId="2F9DBDC6" w14:textId="77777777" w:rsidR="00CE3649" w:rsidRDefault="00CE3649">
      <w:pPr>
        <w:rPr>
          <w:sz w:val="24"/>
          <w:szCs w:val="28"/>
        </w:rPr>
      </w:pPr>
    </w:p>
    <w:p w14:paraId="1192A92C" w14:textId="22A877DD" w:rsidR="00CE3649" w:rsidRPr="00136A35" w:rsidRDefault="007230EF" w:rsidP="00136A35">
      <w:pPr>
        <w:rPr>
          <w:sz w:val="24"/>
          <w:szCs w:val="28"/>
        </w:rPr>
      </w:pPr>
      <w:r w:rsidRPr="00CE3649">
        <w:rPr>
          <w:sz w:val="24"/>
          <w:szCs w:val="28"/>
        </w:rPr>
        <w:t>Complete this guide throughout the lesson. Your answers are a starting point and can change as your project develops. Keep your project focused, realistic and achievable.</w:t>
      </w:r>
    </w:p>
    <w:p w14:paraId="674A32F5" w14:textId="2AD7F9C4" w:rsidR="00D54DC8" w:rsidRPr="00CE3649" w:rsidRDefault="007230EF">
      <w:pPr>
        <w:pStyle w:val="Heading1"/>
        <w:rPr>
          <w:rFonts w:ascii="Aptos" w:hAnsi="Aptos"/>
        </w:rPr>
      </w:pPr>
      <w:r w:rsidRPr="00CE3649">
        <w:rPr>
          <w:rFonts w:ascii="Aptos" w:hAnsi="Aptos"/>
        </w:rPr>
        <w:t xml:space="preserve">Activity </w:t>
      </w:r>
      <w:r w:rsidR="00136A35">
        <w:rPr>
          <w:rFonts w:ascii="Aptos" w:hAnsi="Aptos"/>
        </w:rPr>
        <w:t>1</w:t>
      </w:r>
      <w:r w:rsidRPr="00CE3649">
        <w:rPr>
          <w:rFonts w:ascii="Aptos" w:hAnsi="Aptos"/>
        </w:rPr>
        <w:t xml:space="preserve"> - Build Your Project Draft</w:t>
      </w:r>
    </w:p>
    <w:p w14:paraId="2491D718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Remember: Purpose = WHY, Aim = WHAT, Objectives = HOW.</w:t>
      </w:r>
    </w:p>
    <w:p w14:paraId="09F57163" w14:textId="77777777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t>1. Working Title</w:t>
      </w:r>
    </w:p>
    <w:p w14:paraId="280BA940" w14:textId="77777777" w:rsidR="00D54DC8" w:rsidRDefault="007230EF">
      <w:r w:rsidRPr="00CE3649">
        <w:rPr>
          <w:sz w:val="24"/>
          <w:szCs w:val="28"/>
        </w:rPr>
        <w:t>Write a clear working title that shows what your project is about. It does not need to be final.</w:t>
      </w:r>
    </w:p>
    <w:p w14:paraId="2EFACF0B" w14:textId="77777777" w:rsidR="00CE3649" w:rsidRDefault="00CE3649" w:rsidP="00CE3649"/>
    <w:p w14:paraId="27160CAF" w14:textId="77777777" w:rsidR="00CE3649" w:rsidRDefault="00CE3649" w:rsidP="00CE3649"/>
    <w:p w14:paraId="1507AD8C" w14:textId="77777777" w:rsidR="00CE3649" w:rsidRDefault="00CE3649" w:rsidP="00CE3649"/>
    <w:p w14:paraId="32E516B4" w14:textId="66E5B2C2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t>2. Purpose / Issue - WHY?</w:t>
      </w:r>
    </w:p>
    <w:p w14:paraId="19A4C193" w14:textId="77777777" w:rsidR="00D54DC8" w:rsidRPr="00CE3649" w:rsidRDefault="007230EF">
      <w:pPr>
        <w:rPr>
          <w:sz w:val="24"/>
          <w:szCs w:val="24"/>
        </w:rPr>
      </w:pPr>
      <w:r w:rsidRPr="00CE3649">
        <w:rPr>
          <w:sz w:val="24"/>
          <w:szCs w:val="24"/>
        </w:rPr>
        <w:t>What problem, opportunity, topic or issue gives you a reason to complete this project? Why does it matter?</w:t>
      </w:r>
    </w:p>
    <w:p w14:paraId="3E7A434E" w14:textId="77777777" w:rsidR="00CE3649" w:rsidRDefault="00CE3649" w:rsidP="00CE3649"/>
    <w:p w14:paraId="40CF1F1A" w14:textId="77777777" w:rsidR="00CE3649" w:rsidRDefault="00CE3649" w:rsidP="00CE3649"/>
    <w:p w14:paraId="649EFC26" w14:textId="77777777" w:rsidR="00CE3649" w:rsidRDefault="00CE3649" w:rsidP="00CE3649"/>
    <w:p w14:paraId="43A208BF" w14:textId="7374D868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t>3. Overall Aim - WHAT?</w:t>
      </w:r>
    </w:p>
    <w:p w14:paraId="3A365D2E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What do you want to achieve overall? Try to write one clear sentence.</w:t>
      </w:r>
    </w:p>
    <w:p w14:paraId="381FC81E" w14:textId="77777777" w:rsidR="00CE3649" w:rsidRDefault="00CE3649">
      <w:pPr>
        <w:pStyle w:val="Heading2"/>
      </w:pPr>
    </w:p>
    <w:p w14:paraId="322A2681" w14:textId="77777777" w:rsidR="00CE3649" w:rsidRDefault="00CE3649" w:rsidP="00CE3649"/>
    <w:p w14:paraId="111DA5B2" w14:textId="77777777" w:rsidR="00A01C26" w:rsidRDefault="00A01C26" w:rsidP="00CE3649"/>
    <w:p w14:paraId="3DE2ED52" w14:textId="77777777" w:rsidR="00A01C26" w:rsidRDefault="00A01C26" w:rsidP="00CE3649"/>
    <w:p w14:paraId="154014AE" w14:textId="77777777" w:rsidR="00CE3649" w:rsidRPr="00CE3649" w:rsidRDefault="00CE3649" w:rsidP="00CE3649"/>
    <w:p w14:paraId="1DE786C9" w14:textId="262A1978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lastRenderedPageBreak/>
        <w:t>4. Objectives - HOW?</w:t>
      </w:r>
    </w:p>
    <w:p w14:paraId="562A971F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Break your aim into 2-3 focused things you need to achieve. Use SMART where appropriate, but avoid simply listing tasks.</w:t>
      </w:r>
    </w:p>
    <w:p w14:paraId="4EE31E91" w14:textId="146FE80E" w:rsidR="00D54DC8" w:rsidRPr="00CE3649" w:rsidRDefault="007230EF" w:rsidP="00CE3649">
      <w:pPr>
        <w:rPr>
          <w:sz w:val="24"/>
          <w:szCs w:val="28"/>
        </w:rPr>
      </w:pPr>
      <w:r w:rsidRPr="00CE3649">
        <w:rPr>
          <w:sz w:val="24"/>
          <w:szCs w:val="28"/>
        </w:rPr>
        <w:t>Objective 1:</w:t>
      </w:r>
    </w:p>
    <w:p w14:paraId="678A6078" w14:textId="77777777" w:rsidR="00CE3649" w:rsidRDefault="00CE3649" w:rsidP="00CE3649">
      <w:pPr>
        <w:rPr>
          <w:sz w:val="24"/>
          <w:szCs w:val="28"/>
        </w:rPr>
      </w:pPr>
    </w:p>
    <w:p w14:paraId="682EC0F5" w14:textId="77777777" w:rsidR="00A01C26" w:rsidRDefault="00A01C26" w:rsidP="00CE3649">
      <w:pPr>
        <w:rPr>
          <w:sz w:val="24"/>
          <w:szCs w:val="28"/>
        </w:rPr>
      </w:pPr>
    </w:p>
    <w:p w14:paraId="6C2DB029" w14:textId="77777777" w:rsidR="00A01C26" w:rsidRDefault="00A01C26" w:rsidP="00CE3649">
      <w:pPr>
        <w:rPr>
          <w:sz w:val="24"/>
          <w:szCs w:val="28"/>
        </w:rPr>
      </w:pPr>
    </w:p>
    <w:p w14:paraId="412971D5" w14:textId="77777777" w:rsidR="00CE3649" w:rsidRPr="00CE3649" w:rsidRDefault="00CE3649" w:rsidP="00CE3649">
      <w:pPr>
        <w:rPr>
          <w:sz w:val="24"/>
          <w:szCs w:val="28"/>
        </w:rPr>
      </w:pPr>
    </w:p>
    <w:p w14:paraId="7A189350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Objective 2:</w:t>
      </w:r>
    </w:p>
    <w:p w14:paraId="1BD860D2" w14:textId="608153B7" w:rsidR="00D54DC8" w:rsidRDefault="00D54DC8">
      <w:pPr>
        <w:spacing w:after="20"/>
        <w:rPr>
          <w:sz w:val="24"/>
          <w:szCs w:val="28"/>
        </w:rPr>
      </w:pPr>
    </w:p>
    <w:p w14:paraId="0E54A2DE" w14:textId="77777777" w:rsidR="00A01C26" w:rsidRDefault="00A01C26">
      <w:pPr>
        <w:spacing w:after="20"/>
        <w:rPr>
          <w:sz w:val="24"/>
          <w:szCs w:val="28"/>
        </w:rPr>
      </w:pPr>
    </w:p>
    <w:p w14:paraId="3A83484D" w14:textId="77777777" w:rsidR="00CE3649" w:rsidRDefault="00CE3649">
      <w:pPr>
        <w:spacing w:after="20"/>
        <w:rPr>
          <w:sz w:val="24"/>
          <w:szCs w:val="28"/>
        </w:rPr>
      </w:pPr>
    </w:p>
    <w:p w14:paraId="3E58CB0C" w14:textId="77777777" w:rsidR="00A01C26" w:rsidRDefault="00A01C26">
      <w:pPr>
        <w:spacing w:after="20"/>
        <w:rPr>
          <w:sz w:val="24"/>
          <w:szCs w:val="28"/>
        </w:rPr>
      </w:pPr>
    </w:p>
    <w:p w14:paraId="10316344" w14:textId="77777777" w:rsidR="00A01C26" w:rsidRDefault="00A01C26">
      <w:pPr>
        <w:spacing w:after="20"/>
        <w:rPr>
          <w:sz w:val="24"/>
          <w:szCs w:val="28"/>
        </w:rPr>
      </w:pPr>
    </w:p>
    <w:p w14:paraId="2876AAE8" w14:textId="77777777" w:rsidR="00CE3649" w:rsidRPr="00CE3649" w:rsidRDefault="00CE3649">
      <w:pPr>
        <w:spacing w:after="20"/>
        <w:rPr>
          <w:sz w:val="24"/>
          <w:szCs w:val="28"/>
        </w:rPr>
      </w:pPr>
    </w:p>
    <w:p w14:paraId="57071C66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Objective 3:</w:t>
      </w:r>
    </w:p>
    <w:p w14:paraId="46D9532A" w14:textId="5F703788" w:rsidR="00D54DC8" w:rsidRDefault="00D54DC8">
      <w:pPr>
        <w:spacing w:after="20"/>
      </w:pPr>
    </w:p>
    <w:p w14:paraId="2E4F3E12" w14:textId="77777777" w:rsidR="00CE3649" w:rsidRDefault="00CE3649" w:rsidP="00CE3649"/>
    <w:p w14:paraId="2141C24D" w14:textId="77777777" w:rsidR="00A01C26" w:rsidRDefault="00A01C26" w:rsidP="00CE3649"/>
    <w:p w14:paraId="75482C41" w14:textId="77777777" w:rsidR="00A01C26" w:rsidRDefault="00A01C26" w:rsidP="00CE3649"/>
    <w:p w14:paraId="022AF521" w14:textId="77777777" w:rsidR="00A01C26" w:rsidRDefault="00A01C26" w:rsidP="00CE3649"/>
    <w:p w14:paraId="438181D6" w14:textId="77777777" w:rsidR="00A01C26" w:rsidRDefault="00A01C26" w:rsidP="00CE3649"/>
    <w:p w14:paraId="032797F3" w14:textId="77777777" w:rsidR="00A01C26" w:rsidRDefault="00A01C26" w:rsidP="00CE3649"/>
    <w:p w14:paraId="22EB80C8" w14:textId="77777777" w:rsidR="00A01C26" w:rsidRDefault="00A01C26" w:rsidP="00CE3649"/>
    <w:p w14:paraId="1BA3B66F" w14:textId="77777777" w:rsidR="00A01C26" w:rsidRDefault="00A01C26" w:rsidP="00CE3649"/>
    <w:p w14:paraId="2CF9F2E2" w14:textId="77777777" w:rsidR="00A01C26" w:rsidRDefault="00A01C26" w:rsidP="00CE3649"/>
    <w:p w14:paraId="4F61F60D" w14:textId="77777777" w:rsidR="00A01C26" w:rsidRDefault="00A01C26" w:rsidP="00CE3649"/>
    <w:p w14:paraId="5332DDE5" w14:textId="77777777" w:rsidR="00A01C26" w:rsidRDefault="00A01C26" w:rsidP="00CE3649"/>
    <w:p w14:paraId="422C003B" w14:textId="77777777" w:rsidR="00A01C26" w:rsidRDefault="00A01C26" w:rsidP="00CE3649"/>
    <w:p w14:paraId="1ED65ACE" w14:textId="77777777" w:rsidR="00A01C26" w:rsidRDefault="00A01C26" w:rsidP="00CE3649"/>
    <w:p w14:paraId="7DA77797" w14:textId="48D0DEBD" w:rsidR="00D54DC8" w:rsidRPr="00CE3649" w:rsidRDefault="007230EF">
      <w:pPr>
        <w:pStyle w:val="Heading1"/>
        <w:rPr>
          <w:rFonts w:ascii="Aptos" w:hAnsi="Aptos"/>
        </w:rPr>
      </w:pPr>
      <w:r w:rsidRPr="00CE3649">
        <w:rPr>
          <w:rFonts w:ascii="Aptos" w:hAnsi="Aptos"/>
        </w:rPr>
        <w:lastRenderedPageBreak/>
        <w:t xml:space="preserve">Activity </w:t>
      </w:r>
      <w:r w:rsidR="006F618E">
        <w:rPr>
          <w:rFonts w:ascii="Aptos" w:hAnsi="Aptos"/>
        </w:rPr>
        <w:t>2</w:t>
      </w:r>
      <w:r w:rsidRPr="00CE3649">
        <w:rPr>
          <w:rFonts w:ascii="Aptos" w:hAnsi="Aptos"/>
        </w:rPr>
        <w:t xml:space="preserve"> - Resources &amp; Boundaries: Can I Achieve It?</w:t>
      </w:r>
    </w:p>
    <w:p w14:paraId="1CA3D325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Key question: Can I realistically complete this project within the time available? Think about what you realistically have and set clear boundaries.</w:t>
      </w:r>
    </w:p>
    <w:p w14:paraId="53E7EC83" w14:textId="77777777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t>A. Check Your Resources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D54DC8" w14:paraId="4C40E308" w14:textId="77777777">
        <w:trPr>
          <w:jc w:val="center"/>
        </w:trPr>
        <w:tc>
          <w:tcPr>
            <w:tcW w:w="5184" w:type="dxa"/>
            <w:shd w:val="clear" w:color="auto" w:fill="EAF2F8"/>
          </w:tcPr>
          <w:p w14:paraId="03692EAB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b/>
                <w:sz w:val="24"/>
                <w:szCs w:val="32"/>
              </w:rPr>
              <w:t>Resource Check</w:t>
            </w:r>
          </w:p>
        </w:tc>
        <w:tc>
          <w:tcPr>
            <w:tcW w:w="5184" w:type="dxa"/>
            <w:shd w:val="clear" w:color="auto" w:fill="EAF2F8"/>
          </w:tcPr>
          <w:p w14:paraId="752FF7C3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b/>
                <w:sz w:val="24"/>
                <w:szCs w:val="32"/>
              </w:rPr>
              <w:t>My Answer</w:t>
            </w:r>
          </w:p>
        </w:tc>
      </w:tr>
      <w:tr w:rsidR="00D54DC8" w14:paraId="4E8079F0" w14:textId="77777777">
        <w:trPr>
          <w:jc w:val="center"/>
        </w:trPr>
        <w:tc>
          <w:tcPr>
            <w:tcW w:w="5184" w:type="dxa"/>
          </w:tcPr>
          <w:p w14:paraId="70529906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t>TIME - How much time do I realistically have?</w:t>
            </w:r>
          </w:p>
        </w:tc>
        <w:tc>
          <w:tcPr>
            <w:tcW w:w="5184" w:type="dxa"/>
          </w:tcPr>
          <w:p w14:paraId="43F9AA07" w14:textId="77777777" w:rsidR="00CE3649" w:rsidRDefault="00CE3649">
            <w:pPr>
              <w:rPr>
                <w:sz w:val="24"/>
                <w:szCs w:val="32"/>
              </w:rPr>
            </w:pPr>
          </w:p>
          <w:p w14:paraId="14D5206D" w14:textId="4FD89C86" w:rsid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</w:p>
          <w:p w14:paraId="2EA6CB79" w14:textId="77777777" w:rsidR="00CE3649" w:rsidRDefault="00CE3649">
            <w:pPr>
              <w:rPr>
                <w:sz w:val="24"/>
                <w:szCs w:val="32"/>
              </w:rPr>
            </w:pPr>
          </w:p>
          <w:p w14:paraId="1DD6B8F3" w14:textId="77777777" w:rsidR="00D54DC8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</w:p>
          <w:p w14:paraId="2BC56355" w14:textId="77BFD180" w:rsidR="00CE3649" w:rsidRPr="00CE3649" w:rsidRDefault="00CE3649">
            <w:pPr>
              <w:rPr>
                <w:sz w:val="24"/>
                <w:szCs w:val="32"/>
              </w:rPr>
            </w:pPr>
          </w:p>
        </w:tc>
      </w:tr>
      <w:tr w:rsidR="00D54DC8" w14:paraId="555D0AAA" w14:textId="77777777">
        <w:trPr>
          <w:jc w:val="center"/>
        </w:trPr>
        <w:tc>
          <w:tcPr>
            <w:tcW w:w="5184" w:type="dxa"/>
          </w:tcPr>
          <w:p w14:paraId="31D2BFA9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t>ACCESS - Which people, event, organisation, participants or information can I realistically access?</w:t>
            </w:r>
          </w:p>
        </w:tc>
        <w:tc>
          <w:tcPr>
            <w:tcW w:w="5184" w:type="dxa"/>
          </w:tcPr>
          <w:p w14:paraId="090DAFAC" w14:textId="77777777" w:rsidR="00CE3649" w:rsidRDefault="00CE3649">
            <w:pPr>
              <w:rPr>
                <w:sz w:val="24"/>
                <w:szCs w:val="32"/>
              </w:rPr>
            </w:pPr>
          </w:p>
          <w:p w14:paraId="5941000E" w14:textId="5BFCB737" w:rsid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</w:p>
          <w:p w14:paraId="7B3359E8" w14:textId="77777777" w:rsidR="00D54DC8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</w:p>
          <w:p w14:paraId="5ECA0A50" w14:textId="77777777" w:rsidR="00CE3649" w:rsidRDefault="00CE3649">
            <w:pPr>
              <w:rPr>
                <w:sz w:val="24"/>
                <w:szCs w:val="32"/>
              </w:rPr>
            </w:pPr>
          </w:p>
          <w:p w14:paraId="7D0F7734" w14:textId="4F49B210" w:rsidR="00CE3649" w:rsidRPr="00CE3649" w:rsidRDefault="00CE3649">
            <w:pPr>
              <w:rPr>
                <w:sz w:val="24"/>
                <w:szCs w:val="32"/>
              </w:rPr>
            </w:pPr>
          </w:p>
        </w:tc>
      </w:tr>
      <w:tr w:rsidR="00D54DC8" w14:paraId="1CB83697" w14:textId="77777777">
        <w:trPr>
          <w:jc w:val="center"/>
        </w:trPr>
        <w:tc>
          <w:tcPr>
            <w:tcW w:w="5184" w:type="dxa"/>
          </w:tcPr>
          <w:p w14:paraId="6D6EF080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t>SKILLS - What skills do I already have? What might I need to develop?</w:t>
            </w:r>
          </w:p>
        </w:tc>
        <w:tc>
          <w:tcPr>
            <w:tcW w:w="5184" w:type="dxa"/>
          </w:tcPr>
          <w:p w14:paraId="3922F94E" w14:textId="77777777" w:rsidR="00CE3649" w:rsidRDefault="00CE3649">
            <w:pPr>
              <w:rPr>
                <w:sz w:val="24"/>
                <w:szCs w:val="32"/>
              </w:rPr>
            </w:pPr>
          </w:p>
          <w:p w14:paraId="73751DA9" w14:textId="77777777" w:rsidR="00CE3649" w:rsidRDefault="00CE3649">
            <w:pPr>
              <w:rPr>
                <w:sz w:val="24"/>
                <w:szCs w:val="32"/>
              </w:rPr>
            </w:pPr>
          </w:p>
          <w:p w14:paraId="3D920401" w14:textId="77777777" w:rsidR="00D54DC8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  <w:r w:rsidRPr="00CE3649">
              <w:rPr>
                <w:sz w:val="24"/>
                <w:szCs w:val="32"/>
              </w:rPr>
              <w:br/>
            </w:r>
          </w:p>
          <w:p w14:paraId="41A79CAB" w14:textId="77777777" w:rsidR="00CE3649" w:rsidRDefault="00CE3649">
            <w:pPr>
              <w:rPr>
                <w:sz w:val="24"/>
                <w:szCs w:val="32"/>
              </w:rPr>
            </w:pPr>
          </w:p>
          <w:p w14:paraId="540D490C" w14:textId="2DABF6AC" w:rsidR="00CE3649" w:rsidRPr="00CE3649" w:rsidRDefault="00CE3649">
            <w:pPr>
              <w:rPr>
                <w:sz w:val="24"/>
                <w:szCs w:val="32"/>
              </w:rPr>
            </w:pPr>
          </w:p>
        </w:tc>
      </w:tr>
      <w:tr w:rsidR="00D54DC8" w14:paraId="3BDE8A6B" w14:textId="77777777">
        <w:trPr>
          <w:jc w:val="center"/>
        </w:trPr>
        <w:tc>
          <w:tcPr>
            <w:tcW w:w="5184" w:type="dxa"/>
          </w:tcPr>
          <w:p w14:paraId="6213018A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t>TOOLS / COST - What resources, software, equipment or money might I need?</w:t>
            </w:r>
          </w:p>
        </w:tc>
        <w:tc>
          <w:tcPr>
            <w:tcW w:w="5184" w:type="dxa"/>
          </w:tcPr>
          <w:p w14:paraId="0A90CC5F" w14:textId="77777777" w:rsidR="00CE3649" w:rsidRDefault="00CE3649">
            <w:pPr>
              <w:rPr>
                <w:sz w:val="24"/>
                <w:szCs w:val="32"/>
              </w:rPr>
            </w:pPr>
          </w:p>
          <w:p w14:paraId="65A54F05" w14:textId="77777777" w:rsidR="00CE3649" w:rsidRDefault="00CE3649">
            <w:pPr>
              <w:rPr>
                <w:sz w:val="24"/>
                <w:szCs w:val="32"/>
              </w:rPr>
            </w:pPr>
          </w:p>
          <w:p w14:paraId="5A00F7BC" w14:textId="77777777" w:rsidR="00CE3649" w:rsidRDefault="00CE3649">
            <w:pPr>
              <w:rPr>
                <w:sz w:val="24"/>
                <w:szCs w:val="32"/>
              </w:rPr>
            </w:pPr>
          </w:p>
          <w:p w14:paraId="7AFD98BB" w14:textId="77777777" w:rsidR="00D54DC8" w:rsidRDefault="007230EF">
            <w:pPr>
              <w:rPr>
                <w:sz w:val="24"/>
                <w:szCs w:val="32"/>
              </w:rPr>
            </w:pPr>
            <w:r w:rsidRPr="00CE3649">
              <w:rPr>
                <w:sz w:val="24"/>
                <w:szCs w:val="32"/>
              </w:rPr>
              <w:br/>
            </w:r>
            <w:r w:rsidRPr="00CE3649">
              <w:rPr>
                <w:sz w:val="24"/>
                <w:szCs w:val="32"/>
              </w:rPr>
              <w:br/>
            </w:r>
          </w:p>
          <w:p w14:paraId="0E2EFE4D" w14:textId="6FFD0DA2" w:rsidR="00CE3649" w:rsidRPr="00CE3649" w:rsidRDefault="00CE3649">
            <w:pPr>
              <w:rPr>
                <w:sz w:val="24"/>
                <w:szCs w:val="32"/>
              </w:rPr>
            </w:pPr>
          </w:p>
        </w:tc>
      </w:tr>
    </w:tbl>
    <w:p w14:paraId="6370F86C" w14:textId="77777777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t>B. Set Clear Boundaries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D54DC8" w14:paraId="602F21F9" w14:textId="77777777">
        <w:trPr>
          <w:jc w:val="center"/>
        </w:trPr>
        <w:tc>
          <w:tcPr>
            <w:tcW w:w="5184" w:type="dxa"/>
            <w:shd w:val="clear" w:color="auto" w:fill="EAF2F8"/>
          </w:tcPr>
          <w:p w14:paraId="7FF720FF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b/>
                <w:sz w:val="24"/>
                <w:szCs w:val="32"/>
              </w:rPr>
              <w:t>I WILL include...</w:t>
            </w:r>
          </w:p>
        </w:tc>
        <w:tc>
          <w:tcPr>
            <w:tcW w:w="5184" w:type="dxa"/>
            <w:shd w:val="clear" w:color="auto" w:fill="EAF2F8"/>
          </w:tcPr>
          <w:p w14:paraId="46B9C7B4" w14:textId="77777777" w:rsidR="00D54DC8" w:rsidRPr="00CE3649" w:rsidRDefault="007230EF">
            <w:pPr>
              <w:rPr>
                <w:sz w:val="24"/>
                <w:szCs w:val="32"/>
              </w:rPr>
            </w:pPr>
            <w:r w:rsidRPr="00CE3649">
              <w:rPr>
                <w:b/>
                <w:sz w:val="24"/>
                <w:szCs w:val="32"/>
              </w:rPr>
              <w:t>I WILL NOT include...</w:t>
            </w:r>
          </w:p>
        </w:tc>
      </w:tr>
      <w:tr w:rsidR="00D54DC8" w14:paraId="5A3F94E4" w14:textId="77777777">
        <w:trPr>
          <w:jc w:val="center"/>
        </w:trPr>
        <w:tc>
          <w:tcPr>
            <w:tcW w:w="5184" w:type="dxa"/>
          </w:tcPr>
          <w:p w14:paraId="0B3748A5" w14:textId="77777777" w:rsidR="00D54DC8" w:rsidRDefault="007230EF"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</w:p>
        </w:tc>
        <w:tc>
          <w:tcPr>
            <w:tcW w:w="5184" w:type="dxa"/>
          </w:tcPr>
          <w:p w14:paraId="0663C940" w14:textId="77777777" w:rsidR="00D54DC8" w:rsidRDefault="007230EF"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</w:p>
          <w:p w14:paraId="65328450" w14:textId="77777777" w:rsidR="00CE3649" w:rsidRDefault="00CE3649"/>
          <w:p w14:paraId="62B467F2" w14:textId="77777777" w:rsidR="00CE3649" w:rsidRDefault="00CE3649"/>
          <w:p w14:paraId="51498B67" w14:textId="77777777" w:rsidR="00CE3649" w:rsidRDefault="00CE3649"/>
          <w:p w14:paraId="43A1E463" w14:textId="77777777" w:rsidR="00CE3649" w:rsidRDefault="00CE3649"/>
          <w:p w14:paraId="62EA86BB" w14:textId="77777777" w:rsidR="00CE3649" w:rsidRDefault="00CE3649"/>
        </w:tc>
      </w:tr>
    </w:tbl>
    <w:p w14:paraId="01B1A368" w14:textId="77777777" w:rsidR="00D54DC8" w:rsidRPr="00CE3649" w:rsidRDefault="007230EF">
      <w:pPr>
        <w:pStyle w:val="Heading2"/>
        <w:rPr>
          <w:rFonts w:ascii="Aptos" w:hAnsi="Aptos"/>
        </w:rPr>
      </w:pPr>
      <w:r w:rsidRPr="00CE3649">
        <w:rPr>
          <w:rFonts w:ascii="Aptos" w:hAnsi="Aptos"/>
        </w:rPr>
        <w:lastRenderedPageBreak/>
        <w:t>C. Feasibility Check</w:t>
      </w:r>
    </w:p>
    <w:p w14:paraId="16D6716D" w14:textId="77777777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☐</w:t>
      </w:r>
      <w:r w:rsidRPr="00CE3649">
        <w:rPr>
          <w:sz w:val="24"/>
          <w:szCs w:val="28"/>
        </w:rPr>
        <w:t xml:space="preserve"> Achievable as it is   ☐ Achievable, but I need to narrow it   ☐ I need to rethink part of the idea</w:t>
      </w:r>
    </w:p>
    <w:p w14:paraId="3BCA0F42" w14:textId="77777777" w:rsidR="00D54DC8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Potential challenge I can already see:</w:t>
      </w:r>
    </w:p>
    <w:p w14:paraId="0C23E8F5" w14:textId="77777777" w:rsidR="00AF27EC" w:rsidRDefault="00AF27EC">
      <w:pPr>
        <w:rPr>
          <w:sz w:val="24"/>
          <w:szCs w:val="28"/>
        </w:rPr>
      </w:pPr>
    </w:p>
    <w:p w14:paraId="723CC1E4" w14:textId="77777777" w:rsidR="00AF27EC" w:rsidRDefault="00AF27EC">
      <w:pPr>
        <w:rPr>
          <w:sz w:val="24"/>
          <w:szCs w:val="28"/>
        </w:rPr>
      </w:pPr>
    </w:p>
    <w:p w14:paraId="041CCB2E" w14:textId="77777777" w:rsidR="00AF27EC" w:rsidRDefault="00AF27EC">
      <w:pPr>
        <w:rPr>
          <w:sz w:val="24"/>
          <w:szCs w:val="28"/>
        </w:rPr>
      </w:pPr>
    </w:p>
    <w:p w14:paraId="6E759C40" w14:textId="77777777" w:rsidR="00AF27EC" w:rsidRPr="00CE3649" w:rsidRDefault="00AF27EC">
      <w:pPr>
        <w:rPr>
          <w:sz w:val="24"/>
          <w:szCs w:val="28"/>
        </w:rPr>
      </w:pPr>
    </w:p>
    <w:p w14:paraId="4AE6900B" w14:textId="77777777" w:rsidR="00CE3649" w:rsidRPr="00CE3649" w:rsidRDefault="00CE3649">
      <w:pPr>
        <w:rPr>
          <w:sz w:val="24"/>
          <w:szCs w:val="28"/>
        </w:rPr>
      </w:pPr>
    </w:p>
    <w:p w14:paraId="0A57FBF5" w14:textId="34C37EDC" w:rsidR="00D54DC8" w:rsidRPr="00CE3649" w:rsidRDefault="007230EF">
      <w:pPr>
        <w:rPr>
          <w:sz w:val="24"/>
          <w:szCs w:val="28"/>
        </w:rPr>
      </w:pPr>
      <w:r w:rsidRPr="00CE3649">
        <w:rPr>
          <w:sz w:val="24"/>
          <w:szCs w:val="28"/>
        </w:rPr>
        <w:t>One change I could make to keep the project manageable:</w:t>
      </w:r>
    </w:p>
    <w:p w14:paraId="41483FD7" w14:textId="77777777" w:rsidR="00CE3649" w:rsidRDefault="00CE3649">
      <w:pPr>
        <w:pStyle w:val="Heading1"/>
      </w:pPr>
    </w:p>
    <w:p w14:paraId="73ACC2A4" w14:textId="77777777" w:rsidR="00CE3649" w:rsidRDefault="00CE3649" w:rsidP="00CE3649"/>
    <w:p w14:paraId="294823F6" w14:textId="77777777" w:rsidR="00CE3649" w:rsidRDefault="00CE3649" w:rsidP="00CE3649"/>
    <w:p w14:paraId="21ACA843" w14:textId="77777777" w:rsidR="00CE3649" w:rsidRDefault="00CE3649" w:rsidP="00AF27EC"/>
    <w:p w14:paraId="45548143" w14:textId="77777777" w:rsidR="00AF27EC" w:rsidRDefault="00AF27EC" w:rsidP="00AF27EC"/>
    <w:p w14:paraId="6AA789CF" w14:textId="77777777" w:rsidR="00AF27EC" w:rsidRDefault="00AF27EC" w:rsidP="00AF27EC"/>
    <w:p w14:paraId="27C12081" w14:textId="77777777" w:rsidR="00AF27EC" w:rsidRDefault="00AF27EC" w:rsidP="00AF27EC"/>
    <w:p w14:paraId="6702EBAA" w14:textId="77777777" w:rsidR="00AF27EC" w:rsidRDefault="00AF27EC" w:rsidP="00AF27EC"/>
    <w:p w14:paraId="0AC0347E" w14:textId="77777777" w:rsidR="00AF27EC" w:rsidRDefault="00AF27EC" w:rsidP="00AF27EC"/>
    <w:p w14:paraId="49EBD30F" w14:textId="77777777" w:rsidR="00AF27EC" w:rsidRDefault="00AF27EC" w:rsidP="00AF27EC"/>
    <w:p w14:paraId="3F05EAE2" w14:textId="77777777" w:rsidR="00AF27EC" w:rsidRDefault="00AF27EC" w:rsidP="00AF27EC"/>
    <w:p w14:paraId="59472965" w14:textId="77777777" w:rsidR="00AF27EC" w:rsidRDefault="00AF27EC" w:rsidP="00AF27EC"/>
    <w:p w14:paraId="64A1FCE1" w14:textId="77777777" w:rsidR="00AF27EC" w:rsidRDefault="00AF27EC" w:rsidP="00AF27EC"/>
    <w:p w14:paraId="073B157D" w14:textId="77777777" w:rsidR="00AF27EC" w:rsidRDefault="00AF27EC" w:rsidP="00AF27EC"/>
    <w:p w14:paraId="14E3DF62" w14:textId="77777777" w:rsidR="00AF27EC" w:rsidRDefault="00AF27EC" w:rsidP="00AF27EC"/>
    <w:p w14:paraId="6560361E" w14:textId="77777777" w:rsidR="00AF27EC" w:rsidRDefault="00AF27EC" w:rsidP="00AF27EC"/>
    <w:p w14:paraId="0AEE0BAA" w14:textId="77777777" w:rsidR="00AF27EC" w:rsidRDefault="00AF27EC" w:rsidP="00AF27EC"/>
    <w:p w14:paraId="2986E878" w14:textId="77777777" w:rsidR="00AF27EC" w:rsidRPr="00AF27EC" w:rsidRDefault="00AF27EC" w:rsidP="00AF27EC"/>
    <w:p w14:paraId="629F8E79" w14:textId="44D18AED" w:rsidR="00D54DC8" w:rsidRPr="00AF27EC" w:rsidRDefault="007230EF" w:rsidP="00CE3649">
      <w:pPr>
        <w:pStyle w:val="Heading1"/>
        <w:rPr>
          <w:rFonts w:ascii="Aptos" w:hAnsi="Aptos"/>
        </w:rPr>
      </w:pPr>
      <w:r w:rsidRPr="00AF27EC">
        <w:rPr>
          <w:rFonts w:ascii="Aptos" w:hAnsi="Aptos"/>
        </w:rPr>
        <w:lastRenderedPageBreak/>
        <w:t xml:space="preserve">Activity </w:t>
      </w:r>
      <w:r w:rsidR="006D1E28">
        <w:rPr>
          <w:rFonts w:ascii="Aptos" w:hAnsi="Aptos"/>
        </w:rPr>
        <w:t>3</w:t>
      </w:r>
      <w:r w:rsidRPr="00AF27EC">
        <w:rPr>
          <w:rFonts w:ascii="Aptos" w:hAnsi="Aptos"/>
        </w:rPr>
        <w:t xml:space="preserve"> - Identify Your Stakeholders</w:t>
      </w:r>
    </w:p>
    <w:p w14:paraId="1E299120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Who is involved in, affected by, or interested in your project? Think about their needs, expectations or concerns and how these could shape your project.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90"/>
        <w:gridCol w:w="2589"/>
        <w:gridCol w:w="2589"/>
        <w:gridCol w:w="2590"/>
      </w:tblGrid>
      <w:tr w:rsidR="00D54DC8" w14:paraId="29F964B5" w14:textId="77777777">
        <w:trPr>
          <w:jc w:val="center"/>
        </w:trPr>
        <w:tc>
          <w:tcPr>
            <w:tcW w:w="2592" w:type="dxa"/>
            <w:shd w:val="clear" w:color="auto" w:fill="EAF2F8"/>
          </w:tcPr>
          <w:p w14:paraId="3BB131F2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Stakeholder / Audience</w:t>
            </w:r>
          </w:p>
        </w:tc>
        <w:tc>
          <w:tcPr>
            <w:tcW w:w="2592" w:type="dxa"/>
            <w:shd w:val="clear" w:color="auto" w:fill="EAF2F8"/>
          </w:tcPr>
          <w:p w14:paraId="17D5E908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Why do they matter?</w:t>
            </w:r>
          </w:p>
        </w:tc>
        <w:tc>
          <w:tcPr>
            <w:tcW w:w="2592" w:type="dxa"/>
            <w:shd w:val="clear" w:color="auto" w:fill="EAF2F8"/>
          </w:tcPr>
          <w:p w14:paraId="0459A2C3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What do they need or expect?</w:t>
            </w:r>
          </w:p>
        </w:tc>
        <w:tc>
          <w:tcPr>
            <w:tcW w:w="2592" w:type="dxa"/>
            <w:shd w:val="clear" w:color="auto" w:fill="EAF2F8"/>
          </w:tcPr>
          <w:p w14:paraId="7DC5D7EC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How could this influence my project?</w:t>
            </w:r>
          </w:p>
        </w:tc>
      </w:tr>
      <w:tr w:rsidR="00D54DC8" w14:paraId="3C0771F9" w14:textId="77777777">
        <w:trPr>
          <w:jc w:val="center"/>
        </w:trPr>
        <w:tc>
          <w:tcPr>
            <w:tcW w:w="2592" w:type="dxa"/>
          </w:tcPr>
          <w:p w14:paraId="5F9943DA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07CDF901" w14:textId="77777777" w:rsid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0811DCF8" w14:textId="77777777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7782D2AF" w14:textId="77777777" w:rsidR="00AF27EC" w:rsidRDefault="00AF27EC">
            <w:pPr>
              <w:rPr>
                <w:sz w:val="24"/>
                <w:szCs w:val="32"/>
              </w:rPr>
            </w:pPr>
          </w:p>
          <w:p w14:paraId="0E48C327" w14:textId="77777777" w:rsidR="00AF27EC" w:rsidRDefault="00AF27EC">
            <w:pPr>
              <w:rPr>
                <w:sz w:val="24"/>
                <w:szCs w:val="32"/>
              </w:rPr>
            </w:pPr>
          </w:p>
          <w:p w14:paraId="15CCE2B5" w14:textId="1AC161B4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2592" w:type="dxa"/>
          </w:tcPr>
          <w:p w14:paraId="7021EB6E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6051C535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1CC227E8" w14:textId="77777777">
        <w:trPr>
          <w:jc w:val="center"/>
        </w:trPr>
        <w:tc>
          <w:tcPr>
            <w:tcW w:w="2592" w:type="dxa"/>
          </w:tcPr>
          <w:p w14:paraId="04AC30A2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525BA017" w14:textId="77777777" w:rsid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1D150BB2" w14:textId="77777777" w:rsidR="00AF27EC" w:rsidRDefault="00AF27EC">
            <w:pPr>
              <w:rPr>
                <w:sz w:val="24"/>
                <w:szCs w:val="32"/>
              </w:rPr>
            </w:pPr>
          </w:p>
          <w:p w14:paraId="6BEDB006" w14:textId="18735F20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67A1A37D" w14:textId="77777777" w:rsidR="00AF27EC" w:rsidRDefault="00AF27EC">
            <w:pPr>
              <w:rPr>
                <w:sz w:val="24"/>
                <w:szCs w:val="32"/>
              </w:rPr>
            </w:pPr>
          </w:p>
          <w:p w14:paraId="5CD25BCA" w14:textId="03D66133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2592" w:type="dxa"/>
          </w:tcPr>
          <w:p w14:paraId="0D184348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76D9CE09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12260D37" w14:textId="77777777">
        <w:trPr>
          <w:jc w:val="center"/>
        </w:trPr>
        <w:tc>
          <w:tcPr>
            <w:tcW w:w="2592" w:type="dxa"/>
          </w:tcPr>
          <w:p w14:paraId="5F81B3D7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0E327F7B" w14:textId="77777777" w:rsid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647B574A" w14:textId="77777777" w:rsidR="00AF27EC" w:rsidRDefault="00AF27EC">
            <w:pPr>
              <w:rPr>
                <w:sz w:val="24"/>
                <w:szCs w:val="32"/>
              </w:rPr>
            </w:pPr>
          </w:p>
          <w:p w14:paraId="016A2C23" w14:textId="4B6E6090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04D5FCEC" w14:textId="77777777" w:rsidR="00AF27EC" w:rsidRDefault="00AF27EC">
            <w:pPr>
              <w:rPr>
                <w:sz w:val="24"/>
                <w:szCs w:val="32"/>
              </w:rPr>
            </w:pPr>
          </w:p>
          <w:p w14:paraId="0DDD20AA" w14:textId="201985E6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2592" w:type="dxa"/>
          </w:tcPr>
          <w:p w14:paraId="773AE043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28BA679F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7AA619DE" w14:textId="77777777">
        <w:trPr>
          <w:jc w:val="center"/>
        </w:trPr>
        <w:tc>
          <w:tcPr>
            <w:tcW w:w="2592" w:type="dxa"/>
          </w:tcPr>
          <w:p w14:paraId="58D5B146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43A8DE20" w14:textId="77777777" w:rsid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7D597C33" w14:textId="77777777" w:rsidR="00AF27EC" w:rsidRDefault="00AF27EC">
            <w:pPr>
              <w:rPr>
                <w:sz w:val="24"/>
                <w:szCs w:val="32"/>
              </w:rPr>
            </w:pPr>
          </w:p>
          <w:p w14:paraId="62FF2B27" w14:textId="77777777" w:rsidR="00AF27EC" w:rsidRDefault="00AF27EC">
            <w:pPr>
              <w:rPr>
                <w:sz w:val="24"/>
                <w:szCs w:val="32"/>
              </w:rPr>
            </w:pPr>
          </w:p>
          <w:p w14:paraId="6E7A506C" w14:textId="77777777" w:rsidR="00AF27EC" w:rsidRDefault="00AF27EC">
            <w:pPr>
              <w:rPr>
                <w:sz w:val="24"/>
                <w:szCs w:val="32"/>
              </w:rPr>
            </w:pPr>
          </w:p>
          <w:p w14:paraId="18FEB069" w14:textId="405E5115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7DC267C9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2592" w:type="dxa"/>
          </w:tcPr>
          <w:p w14:paraId="26147A57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</w:tbl>
    <w:p w14:paraId="62B86597" w14:textId="77777777" w:rsidR="00AF27EC" w:rsidRDefault="00AF27EC"/>
    <w:p w14:paraId="513B57AD" w14:textId="5773FFB9" w:rsidR="00D54DC8" w:rsidRPr="00AF27EC" w:rsidRDefault="00AF27EC">
      <w:pPr>
        <w:rPr>
          <w:sz w:val="24"/>
          <w:szCs w:val="28"/>
        </w:rPr>
      </w:pPr>
      <w:r>
        <w:rPr>
          <w:sz w:val="24"/>
          <w:szCs w:val="28"/>
        </w:rPr>
        <w:t xml:space="preserve">Q. </w:t>
      </w:r>
      <w:r w:rsidR="007230EF" w:rsidRPr="00AF27EC">
        <w:rPr>
          <w:sz w:val="24"/>
          <w:szCs w:val="28"/>
        </w:rPr>
        <w:t>Which stakeholder or audience is particularly important to my project, and why?</w:t>
      </w:r>
    </w:p>
    <w:p w14:paraId="3BCF99B7" w14:textId="77777777" w:rsidR="00AF27EC" w:rsidRDefault="00AF27EC" w:rsidP="00AF27EC"/>
    <w:p w14:paraId="53F5EBC1" w14:textId="77777777" w:rsidR="00AF27EC" w:rsidRDefault="00AF27EC" w:rsidP="00AF27EC"/>
    <w:p w14:paraId="51B1FC05" w14:textId="77777777" w:rsidR="00AF27EC" w:rsidRDefault="00AF27EC" w:rsidP="00AF27EC"/>
    <w:p w14:paraId="076303FF" w14:textId="77777777" w:rsidR="00AF27EC" w:rsidRDefault="00AF27EC" w:rsidP="00AF27EC"/>
    <w:p w14:paraId="31955A1F" w14:textId="71844CEA" w:rsidR="00D54DC8" w:rsidRPr="00AF27EC" w:rsidRDefault="007230EF">
      <w:pPr>
        <w:pStyle w:val="Heading1"/>
        <w:rPr>
          <w:rFonts w:ascii="Aptos" w:hAnsi="Aptos"/>
        </w:rPr>
      </w:pPr>
      <w:r w:rsidRPr="00AF27EC">
        <w:rPr>
          <w:rFonts w:ascii="Aptos" w:hAnsi="Aptos"/>
        </w:rPr>
        <w:lastRenderedPageBreak/>
        <w:t xml:space="preserve">Activity </w:t>
      </w:r>
      <w:r w:rsidR="00B9638A">
        <w:rPr>
          <w:rFonts w:ascii="Aptos" w:hAnsi="Aptos"/>
        </w:rPr>
        <w:t xml:space="preserve">4 </w:t>
      </w:r>
      <w:r w:rsidRPr="00AF27EC">
        <w:rPr>
          <w:rFonts w:ascii="Aptos" w:hAnsi="Aptos"/>
        </w:rPr>
        <w:t xml:space="preserve"> - Success &amp; Evaluation</w:t>
      </w:r>
    </w:p>
    <w:p w14:paraId="49AF2A0F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Decide what success will look like before you begin. Identify 3-5 things that would show whether your project achieved what it originally set out to do. Use evidence rather than simply saying “I think it worked.”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52"/>
        <w:gridCol w:w="3453"/>
        <w:gridCol w:w="3453"/>
      </w:tblGrid>
      <w:tr w:rsidR="00D54DC8" w14:paraId="764DC63C" w14:textId="77777777">
        <w:trPr>
          <w:jc w:val="center"/>
        </w:trPr>
        <w:tc>
          <w:tcPr>
            <w:tcW w:w="3456" w:type="dxa"/>
            <w:shd w:val="clear" w:color="auto" w:fill="EAF2F8"/>
          </w:tcPr>
          <w:p w14:paraId="5FED5046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What do I want to achieve?</w:t>
            </w:r>
          </w:p>
        </w:tc>
        <w:tc>
          <w:tcPr>
            <w:tcW w:w="3456" w:type="dxa"/>
            <w:shd w:val="clear" w:color="auto" w:fill="EAF2F8"/>
          </w:tcPr>
          <w:p w14:paraId="2E2D6A91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What would success look like?</w:t>
            </w:r>
          </w:p>
        </w:tc>
        <w:tc>
          <w:tcPr>
            <w:tcW w:w="3456" w:type="dxa"/>
            <w:shd w:val="clear" w:color="auto" w:fill="EAF2F8"/>
          </w:tcPr>
          <w:p w14:paraId="1F5E0E0D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How will I measure / evaluate it?</w:t>
            </w:r>
          </w:p>
        </w:tc>
      </w:tr>
      <w:tr w:rsidR="00D54DC8" w14:paraId="5C9434C7" w14:textId="77777777">
        <w:trPr>
          <w:jc w:val="center"/>
        </w:trPr>
        <w:tc>
          <w:tcPr>
            <w:tcW w:w="3456" w:type="dxa"/>
          </w:tcPr>
          <w:p w14:paraId="20BAF0DF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3456" w:type="dxa"/>
          </w:tcPr>
          <w:p w14:paraId="541B2E7D" w14:textId="77777777" w:rsid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368927C2" w14:textId="77777777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</w:p>
          <w:p w14:paraId="6037E030" w14:textId="77777777" w:rsidR="00AF27EC" w:rsidRDefault="00AF27EC">
            <w:pPr>
              <w:rPr>
                <w:sz w:val="24"/>
                <w:szCs w:val="32"/>
              </w:rPr>
            </w:pPr>
          </w:p>
          <w:p w14:paraId="3EB76544" w14:textId="3B2D4E21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3456" w:type="dxa"/>
          </w:tcPr>
          <w:p w14:paraId="1CB4BBC5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47147168" w14:textId="77777777">
        <w:trPr>
          <w:jc w:val="center"/>
        </w:trPr>
        <w:tc>
          <w:tcPr>
            <w:tcW w:w="3456" w:type="dxa"/>
          </w:tcPr>
          <w:p w14:paraId="3CB9A9AF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3456" w:type="dxa"/>
          </w:tcPr>
          <w:p w14:paraId="14C387DA" w14:textId="77777777" w:rsidR="00AF27EC" w:rsidRDefault="00AF27EC">
            <w:pPr>
              <w:rPr>
                <w:sz w:val="24"/>
                <w:szCs w:val="32"/>
              </w:rPr>
            </w:pPr>
          </w:p>
          <w:p w14:paraId="5BB5811F" w14:textId="77777777" w:rsidR="00AF27EC" w:rsidRDefault="00AF27EC">
            <w:pPr>
              <w:rPr>
                <w:sz w:val="24"/>
                <w:szCs w:val="32"/>
              </w:rPr>
            </w:pPr>
          </w:p>
          <w:p w14:paraId="760B3A48" w14:textId="5AA08906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  <w:p w14:paraId="39AF6DED" w14:textId="31D35DD5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3456" w:type="dxa"/>
          </w:tcPr>
          <w:p w14:paraId="1A18DE4A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1787B4D9" w14:textId="77777777">
        <w:trPr>
          <w:jc w:val="center"/>
        </w:trPr>
        <w:tc>
          <w:tcPr>
            <w:tcW w:w="3456" w:type="dxa"/>
          </w:tcPr>
          <w:p w14:paraId="764F8948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3456" w:type="dxa"/>
          </w:tcPr>
          <w:p w14:paraId="19C56624" w14:textId="77777777" w:rsidR="00AF27EC" w:rsidRDefault="00AF27EC">
            <w:pPr>
              <w:rPr>
                <w:sz w:val="24"/>
                <w:szCs w:val="32"/>
              </w:rPr>
            </w:pPr>
          </w:p>
          <w:p w14:paraId="4BFC2C7C" w14:textId="77777777" w:rsidR="00AF27EC" w:rsidRDefault="00AF27EC">
            <w:pPr>
              <w:rPr>
                <w:sz w:val="24"/>
                <w:szCs w:val="32"/>
              </w:rPr>
            </w:pPr>
          </w:p>
          <w:p w14:paraId="1FA628D4" w14:textId="77777777" w:rsidR="00D54DC8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  <w:p w14:paraId="64527B93" w14:textId="2C3F7703" w:rsidR="00AF27EC" w:rsidRPr="00AF27EC" w:rsidRDefault="00AF27EC">
            <w:pPr>
              <w:rPr>
                <w:sz w:val="24"/>
                <w:szCs w:val="32"/>
              </w:rPr>
            </w:pPr>
          </w:p>
        </w:tc>
        <w:tc>
          <w:tcPr>
            <w:tcW w:w="3456" w:type="dxa"/>
          </w:tcPr>
          <w:p w14:paraId="4B5BB04F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  <w:tr w:rsidR="00D54DC8" w14:paraId="3229E25C" w14:textId="77777777">
        <w:trPr>
          <w:jc w:val="center"/>
        </w:trPr>
        <w:tc>
          <w:tcPr>
            <w:tcW w:w="3456" w:type="dxa"/>
          </w:tcPr>
          <w:p w14:paraId="4C319CC2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3456" w:type="dxa"/>
          </w:tcPr>
          <w:p w14:paraId="31CC700E" w14:textId="77777777" w:rsidR="00AF27EC" w:rsidRDefault="00AF27EC">
            <w:pPr>
              <w:rPr>
                <w:sz w:val="24"/>
                <w:szCs w:val="32"/>
              </w:rPr>
            </w:pPr>
          </w:p>
          <w:p w14:paraId="3BAD9E96" w14:textId="77777777" w:rsidR="00AF27EC" w:rsidRDefault="00AF27EC">
            <w:pPr>
              <w:rPr>
                <w:sz w:val="24"/>
                <w:szCs w:val="32"/>
              </w:rPr>
            </w:pPr>
          </w:p>
          <w:p w14:paraId="4A7F2B97" w14:textId="77777777" w:rsidR="00AF27EC" w:rsidRDefault="00AF27EC">
            <w:pPr>
              <w:rPr>
                <w:sz w:val="24"/>
                <w:szCs w:val="32"/>
              </w:rPr>
            </w:pPr>
          </w:p>
          <w:p w14:paraId="26579399" w14:textId="0AF387CE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  <w:tc>
          <w:tcPr>
            <w:tcW w:w="3456" w:type="dxa"/>
          </w:tcPr>
          <w:p w14:paraId="08C61540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br/>
            </w:r>
            <w:r w:rsidRPr="00AF27EC">
              <w:rPr>
                <w:sz w:val="24"/>
                <w:szCs w:val="32"/>
              </w:rPr>
              <w:br/>
            </w:r>
          </w:p>
        </w:tc>
      </w:tr>
    </w:tbl>
    <w:p w14:paraId="511617D5" w14:textId="77777777" w:rsidR="00AF27EC" w:rsidRDefault="00AF27EC">
      <w:pPr>
        <w:rPr>
          <w:sz w:val="24"/>
          <w:szCs w:val="28"/>
        </w:rPr>
      </w:pPr>
    </w:p>
    <w:p w14:paraId="0BDDC069" w14:textId="6E050177" w:rsidR="00D54DC8" w:rsidRPr="00AF27EC" w:rsidRDefault="00AF27EC">
      <w:pPr>
        <w:rPr>
          <w:sz w:val="24"/>
          <w:szCs w:val="28"/>
        </w:rPr>
      </w:pPr>
      <w:r>
        <w:rPr>
          <w:sz w:val="24"/>
          <w:szCs w:val="28"/>
        </w:rPr>
        <w:t>Q. Ov</w:t>
      </w:r>
      <w:r w:rsidRPr="00AF27EC">
        <w:rPr>
          <w:sz w:val="24"/>
          <w:szCs w:val="28"/>
        </w:rPr>
        <w:t>erall</w:t>
      </w:r>
      <w:r w:rsidR="007230EF" w:rsidRPr="00AF27EC">
        <w:rPr>
          <w:sz w:val="24"/>
          <w:szCs w:val="28"/>
        </w:rPr>
        <w:t>, I will know my project has been successful if...</w:t>
      </w:r>
    </w:p>
    <w:p w14:paraId="3FD19BA7" w14:textId="77777777" w:rsidR="00AF27EC" w:rsidRDefault="00AF27EC" w:rsidP="00AF27EC"/>
    <w:p w14:paraId="17B9D92D" w14:textId="77777777" w:rsidR="00AF27EC" w:rsidRDefault="00AF27EC" w:rsidP="00AF27EC"/>
    <w:p w14:paraId="137303B0" w14:textId="77777777" w:rsidR="00AF27EC" w:rsidRDefault="00AF27EC" w:rsidP="00AF27EC"/>
    <w:p w14:paraId="2FD5FF7E" w14:textId="77777777" w:rsidR="00AF27EC" w:rsidRDefault="00AF27EC" w:rsidP="00AF27EC"/>
    <w:p w14:paraId="7F841CFD" w14:textId="77777777" w:rsidR="00AF27EC" w:rsidRDefault="00AF27EC" w:rsidP="00AF27EC"/>
    <w:p w14:paraId="1350EF49" w14:textId="77777777" w:rsidR="00AF27EC" w:rsidRDefault="00AF27EC" w:rsidP="00AF27EC"/>
    <w:p w14:paraId="59BF3FF3" w14:textId="77777777" w:rsidR="00AF27EC" w:rsidRDefault="00AF27EC" w:rsidP="00AF27EC"/>
    <w:p w14:paraId="6279C9F7" w14:textId="4F530E2F" w:rsidR="00D54DC8" w:rsidRPr="00AF27EC" w:rsidRDefault="007230EF">
      <w:pPr>
        <w:pStyle w:val="Heading1"/>
        <w:rPr>
          <w:rFonts w:ascii="Aptos" w:hAnsi="Aptos"/>
        </w:rPr>
      </w:pPr>
      <w:r w:rsidRPr="00AF27EC">
        <w:rPr>
          <w:rFonts w:ascii="Aptos" w:hAnsi="Aptos"/>
        </w:rPr>
        <w:lastRenderedPageBreak/>
        <w:t>Route Development</w:t>
      </w:r>
    </w:p>
    <w:p w14:paraId="75460602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Use the section that matches your chosen project route. This helps you take today’s project foundations into the route-specific workshop.</w:t>
      </w:r>
    </w:p>
    <w:p w14:paraId="1A616F8B" w14:textId="77777777" w:rsidR="00D54DC8" w:rsidRPr="00AF27EC" w:rsidRDefault="007230EF">
      <w:pPr>
        <w:pStyle w:val="Heading2"/>
        <w:rPr>
          <w:rFonts w:ascii="Aptos" w:hAnsi="Aptos"/>
        </w:rPr>
      </w:pPr>
      <w:r w:rsidRPr="00AF27EC">
        <w:rPr>
          <w:rFonts w:ascii="Aptos" w:hAnsi="Aptos"/>
        </w:rPr>
        <w:t>Applied Events</w:t>
      </w:r>
    </w:p>
    <w:p w14:paraId="2700E1DE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☐</w:t>
      </w:r>
      <w:r w:rsidRPr="00AF27EC">
        <w:rPr>
          <w:sz w:val="24"/>
          <w:szCs w:val="28"/>
        </w:rPr>
        <w:t xml:space="preserve"> What event component interests me?   ☐ Why does it matter?   ☐ What does it contribute to the wider event?   ☐ What responsibilities are involved?   ☐ What would successful delivery look like?</w:t>
      </w:r>
    </w:p>
    <w:p w14:paraId="3D2988E9" w14:textId="77777777" w:rsidR="00AF27EC" w:rsidRDefault="00AF27EC" w:rsidP="00AF27EC"/>
    <w:p w14:paraId="39F43E74" w14:textId="77777777" w:rsidR="00AF27EC" w:rsidRDefault="00AF27EC" w:rsidP="00AF27EC"/>
    <w:p w14:paraId="1780849C" w14:textId="77777777" w:rsidR="00AF27EC" w:rsidRDefault="00AF27EC" w:rsidP="00AF27EC"/>
    <w:p w14:paraId="1F8536B3" w14:textId="77777777" w:rsidR="00AF27EC" w:rsidRPr="00AF27EC" w:rsidRDefault="00AF27EC" w:rsidP="00AF27EC"/>
    <w:p w14:paraId="034A3097" w14:textId="77777777" w:rsidR="00AF27EC" w:rsidRDefault="00AF27EC" w:rsidP="00AF27EC"/>
    <w:p w14:paraId="658EA8EE" w14:textId="6A0CACB3" w:rsidR="00D54DC8" w:rsidRPr="00AF27EC" w:rsidRDefault="007230EF">
      <w:pPr>
        <w:pStyle w:val="Heading2"/>
        <w:rPr>
          <w:rFonts w:ascii="Aptos" w:hAnsi="Aptos"/>
        </w:rPr>
      </w:pPr>
      <w:r w:rsidRPr="00AF27EC">
        <w:rPr>
          <w:rFonts w:ascii="Aptos" w:hAnsi="Aptos"/>
        </w:rPr>
        <w:t>Consultancy</w:t>
      </w:r>
    </w:p>
    <w:p w14:paraId="2CF394EB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☐</w:t>
      </w:r>
      <w:r w:rsidRPr="00AF27EC">
        <w:rPr>
          <w:sz w:val="24"/>
          <w:szCs w:val="28"/>
        </w:rPr>
        <w:t xml:space="preserve"> What organisation am I focusing on?   ☐ What is the problem or opportunity?   ☐ Why does it matter?   ☐ What value could the project provide?   ☐ What can I realistically investigate within the project boundaries?</w:t>
      </w:r>
    </w:p>
    <w:p w14:paraId="294EE1F3" w14:textId="77777777" w:rsidR="00AF27EC" w:rsidRDefault="00AF27EC" w:rsidP="00AF27EC"/>
    <w:p w14:paraId="7AE1DAF0" w14:textId="77777777" w:rsidR="00AF27EC" w:rsidRDefault="00AF27EC" w:rsidP="00AF27EC"/>
    <w:p w14:paraId="53D8E790" w14:textId="77777777" w:rsidR="00AF27EC" w:rsidRDefault="00AF27EC" w:rsidP="00AF27EC"/>
    <w:p w14:paraId="3897B5D5" w14:textId="77777777" w:rsidR="00AF27EC" w:rsidRPr="00AF27EC" w:rsidRDefault="00AF27EC" w:rsidP="00AF27EC"/>
    <w:p w14:paraId="6716B86E" w14:textId="77777777" w:rsidR="00AF27EC" w:rsidRDefault="00AF27EC" w:rsidP="00AF27EC"/>
    <w:p w14:paraId="32FD93FF" w14:textId="43386F68" w:rsidR="00D54DC8" w:rsidRPr="00AF27EC" w:rsidRDefault="007230EF">
      <w:pPr>
        <w:pStyle w:val="Heading2"/>
        <w:rPr>
          <w:rFonts w:ascii="Aptos" w:hAnsi="Aptos"/>
        </w:rPr>
      </w:pPr>
      <w:r w:rsidRPr="00AF27EC">
        <w:rPr>
          <w:rFonts w:ascii="Aptos" w:hAnsi="Aptos"/>
        </w:rPr>
        <w:t>Research</w:t>
      </w:r>
    </w:p>
    <w:p w14:paraId="45237288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☐</w:t>
      </w:r>
      <w:r w:rsidRPr="00AF27EC">
        <w:rPr>
          <w:sz w:val="24"/>
          <w:szCs w:val="28"/>
        </w:rPr>
        <w:t xml:space="preserve"> What focused Tourism &amp; Events topic/problem will I investigate?   ☐ What might my research question be?   ☐ Do my aim and objectives align?   ☐ Why does the topic matter?</w:t>
      </w:r>
    </w:p>
    <w:p w14:paraId="3E2648D1" w14:textId="77777777" w:rsidR="00D54DC8" w:rsidRDefault="007230EF">
      <w:r>
        <w:br w:type="page"/>
      </w:r>
    </w:p>
    <w:p w14:paraId="5DC45304" w14:textId="77777777" w:rsidR="00D54DC8" w:rsidRPr="00AF27EC" w:rsidRDefault="007230EF">
      <w:pPr>
        <w:pStyle w:val="Heading1"/>
        <w:rPr>
          <w:rFonts w:asciiTheme="minorBidi" w:hAnsiTheme="minorBidi" w:cstheme="minorBidi"/>
        </w:rPr>
      </w:pPr>
      <w:r w:rsidRPr="00AF27EC">
        <w:rPr>
          <w:rFonts w:asciiTheme="minorBidi" w:hAnsiTheme="minorBidi" w:cstheme="minorBidi"/>
        </w:rPr>
        <w:lastRenderedPageBreak/>
        <w:t>Final Project Foundations Check</w:t>
      </w:r>
    </w:p>
    <w:p w14:paraId="4FB1992B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Use this check to see what is clear and what still needs development. Green = clear/confident, Amber = developing, Red = needs support.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91"/>
        <w:gridCol w:w="2589"/>
        <w:gridCol w:w="2589"/>
        <w:gridCol w:w="2589"/>
      </w:tblGrid>
      <w:tr w:rsidR="00D54DC8" w14:paraId="1A9FC8A0" w14:textId="77777777">
        <w:trPr>
          <w:jc w:val="center"/>
        </w:trPr>
        <w:tc>
          <w:tcPr>
            <w:tcW w:w="2592" w:type="dxa"/>
            <w:shd w:val="clear" w:color="auto" w:fill="EAF2F8"/>
          </w:tcPr>
          <w:p w14:paraId="6B4DE2DB" w14:textId="77777777" w:rsidR="00D54DC8" w:rsidRPr="00AF27EC" w:rsidRDefault="007230EF" w:rsidP="00AF27EC">
            <w:pPr>
              <w:jc w:val="center"/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Area</w:t>
            </w:r>
          </w:p>
        </w:tc>
        <w:tc>
          <w:tcPr>
            <w:tcW w:w="2592" w:type="dxa"/>
            <w:shd w:val="clear" w:color="auto" w:fill="EAF2F8"/>
          </w:tcPr>
          <w:p w14:paraId="2604DC67" w14:textId="77777777" w:rsidR="00D54DC8" w:rsidRPr="00AF27EC" w:rsidRDefault="007230EF" w:rsidP="00AF27EC">
            <w:pPr>
              <w:jc w:val="center"/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Green</w:t>
            </w:r>
          </w:p>
        </w:tc>
        <w:tc>
          <w:tcPr>
            <w:tcW w:w="2592" w:type="dxa"/>
            <w:shd w:val="clear" w:color="auto" w:fill="EAF2F8"/>
          </w:tcPr>
          <w:p w14:paraId="2388242D" w14:textId="77777777" w:rsidR="00D54DC8" w:rsidRPr="00AF27EC" w:rsidRDefault="007230EF" w:rsidP="00AF27EC">
            <w:pPr>
              <w:jc w:val="center"/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Amber</w:t>
            </w:r>
          </w:p>
        </w:tc>
        <w:tc>
          <w:tcPr>
            <w:tcW w:w="2592" w:type="dxa"/>
            <w:shd w:val="clear" w:color="auto" w:fill="EAF2F8"/>
          </w:tcPr>
          <w:p w14:paraId="38E09423" w14:textId="77777777" w:rsidR="00D54DC8" w:rsidRPr="00AF27EC" w:rsidRDefault="007230EF" w:rsidP="00AF27EC">
            <w:pPr>
              <w:jc w:val="center"/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Red</w:t>
            </w:r>
          </w:p>
        </w:tc>
      </w:tr>
      <w:tr w:rsidR="00D54DC8" w14:paraId="13DC6840" w14:textId="77777777">
        <w:trPr>
          <w:jc w:val="center"/>
        </w:trPr>
        <w:tc>
          <w:tcPr>
            <w:tcW w:w="2592" w:type="dxa"/>
          </w:tcPr>
          <w:p w14:paraId="7EE067A8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Focused project idea</w:t>
            </w:r>
          </w:p>
        </w:tc>
        <w:tc>
          <w:tcPr>
            <w:tcW w:w="2592" w:type="dxa"/>
          </w:tcPr>
          <w:p w14:paraId="01F58774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435A2483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4379858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5F36F8A5" w14:textId="77777777">
        <w:trPr>
          <w:jc w:val="center"/>
        </w:trPr>
        <w:tc>
          <w:tcPr>
            <w:tcW w:w="2592" w:type="dxa"/>
          </w:tcPr>
          <w:p w14:paraId="09981188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Working title</w:t>
            </w:r>
          </w:p>
        </w:tc>
        <w:tc>
          <w:tcPr>
            <w:tcW w:w="2592" w:type="dxa"/>
          </w:tcPr>
          <w:p w14:paraId="29E53D50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5A6DF4A9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474FE5FD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2E3F21E4" w14:textId="77777777">
        <w:trPr>
          <w:jc w:val="center"/>
        </w:trPr>
        <w:tc>
          <w:tcPr>
            <w:tcW w:w="2592" w:type="dxa"/>
          </w:tcPr>
          <w:p w14:paraId="5AEDB4B2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Purpose / issue</w:t>
            </w:r>
          </w:p>
        </w:tc>
        <w:tc>
          <w:tcPr>
            <w:tcW w:w="2592" w:type="dxa"/>
          </w:tcPr>
          <w:p w14:paraId="6C39F9F0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7364DE6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49571EA3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1CF0E1DB" w14:textId="77777777">
        <w:trPr>
          <w:jc w:val="center"/>
        </w:trPr>
        <w:tc>
          <w:tcPr>
            <w:tcW w:w="2592" w:type="dxa"/>
          </w:tcPr>
          <w:p w14:paraId="4703F707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Overall aim</w:t>
            </w:r>
          </w:p>
        </w:tc>
        <w:tc>
          <w:tcPr>
            <w:tcW w:w="2592" w:type="dxa"/>
          </w:tcPr>
          <w:p w14:paraId="7E28A127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7BB5EA9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6A2B5F38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013944BB" w14:textId="77777777">
        <w:trPr>
          <w:jc w:val="center"/>
        </w:trPr>
        <w:tc>
          <w:tcPr>
            <w:tcW w:w="2592" w:type="dxa"/>
          </w:tcPr>
          <w:p w14:paraId="6015415C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2-3 objectives</w:t>
            </w:r>
          </w:p>
        </w:tc>
        <w:tc>
          <w:tcPr>
            <w:tcW w:w="2592" w:type="dxa"/>
          </w:tcPr>
          <w:p w14:paraId="2A79461B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98351EE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DEABBF4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725A88D0" w14:textId="77777777">
        <w:trPr>
          <w:jc w:val="center"/>
        </w:trPr>
        <w:tc>
          <w:tcPr>
            <w:tcW w:w="2592" w:type="dxa"/>
          </w:tcPr>
          <w:p w14:paraId="0D0E592F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Resources</w:t>
            </w:r>
          </w:p>
        </w:tc>
        <w:tc>
          <w:tcPr>
            <w:tcW w:w="2592" w:type="dxa"/>
          </w:tcPr>
          <w:p w14:paraId="7A8009BB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1D025657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DB70C29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7BA4BF73" w14:textId="77777777">
        <w:trPr>
          <w:jc w:val="center"/>
        </w:trPr>
        <w:tc>
          <w:tcPr>
            <w:tcW w:w="2592" w:type="dxa"/>
          </w:tcPr>
          <w:p w14:paraId="163F8096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Boundaries</w:t>
            </w:r>
          </w:p>
        </w:tc>
        <w:tc>
          <w:tcPr>
            <w:tcW w:w="2592" w:type="dxa"/>
          </w:tcPr>
          <w:p w14:paraId="1D34B90F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AAC41A1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D5E746A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497501B7" w14:textId="77777777">
        <w:trPr>
          <w:jc w:val="center"/>
        </w:trPr>
        <w:tc>
          <w:tcPr>
            <w:tcW w:w="2592" w:type="dxa"/>
          </w:tcPr>
          <w:p w14:paraId="7A51A0C6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Feasibility</w:t>
            </w:r>
          </w:p>
        </w:tc>
        <w:tc>
          <w:tcPr>
            <w:tcW w:w="2592" w:type="dxa"/>
          </w:tcPr>
          <w:p w14:paraId="2891D1D4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D2B7C44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84B3D22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233B412E" w14:textId="77777777">
        <w:trPr>
          <w:jc w:val="center"/>
        </w:trPr>
        <w:tc>
          <w:tcPr>
            <w:tcW w:w="2592" w:type="dxa"/>
          </w:tcPr>
          <w:p w14:paraId="28CFA472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Stakeholders / audience</w:t>
            </w:r>
          </w:p>
        </w:tc>
        <w:tc>
          <w:tcPr>
            <w:tcW w:w="2592" w:type="dxa"/>
          </w:tcPr>
          <w:p w14:paraId="40E47085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16BD869F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FE22F3D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4FA26D95" w14:textId="77777777">
        <w:trPr>
          <w:jc w:val="center"/>
        </w:trPr>
        <w:tc>
          <w:tcPr>
            <w:tcW w:w="2592" w:type="dxa"/>
          </w:tcPr>
          <w:p w14:paraId="33404BAB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Success measures / evaluation</w:t>
            </w:r>
          </w:p>
        </w:tc>
        <w:tc>
          <w:tcPr>
            <w:tcW w:w="2592" w:type="dxa"/>
          </w:tcPr>
          <w:p w14:paraId="44A39D50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53D6D6C2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73F9C25D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  <w:tr w:rsidR="00D54DC8" w14:paraId="3D5422FA" w14:textId="77777777">
        <w:trPr>
          <w:jc w:val="center"/>
        </w:trPr>
        <w:tc>
          <w:tcPr>
            <w:tcW w:w="2592" w:type="dxa"/>
          </w:tcPr>
          <w:p w14:paraId="2552DA74" w14:textId="77777777" w:rsidR="00D54DC8" w:rsidRPr="00AF27EC" w:rsidRDefault="007230EF">
            <w:pPr>
              <w:rPr>
                <w:sz w:val="24"/>
                <w:szCs w:val="32"/>
              </w:rPr>
            </w:pPr>
            <w:r w:rsidRPr="00AF27EC">
              <w:rPr>
                <w:b/>
                <w:sz w:val="24"/>
                <w:szCs w:val="32"/>
              </w:rPr>
              <w:t>Route-specific direction</w:t>
            </w:r>
          </w:p>
        </w:tc>
        <w:tc>
          <w:tcPr>
            <w:tcW w:w="2592" w:type="dxa"/>
          </w:tcPr>
          <w:p w14:paraId="76934823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0B43692B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  <w:tc>
          <w:tcPr>
            <w:tcW w:w="2592" w:type="dxa"/>
          </w:tcPr>
          <w:p w14:paraId="3426533D" w14:textId="77777777" w:rsidR="00D54DC8" w:rsidRPr="00AF27EC" w:rsidRDefault="007230EF">
            <w:pPr>
              <w:jc w:val="center"/>
              <w:rPr>
                <w:sz w:val="24"/>
                <w:szCs w:val="32"/>
              </w:rPr>
            </w:pPr>
            <w:r w:rsidRPr="00AF27EC">
              <w:rPr>
                <w:sz w:val="24"/>
                <w:szCs w:val="32"/>
              </w:rPr>
              <w:t>☐</w:t>
            </w:r>
          </w:p>
        </w:tc>
      </w:tr>
    </w:tbl>
    <w:p w14:paraId="2ABC3855" w14:textId="77777777" w:rsidR="00AF27EC" w:rsidRDefault="00AF27EC" w:rsidP="00AF27EC"/>
    <w:p w14:paraId="6BAD7F20" w14:textId="527D4490" w:rsidR="00D54DC8" w:rsidRDefault="007230EF" w:rsidP="00AF27EC">
      <w:pPr>
        <w:rPr>
          <w:sz w:val="24"/>
          <w:szCs w:val="28"/>
        </w:rPr>
      </w:pPr>
      <w:r w:rsidRPr="00AF27EC">
        <w:rPr>
          <w:sz w:val="24"/>
          <w:szCs w:val="28"/>
        </w:rPr>
        <w:t>The strongest part of my project idea at the moment is:</w:t>
      </w:r>
    </w:p>
    <w:p w14:paraId="08459823" w14:textId="77777777" w:rsidR="00AF27EC" w:rsidRDefault="00AF27EC" w:rsidP="00AF27EC">
      <w:pPr>
        <w:rPr>
          <w:sz w:val="24"/>
          <w:szCs w:val="28"/>
        </w:rPr>
      </w:pPr>
    </w:p>
    <w:p w14:paraId="744336AD" w14:textId="77777777" w:rsidR="00AF27EC" w:rsidRDefault="00AF27EC" w:rsidP="00AF27EC">
      <w:pPr>
        <w:rPr>
          <w:sz w:val="24"/>
          <w:szCs w:val="28"/>
        </w:rPr>
      </w:pPr>
    </w:p>
    <w:p w14:paraId="1C63E645" w14:textId="77777777" w:rsidR="00AF27EC" w:rsidRPr="00AF27EC" w:rsidRDefault="00AF27EC" w:rsidP="00AF27EC">
      <w:pPr>
        <w:rPr>
          <w:sz w:val="24"/>
          <w:szCs w:val="28"/>
        </w:rPr>
      </w:pPr>
    </w:p>
    <w:p w14:paraId="79F2CCBB" w14:textId="77777777" w:rsidR="00D54DC8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The main thing I need to develop next is:</w:t>
      </w:r>
    </w:p>
    <w:p w14:paraId="6002E6C2" w14:textId="77777777" w:rsidR="00AF27EC" w:rsidRDefault="00AF27EC">
      <w:pPr>
        <w:rPr>
          <w:sz w:val="24"/>
          <w:szCs w:val="28"/>
        </w:rPr>
      </w:pPr>
    </w:p>
    <w:p w14:paraId="3C257E8F" w14:textId="77777777" w:rsidR="00AF27EC" w:rsidRDefault="00AF27EC">
      <w:pPr>
        <w:rPr>
          <w:sz w:val="24"/>
          <w:szCs w:val="28"/>
        </w:rPr>
      </w:pPr>
    </w:p>
    <w:p w14:paraId="6D35CF3C" w14:textId="77777777" w:rsidR="00AF27EC" w:rsidRPr="00AF27EC" w:rsidRDefault="00AF27EC">
      <w:pPr>
        <w:rPr>
          <w:sz w:val="24"/>
          <w:szCs w:val="28"/>
        </w:rPr>
      </w:pPr>
    </w:p>
    <w:p w14:paraId="6E9DD96D" w14:textId="77777777" w:rsidR="00D54DC8" w:rsidRPr="00AF27EC" w:rsidRDefault="007230EF">
      <w:pPr>
        <w:rPr>
          <w:sz w:val="24"/>
          <w:szCs w:val="28"/>
        </w:rPr>
      </w:pPr>
      <w:r w:rsidRPr="00AF27EC">
        <w:rPr>
          <w:sz w:val="24"/>
          <w:szCs w:val="28"/>
        </w:rPr>
        <w:t>A question I still have for my lecturer/supervisor is:</w:t>
      </w:r>
    </w:p>
    <w:p w14:paraId="701F1BAD" w14:textId="77777777" w:rsidR="00AF27EC" w:rsidRDefault="00AF27EC">
      <w:pPr>
        <w:jc w:val="center"/>
      </w:pPr>
    </w:p>
    <w:p w14:paraId="03E3768B" w14:textId="77777777" w:rsidR="00AF27EC" w:rsidRDefault="00AF27EC">
      <w:pPr>
        <w:jc w:val="center"/>
      </w:pPr>
    </w:p>
    <w:p w14:paraId="56361BA5" w14:textId="77777777" w:rsidR="00AF27EC" w:rsidRDefault="00AF27EC">
      <w:pPr>
        <w:jc w:val="center"/>
      </w:pPr>
    </w:p>
    <w:p w14:paraId="52722B50" w14:textId="77777777" w:rsidR="00AF27EC" w:rsidRDefault="00AF27EC">
      <w:pPr>
        <w:jc w:val="center"/>
      </w:pPr>
    </w:p>
    <w:p w14:paraId="42CDFBFC" w14:textId="23FB05ED" w:rsidR="00D54DC8" w:rsidRPr="00AF27EC" w:rsidRDefault="007230EF">
      <w:pPr>
        <w:jc w:val="center"/>
        <w:rPr>
          <w:sz w:val="24"/>
          <w:szCs w:val="28"/>
        </w:rPr>
      </w:pPr>
      <w:r w:rsidRPr="00AF27EC">
        <w:rPr>
          <w:b/>
          <w:sz w:val="24"/>
          <w:szCs w:val="28"/>
        </w:rPr>
        <w:t>Keep this guide - you will use this work as you continue to develop your project and begin the requirements for Element 1.</w:t>
      </w:r>
    </w:p>
    <w:sectPr w:rsidR="00D54DC8" w:rsidRPr="00AF27EC" w:rsidSect="00034616">
      <w:pgSz w:w="12240" w:h="15840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56003463">
    <w:abstractNumId w:val="8"/>
  </w:num>
  <w:num w:numId="2" w16cid:durableId="304362443">
    <w:abstractNumId w:val="6"/>
  </w:num>
  <w:num w:numId="3" w16cid:durableId="1681201575">
    <w:abstractNumId w:val="5"/>
  </w:num>
  <w:num w:numId="4" w16cid:durableId="710302453">
    <w:abstractNumId w:val="4"/>
  </w:num>
  <w:num w:numId="5" w16cid:durableId="123888031">
    <w:abstractNumId w:val="7"/>
  </w:num>
  <w:num w:numId="6" w16cid:durableId="908223788">
    <w:abstractNumId w:val="3"/>
  </w:num>
  <w:num w:numId="7" w16cid:durableId="649673149">
    <w:abstractNumId w:val="2"/>
  </w:num>
  <w:num w:numId="8" w16cid:durableId="608390040">
    <w:abstractNumId w:val="1"/>
  </w:num>
  <w:num w:numId="9" w16cid:durableId="1615941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6A35"/>
    <w:rsid w:val="0015074B"/>
    <w:rsid w:val="0029639D"/>
    <w:rsid w:val="00326F90"/>
    <w:rsid w:val="006D1E28"/>
    <w:rsid w:val="006F618E"/>
    <w:rsid w:val="00831336"/>
    <w:rsid w:val="00A01C26"/>
    <w:rsid w:val="00AA1D8D"/>
    <w:rsid w:val="00AF1D6F"/>
    <w:rsid w:val="00AF27EC"/>
    <w:rsid w:val="00B47730"/>
    <w:rsid w:val="00B9638A"/>
    <w:rsid w:val="00BF2F30"/>
    <w:rsid w:val="00CB0664"/>
    <w:rsid w:val="00CE3649"/>
    <w:rsid w:val="00D54DC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948995"/>
  <w14:defaultImageDpi w14:val="300"/>
  <w15:docId w15:val="{6EF89610-F2D9-4E6F-B3BF-2250986DD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Scott James</cp:lastModifiedBy>
  <cp:revision>8</cp:revision>
  <dcterms:created xsi:type="dcterms:W3CDTF">2026-10-02T17:49:00Z</dcterms:created>
  <dcterms:modified xsi:type="dcterms:W3CDTF">2026-10-02T18:19:00Z</dcterms:modified>
  <cp:category/>
</cp:coreProperties>
</file>