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2784F" w14:textId="77777777" w:rsidR="00242B9F" w:rsidRDefault="00000000">
      <w:pPr>
        <w:jc w:val="center"/>
      </w:pPr>
      <w:r>
        <w:rPr>
          <w:b/>
          <w:sz w:val="32"/>
        </w:rPr>
        <w:t>Task 3 – Source Evaluation</w:t>
      </w:r>
    </w:p>
    <w:p w14:paraId="3AEE72F3" w14:textId="77777777" w:rsidR="00242B9F" w:rsidRDefault="00000000">
      <w:r>
        <w:t>Name and student ID: Nicoleta-Denisa Ion</w:t>
      </w:r>
    </w:p>
    <w:p w14:paraId="68BC9EAE" w14:textId="77777777" w:rsidR="00242B9F" w:rsidRDefault="00000000">
      <w:r>
        <w:t>Topic chosen: The use of social media to promote businesses</w:t>
      </w:r>
    </w:p>
    <w:p w14:paraId="27206137" w14:textId="77777777" w:rsidR="00242B9F" w:rsidRDefault="00000000">
      <w:r>
        <w:t>Title of source: Social media marketing strategy: definition, conceptualization, taxonomy, validation, and future agenda</w:t>
      </w:r>
    </w:p>
    <w:p w14:paraId="203E32F4" w14:textId="77777777" w:rsidR="00242B9F" w:rsidRDefault="00000000">
      <w:r>
        <w:t>Author(s): Fangfang Li, Jorma Larimo and Leonidas C. Leonidou</w:t>
      </w:r>
    </w:p>
    <w:p w14:paraId="0D35886B" w14:textId="77777777" w:rsidR="00242B9F" w:rsidRDefault="00000000">
      <w:r>
        <w:t>Year published: 2021</w:t>
      </w:r>
    </w:p>
    <w:p w14:paraId="59BF392D" w14:textId="77777777" w:rsidR="00242B9F" w:rsidRDefault="00000000">
      <w:r>
        <w:rPr>
          <w:b/>
        </w:rPr>
        <w:t>How did you find this source?</w:t>
      </w:r>
    </w:p>
    <w:p w14:paraId="1801580E" w14:textId="5B0D2A76" w:rsidR="00242B9F" w:rsidRDefault="00000000">
      <w:r>
        <w:t xml:space="preserve">I found this source through an academic online search using terms such as “social media marketing strategy”, “customer engagement” and “business promotion”. I selected it because it was published in the Journal of the Academy of Marketing Science and is available through Springer. This was important because Task 3 requires a reliable academic source rather than a general website or news article. In Assessment 1, I had already explored examples of businesses using TikTok, Instagram and Facebook to attract customers, so I wanted an academic source that could </w:t>
      </w:r>
      <w:r w:rsidR="00BB1C85">
        <w:t>help me understand this subject better</w:t>
      </w:r>
      <w:r w:rsidR="00BB1C85">
        <w:t>.</w:t>
      </w:r>
    </w:p>
    <w:p w14:paraId="069BC95C" w14:textId="77777777" w:rsidR="00242B9F" w:rsidRDefault="00000000">
      <w:r>
        <w:rPr>
          <w:b/>
        </w:rPr>
        <w:t>Why did you choose this source?</w:t>
      </w:r>
    </w:p>
    <w:p w14:paraId="218891B6" w14:textId="245620D1" w:rsidR="00242B9F" w:rsidRDefault="00000000">
      <w:r>
        <w:t xml:space="preserve">I chose this article because </w:t>
      </w:r>
      <w:r w:rsidR="00BB1C85">
        <w:t>It talks directly about how businesses use social media for marketing</w:t>
      </w:r>
      <w:r w:rsidR="00BB1C85">
        <w:t xml:space="preserve">  </w:t>
      </w:r>
      <w:r>
        <w:t xml:space="preserve">for businesses. Li, Larimo and Leonidou explain how organisations can develop social media marketing strategies to support customer relationships, engagement and business objectives. The article is useful because it goes beyond individual examples and </w:t>
      </w:r>
      <w:r w:rsidR="00BB1C85">
        <w:t>looks at how businesses actually plan their social media marketing</w:t>
      </w:r>
      <w:r>
        <w:t xml:space="preserve">. </w:t>
      </w:r>
    </w:p>
    <w:p w14:paraId="1735C0AE" w14:textId="3C2B67DD" w:rsidR="00BB1C85" w:rsidRDefault="00BB1C85">
      <w:r>
        <w:t>This academic source was useful because it helped me compare the practical examples from my previous assessment with academic research on social media marketing.</w:t>
      </w:r>
    </w:p>
    <w:p w14:paraId="0F4AAAF1" w14:textId="77777777" w:rsidR="00242B9F" w:rsidRDefault="00000000">
      <w:r>
        <w:rPr>
          <w:b/>
        </w:rPr>
        <w:t>Is it relevant to the topic?</w:t>
      </w:r>
    </w:p>
    <w:p w14:paraId="3E8C9F64" w14:textId="173D03A4" w:rsidR="00242B9F" w:rsidRDefault="00BB1C85">
      <w:r>
        <w:t>The source is highly relevant</w:t>
      </w:r>
      <w:r w:rsidR="00000000">
        <w:t xml:space="preserve">. My topic is the use of social media to promote businesses, while the article examines how firms develop and use social media marketing strategies. It discusses social commerce, social content, social monitoring and social customer relationship management. This shows that promotion is not only about advertisements. Businesses can create content, communicate with customers, respond to feedback and develop relationships. </w:t>
      </w:r>
    </w:p>
    <w:p w14:paraId="33CB8FE1" w14:textId="77777777" w:rsidR="00242B9F" w:rsidRDefault="00000000">
      <w:r>
        <w:rPr>
          <w:b/>
        </w:rPr>
        <w:t>Is this a useful article?</w:t>
      </w:r>
    </w:p>
    <w:p w14:paraId="235B6855" w14:textId="605E284D" w:rsidR="00242B9F" w:rsidRDefault="00000000">
      <w:r>
        <w:lastRenderedPageBreak/>
        <w:t xml:space="preserve">The article is useful because it </w:t>
      </w:r>
      <w:r w:rsidR="00BB1C85">
        <w:t>gives academic ideas but also shows how they can be useful in practice</w:t>
      </w:r>
      <w:r>
        <w:t xml:space="preserve">. It explains that businesses should understand customers’ motivations for using social media and </w:t>
      </w:r>
      <w:r w:rsidR="00BB1C85">
        <w:t>encourage customers to interact with the business</w:t>
      </w:r>
      <w:r>
        <w:t xml:space="preserve">. Customer engagement can include purchases, but also sharing, commenting, referrals and other forms of participation. This is important because successful social media promotion is not only about immediate sales. It can also improve visibility, communication and customer relationships. </w:t>
      </w:r>
    </w:p>
    <w:p w14:paraId="04BE4432" w14:textId="77777777" w:rsidR="00242B9F" w:rsidRDefault="00000000">
      <w:r>
        <w:rPr>
          <w:b/>
        </w:rPr>
        <w:t>Is this an academic source?</w:t>
      </w:r>
    </w:p>
    <w:p w14:paraId="124AF84D" w14:textId="0A6A7021" w:rsidR="00242B9F" w:rsidRDefault="00000000">
      <w:r>
        <w:t xml:space="preserve">Yes. It is an academic journal article published in the Journal of the Academy of Marketing Science by Springer. The paper has a clear research purpose, uses previous academic literature, develops a conceptual framework and validates its ideas using evidence from previous studies, interviews and a survey of social media marketing managers. It also includes references and a DOI. </w:t>
      </w:r>
      <w:r w:rsidR="00BB1C85">
        <w:t>This makes it different from a normal blog or website</w:t>
      </w:r>
      <w:r>
        <w:t xml:space="preserve"> or ordinary websites and make it suitable for academic work.</w:t>
      </w:r>
    </w:p>
    <w:p w14:paraId="6124560C" w14:textId="77777777" w:rsidR="00242B9F" w:rsidRDefault="00000000">
      <w:r>
        <w:rPr>
          <w:b/>
        </w:rPr>
        <w:t>When was it published? Is it recent enough? Why?</w:t>
      </w:r>
    </w:p>
    <w:p w14:paraId="4A05ED6A" w14:textId="6636D389" w:rsidR="00242B9F" w:rsidRDefault="00000000">
      <w:r>
        <w:t xml:space="preserve">The article was published online in 2020 and appeared in the 2021 journal volume. I consider it recent enough because it examines social media marketing in the modern digital environment and focuses on issues that remain important, including customer engagement, content, interaction and customer relationship management. Social media platforms continue to change, but the article </w:t>
      </w:r>
      <w:r w:rsidR="00BB1C85">
        <w:t>gives me a good academic starting point</w:t>
      </w:r>
      <w:r>
        <w:t xml:space="preserve"> for understanding how businesses use social media strategically. </w:t>
      </w:r>
    </w:p>
    <w:p w14:paraId="6071DA4A" w14:textId="77777777" w:rsidR="00242B9F" w:rsidRDefault="00000000">
      <w:r>
        <w:rPr>
          <w:b/>
        </w:rPr>
        <w:t>Author Credibility</w:t>
      </w:r>
    </w:p>
    <w:p w14:paraId="0AD04079" w14:textId="0A69CC6C" w:rsidR="00242B9F" w:rsidRDefault="00000000">
      <w:r>
        <w:t xml:space="preserve">The authors are Fangfang Li, Jorma Larimo and Leonidas C. Leonidou. </w:t>
      </w:r>
      <w:r w:rsidR="00BB1C85">
        <w:t>I believe the authors are credible because</w:t>
      </w:r>
      <w:r>
        <w:t xml:space="preserve"> publication in a recognised academic marketing journal and by the scholarly approach used throughout the article. The authors connect their arguments to established research on marketing strategy, customer engagement and firm-customer relationships rather than relying on unsupported opinions. The article also uses extensive academic references and </w:t>
      </w:r>
      <w:r w:rsidR="00BB1C85">
        <w:t>a clear research process to develop and test their ideas</w:t>
      </w:r>
      <w:r>
        <w:t xml:space="preserve">k. </w:t>
      </w:r>
    </w:p>
    <w:p w14:paraId="72461189" w14:textId="77777777" w:rsidR="00242B9F" w:rsidRDefault="00000000">
      <w:r>
        <w:rPr>
          <w:b/>
        </w:rPr>
        <w:t>Reliability</w:t>
      </w:r>
    </w:p>
    <w:p w14:paraId="051B9BBA" w14:textId="0CB02B79" w:rsidR="00242B9F" w:rsidRDefault="00BB1C85">
      <w:r>
        <w:t>I think this is a reliable source for a few reasons</w:t>
      </w:r>
      <w:r w:rsidR="00000000">
        <w:t>. It is published by Springer in the Journal of the Academy of Marketing Science rather than on an informal website. The authors use a substantial body of previous academic research and identify the studies supporting their arguments. They also validate their framework using previous empirical research, qualitative interviews and a quantitative survey of social media marketing managers. Publication details, references and a DOI are provided, allowing the source to be checked.</w:t>
      </w:r>
    </w:p>
    <w:p w14:paraId="0F31D1DD" w14:textId="77777777" w:rsidR="00242B9F" w:rsidRDefault="00000000">
      <w:r>
        <w:rPr>
          <w:b/>
        </w:rPr>
        <w:t>Additional evaluation</w:t>
      </w:r>
    </w:p>
    <w:p w14:paraId="054CD3F8" w14:textId="748696D5" w:rsidR="00242B9F" w:rsidRDefault="00BB1C85">
      <w:r>
        <w:lastRenderedPageBreak/>
        <w:t>Another thing I liked about the article</w:t>
      </w:r>
      <w:r w:rsidR="00000000">
        <w:t xml:space="preserve"> is that it gives a balanced view of social media marketing. It does not suggest that simply creating an account or posting regularly will automatically produce business success. Instead, the authors show that organisations need clear objectives, suitable resources and the ability to understand and respond to customers. </w:t>
      </w:r>
      <w:r>
        <w:t>I found this point useful because it shows that social media does not automatically make a business successful.</w:t>
      </w:r>
      <w:r w:rsidR="00000000">
        <w:t xml:space="preserve"> Businesses may use social media differently depending on their size, market and strategic priorities. The article therefore helped me understand that the effectiveness of social media depends on how it is managed. A business should consider what customers want from online interaction and select content and communication methods that support its goals. This also relates to the examples from my earlier assessment, where creative and authentic content attracted attention. </w:t>
      </w:r>
    </w:p>
    <w:p w14:paraId="6F6C8BE9" w14:textId="77777777" w:rsidR="00242B9F" w:rsidRDefault="00000000">
      <w:r>
        <w:rPr>
          <w:b/>
        </w:rPr>
        <w:t>Overall evaluation and reflection</w:t>
      </w:r>
    </w:p>
    <w:p w14:paraId="32405A0A" w14:textId="39BD0ADA" w:rsidR="00242B9F" w:rsidRDefault="00BB1C85">
      <w:r>
        <w:t>Overall, I think this was a good source to use for Task 3</w:t>
      </w:r>
      <w:r w:rsidR="00000000">
        <w:t xml:space="preserve"> because it is relevant, academic, useful and reliable. It helped me move from the practical business examples considered in Assessment 1 to a more academic understanding of social media promotion. I should consider the authors, publisher, evidence, publication date and academic quality. I also learned that effective social media promotion involves customer interaction and relationship building, not only advertising products. </w:t>
      </w:r>
      <w:r>
        <w:t>After doing this task, I feel more confident when choosing academic sources</w:t>
      </w:r>
      <w:r>
        <w:t xml:space="preserve"> </w:t>
      </w:r>
      <w:r w:rsidR="00000000">
        <w:t>academic research from general online information and choosing evidence that can support a business argument.</w:t>
      </w:r>
    </w:p>
    <w:p w14:paraId="69CAF6CA" w14:textId="77777777" w:rsidR="00242B9F" w:rsidRDefault="00000000">
      <w:r>
        <w:rPr>
          <w:b/>
        </w:rPr>
        <w:t>Reference</w:t>
      </w:r>
    </w:p>
    <w:p w14:paraId="2A6A9653" w14:textId="77777777" w:rsidR="00242B9F" w:rsidRDefault="00000000">
      <w:r>
        <w:t>Li, F., Larimo, J. and Leonidou, L.C. (2021) ‘Social media marketing strategy: definition, conceptualization, taxonomy, validation, and future agenda’, Journal of the Academy of Marketing Science, 49, pp. 51–70. doi:10.1007/s11747-020-00733-3.</w:t>
      </w:r>
    </w:p>
    <w:p w14:paraId="5615BA0E" w14:textId="77777777" w:rsidR="00242B9F" w:rsidRDefault="00000000">
      <w:r>
        <w:t>Word count (source evaluation text): 959 words</w:t>
      </w:r>
    </w:p>
    <w:sectPr w:rsidR="00242B9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04789277">
    <w:abstractNumId w:val="8"/>
  </w:num>
  <w:num w:numId="2" w16cid:durableId="1107694548">
    <w:abstractNumId w:val="6"/>
  </w:num>
  <w:num w:numId="3" w16cid:durableId="339890518">
    <w:abstractNumId w:val="5"/>
  </w:num>
  <w:num w:numId="4" w16cid:durableId="674302495">
    <w:abstractNumId w:val="4"/>
  </w:num>
  <w:num w:numId="5" w16cid:durableId="1855530413">
    <w:abstractNumId w:val="7"/>
  </w:num>
  <w:num w:numId="6" w16cid:durableId="368066209">
    <w:abstractNumId w:val="3"/>
  </w:num>
  <w:num w:numId="7" w16cid:durableId="2120099682">
    <w:abstractNumId w:val="2"/>
  </w:num>
  <w:num w:numId="8" w16cid:durableId="1230311804">
    <w:abstractNumId w:val="1"/>
  </w:num>
  <w:num w:numId="9" w16cid:durableId="1248080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42B9F"/>
    <w:rsid w:val="0029639D"/>
    <w:rsid w:val="00326F90"/>
    <w:rsid w:val="00AA1D8D"/>
    <w:rsid w:val="00B47730"/>
    <w:rsid w:val="00BB1C85"/>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EE29A5"/>
  <w14:defaultImageDpi w14:val="300"/>
  <w15:docId w15:val="{B44E79B2-387A-4EFA-9BD7-B69EEBBF3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1007</Words>
  <Characters>5743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6737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Florina Iordache</cp:lastModifiedBy>
  <cp:revision>2</cp:revision>
  <dcterms:created xsi:type="dcterms:W3CDTF">2013-12-23T23:15:00Z</dcterms:created>
  <dcterms:modified xsi:type="dcterms:W3CDTF">2026-08-18T15:59:00Z</dcterms:modified>
  <cp:category/>
</cp:coreProperties>
</file>