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1111418"/>
        <w:docPartObj>
          <w:docPartGallery w:val="Cover Pages"/>
          <w:docPartUnique/>
        </w:docPartObj>
      </w:sdtPr>
      <w:sdtContent>
        <w:p w14:paraId="5E58BBE4" w14:textId="2C4D7E43" w:rsidR="00E16D94" w:rsidRDefault="00E16D94">
          <w:pPr>
            <w:pStyle w:val="NoSpacing"/>
          </w:pPr>
          <w:r>
            <w:rPr>
              <w:noProof/>
            </w:rPr>
            <mc:AlternateContent>
              <mc:Choice Requires="wpg">
                <w:drawing>
                  <wp:anchor distT="0" distB="0" distL="114300" distR="114300" simplePos="0" relativeHeight="251650048" behindDoc="1" locked="0" layoutInCell="1" allowOverlap="1" wp14:anchorId="0D2D092D" wp14:editId="42AEE4D3">
                    <wp:simplePos x="0" y="0"/>
                    <mc:AlternateContent>
                      <mc:Choice Requires="wp14">
                        <wp:positionH relativeFrom="page">
                          <wp14:pctPosHOffset>4000</wp14:pctPosHOffset>
                        </wp:positionH>
                      </mc:Choice>
                      <mc:Fallback>
                        <wp:positionH relativeFrom="page">
                          <wp:posOffset>427355</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4T00:00:00Z">
                                      <w:dateFormat w:val="M/d/yyyy"/>
                                      <w:lid w:val="en-US"/>
                                      <w:storeMappedDataAs w:val="dateTime"/>
                                      <w:calendar w:val="gregorian"/>
                                    </w:date>
                                  </w:sdtPr>
                                  <w:sdtContent>
                                    <w:p w14:paraId="359457D9" w14:textId="559993DE" w:rsidR="00E16D94" w:rsidRDefault="00B268FE">
                                      <w:pPr>
                                        <w:pStyle w:val="NoSpacing"/>
                                        <w:jc w:val="right"/>
                                        <w:rPr>
                                          <w:color w:val="FFFFFF" w:themeColor="background1"/>
                                          <w:sz w:val="28"/>
                                          <w:szCs w:val="28"/>
                                        </w:rPr>
                                      </w:pPr>
                                      <w:r>
                                        <w:rPr>
                                          <w:color w:val="FFFFFF" w:themeColor="background1"/>
                                          <w:sz w:val="28"/>
                                          <w:szCs w:val="28"/>
                                        </w:rPr>
                                        <w:t>4/24/2026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D2D092D" id="Group 26" o:spid="_x0000_s1026" style="position:absolute;margin-left:0;margin-top:0;width:172.8pt;height:718.55pt;z-index:-25166643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" adj="18883" fillcolor="#4f81bd [3204]" stroked="f" strokeweight="2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4T00:00:00Z">
                                <w:dateFormat w:val="M/d/yyyy"/>
                                <w:lid w:val="en-US"/>
                                <w:storeMappedDataAs w:val="dateTime"/>
                                <w:calendar w:val="gregorian"/>
                              </w:date>
                            </w:sdtPr>
                            <w:sdtEndPr/>
                            <w:sdtContent>
                              <w:p w14:paraId="359457D9" w14:textId="559993DE" w:rsidR="00E16D94" w:rsidRDefault="00B268FE">
                                <w:pPr>
                                  <w:pStyle w:val="NoSpacing"/>
                                  <w:jc w:val="right"/>
                                  <w:rPr>
                                    <w:color w:val="FFFFFF" w:themeColor="background1"/>
                                    <w:sz w:val="28"/>
                                    <w:szCs w:val="28"/>
                                  </w:rPr>
                                </w:pPr>
                                <w:r>
                                  <w:rPr>
                                    <w:color w:val="FFFFFF" w:themeColor="background1"/>
                                    <w:sz w:val="28"/>
                                    <w:szCs w:val="28"/>
                                  </w:rPr>
                                  <w:t>4/24/2026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1072" behindDoc="0" locked="0" layoutInCell="1" allowOverlap="1" wp14:anchorId="39427D35" wp14:editId="33F1A0BE">
                    <wp:simplePos x="0" y="0"/>
                    <mc:AlternateContent>
                      <mc:Choice Requires="wp14">
                        <wp:positionH relativeFrom="page">
                          <wp14:pctPosHOffset>42000</wp14:pctPosHOffset>
                        </wp:positionH>
                      </mc:Choice>
                      <mc:Fallback>
                        <wp:positionH relativeFrom="page">
                          <wp:posOffset>4490085</wp:posOffset>
                        </wp:positionH>
                      </mc:Fallback>
                    </mc:AlternateContent>
                    <mc:AlternateContent>
                      <mc:Choice Requires="wp14">
                        <wp:positionV relativeFrom="page">
                          <wp14:pctPosVOffset>17500</wp14:pctPosVOffset>
                        </wp:positionV>
                      </mc:Choice>
                      <mc:Fallback>
                        <wp:positionV relativeFrom="page">
                          <wp:posOffset>2645410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AF6756" w14:textId="18EC4144" w:rsidR="00E16D94"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B665AA" w:rsidRPr="00B665AA">
                                      <w:rPr>
                                        <w:rFonts w:asciiTheme="majorHAnsi" w:eastAsiaTheme="majorEastAsia" w:hAnsiTheme="majorHAnsi" w:cstheme="majorBidi"/>
                                        <w:color w:val="262626" w:themeColor="text1" w:themeTint="D9"/>
                                        <w:sz w:val="72"/>
                                        <w:szCs w:val="72"/>
                                      </w:rPr>
                                      <w:t>Introduction to Web and Database Concepts</w:t>
                                    </w:r>
                                  </w:sdtContent>
                                </w:sdt>
                              </w:p>
                              <w:p w14:paraId="601C2708" w14:textId="282E4A60" w:rsidR="00E16D94"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B665AA">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9427D35" id="_x0000_t202" coordsize="21600,21600" o:spt="202" path="m,l,21600r21600,l21600,xe">
                    <v:stroke joinstyle="miter"/>
                    <v:path gradientshapeok="t" o:connecttype="rect"/>
                  </v:shapetype>
                  <v:shape id="Text Box 30" o:spid="_x0000_s1055" type="#_x0000_t202" style="position:absolute;margin-left:0;margin-top:0;width:4in;height:84.25pt;z-index:251651072;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2CAF6756" w14:textId="18EC4144" w:rsidR="00E16D94" w:rsidRDefault="008F3B7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665AA" w:rsidRPr="00B665AA">
                                <w:rPr>
                                  <w:rFonts w:asciiTheme="majorHAnsi" w:eastAsiaTheme="majorEastAsia" w:hAnsiTheme="majorHAnsi" w:cstheme="majorBidi"/>
                                  <w:color w:val="262626" w:themeColor="text1" w:themeTint="D9"/>
                                  <w:sz w:val="72"/>
                                  <w:szCs w:val="72"/>
                                </w:rPr>
                                <w:t>Introduction to Web and Database Concepts</w:t>
                              </w:r>
                            </w:sdtContent>
                          </w:sdt>
                        </w:p>
                        <w:p w14:paraId="601C2708" w14:textId="282E4A60" w:rsidR="00E16D94" w:rsidRDefault="008F3B78">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B665AA">
                                <w:rPr>
                                  <w:color w:val="404040" w:themeColor="text1" w:themeTint="BF"/>
                                  <w:sz w:val="36"/>
                                  <w:szCs w:val="36"/>
                                </w:rPr>
                                <w:t xml:space="preserve">     </w:t>
                              </w:r>
                            </w:sdtContent>
                          </w:sdt>
                        </w:p>
                      </w:txbxContent>
                    </v:textbox>
                    <w10:wrap anchorx="page" anchory="page"/>
                  </v:shape>
                </w:pict>
              </mc:Fallback>
            </mc:AlternateContent>
          </w:r>
        </w:p>
        <w:p w14:paraId="1B2FFC0C" w14:textId="77777777" w:rsidR="006457C2" w:rsidRDefault="006457C2"/>
        <w:p w14:paraId="617C7178" w14:textId="77777777" w:rsidR="006457C2" w:rsidRDefault="006457C2"/>
        <w:p w14:paraId="4754B158" w14:textId="77777777" w:rsidR="006457C2" w:rsidRDefault="006457C2"/>
        <w:p w14:paraId="65E42EBC" w14:textId="77777777" w:rsidR="006457C2" w:rsidRDefault="006457C2"/>
        <w:p w14:paraId="5AB2FD17" w14:textId="77777777" w:rsidR="006457C2" w:rsidRDefault="006457C2"/>
        <w:p w14:paraId="798E115A" w14:textId="77777777" w:rsidR="006457C2" w:rsidRDefault="006457C2"/>
        <w:p w14:paraId="60F614D7" w14:textId="77777777" w:rsidR="006457C2" w:rsidRDefault="006457C2"/>
        <w:p w14:paraId="661B4A8E" w14:textId="77777777" w:rsidR="006457C2" w:rsidRDefault="006457C2"/>
        <w:p w14:paraId="14351C30" w14:textId="77777777" w:rsidR="006457C2" w:rsidRDefault="006457C2"/>
        <w:p w14:paraId="4247B2E3" w14:textId="400829B7" w:rsidR="00E16D94" w:rsidRDefault="00000000">
          <w:pPr>
            <w:rPr>
              <w:rFonts w:asciiTheme="majorHAnsi" w:eastAsiaTheme="majorEastAsia" w:hAnsiTheme="majorHAnsi" w:cstheme="majorBidi"/>
              <w:color w:val="17365D" w:themeColor="text2" w:themeShade="BF"/>
              <w:spacing w:val="5"/>
              <w:kern w:val="28"/>
              <w:sz w:val="52"/>
              <w:szCs w:val="52"/>
            </w:rPr>
          </w:pPr>
        </w:p>
      </w:sdtContent>
    </w:sdt>
    <w:p w14:paraId="2A702E5F" w14:textId="4690F65A" w:rsidR="00F21731" w:rsidRDefault="003E33FC">
      <w:pPr>
        <w:pStyle w:val="Title"/>
      </w:pPr>
      <w:r>
        <w:t>REPORT TEMPLATE</w:t>
      </w:r>
    </w:p>
    <w:p w14:paraId="443CDFD5" w14:textId="77777777" w:rsidR="006457C2" w:rsidRPr="006457C2" w:rsidRDefault="006457C2" w:rsidP="006457C2"/>
    <w:p w14:paraId="2CAFC828" w14:textId="77777777" w:rsidR="00F21731" w:rsidRPr="00742F00" w:rsidRDefault="003E33FC">
      <w:pPr>
        <w:rPr>
          <w:sz w:val="36"/>
          <w:szCs w:val="36"/>
        </w:rPr>
      </w:pPr>
      <w:r w:rsidRPr="00742F00">
        <w:rPr>
          <w:sz w:val="36"/>
          <w:szCs w:val="36"/>
        </w:rPr>
        <w:t>Module: Introduction to Web and Database Concepts (ACCA4023)</w:t>
      </w:r>
    </w:p>
    <w:p w14:paraId="5D2D8C57" w14:textId="1371440E" w:rsidR="006457C2" w:rsidRPr="00742F00" w:rsidRDefault="003E33FC">
      <w:pPr>
        <w:rPr>
          <w:sz w:val="36"/>
          <w:szCs w:val="36"/>
        </w:rPr>
      </w:pPr>
      <w:r w:rsidRPr="00742F00">
        <w:rPr>
          <w:sz w:val="36"/>
          <w:szCs w:val="36"/>
        </w:rPr>
        <w:t>Assignment: HTML &amp; CSS Web Development</w:t>
      </w:r>
    </w:p>
    <w:p w14:paraId="4F7947A9" w14:textId="655FBE42" w:rsidR="00F21731" w:rsidRPr="00742F00" w:rsidRDefault="003E33FC">
      <w:pPr>
        <w:rPr>
          <w:sz w:val="36"/>
          <w:szCs w:val="36"/>
        </w:rPr>
      </w:pPr>
      <w:r w:rsidRPr="00742F00">
        <w:rPr>
          <w:b/>
          <w:bCs/>
          <w:sz w:val="36"/>
          <w:szCs w:val="36"/>
        </w:rPr>
        <w:t>Student Name:</w:t>
      </w:r>
      <w:r w:rsidR="004806B3" w:rsidRPr="00742F00">
        <w:rPr>
          <w:sz w:val="36"/>
          <w:szCs w:val="36"/>
        </w:rPr>
        <w:t xml:space="preserve"> Fernel Ramirez Espinal</w:t>
      </w:r>
    </w:p>
    <w:p w14:paraId="7ABEFE13" w14:textId="6138A4B6" w:rsidR="00F21731" w:rsidRPr="00742F00" w:rsidRDefault="003E33FC">
      <w:pPr>
        <w:rPr>
          <w:sz w:val="36"/>
          <w:szCs w:val="36"/>
        </w:rPr>
      </w:pPr>
      <w:r w:rsidRPr="00742F00">
        <w:rPr>
          <w:b/>
          <w:bCs/>
          <w:sz w:val="36"/>
          <w:szCs w:val="36"/>
        </w:rPr>
        <w:t>Student ID:</w:t>
      </w:r>
      <w:r w:rsidRPr="00742F00">
        <w:rPr>
          <w:sz w:val="36"/>
          <w:szCs w:val="36"/>
        </w:rPr>
        <w:t xml:space="preserve"> </w:t>
      </w:r>
      <w:r w:rsidR="000A3DFE" w:rsidRPr="00742F00">
        <w:rPr>
          <w:sz w:val="36"/>
          <w:szCs w:val="36"/>
        </w:rPr>
        <w:t>2508572</w:t>
      </w:r>
    </w:p>
    <w:p w14:paraId="0C261D63" w14:textId="3CF205F0" w:rsidR="00F21731" w:rsidRPr="00742F00" w:rsidRDefault="003E33FC">
      <w:pPr>
        <w:rPr>
          <w:b/>
          <w:bCs/>
          <w:sz w:val="36"/>
          <w:szCs w:val="36"/>
        </w:rPr>
      </w:pPr>
      <w:r w:rsidRPr="00742F00">
        <w:rPr>
          <w:b/>
          <w:bCs/>
          <w:sz w:val="36"/>
          <w:szCs w:val="36"/>
        </w:rPr>
        <w:t>Course:</w:t>
      </w:r>
      <w:r w:rsidRPr="00742F00">
        <w:rPr>
          <w:sz w:val="36"/>
          <w:szCs w:val="36"/>
        </w:rPr>
        <w:t xml:space="preserve"> </w:t>
      </w:r>
      <w:r w:rsidR="00742F00" w:rsidRPr="00742F00">
        <w:rPr>
          <w:sz w:val="36"/>
          <w:szCs w:val="36"/>
        </w:rPr>
        <w:t>Introduction to Web and Database Concepts (ACCA4023_LON)</w:t>
      </w:r>
    </w:p>
    <w:p w14:paraId="2D420375" w14:textId="3D541DCD" w:rsidR="00F21731" w:rsidRPr="00742F00" w:rsidRDefault="003E33FC">
      <w:pPr>
        <w:rPr>
          <w:sz w:val="36"/>
          <w:szCs w:val="36"/>
        </w:rPr>
      </w:pPr>
      <w:r w:rsidRPr="00742F00">
        <w:rPr>
          <w:sz w:val="36"/>
          <w:szCs w:val="36"/>
        </w:rPr>
        <w:t xml:space="preserve">Submission Date: </w:t>
      </w:r>
      <w:r w:rsidR="000F5174">
        <w:rPr>
          <w:sz w:val="36"/>
          <w:szCs w:val="36"/>
        </w:rPr>
        <w:t>24/</w:t>
      </w:r>
      <w:r w:rsidR="00B268FE">
        <w:rPr>
          <w:sz w:val="36"/>
          <w:szCs w:val="36"/>
        </w:rPr>
        <w:t>04/2026</w:t>
      </w:r>
    </w:p>
    <w:p w14:paraId="588B6496" w14:textId="42F6989B" w:rsidR="00F21731" w:rsidRPr="00742F00" w:rsidRDefault="00F21731">
      <w:pPr>
        <w:rPr>
          <w:sz w:val="36"/>
          <w:szCs w:val="36"/>
        </w:rPr>
      </w:pPr>
    </w:p>
    <w:p w14:paraId="769EBA76" w14:textId="77777777" w:rsidR="00F21731" w:rsidRDefault="003E33FC">
      <w:pPr>
        <w:pStyle w:val="Heading1"/>
      </w:pPr>
      <w:r>
        <w:t>Table of Contents</w:t>
      </w:r>
    </w:p>
    <w:p w14:paraId="17F422F6" w14:textId="77777777" w:rsidR="00E16D94" w:rsidRPr="002E1544" w:rsidRDefault="00E16D94" w:rsidP="00E16D94">
      <w:pPr>
        <w:rPr>
          <w:sz w:val="28"/>
          <w:szCs w:val="28"/>
        </w:rPr>
      </w:pPr>
      <w:r w:rsidRPr="002E1544">
        <w:rPr>
          <w:sz w:val="28"/>
          <w:szCs w:val="28"/>
        </w:rPr>
        <w:t xml:space="preserve">Automatically generated if possible </w:t>
      </w:r>
    </w:p>
    <w:p w14:paraId="42643741" w14:textId="6BC5A266" w:rsidR="00F21731" w:rsidRPr="002E1544" w:rsidRDefault="00E16D94" w:rsidP="00E16D94">
      <w:pPr>
        <w:rPr>
          <w:sz w:val="28"/>
          <w:szCs w:val="28"/>
        </w:rPr>
      </w:pPr>
      <w:r w:rsidRPr="002E1544">
        <w:rPr>
          <w:sz w:val="28"/>
          <w:szCs w:val="28"/>
        </w:rPr>
        <w:t xml:space="preserve"> List all sections and subsections with page numbers</w:t>
      </w:r>
      <w:r w:rsidR="003E33FC" w:rsidRPr="002E1544">
        <w:rPr>
          <w:sz w:val="28"/>
          <w:szCs w:val="28"/>
        </w:rPr>
        <w:br/>
      </w:r>
    </w:p>
    <w:p w14:paraId="19A89228" w14:textId="77777777" w:rsidR="00F21731" w:rsidRDefault="003E33FC">
      <w:pPr>
        <w:pStyle w:val="Heading1"/>
      </w:pPr>
      <w:r>
        <w:t>1. Introduction (Abstract)</w:t>
      </w:r>
    </w:p>
    <w:p w14:paraId="384BF727" w14:textId="0E09B48C" w:rsidR="00E16D94" w:rsidRPr="00E16D94" w:rsidRDefault="00E16D94" w:rsidP="00E16D94">
      <w:pPr>
        <w:rPr>
          <w:sz w:val="28"/>
          <w:szCs w:val="28"/>
        </w:rPr>
      </w:pPr>
      <w:r w:rsidRPr="00E16D94">
        <w:rPr>
          <w:sz w:val="28"/>
          <w:szCs w:val="28"/>
        </w:rPr>
        <w:t xml:space="preserve">The purpose of this project was to design and hand-code a responsive, multi-page website following modern web standards. The chosen website, </w:t>
      </w:r>
      <w:r w:rsidR="0004204E" w:rsidRPr="0004204E">
        <w:rPr>
          <w:b/>
          <w:bCs/>
          <w:sz w:val="28"/>
          <w:szCs w:val="28"/>
        </w:rPr>
        <w:t>Dominican Republic Guide</w:t>
      </w:r>
      <w:r w:rsidRPr="00E16D94">
        <w:rPr>
          <w:sz w:val="28"/>
          <w:szCs w:val="28"/>
        </w:rPr>
        <w:t xml:space="preserve">, </w:t>
      </w:r>
    </w:p>
    <w:p w14:paraId="55557459" w14:textId="08508DE2" w:rsidR="00E16D94" w:rsidRPr="00E16D94" w:rsidRDefault="00E16D94" w:rsidP="00E16D94">
      <w:pPr>
        <w:rPr>
          <w:sz w:val="28"/>
          <w:szCs w:val="28"/>
        </w:rPr>
      </w:pPr>
      <w:r w:rsidRPr="00E16D94">
        <w:rPr>
          <w:sz w:val="28"/>
          <w:szCs w:val="28"/>
        </w:rPr>
        <w:t xml:space="preserve">The website consists of </w:t>
      </w:r>
      <w:r w:rsidR="00EF764D">
        <w:rPr>
          <w:sz w:val="28"/>
          <w:szCs w:val="28"/>
        </w:rPr>
        <w:t>four</w:t>
      </w:r>
      <w:r w:rsidRPr="00E16D94">
        <w:rPr>
          <w:sz w:val="28"/>
          <w:szCs w:val="28"/>
        </w:rPr>
        <w:t xml:space="preserve"> main pages: a </w:t>
      </w:r>
      <w:r w:rsidRPr="00E16D94">
        <w:rPr>
          <w:b/>
          <w:bCs/>
          <w:sz w:val="28"/>
          <w:szCs w:val="28"/>
        </w:rPr>
        <w:t>Home page</w:t>
      </w:r>
      <w:r w:rsidRPr="00E16D94">
        <w:rPr>
          <w:sz w:val="28"/>
          <w:szCs w:val="28"/>
        </w:rPr>
        <w:t xml:space="preserve">, providing an overview of the </w:t>
      </w:r>
      <w:r w:rsidR="0004204E">
        <w:rPr>
          <w:sz w:val="28"/>
          <w:szCs w:val="28"/>
        </w:rPr>
        <w:t xml:space="preserve">guide </w:t>
      </w:r>
      <w:r w:rsidRPr="00E16D94">
        <w:rPr>
          <w:sz w:val="28"/>
          <w:szCs w:val="28"/>
        </w:rPr>
        <w:t xml:space="preserve">and its key offerings; an </w:t>
      </w:r>
      <w:r w:rsidRPr="00E16D94">
        <w:rPr>
          <w:b/>
          <w:bCs/>
          <w:sz w:val="28"/>
          <w:szCs w:val="28"/>
        </w:rPr>
        <w:t>About page</w:t>
      </w:r>
      <w:r w:rsidRPr="00E16D94">
        <w:rPr>
          <w:sz w:val="28"/>
          <w:szCs w:val="28"/>
        </w:rPr>
        <w:t xml:space="preserve">, describing </w:t>
      </w:r>
      <w:proofErr w:type="gramStart"/>
      <w:r w:rsidRPr="00E16D94">
        <w:rPr>
          <w:sz w:val="28"/>
          <w:szCs w:val="28"/>
        </w:rPr>
        <w:t xml:space="preserve">the </w:t>
      </w:r>
      <w:r w:rsidR="00512D13">
        <w:rPr>
          <w:sz w:val="28"/>
          <w:szCs w:val="28"/>
        </w:rPr>
        <w:t>touris</w:t>
      </w:r>
      <w:r w:rsidR="00512D13" w:rsidRPr="00E16D94">
        <w:rPr>
          <w:sz w:val="28"/>
          <w:szCs w:val="28"/>
        </w:rPr>
        <w:t>m’s</w:t>
      </w:r>
      <w:proofErr w:type="gramEnd"/>
      <w:r w:rsidRPr="00E16D94">
        <w:rPr>
          <w:sz w:val="28"/>
          <w:szCs w:val="28"/>
        </w:rPr>
        <w:t xml:space="preserve"> history, mission, and services; and a </w:t>
      </w:r>
      <w:r w:rsidRPr="00E16D94">
        <w:rPr>
          <w:b/>
          <w:bCs/>
          <w:sz w:val="28"/>
          <w:szCs w:val="28"/>
        </w:rPr>
        <w:t>Contact page</w:t>
      </w:r>
      <w:r w:rsidRPr="00E16D94">
        <w:rPr>
          <w:sz w:val="28"/>
          <w:szCs w:val="28"/>
        </w:rPr>
        <w:t xml:space="preserve">, allowing visitors to send messages and access location details. The design emphasizes </w:t>
      </w:r>
      <w:r w:rsidRPr="00E16D94">
        <w:rPr>
          <w:b/>
          <w:bCs/>
          <w:sz w:val="28"/>
          <w:szCs w:val="28"/>
        </w:rPr>
        <w:t>usability, accessibility, and responsiveness</w:t>
      </w:r>
      <w:r w:rsidRPr="00E16D94">
        <w:rPr>
          <w:sz w:val="28"/>
          <w:szCs w:val="28"/>
        </w:rPr>
        <w:t xml:space="preserve">, ensuring that the site functions effectively across desktops, </w:t>
      </w:r>
      <w:proofErr w:type="gramStart"/>
      <w:r w:rsidRPr="00E16D94">
        <w:rPr>
          <w:sz w:val="28"/>
          <w:szCs w:val="28"/>
        </w:rPr>
        <w:t>tablet</w:t>
      </w:r>
      <w:proofErr w:type="gramEnd"/>
      <w:r w:rsidRPr="00E16D94">
        <w:rPr>
          <w:sz w:val="28"/>
          <w:szCs w:val="28"/>
        </w:rPr>
        <w:t>, and mobile devices.</w:t>
      </w:r>
    </w:p>
    <w:p w14:paraId="72FBBE54" w14:textId="7D493E01" w:rsidR="00F21731" w:rsidRPr="00E16D94" w:rsidRDefault="00E16D94">
      <w:pPr>
        <w:rPr>
          <w:sz w:val="28"/>
          <w:szCs w:val="28"/>
        </w:rPr>
      </w:pPr>
      <w:r w:rsidRPr="00E16D94">
        <w:rPr>
          <w:sz w:val="28"/>
          <w:szCs w:val="28"/>
        </w:rPr>
        <w:t xml:space="preserve">This report documents the </w:t>
      </w:r>
      <w:r w:rsidRPr="00E16D94">
        <w:rPr>
          <w:b/>
          <w:bCs/>
          <w:sz w:val="28"/>
          <w:szCs w:val="28"/>
        </w:rPr>
        <w:t>requirements, design decisions, implementation process, and evaluation</w:t>
      </w:r>
      <w:r w:rsidRPr="00E16D94">
        <w:rPr>
          <w:sz w:val="28"/>
          <w:szCs w:val="28"/>
        </w:rPr>
        <w:t xml:space="preserve"> of the website. Validation of HTML and CSS is included to demonstrate compliance with web standards. Additionally, the report evaluates the site in terms of usability, accessibility, and search engine optimization (SEO), with references to relevant academic studies. The overall aim is to showcase both practical web development skills and an understanding of key web design principles.</w:t>
      </w:r>
      <w:sdt>
        <w:sdtPr>
          <w:rPr>
            <w:sz w:val="28"/>
            <w:szCs w:val="28"/>
          </w:rPr>
          <w:id w:val="945503777"/>
          <w:citation/>
        </w:sdtPr>
        <w:sdtContent>
          <w:r w:rsidR="00274D93">
            <w:rPr>
              <w:sz w:val="28"/>
              <w:szCs w:val="28"/>
            </w:rPr>
            <w:fldChar w:fldCharType="begin"/>
          </w:r>
          <w:r w:rsidR="00274D93">
            <w:rPr>
              <w:sz w:val="28"/>
              <w:szCs w:val="28"/>
            </w:rPr>
            <w:instrText xml:space="preserve"> CITATION MMa08 \l 1033 </w:instrText>
          </w:r>
          <w:r w:rsidR="00274D93">
            <w:rPr>
              <w:sz w:val="28"/>
              <w:szCs w:val="28"/>
            </w:rPr>
            <w:fldChar w:fldCharType="separate"/>
          </w:r>
          <w:r w:rsidR="00274D93">
            <w:rPr>
              <w:noProof/>
              <w:sz w:val="28"/>
              <w:szCs w:val="28"/>
            </w:rPr>
            <w:t xml:space="preserve"> </w:t>
          </w:r>
          <w:r w:rsidR="00274D93" w:rsidRPr="00274D93">
            <w:rPr>
              <w:noProof/>
              <w:sz w:val="28"/>
              <w:szCs w:val="28"/>
            </w:rPr>
            <w:t>[1]</w:t>
          </w:r>
          <w:r w:rsidR="00274D93">
            <w:rPr>
              <w:sz w:val="28"/>
              <w:szCs w:val="28"/>
            </w:rPr>
            <w:fldChar w:fldCharType="end"/>
          </w:r>
        </w:sdtContent>
      </w:sdt>
    </w:p>
    <w:p w14:paraId="3EC18664" w14:textId="77777777" w:rsidR="00F21731" w:rsidRDefault="003E33FC">
      <w:pPr>
        <w:pStyle w:val="Heading1"/>
      </w:pPr>
      <w:r>
        <w:lastRenderedPageBreak/>
        <w:t>2. Requirements</w:t>
      </w:r>
    </w:p>
    <w:p w14:paraId="0654BE1F" w14:textId="761BAF46" w:rsidR="00E16D94" w:rsidRPr="00E16D94" w:rsidRDefault="00E16D94" w:rsidP="00E16D94">
      <w:pPr>
        <w:rPr>
          <w:sz w:val="28"/>
          <w:szCs w:val="28"/>
        </w:rPr>
      </w:pPr>
      <w:r w:rsidRPr="00E16D94">
        <w:rPr>
          <w:sz w:val="28"/>
          <w:szCs w:val="28"/>
        </w:rPr>
        <w:t xml:space="preserve">The </w:t>
      </w:r>
      <w:r w:rsidR="00C343D8" w:rsidRPr="00C343D8">
        <w:rPr>
          <w:b/>
          <w:bCs/>
          <w:sz w:val="28"/>
          <w:szCs w:val="28"/>
        </w:rPr>
        <w:t>Dominican Republic Guide</w:t>
      </w:r>
      <w:r w:rsidR="00C343D8">
        <w:rPr>
          <w:b/>
          <w:bCs/>
          <w:sz w:val="28"/>
          <w:szCs w:val="28"/>
        </w:rPr>
        <w:t xml:space="preserve"> </w:t>
      </w:r>
      <w:r w:rsidRPr="00E16D94">
        <w:rPr>
          <w:b/>
          <w:bCs/>
          <w:sz w:val="28"/>
          <w:szCs w:val="28"/>
        </w:rPr>
        <w:t>website</w:t>
      </w:r>
      <w:r w:rsidRPr="00E16D94">
        <w:rPr>
          <w:sz w:val="28"/>
          <w:szCs w:val="28"/>
        </w:rPr>
        <w:t xml:space="preserve"> was developed to provide a clear, informative, and visually appealing online presence for a fictional local </w:t>
      </w:r>
      <w:r w:rsidR="00571DB2">
        <w:rPr>
          <w:sz w:val="28"/>
          <w:szCs w:val="28"/>
        </w:rPr>
        <w:t>guide</w:t>
      </w:r>
      <w:r w:rsidRPr="00E16D94">
        <w:rPr>
          <w:sz w:val="28"/>
          <w:szCs w:val="28"/>
        </w:rPr>
        <w:t xml:space="preserve">. The main purpose of the website is to </w:t>
      </w:r>
      <w:r w:rsidRPr="00E16D94">
        <w:rPr>
          <w:b/>
          <w:bCs/>
          <w:sz w:val="28"/>
          <w:szCs w:val="28"/>
        </w:rPr>
        <w:t xml:space="preserve">promote the </w:t>
      </w:r>
      <w:r w:rsidR="00C343D8">
        <w:rPr>
          <w:b/>
          <w:bCs/>
          <w:sz w:val="28"/>
          <w:szCs w:val="28"/>
        </w:rPr>
        <w:t>guide</w:t>
      </w:r>
      <w:r w:rsidRPr="00E16D94">
        <w:rPr>
          <w:b/>
          <w:bCs/>
          <w:sz w:val="28"/>
          <w:szCs w:val="28"/>
        </w:rPr>
        <w:t>’s offerings</w:t>
      </w:r>
      <w:r w:rsidRPr="00E16D94">
        <w:rPr>
          <w:sz w:val="28"/>
          <w:szCs w:val="28"/>
        </w:rPr>
        <w:t xml:space="preserve">, including </w:t>
      </w:r>
      <w:r w:rsidR="00512D13">
        <w:rPr>
          <w:sz w:val="28"/>
          <w:szCs w:val="28"/>
        </w:rPr>
        <w:t>tourism</w:t>
      </w:r>
      <w:r w:rsidR="00077D30">
        <w:rPr>
          <w:sz w:val="28"/>
          <w:szCs w:val="28"/>
        </w:rPr>
        <w:t xml:space="preserve"> </w:t>
      </w:r>
      <w:r w:rsidRPr="00E16D94">
        <w:rPr>
          <w:sz w:val="28"/>
          <w:szCs w:val="28"/>
        </w:rPr>
        <w:t>and the friendly atmosphere, while providing users with relevant information about the business and ways to contact it.</w:t>
      </w:r>
    </w:p>
    <w:p w14:paraId="7C0E5FC8" w14:textId="77777777" w:rsidR="00E16D94" w:rsidRPr="00E16D94" w:rsidRDefault="00E16D94" w:rsidP="00E16D94">
      <w:pPr>
        <w:rPr>
          <w:b/>
          <w:bCs/>
          <w:sz w:val="28"/>
          <w:szCs w:val="28"/>
        </w:rPr>
      </w:pPr>
      <w:r w:rsidRPr="00E16D94">
        <w:rPr>
          <w:b/>
          <w:bCs/>
          <w:sz w:val="28"/>
          <w:szCs w:val="28"/>
        </w:rPr>
        <w:t>Purpose</w:t>
      </w:r>
    </w:p>
    <w:p w14:paraId="4E7D8885" w14:textId="6144D420" w:rsidR="00E16D94" w:rsidRPr="00E16D94" w:rsidRDefault="00E16D94" w:rsidP="00E16D94">
      <w:pPr>
        <w:numPr>
          <w:ilvl w:val="0"/>
          <w:numId w:val="10"/>
        </w:numPr>
        <w:rPr>
          <w:sz w:val="28"/>
          <w:szCs w:val="28"/>
        </w:rPr>
      </w:pPr>
      <w:r w:rsidRPr="00E16D94">
        <w:rPr>
          <w:sz w:val="28"/>
          <w:szCs w:val="28"/>
        </w:rPr>
        <w:t xml:space="preserve">Introduce visitors to the </w:t>
      </w:r>
      <w:r w:rsidR="00F74DF5">
        <w:rPr>
          <w:sz w:val="28"/>
          <w:szCs w:val="28"/>
        </w:rPr>
        <w:t>guide</w:t>
      </w:r>
      <w:r w:rsidRPr="00E16D94">
        <w:rPr>
          <w:sz w:val="28"/>
          <w:szCs w:val="28"/>
        </w:rPr>
        <w:t xml:space="preserve"> and its services. </w:t>
      </w:r>
    </w:p>
    <w:p w14:paraId="1C6C2022" w14:textId="2F8B3611" w:rsidR="00E16D94" w:rsidRPr="00E16D94" w:rsidRDefault="00E16D94" w:rsidP="00E16D94">
      <w:pPr>
        <w:numPr>
          <w:ilvl w:val="0"/>
          <w:numId w:val="10"/>
        </w:numPr>
        <w:rPr>
          <w:sz w:val="28"/>
          <w:szCs w:val="28"/>
        </w:rPr>
      </w:pPr>
      <w:r w:rsidRPr="00E16D94">
        <w:rPr>
          <w:sz w:val="28"/>
          <w:szCs w:val="28"/>
        </w:rPr>
        <w:t xml:space="preserve">Provide a platform for users to contact the </w:t>
      </w:r>
      <w:r w:rsidR="00F74DF5">
        <w:rPr>
          <w:sz w:val="28"/>
          <w:szCs w:val="28"/>
        </w:rPr>
        <w:t>guide</w:t>
      </w:r>
      <w:r w:rsidRPr="00E16D94">
        <w:rPr>
          <w:sz w:val="28"/>
          <w:szCs w:val="28"/>
        </w:rPr>
        <w:t xml:space="preserve"> for inquiries or reservations. </w:t>
      </w:r>
    </w:p>
    <w:p w14:paraId="7B197929" w14:textId="77777777" w:rsidR="00E16D94" w:rsidRPr="00E16D94" w:rsidRDefault="00E16D94" w:rsidP="00E16D94">
      <w:pPr>
        <w:rPr>
          <w:b/>
          <w:bCs/>
          <w:sz w:val="28"/>
          <w:szCs w:val="28"/>
        </w:rPr>
      </w:pPr>
      <w:r w:rsidRPr="00E16D94">
        <w:rPr>
          <w:b/>
          <w:bCs/>
          <w:sz w:val="28"/>
          <w:szCs w:val="28"/>
        </w:rPr>
        <w:t>Subject Matter</w:t>
      </w:r>
    </w:p>
    <w:p w14:paraId="1B4A1EAC" w14:textId="5DCCF950" w:rsidR="00E16D94" w:rsidRPr="00E16D94" w:rsidRDefault="00E16D94" w:rsidP="00E16D94">
      <w:pPr>
        <w:numPr>
          <w:ilvl w:val="0"/>
          <w:numId w:val="11"/>
        </w:numPr>
        <w:rPr>
          <w:sz w:val="28"/>
          <w:szCs w:val="28"/>
        </w:rPr>
      </w:pPr>
      <w:r w:rsidRPr="00E16D94">
        <w:rPr>
          <w:sz w:val="28"/>
          <w:szCs w:val="28"/>
        </w:rPr>
        <w:t xml:space="preserve">The website focuses on </w:t>
      </w:r>
      <w:r w:rsidR="00493A53" w:rsidRPr="00E16D94">
        <w:rPr>
          <w:sz w:val="28"/>
          <w:szCs w:val="28"/>
        </w:rPr>
        <w:t>guide</w:t>
      </w:r>
      <w:r w:rsidRPr="00E16D94">
        <w:rPr>
          <w:sz w:val="28"/>
          <w:szCs w:val="28"/>
        </w:rPr>
        <w:t xml:space="preserve"> experience, including</w:t>
      </w:r>
      <w:r w:rsidR="00081DC5">
        <w:rPr>
          <w:sz w:val="28"/>
          <w:szCs w:val="28"/>
        </w:rPr>
        <w:t xml:space="preserve"> guide, </w:t>
      </w:r>
      <w:r w:rsidR="00493A53">
        <w:rPr>
          <w:sz w:val="28"/>
          <w:szCs w:val="28"/>
        </w:rPr>
        <w:t>gallery</w:t>
      </w:r>
      <w:r w:rsidRPr="00E16D94">
        <w:rPr>
          <w:sz w:val="28"/>
          <w:szCs w:val="28"/>
        </w:rPr>
        <w:t xml:space="preserve"> </w:t>
      </w:r>
      <w:r w:rsidR="00571DB2">
        <w:rPr>
          <w:sz w:val="28"/>
          <w:szCs w:val="28"/>
        </w:rPr>
        <w:t>photo</w:t>
      </w:r>
      <w:r w:rsidRPr="00E16D94">
        <w:rPr>
          <w:sz w:val="28"/>
          <w:szCs w:val="28"/>
        </w:rPr>
        <w:t xml:space="preserve">, ambiance, and staff. </w:t>
      </w:r>
    </w:p>
    <w:p w14:paraId="05875ADE" w14:textId="77777777" w:rsidR="00E16D94" w:rsidRPr="00E16D94" w:rsidRDefault="00E16D94" w:rsidP="00E16D94">
      <w:pPr>
        <w:numPr>
          <w:ilvl w:val="0"/>
          <w:numId w:val="11"/>
        </w:numPr>
        <w:rPr>
          <w:sz w:val="28"/>
          <w:szCs w:val="28"/>
        </w:rPr>
      </w:pPr>
      <w:r w:rsidRPr="00E16D94">
        <w:rPr>
          <w:sz w:val="28"/>
          <w:szCs w:val="28"/>
        </w:rPr>
        <w:t xml:space="preserve">Each page provides specific information: </w:t>
      </w:r>
    </w:p>
    <w:p w14:paraId="34B5BAD6" w14:textId="7CEA8E2C" w:rsidR="00E16D94" w:rsidRPr="00E16D94" w:rsidRDefault="00E16D94" w:rsidP="00E16D94">
      <w:pPr>
        <w:numPr>
          <w:ilvl w:val="1"/>
          <w:numId w:val="11"/>
        </w:numPr>
        <w:rPr>
          <w:sz w:val="28"/>
          <w:szCs w:val="28"/>
        </w:rPr>
      </w:pPr>
      <w:r w:rsidRPr="00E16D94">
        <w:rPr>
          <w:b/>
          <w:bCs/>
          <w:sz w:val="28"/>
          <w:szCs w:val="28"/>
        </w:rPr>
        <w:t>Home Page:</w:t>
      </w:r>
      <w:r w:rsidRPr="00E16D94">
        <w:rPr>
          <w:sz w:val="28"/>
          <w:szCs w:val="28"/>
        </w:rPr>
        <w:t xml:space="preserve"> Overview of the </w:t>
      </w:r>
      <w:r w:rsidR="00571DB2">
        <w:rPr>
          <w:sz w:val="28"/>
          <w:szCs w:val="28"/>
        </w:rPr>
        <w:t>guide.</w:t>
      </w:r>
    </w:p>
    <w:p w14:paraId="58778B51" w14:textId="77777777" w:rsidR="00692D5C" w:rsidRDefault="00E16D94" w:rsidP="00E16D94">
      <w:pPr>
        <w:numPr>
          <w:ilvl w:val="1"/>
          <w:numId w:val="11"/>
        </w:numPr>
        <w:rPr>
          <w:sz w:val="28"/>
          <w:szCs w:val="28"/>
        </w:rPr>
      </w:pPr>
      <w:r w:rsidRPr="00E16D94">
        <w:rPr>
          <w:b/>
          <w:bCs/>
          <w:sz w:val="28"/>
          <w:szCs w:val="28"/>
        </w:rPr>
        <w:t>About Page:</w:t>
      </w:r>
      <w:r w:rsidRPr="00E16D94">
        <w:rPr>
          <w:sz w:val="28"/>
          <w:szCs w:val="28"/>
        </w:rPr>
        <w:t xml:space="preserve"> Background, mission, and philosophy of the </w:t>
      </w:r>
      <w:r w:rsidR="00571DB2">
        <w:rPr>
          <w:sz w:val="28"/>
          <w:szCs w:val="28"/>
        </w:rPr>
        <w:t>guide</w:t>
      </w:r>
      <w:r w:rsidRPr="00E16D94">
        <w:rPr>
          <w:sz w:val="28"/>
          <w:szCs w:val="28"/>
        </w:rPr>
        <w:t>.</w:t>
      </w:r>
    </w:p>
    <w:p w14:paraId="3ACD6275" w14:textId="09F1A90A" w:rsidR="00E16D94" w:rsidRPr="00E16D94" w:rsidRDefault="00692D5C" w:rsidP="00E16D94">
      <w:pPr>
        <w:numPr>
          <w:ilvl w:val="1"/>
          <w:numId w:val="11"/>
        </w:numPr>
        <w:rPr>
          <w:sz w:val="28"/>
          <w:szCs w:val="28"/>
        </w:rPr>
      </w:pPr>
      <w:r>
        <w:rPr>
          <w:b/>
          <w:bCs/>
          <w:sz w:val="28"/>
          <w:szCs w:val="28"/>
        </w:rPr>
        <w:t>Gallery page:</w:t>
      </w:r>
      <w:r>
        <w:rPr>
          <w:sz w:val="28"/>
          <w:szCs w:val="28"/>
        </w:rPr>
        <w:t xml:space="preserve"> </w:t>
      </w:r>
      <w:r w:rsidR="00E16D94" w:rsidRPr="00E16D94">
        <w:rPr>
          <w:sz w:val="28"/>
          <w:szCs w:val="28"/>
        </w:rPr>
        <w:t xml:space="preserve"> </w:t>
      </w:r>
      <w:r w:rsidR="006B4B9E">
        <w:rPr>
          <w:sz w:val="28"/>
          <w:szCs w:val="28"/>
        </w:rPr>
        <w:t>H</w:t>
      </w:r>
      <w:r w:rsidR="006B4B9E" w:rsidRPr="006B4B9E">
        <w:rPr>
          <w:sz w:val="28"/>
          <w:szCs w:val="28"/>
        </w:rPr>
        <w:t>as a few photos so you can see what we offer.</w:t>
      </w:r>
    </w:p>
    <w:p w14:paraId="07856C45" w14:textId="69610696" w:rsidR="00692D5C" w:rsidRPr="00D31A85" w:rsidRDefault="00E16D94" w:rsidP="00D31A85">
      <w:pPr>
        <w:numPr>
          <w:ilvl w:val="1"/>
          <w:numId w:val="11"/>
        </w:numPr>
        <w:rPr>
          <w:sz w:val="28"/>
          <w:szCs w:val="28"/>
        </w:rPr>
      </w:pPr>
      <w:r w:rsidRPr="00E16D94">
        <w:rPr>
          <w:b/>
          <w:bCs/>
          <w:sz w:val="28"/>
          <w:szCs w:val="28"/>
        </w:rPr>
        <w:t>Contact Page:</w:t>
      </w:r>
      <w:r w:rsidRPr="00E16D94">
        <w:rPr>
          <w:sz w:val="28"/>
          <w:szCs w:val="28"/>
        </w:rPr>
        <w:t xml:space="preserve"> Form to send messages and display location/contact information. </w:t>
      </w:r>
    </w:p>
    <w:p w14:paraId="627C6B71" w14:textId="77777777" w:rsidR="00E16D94" w:rsidRPr="00E16D94" w:rsidRDefault="00E16D94" w:rsidP="00E16D94">
      <w:pPr>
        <w:rPr>
          <w:b/>
          <w:bCs/>
          <w:sz w:val="28"/>
          <w:szCs w:val="28"/>
        </w:rPr>
      </w:pPr>
      <w:r w:rsidRPr="00E16D94">
        <w:rPr>
          <w:b/>
          <w:bCs/>
          <w:sz w:val="28"/>
          <w:szCs w:val="28"/>
        </w:rPr>
        <w:t>Target Audience</w:t>
      </w:r>
    </w:p>
    <w:p w14:paraId="479B1A56" w14:textId="21BF16D5" w:rsidR="00A779E3" w:rsidRPr="00A779E3" w:rsidRDefault="00186281" w:rsidP="00A779E3">
      <w:pPr>
        <w:rPr>
          <w:sz w:val="28"/>
          <w:szCs w:val="28"/>
        </w:rPr>
      </w:pPr>
      <w:r>
        <w:rPr>
          <w:sz w:val="28"/>
          <w:szCs w:val="28"/>
        </w:rPr>
        <w:t xml:space="preserve"> </w:t>
      </w:r>
      <w:r w:rsidRPr="00A779E3">
        <w:rPr>
          <w:sz w:val="28"/>
          <w:szCs w:val="28"/>
        </w:rPr>
        <w:t>Tourists are</w:t>
      </w:r>
      <w:r w:rsidR="00A779E3" w:rsidRPr="00A779E3">
        <w:rPr>
          <w:sz w:val="28"/>
          <w:szCs w:val="28"/>
        </w:rPr>
        <w:t xml:space="preserve"> looking for </w:t>
      </w:r>
      <w:r w:rsidRPr="00A779E3">
        <w:rPr>
          <w:sz w:val="28"/>
          <w:szCs w:val="28"/>
        </w:rPr>
        <w:t xml:space="preserve">a </w:t>
      </w:r>
      <w:r w:rsidR="00ED3435">
        <w:rPr>
          <w:sz w:val="28"/>
          <w:szCs w:val="28"/>
        </w:rPr>
        <w:t>guide</w:t>
      </w:r>
      <w:r w:rsidR="00A779E3" w:rsidRPr="00A779E3">
        <w:rPr>
          <w:sz w:val="28"/>
          <w:szCs w:val="28"/>
        </w:rPr>
        <w:t xml:space="preserve"> to relax or socialize. </w:t>
      </w:r>
    </w:p>
    <w:p w14:paraId="244E28B7" w14:textId="12A6C891" w:rsidR="00A779E3" w:rsidRPr="00A779E3" w:rsidRDefault="00186281" w:rsidP="00A779E3">
      <w:pPr>
        <w:rPr>
          <w:sz w:val="28"/>
          <w:szCs w:val="28"/>
        </w:rPr>
      </w:pPr>
      <w:r>
        <w:rPr>
          <w:sz w:val="28"/>
          <w:szCs w:val="28"/>
        </w:rPr>
        <w:t>touris</w:t>
      </w:r>
      <w:r w:rsidR="00A779E3" w:rsidRPr="00A779E3">
        <w:rPr>
          <w:sz w:val="28"/>
          <w:szCs w:val="28"/>
        </w:rPr>
        <w:t xml:space="preserve">t enthusiasts seeking high-quality, ethically sourced guide. </w:t>
      </w:r>
    </w:p>
    <w:p w14:paraId="657CB54B" w14:textId="3F9F1F94" w:rsidR="00A779E3" w:rsidRPr="00A779E3" w:rsidRDefault="00A779E3" w:rsidP="00A779E3">
      <w:pPr>
        <w:rPr>
          <w:sz w:val="28"/>
          <w:szCs w:val="28"/>
        </w:rPr>
      </w:pPr>
      <w:r w:rsidRPr="00A779E3">
        <w:rPr>
          <w:sz w:val="28"/>
          <w:szCs w:val="28"/>
        </w:rPr>
        <w:t xml:space="preserve">Potential customers who want to find information about the guide’s offerings and contact options. </w:t>
      </w:r>
    </w:p>
    <w:p w14:paraId="6AD2AF8D" w14:textId="3A0FFE97" w:rsidR="00A779E3" w:rsidRPr="00A779E3" w:rsidRDefault="00A779E3" w:rsidP="00A779E3">
      <w:pPr>
        <w:rPr>
          <w:sz w:val="28"/>
          <w:szCs w:val="28"/>
        </w:rPr>
      </w:pPr>
      <w:r w:rsidRPr="00A779E3">
        <w:rPr>
          <w:sz w:val="28"/>
          <w:szCs w:val="28"/>
        </w:rPr>
        <w:t xml:space="preserve">Users of all devices, including desktops, tablets, and mobile, </w:t>
      </w:r>
      <w:r w:rsidR="00186281" w:rsidRPr="00A779E3">
        <w:rPr>
          <w:sz w:val="28"/>
          <w:szCs w:val="28"/>
        </w:rPr>
        <w:t>require</w:t>
      </w:r>
      <w:r w:rsidRPr="00A779E3">
        <w:rPr>
          <w:sz w:val="28"/>
          <w:szCs w:val="28"/>
        </w:rPr>
        <w:t xml:space="preserve"> a responsive and accessible design. </w:t>
      </w:r>
    </w:p>
    <w:p w14:paraId="2082C6D6" w14:textId="5274EDC6" w:rsidR="00E16D94" w:rsidRPr="00E16D94" w:rsidRDefault="00E16D94" w:rsidP="00A779E3">
      <w:pPr>
        <w:rPr>
          <w:b/>
          <w:bCs/>
          <w:sz w:val="28"/>
          <w:szCs w:val="28"/>
        </w:rPr>
      </w:pPr>
      <w:r w:rsidRPr="00E16D94">
        <w:rPr>
          <w:b/>
          <w:bCs/>
          <w:sz w:val="28"/>
          <w:szCs w:val="28"/>
        </w:rPr>
        <w:t>Key Requirements</w:t>
      </w:r>
    </w:p>
    <w:p w14:paraId="5412C739" w14:textId="77777777" w:rsidR="00E16D94" w:rsidRPr="00E16D94" w:rsidRDefault="00E16D94" w:rsidP="00E16D94">
      <w:pPr>
        <w:numPr>
          <w:ilvl w:val="0"/>
          <w:numId w:val="13"/>
        </w:numPr>
        <w:rPr>
          <w:sz w:val="28"/>
          <w:szCs w:val="28"/>
        </w:rPr>
      </w:pPr>
      <w:r w:rsidRPr="00E16D94">
        <w:rPr>
          <w:b/>
          <w:bCs/>
          <w:sz w:val="28"/>
          <w:szCs w:val="28"/>
        </w:rPr>
        <w:t>Responsive Design:</w:t>
      </w:r>
      <w:r w:rsidRPr="00E16D94">
        <w:rPr>
          <w:sz w:val="28"/>
          <w:szCs w:val="28"/>
        </w:rPr>
        <w:t xml:space="preserve"> The website must adapt to different screen sizes using CSS Grid or Flexbox. </w:t>
      </w:r>
    </w:p>
    <w:p w14:paraId="6F71BA7C" w14:textId="77777777" w:rsidR="00E16D94" w:rsidRPr="00E16D94" w:rsidRDefault="00E16D94" w:rsidP="00E16D94">
      <w:pPr>
        <w:numPr>
          <w:ilvl w:val="0"/>
          <w:numId w:val="13"/>
        </w:numPr>
        <w:rPr>
          <w:sz w:val="28"/>
          <w:szCs w:val="28"/>
        </w:rPr>
      </w:pPr>
      <w:r w:rsidRPr="00E16D94">
        <w:rPr>
          <w:b/>
          <w:bCs/>
          <w:sz w:val="28"/>
          <w:szCs w:val="28"/>
        </w:rPr>
        <w:t>Usability:</w:t>
      </w:r>
      <w:r w:rsidRPr="00E16D94">
        <w:rPr>
          <w:sz w:val="28"/>
          <w:szCs w:val="28"/>
        </w:rPr>
        <w:t xml:space="preserve"> Navigation should be simple and intuitive; content should be easy to read. </w:t>
      </w:r>
    </w:p>
    <w:p w14:paraId="790C0CA5" w14:textId="75BDD9E9" w:rsidR="00E16D94" w:rsidRPr="00E16D94" w:rsidRDefault="00E16D94" w:rsidP="00E16D94">
      <w:pPr>
        <w:numPr>
          <w:ilvl w:val="0"/>
          <w:numId w:val="13"/>
        </w:numPr>
        <w:rPr>
          <w:sz w:val="28"/>
          <w:szCs w:val="28"/>
        </w:rPr>
      </w:pPr>
      <w:r w:rsidRPr="00E16D94">
        <w:rPr>
          <w:b/>
          <w:bCs/>
          <w:sz w:val="28"/>
          <w:szCs w:val="28"/>
        </w:rPr>
        <w:t>Accessibility:</w:t>
      </w:r>
      <w:r w:rsidRPr="00E16D94">
        <w:rPr>
          <w:sz w:val="28"/>
          <w:szCs w:val="28"/>
        </w:rPr>
        <w:t xml:space="preserve"> Include </w:t>
      </w:r>
      <w:r w:rsidR="00D6777C" w:rsidRPr="00E16D94">
        <w:rPr>
          <w:sz w:val="28"/>
          <w:szCs w:val="28"/>
        </w:rPr>
        <w:t>all</w:t>
      </w:r>
      <w:r w:rsidRPr="00E16D94">
        <w:rPr>
          <w:sz w:val="28"/>
          <w:szCs w:val="28"/>
        </w:rPr>
        <w:t xml:space="preserve"> text for images, readable font sizes, and sufficient color contrast. </w:t>
      </w:r>
      <w:sdt>
        <w:sdtPr>
          <w:rPr>
            <w:sz w:val="28"/>
            <w:szCs w:val="28"/>
          </w:rPr>
          <w:id w:val="2104380946"/>
          <w:citation/>
        </w:sdtPr>
        <w:sdtContent>
          <w:r w:rsidR="00274D93">
            <w:rPr>
              <w:sz w:val="28"/>
              <w:szCs w:val="28"/>
            </w:rPr>
            <w:fldChar w:fldCharType="begin"/>
          </w:r>
          <w:r w:rsidR="00274D93">
            <w:rPr>
              <w:sz w:val="28"/>
              <w:szCs w:val="28"/>
            </w:rPr>
            <w:instrText xml:space="preserve"> CITATION Wor18 \l 1033 </w:instrText>
          </w:r>
          <w:r w:rsidR="00274D93">
            <w:rPr>
              <w:sz w:val="28"/>
              <w:szCs w:val="28"/>
            </w:rPr>
            <w:fldChar w:fldCharType="separate"/>
          </w:r>
          <w:r w:rsidR="00274D93" w:rsidRPr="00274D93">
            <w:rPr>
              <w:noProof/>
              <w:sz w:val="28"/>
              <w:szCs w:val="28"/>
            </w:rPr>
            <w:t>[2]</w:t>
          </w:r>
          <w:r w:rsidR="00274D93">
            <w:rPr>
              <w:sz w:val="28"/>
              <w:szCs w:val="28"/>
            </w:rPr>
            <w:fldChar w:fldCharType="end"/>
          </w:r>
        </w:sdtContent>
      </w:sdt>
    </w:p>
    <w:p w14:paraId="5E4E21D5" w14:textId="77777777" w:rsidR="00E16D94" w:rsidRPr="00E16D94" w:rsidRDefault="00E16D94" w:rsidP="00E16D94">
      <w:pPr>
        <w:numPr>
          <w:ilvl w:val="0"/>
          <w:numId w:val="13"/>
        </w:numPr>
        <w:rPr>
          <w:sz w:val="28"/>
          <w:szCs w:val="28"/>
        </w:rPr>
      </w:pPr>
      <w:r w:rsidRPr="00E16D94">
        <w:rPr>
          <w:b/>
          <w:bCs/>
          <w:sz w:val="28"/>
          <w:szCs w:val="28"/>
        </w:rPr>
        <w:t>SEO Considerations:</w:t>
      </w:r>
      <w:r w:rsidRPr="00E16D94">
        <w:rPr>
          <w:sz w:val="28"/>
          <w:szCs w:val="28"/>
        </w:rPr>
        <w:t xml:space="preserve"> Proper page titles, headings, and meta descriptions to improve search visibility. </w:t>
      </w:r>
    </w:p>
    <w:p w14:paraId="2F8ABA98" w14:textId="77777777" w:rsidR="008306AB" w:rsidRDefault="00E16D94" w:rsidP="008306AB">
      <w:pPr>
        <w:numPr>
          <w:ilvl w:val="0"/>
          <w:numId w:val="13"/>
        </w:numPr>
        <w:rPr>
          <w:sz w:val="28"/>
          <w:szCs w:val="28"/>
        </w:rPr>
      </w:pPr>
      <w:r w:rsidRPr="00E16D94">
        <w:rPr>
          <w:b/>
          <w:bCs/>
          <w:sz w:val="28"/>
          <w:szCs w:val="28"/>
        </w:rPr>
        <w:t>Standards Compliance:</w:t>
      </w:r>
      <w:r w:rsidRPr="00E16D94">
        <w:rPr>
          <w:sz w:val="28"/>
          <w:szCs w:val="28"/>
        </w:rPr>
        <w:t xml:space="preserve"> HTML and CSS should validate according to W3C standards.</w:t>
      </w:r>
    </w:p>
    <w:p w14:paraId="33E00DCC" w14:textId="50B0F3ED" w:rsidR="00F21731" w:rsidRPr="008306AB" w:rsidRDefault="00FD678D" w:rsidP="008306AB">
      <w:pPr>
        <w:ind w:left="720"/>
        <w:rPr>
          <w:sz w:val="28"/>
          <w:szCs w:val="28"/>
        </w:rPr>
      </w:pPr>
      <w:r>
        <w:rPr>
          <w:noProof/>
        </w:rPr>
        <w:drawing>
          <wp:anchor distT="0" distB="0" distL="114300" distR="114300" simplePos="0" relativeHeight="251658240" behindDoc="1" locked="0" layoutInCell="1" allowOverlap="1" wp14:anchorId="02268EC9" wp14:editId="5DD8AE57">
            <wp:simplePos x="0" y="0"/>
            <wp:positionH relativeFrom="column">
              <wp:posOffset>2933700</wp:posOffset>
            </wp:positionH>
            <wp:positionV relativeFrom="paragraph">
              <wp:posOffset>85724</wp:posOffset>
            </wp:positionV>
            <wp:extent cx="6574021" cy="3076575"/>
            <wp:effectExtent l="76200" t="76200" r="132080" b="123825"/>
            <wp:wrapTight wrapText="bothSides">
              <wp:wrapPolygon edited="0">
                <wp:start x="-125" y="-535"/>
                <wp:lineTo x="-250" y="-401"/>
                <wp:lineTo x="-250" y="21801"/>
                <wp:lineTo x="-125" y="22336"/>
                <wp:lineTo x="21846" y="22336"/>
                <wp:lineTo x="21971" y="21132"/>
                <wp:lineTo x="21971" y="1739"/>
                <wp:lineTo x="21846" y="-267"/>
                <wp:lineTo x="21846" y="-535"/>
                <wp:lineTo x="-125" y="-535"/>
              </wp:wrapPolygon>
            </wp:wrapTight>
            <wp:docPr id="199593897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938973" name="Picture 1995938973"/>
                    <pic:cNvPicPr/>
                  </pic:nvPicPr>
                  <pic:blipFill>
                    <a:blip r:embed="rId12"/>
                    <a:stretch>
                      <a:fillRect/>
                    </a:stretch>
                  </pic:blipFill>
                  <pic:spPr>
                    <a:xfrm>
                      <a:off x="0" y="0"/>
                      <a:ext cx="6576398" cy="307768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45100A09" w14:textId="68BAAFEE" w:rsidR="00391C42" w:rsidRPr="00391C42" w:rsidRDefault="00391C42" w:rsidP="00391C42">
      <w:pPr>
        <w:rPr>
          <w:sz w:val="28"/>
          <w:szCs w:val="28"/>
        </w:rPr>
      </w:pPr>
      <w:r w:rsidRPr="00391C42">
        <w:rPr>
          <w:sz w:val="28"/>
          <w:szCs w:val="28"/>
        </w:rPr>
        <w:t xml:space="preserve">This image is a screenshot of a webpage titled </w:t>
      </w:r>
      <w:r w:rsidRPr="00391C42">
        <w:rPr>
          <w:b/>
          <w:bCs/>
          <w:sz w:val="28"/>
          <w:szCs w:val="28"/>
        </w:rPr>
        <w:t>“Dominican Republic Tourism Guide.”</w:t>
      </w:r>
      <w:r w:rsidRPr="00391C42">
        <w:rPr>
          <w:sz w:val="28"/>
          <w:szCs w:val="28"/>
        </w:rPr>
        <w:t xml:space="preserve"> It appears to be a simple travel website displayed in a browser on a Windows computer.</w:t>
      </w:r>
    </w:p>
    <w:p w14:paraId="135DD08A" w14:textId="79D66CCD" w:rsidR="00391C42" w:rsidRPr="00391C42" w:rsidRDefault="00391C42" w:rsidP="00391C42">
      <w:pPr>
        <w:rPr>
          <w:sz w:val="28"/>
          <w:szCs w:val="28"/>
        </w:rPr>
      </w:pPr>
      <w:r w:rsidRPr="00391C42">
        <w:rPr>
          <w:sz w:val="28"/>
          <w:szCs w:val="28"/>
        </w:rPr>
        <w:t xml:space="preserve">At the top of the page, there is a large heading with the title, followed by a vertical navigation menu on the left with links such as </w:t>
      </w:r>
      <w:r w:rsidRPr="00391C42">
        <w:rPr>
          <w:b/>
          <w:bCs/>
          <w:sz w:val="28"/>
          <w:szCs w:val="28"/>
        </w:rPr>
        <w:t>Home, About, Gallery, and Contact us</w:t>
      </w:r>
      <w:r w:rsidRPr="00391C42">
        <w:rPr>
          <w:sz w:val="28"/>
          <w:szCs w:val="28"/>
        </w:rPr>
        <w:t xml:space="preserve">. Below that, there is a welcoming section labeled </w:t>
      </w:r>
      <w:r w:rsidRPr="00391C42">
        <w:rPr>
          <w:b/>
          <w:bCs/>
          <w:sz w:val="28"/>
          <w:szCs w:val="28"/>
        </w:rPr>
        <w:t>“Welcome to Dominican Republic.”</w:t>
      </w:r>
    </w:p>
    <w:p w14:paraId="11160CBC" w14:textId="4ABD18B3" w:rsidR="00391C42" w:rsidRPr="00391C42" w:rsidRDefault="00391C42" w:rsidP="00391C42">
      <w:pPr>
        <w:rPr>
          <w:sz w:val="28"/>
          <w:szCs w:val="28"/>
        </w:rPr>
      </w:pPr>
      <w:r w:rsidRPr="00391C42">
        <w:rPr>
          <w:sz w:val="28"/>
          <w:szCs w:val="28"/>
        </w:rPr>
        <w:t xml:space="preserve">The main visual feature is a bright, tropical beach scene. On the left, there is a smaller rectangular image showing a sandy beach lined with palm trees and clear turquoise water. A Dominican Republic flag is mounted </w:t>
      </w:r>
      <w:r w:rsidRPr="00391C42">
        <w:rPr>
          <w:sz w:val="28"/>
          <w:szCs w:val="28"/>
        </w:rPr>
        <w:lastRenderedPageBreak/>
        <w:t>on a wooden pole in the foreground. The same flag and beach scene also appear enlarged as a background image on the right side of the page, filling most of the screen.</w:t>
      </w:r>
    </w:p>
    <w:p w14:paraId="15F35088" w14:textId="751E3381" w:rsidR="00391C42" w:rsidRPr="00391C42" w:rsidRDefault="00391C42" w:rsidP="00391C42">
      <w:pPr>
        <w:rPr>
          <w:sz w:val="28"/>
          <w:szCs w:val="28"/>
        </w:rPr>
      </w:pPr>
      <w:r w:rsidRPr="00391C42">
        <w:rPr>
          <w:sz w:val="28"/>
          <w:szCs w:val="28"/>
        </w:rPr>
        <w:t>At the bottom of the visible section, there is a short paragraph describing the Dominican Republic as a popular vacation destination, mentioning its white-sand beaches and tourist attractions.</w:t>
      </w:r>
    </w:p>
    <w:p w14:paraId="326528C8" w14:textId="274107C7" w:rsidR="00391C42" w:rsidRPr="00391C42" w:rsidRDefault="00391C42" w:rsidP="00391C42">
      <w:r w:rsidRPr="00391C42">
        <w:rPr>
          <w:sz w:val="28"/>
          <w:szCs w:val="28"/>
        </w:rPr>
        <w:t>The browser interface is visible at the top, showing multiple open tabs and a local file path, suggesting the webpage is being viewed from a file saved on the computer rather than a live website</w:t>
      </w:r>
      <w:r w:rsidRPr="00391C42">
        <w:t>.</w:t>
      </w:r>
    </w:p>
    <w:p w14:paraId="31144B50" w14:textId="38A7A7E1" w:rsidR="00C534D6" w:rsidRDefault="00C534D6" w:rsidP="00C534D6"/>
    <w:p w14:paraId="096AA604" w14:textId="1C929C4A" w:rsidR="005B4107" w:rsidRPr="005B4107" w:rsidRDefault="005B4107" w:rsidP="005B4107">
      <w:pPr>
        <w:rPr>
          <w:sz w:val="28"/>
          <w:szCs w:val="28"/>
        </w:rPr>
      </w:pPr>
      <w:r>
        <w:rPr>
          <w:noProof/>
        </w:rPr>
        <w:drawing>
          <wp:anchor distT="0" distB="0" distL="114300" distR="114300" simplePos="0" relativeHeight="251649024" behindDoc="0" locked="0" layoutInCell="1" allowOverlap="1" wp14:anchorId="71AD7D2F" wp14:editId="5B82C43B">
            <wp:simplePos x="0" y="0"/>
            <wp:positionH relativeFrom="column">
              <wp:posOffset>2726690</wp:posOffset>
            </wp:positionH>
            <wp:positionV relativeFrom="paragraph">
              <wp:posOffset>88900</wp:posOffset>
            </wp:positionV>
            <wp:extent cx="6292850" cy="3648075"/>
            <wp:effectExtent l="76200" t="76200" r="127000" b="142875"/>
            <wp:wrapSquare wrapText="bothSides"/>
            <wp:docPr id="1470522011"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522011" name="Picture 1470522011"/>
                    <pic:cNvPicPr/>
                  </pic:nvPicPr>
                  <pic:blipFill rotWithShape="1">
                    <a:blip r:embed="rId13"/>
                    <a:srcRect l="10198" t="13700" r="11618" b="5721"/>
                    <a:stretch>
                      <a:fillRect/>
                    </a:stretch>
                  </pic:blipFill>
                  <pic:spPr bwMode="auto">
                    <a:xfrm>
                      <a:off x="0" y="0"/>
                      <a:ext cx="6292850" cy="36480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52648">
        <w:rPr>
          <w:sz w:val="28"/>
          <w:szCs w:val="28"/>
        </w:rPr>
        <w:t xml:space="preserve">Home page </w:t>
      </w:r>
      <w:r w:rsidR="009C237F">
        <w:rPr>
          <w:sz w:val="28"/>
          <w:szCs w:val="28"/>
        </w:rPr>
        <w:t>screenshot, At</w:t>
      </w:r>
      <w:r w:rsidRPr="005B4107">
        <w:rPr>
          <w:sz w:val="28"/>
          <w:szCs w:val="28"/>
        </w:rPr>
        <w:t xml:space="preserve"> the top center of the page, there is a large, bold heading that reads </w:t>
      </w:r>
      <w:r w:rsidRPr="005B4107">
        <w:rPr>
          <w:b/>
          <w:bCs/>
          <w:sz w:val="28"/>
          <w:szCs w:val="28"/>
        </w:rPr>
        <w:t>“Welcome to the Dominican Republic.”</w:t>
      </w:r>
      <w:r w:rsidRPr="005B4107">
        <w:rPr>
          <w:sz w:val="28"/>
          <w:szCs w:val="28"/>
        </w:rPr>
        <w:t xml:space="preserve"> Directly underneath, a short tagline invites visitors to </w:t>
      </w:r>
      <w:r w:rsidRPr="005B4107">
        <w:rPr>
          <w:i/>
          <w:iCs/>
          <w:sz w:val="28"/>
          <w:szCs w:val="28"/>
        </w:rPr>
        <w:t>“feel the rhythm of the Caribbean, explore golden beaches, and experience warm island hospitality.”</w:t>
      </w:r>
      <w:r w:rsidRPr="005B4107">
        <w:rPr>
          <w:sz w:val="28"/>
          <w:szCs w:val="28"/>
        </w:rPr>
        <w:t xml:space="preserve"> Below this text is a blue button labeled </w:t>
      </w:r>
      <w:r w:rsidRPr="005B4107">
        <w:rPr>
          <w:b/>
          <w:bCs/>
          <w:sz w:val="28"/>
          <w:szCs w:val="28"/>
        </w:rPr>
        <w:t>“Plan Your Trip,”</w:t>
      </w:r>
      <w:r w:rsidRPr="005B4107">
        <w:rPr>
          <w:sz w:val="28"/>
          <w:szCs w:val="28"/>
        </w:rPr>
        <w:t xml:space="preserve"> which stands out as a call-to-action.</w:t>
      </w:r>
    </w:p>
    <w:p w14:paraId="5B6F9F80" w14:textId="77777777" w:rsidR="005B4107" w:rsidRPr="005B4107" w:rsidRDefault="005B4107" w:rsidP="005B4107">
      <w:pPr>
        <w:rPr>
          <w:sz w:val="28"/>
          <w:szCs w:val="28"/>
        </w:rPr>
      </w:pPr>
      <w:r w:rsidRPr="005B4107">
        <w:rPr>
          <w:sz w:val="28"/>
          <w:szCs w:val="28"/>
        </w:rPr>
        <w:t xml:space="preserve">Further down the page, there is a section titled </w:t>
      </w:r>
      <w:r w:rsidRPr="005B4107">
        <w:rPr>
          <w:b/>
          <w:bCs/>
          <w:sz w:val="28"/>
          <w:szCs w:val="28"/>
        </w:rPr>
        <w:t>“Why Visit?”</w:t>
      </w:r>
      <w:r w:rsidRPr="005B4107">
        <w:rPr>
          <w:sz w:val="28"/>
          <w:szCs w:val="28"/>
        </w:rPr>
        <w:t>. It contains a paragraph explaining that the Dominican Republic is more than just a destination—it’s an experience filled with welcoming people, music, and vibrant culture.</w:t>
      </w:r>
    </w:p>
    <w:p w14:paraId="6446C63E" w14:textId="77777777" w:rsidR="005B4107" w:rsidRDefault="005B4107" w:rsidP="005B4107">
      <w:pPr>
        <w:rPr>
          <w:sz w:val="28"/>
          <w:szCs w:val="28"/>
        </w:rPr>
      </w:pPr>
      <w:r w:rsidRPr="005B4107">
        <w:rPr>
          <w:sz w:val="28"/>
          <w:szCs w:val="28"/>
        </w:rPr>
        <w:t xml:space="preserve">Below that, the page begins a </w:t>
      </w:r>
      <w:r w:rsidRPr="005B4107">
        <w:rPr>
          <w:b/>
          <w:bCs/>
          <w:sz w:val="28"/>
          <w:szCs w:val="28"/>
        </w:rPr>
        <w:t>“Top Destinations”</w:t>
      </w:r>
      <w:r w:rsidRPr="005B4107">
        <w:rPr>
          <w:sz w:val="28"/>
          <w:szCs w:val="28"/>
        </w:rPr>
        <w:t xml:space="preserve"> section. Part of this section is visible, showing image thumbnails—one clearly labeled “Punta Cana,” with other scenic images beside it that likely represent popular locations.</w:t>
      </w:r>
    </w:p>
    <w:p w14:paraId="1A0ECE13" w14:textId="346DC42F" w:rsidR="00D053BA" w:rsidRPr="005B4107" w:rsidRDefault="00D053BA" w:rsidP="005B4107">
      <w:pPr>
        <w:rPr>
          <w:sz w:val="28"/>
          <w:szCs w:val="28"/>
        </w:rPr>
      </w:pPr>
    </w:p>
    <w:p w14:paraId="0A302313" w14:textId="3620CF5C" w:rsidR="005B4107" w:rsidRPr="005B4107" w:rsidRDefault="005B4107" w:rsidP="005B4107">
      <w:pPr>
        <w:rPr>
          <w:sz w:val="28"/>
          <w:szCs w:val="28"/>
        </w:rPr>
      </w:pPr>
      <w:r w:rsidRPr="005B4107">
        <w:rPr>
          <w:sz w:val="28"/>
          <w:szCs w:val="28"/>
        </w:rPr>
        <w:t>The browser interface is visible at the top, including multiple open tabs and a file path indicating the page is being viewed from a local file (homepage.html). At the bottom of the screen, the Windows taskbar is visible, showing system icons, the time, weather (light rain, 19°C), and several pinned applications.</w:t>
      </w:r>
    </w:p>
    <w:p w14:paraId="0A9735C6" w14:textId="6F6B26C9" w:rsidR="00D053BA" w:rsidRDefault="00D053BA"/>
    <w:p w14:paraId="2B718A2E" w14:textId="63EC837B" w:rsidR="000E700A" w:rsidRPr="000E700A" w:rsidRDefault="000E700A" w:rsidP="000E700A">
      <w:pPr>
        <w:rPr>
          <w:sz w:val="28"/>
          <w:szCs w:val="28"/>
        </w:rPr>
      </w:pPr>
      <w:r>
        <w:rPr>
          <w:noProof/>
          <w:sz w:val="28"/>
          <w:szCs w:val="28"/>
        </w:rPr>
        <w:drawing>
          <wp:anchor distT="0" distB="0" distL="114300" distR="114300" simplePos="0" relativeHeight="251653120" behindDoc="1" locked="0" layoutInCell="1" allowOverlap="1" wp14:anchorId="16011566" wp14:editId="739E84BF">
            <wp:simplePos x="0" y="0"/>
            <wp:positionH relativeFrom="column">
              <wp:posOffset>3162300</wp:posOffset>
            </wp:positionH>
            <wp:positionV relativeFrom="paragraph">
              <wp:posOffset>83820</wp:posOffset>
            </wp:positionV>
            <wp:extent cx="6025515" cy="3276600"/>
            <wp:effectExtent l="76200" t="76200" r="127635" b="133350"/>
            <wp:wrapTight wrapText="bothSides">
              <wp:wrapPolygon edited="0">
                <wp:start x="-137" y="-502"/>
                <wp:lineTo x="-273" y="-377"/>
                <wp:lineTo x="-273" y="21726"/>
                <wp:lineTo x="-137" y="22353"/>
                <wp:lineTo x="21853" y="22353"/>
                <wp:lineTo x="21989" y="21726"/>
                <wp:lineTo x="21989" y="1633"/>
                <wp:lineTo x="21853" y="-251"/>
                <wp:lineTo x="21853" y="-502"/>
                <wp:lineTo x="-137" y="-502"/>
              </wp:wrapPolygon>
            </wp:wrapTight>
            <wp:docPr id="2093464808"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464808" name="Picture 2093464808"/>
                    <pic:cNvPicPr/>
                  </pic:nvPicPr>
                  <pic:blipFill>
                    <a:blip r:embed="rId14"/>
                    <a:stretch>
                      <a:fillRect/>
                    </a:stretch>
                  </pic:blipFill>
                  <pic:spPr>
                    <a:xfrm>
                      <a:off x="0" y="0"/>
                      <a:ext cx="6025515" cy="32766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0E700A">
        <w:rPr>
          <w:sz w:val="28"/>
          <w:szCs w:val="28"/>
        </w:rPr>
        <w:t xml:space="preserve">This image shows an </w:t>
      </w:r>
      <w:r w:rsidRPr="000E700A">
        <w:rPr>
          <w:b/>
          <w:bCs/>
          <w:sz w:val="28"/>
          <w:szCs w:val="28"/>
        </w:rPr>
        <w:t>“About Us”</w:t>
      </w:r>
      <w:r w:rsidRPr="000E700A">
        <w:rPr>
          <w:sz w:val="28"/>
          <w:szCs w:val="28"/>
        </w:rPr>
        <w:t xml:space="preserve"> page from a Dominican Republic tourism website.</w:t>
      </w:r>
    </w:p>
    <w:p w14:paraId="3DCED1DD" w14:textId="77777777" w:rsidR="000E700A" w:rsidRPr="000E700A" w:rsidRDefault="000E700A" w:rsidP="000E700A">
      <w:pPr>
        <w:rPr>
          <w:sz w:val="28"/>
          <w:szCs w:val="28"/>
        </w:rPr>
      </w:pPr>
      <w:r w:rsidRPr="000E700A">
        <w:rPr>
          <w:sz w:val="28"/>
          <w:szCs w:val="28"/>
        </w:rPr>
        <w:t xml:space="preserve">At the top, there is a wide dark-blue banner with a large heading that reads </w:t>
      </w:r>
      <w:r w:rsidRPr="000E700A">
        <w:rPr>
          <w:b/>
          <w:bCs/>
          <w:sz w:val="28"/>
          <w:szCs w:val="28"/>
        </w:rPr>
        <w:t>“About Us.”</w:t>
      </w:r>
      <w:r w:rsidRPr="000E700A">
        <w:rPr>
          <w:sz w:val="28"/>
          <w:szCs w:val="28"/>
        </w:rPr>
        <w:t xml:space="preserve"> Beneath it is a short sentence explaining the purpose of the site: they go on tours and record videos to give customers a preview of the experience before booking.</w:t>
      </w:r>
    </w:p>
    <w:p w14:paraId="4255EC3E" w14:textId="77777777" w:rsidR="000E700A" w:rsidRPr="000E700A" w:rsidRDefault="000E700A" w:rsidP="000E700A">
      <w:pPr>
        <w:rPr>
          <w:sz w:val="28"/>
          <w:szCs w:val="28"/>
        </w:rPr>
      </w:pPr>
      <w:r w:rsidRPr="000E700A">
        <w:rPr>
          <w:sz w:val="28"/>
          <w:szCs w:val="28"/>
        </w:rPr>
        <w:t>Below the banner, the page is divided into sections:</w:t>
      </w:r>
    </w:p>
    <w:p w14:paraId="7554E202" w14:textId="3707DCF6" w:rsidR="000E700A" w:rsidRPr="000E700A" w:rsidRDefault="000E700A" w:rsidP="000E700A">
      <w:pPr>
        <w:numPr>
          <w:ilvl w:val="0"/>
          <w:numId w:val="14"/>
        </w:numPr>
        <w:rPr>
          <w:sz w:val="28"/>
          <w:szCs w:val="28"/>
        </w:rPr>
      </w:pPr>
      <w:r w:rsidRPr="000E700A">
        <w:rPr>
          <w:b/>
          <w:bCs/>
          <w:sz w:val="28"/>
          <w:szCs w:val="28"/>
        </w:rPr>
        <w:t>“Who We Are”</w:t>
      </w:r>
      <w:r w:rsidRPr="000E700A">
        <w:rPr>
          <w:sz w:val="28"/>
          <w:szCs w:val="28"/>
        </w:rPr>
        <w:t xml:space="preserve">: This section describes the team as passionate local tour guides who focus on showcasing the authentic Dominican Republic beyond resorts. It mentions personalized experiences, including the history of Santo Domingo, hidden beaches in </w:t>
      </w:r>
      <w:r w:rsidR="007D1E51" w:rsidRPr="000E700A">
        <w:rPr>
          <w:sz w:val="28"/>
          <w:szCs w:val="28"/>
        </w:rPr>
        <w:t>Samana</w:t>
      </w:r>
      <w:r w:rsidRPr="000E700A">
        <w:rPr>
          <w:sz w:val="28"/>
          <w:szCs w:val="28"/>
        </w:rPr>
        <w:t xml:space="preserve">, and local culture, with an emphasis on sustainable travel. </w:t>
      </w:r>
    </w:p>
    <w:p w14:paraId="546F5E9C" w14:textId="77777777" w:rsidR="000E700A" w:rsidRPr="000E700A" w:rsidRDefault="000E700A" w:rsidP="000E700A">
      <w:pPr>
        <w:numPr>
          <w:ilvl w:val="0"/>
          <w:numId w:val="14"/>
        </w:numPr>
        <w:rPr>
          <w:sz w:val="28"/>
          <w:szCs w:val="28"/>
        </w:rPr>
      </w:pPr>
      <w:r w:rsidRPr="000E700A">
        <w:rPr>
          <w:b/>
          <w:bCs/>
          <w:sz w:val="28"/>
          <w:szCs w:val="28"/>
        </w:rPr>
        <w:lastRenderedPageBreak/>
        <w:t>“Our History”</w:t>
      </w:r>
      <w:r w:rsidRPr="000E700A">
        <w:rPr>
          <w:sz w:val="28"/>
          <w:szCs w:val="28"/>
        </w:rPr>
        <w:t xml:space="preserve">: This part explains how tourism in the Dominican Republic has grown—from early development in Puerto Plata to becoming a major Caribbean destination with millions of visitors. It highlights growth in the 1970s and mentions attractions like the Colonial City, Punta Cana, and ecotourism areas. </w:t>
      </w:r>
    </w:p>
    <w:p w14:paraId="4F8D787D" w14:textId="4D649A34" w:rsidR="000E700A" w:rsidRPr="000E700A" w:rsidRDefault="000E700A" w:rsidP="000E700A">
      <w:pPr>
        <w:numPr>
          <w:ilvl w:val="0"/>
          <w:numId w:val="14"/>
        </w:numPr>
        <w:rPr>
          <w:sz w:val="28"/>
          <w:szCs w:val="28"/>
        </w:rPr>
      </w:pPr>
      <w:r w:rsidRPr="000E700A">
        <w:rPr>
          <w:b/>
          <w:bCs/>
          <w:sz w:val="28"/>
          <w:szCs w:val="28"/>
        </w:rPr>
        <w:t>“Meet the Team”</w:t>
      </w:r>
      <w:r w:rsidRPr="000E700A">
        <w:rPr>
          <w:sz w:val="28"/>
          <w:szCs w:val="28"/>
        </w:rPr>
        <w:t xml:space="preserve">: At the bottom, there is a team member profile. It includes a circular photo of </w:t>
      </w:r>
      <w:r w:rsidRPr="000E700A">
        <w:rPr>
          <w:b/>
          <w:bCs/>
          <w:sz w:val="28"/>
          <w:szCs w:val="28"/>
        </w:rPr>
        <w:t>Fernel Ramirez Espinal</w:t>
      </w:r>
      <w:r w:rsidRPr="000E700A">
        <w:rPr>
          <w:sz w:val="28"/>
          <w:szCs w:val="28"/>
        </w:rPr>
        <w:t xml:space="preserve"> and a brief description of their role as </w:t>
      </w:r>
      <w:r w:rsidR="008F7F4A" w:rsidRPr="000E700A">
        <w:rPr>
          <w:sz w:val="28"/>
          <w:szCs w:val="28"/>
        </w:rPr>
        <w:t>tourism</w:t>
      </w:r>
      <w:r w:rsidRPr="000E700A">
        <w:rPr>
          <w:sz w:val="28"/>
          <w:szCs w:val="28"/>
        </w:rPr>
        <w:t xml:space="preserve"> manager. </w:t>
      </w:r>
    </w:p>
    <w:p w14:paraId="015429E2" w14:textId="77777777" w:rsidR="000E700A" w:rsidRPr="000E700A" w:rsidRDefault="000E700A" w:rsidP="000E700A">
      <w:pPr>
        <w:rPr>
          <w:sz w:val="28"/>
          <w:szCs w:val="28"/>
        </w:rPr>
      </w:pPr>
      <w:r w:rsidRPr="000E700A">
        <w:rPr>
          <w:sz w:val="28"/>
          <w:szCs w:val="28"/>
        </w:rPr>
        <w:t>Overall, the page has a clean, structured layout with headings, paragraphs, and a professional, informative tone focused on travel and tourism.</w:t>
      </w:r>
    </w:p>
    <w:p w14:paraId="79E6A64D" w14:textId="7185EFD3" w:rsidR="00A44341" w:rsidRDefault="00A44341"/>
    <w:p w14:paraId="249F23AD" w14:textId="54507E87" w:rsidR="00BA7B45" w:rsidRPr="00BA7B45" w:rsidRDefault="00BA7B45" w:rsidP="00BA7B45">
      <w:pPr>
        <w:rPr>
          <w:sz w:val="28"/>
          <w:szCs w:val="28"/>
        </w:rPr>
      </w:pPr>
      <w:r w:rsidRPr="00BA7B45">
        <w:rPr>
          <w:sz w:val="28"/>
          <w:szCs w:val="28"/>
        </w:rPr>
        <w:t>The layout is organized in a grid of cards, each displaying a scenic photo along with a location name. The design uses rounded image tiles, soft shadows, and a neutral background to make the images stand out.</w:t>
      </w:r>
    </w:p>
    <w:p w14:paraId="08286138" w14:textId="7207DF02" w:rsidR="00BA7B45" w:rsidRPr="00BA7B45" w:rsidRDefault="00BA7B45" w:rsidP="00BA7B45">
      <w:pPr>
        <w:rPr>
          <w:b/>
          <w:bCs/>
          <w:sz w:val="28"/>
          <w:szCs w:val="28"/>
        </w:rPr>
      </w:pPr>
      <w:r w:rsidRPr="00BA7B45">
        <w:rPr>
          <w:b/>
          <w:bCs/>
          <w:sz w:val="28"/>
          <w:szCs w:val="28"/>
        </w:rPr>
        <w:t>What’s shown in the gallery:</w:t>
      </w:r>
    </w:p>
    <w:p w14:paraId="10265742" w14:textId="276A3E6D" w:rsidR="00BA7B45" w:rsidRPr="00BA7B45" w:rsidRDefault="00BA7B45" w:rsidP="00BA7B45">
      <w:pPr>
        <w:numPr>
          <w:ilvl w:val="0"/>
          <w:numId w:val="15"/>
        </w:numPr>
        <w:rPr>
          <w:sz w:val="28"/>
          <w:szCs w:val="28"/>
        </w:rPr>
      </w:pPr>
      <w:r w:rsidRPr="00BA7B45">
        <w:rPr>
          <w:sz w:val="28"/>
          <w:szCs w:val="28"/>
        </w:rPr>
        <w:t xml:space="preserve">A natural pool surrounded by rocks and wooden stairs at </w:t>
      </w:r>
      <w:r w:rsidRPr="00BA7B45">
        <w:rPr>
          <w:b/>
          <w:bCs/>
          <w:sz w:val="28"/>
          <w:szCs w:val="28"/>
        </w:rPr>
        <w:t>Hoyo Azul</w:t>
      </w:r>
      <w:r w:rsidRPr="00BA7B45">
        <w:rPr>
          <w:sz w:val="28"/>
          <w:szCs w:val="28"/>
        </w:rPr>
        <w:t xml:space="preserve"> </w:t>
      </w:r>
    </w:p>
    <w:p w14:paraId="29EE39C2" w14:textId="4928BA76" w:rsidR="00BA7B45" w:rsidRPr="00BA7B45" w:rsidRDefault="00BA7B45" w:rsidP="00BA7B45">
      <w:pPr>
        <w:numPr>
          <w:ilvl w:val="0"/>
          <w:numId w:val="15"/>
        </w:numPr>
        <w:rPr>
          <w:sz w:val="28"/>
          <w:szCs w:val="28"/>
        </w:rPr>
      </w:pPr>
      <w:r w:rsidRPr="00BA7B45">
        <w:rPr>
          <w:sz w:val="28"/>
          <w:szCs w:val="28"/>
        </w:rPr>
        <w:t xml:space="preserve">A tropical island with white sand and turquoise water at </w:t>
      </w:r>
      <w:r w:rsidRPr="00BA7B45">
        <w:rPr>
          <w:b/>
          <w:bCs/>
          <w:sz w:val="28"/>
          <w:szCs w:val="28"/>
        </w:rPr>
        <w:t xml:space="preserve">Cayo </w:t>
      </w:r>
      <w:proofErr w:type="spellStart"/>
      <w:r w:rsidRPr="00BA7B45">
        <w:rPr>
          <w:b/>
          <w:bCs/>
          <w:sz w:val="28"/>
          <w:szCs w:val="28"/>
        </w:rPr>
        <w:t>Levantado</w:t>
      </w:r>
      <w:proofErr w:type="spellEnd"/>
      <w:r w:rsidRPr="00BA7B45">
        <w:rPr>
          <w:sz w:val="28"/>
          <w:szCs w:val="28"/>
        </w:rPr>
        <w:t xml:space="preserve"> </w:t>
      </w:r>
    </w:p>
    <w:p w14:paraId="332AA134" w14:textId="19BE815B" w:rsidR="00BA7B45" w:rsidRPr="00BA7B45" w:rsidRDefault="00BA7B45" w:rsidP="00BA7B45">
      <w:pPr>
        <w:numPr>
          <w:ilvl w:val="0"/>
          <w:numId w:val="15"/>
        </w:numPr>
        <w:rPr>
          <w:sz w:val="28"/>
          <w:szCs w:val="28"/>
        </w:rPr>
      </w:pPr>
      <w:r w:rsidRPr="00BA7B45">
        <w:rPr>
          <w:sz w:val="28"/>
          <w:szCs w:val="28"/>
        </w:rPr>
        <w:t xml:space="preserve">A historic government building in </w:t>
      </w:r>
      <w:r w:rsidRPr="00BA7B45">
        <w:rPr>
          <w:b/>
          <w:bCs/>
          <w:sz w:val="28"/>
          <w:szCs w:val="28"/>
        </w:rPr>
        <w:t>Santo Domingo</w:t>
      </w:r>
      <w:r w:rsidRPr="00BA7B45">
        <w:rPr>
          <w:sz w:val="28"/>
          <w:szCs w:val="28"/>
        </w:rPr>
        <w:t xml:space="preserve"> </w:t>
      </w:r>
    </w:p>
    <w:p w14:paraId="0577224C" w14:textId="65ED87F0" w:rsidR="00BA7B45" w:rsidRPr="00BA7B45" w:rsidRDefault="00BA7B45" w:rsidP="00BA7B45">
      <w:pPr>
        <w:numPr>
          <w:ilvl w:val="0"/>
          <w:numId w:val="15"/>
        </w:numPr>
        <w:rPr>
          <w:sz w:val="28"/>
          <w:szCs w:val="28"/>
        </w:rPr>
      </w:pPr>
      <w:r w:rsidRPr="00BA7B45">
        <w:rPr>
          <w:sz w:val="28"/>
          <w:szCs w:val="28"/>
        </w:rPr>
        <w:t xml:space="preserve">A monument and horse carriage scene in </w:t>
      </w:r>
      <w:r w:rsidRPr="00BA7B45">
        <w:rPr>
          <w:b/>
          <w:bCs/>
          <w:sz w:val="28"/>
          <w:szCs w:val="28"/>
        </w:rPr>
        <w:t xml:space="preserve">Santiago de </w:t>
      </w:r>
      <w:proofErr w:type="spellStart"/>
      <w:r w:rsidRPr="00BA7B45">
        <w:rPr>
          <w:b/>
          <w:bCs/>
          <w:sz w:val="28"/>
          <w:szCs w:val="28"/>
        </w:rPr>
        <w:t>los</w:t>
      </w:r>
      <w:proofErr w:type="spellEnd"/>
      <w:r w:rsidRPr="00BA7B45">
        <w:rPr>
          <w:b/>
          <w:bCs/>
          <w:sz w:val="28"/>
          <w:szCs w:val="28"/>
        </w:rPr>
        <w:t xml:space="preserve"> Caballeros</w:t>
      </w:r>
      <w:r w:rsidRPr="00BA7B45">
        <w:rPr>
          <w:sz w:val="28"/>
          <w:szCs w:val="28"/>
        </w:rPr>
        <w:t xml:space="preserve"> </w:t>
      </w:r>
    </w:p>
    <w:p w14:paraId="466B63A3" w14:textId="2CC46273" w:rsidR="00BA7B45" w:rsidRPr="00BA7B45" w:rsidRDefault="00BA7B45" w:rsidP="00BA7B45">
      <w:pPr>
        <w:numPr>
          <w:ilvl w:val="0"/>
          <w:numId w:val="15"/>
        </w:numPr>
        <w:rPr>
          <w:sz w:val="28"/>
          <w:szCs w:val="28"/>
        </w:rPr>
      </w:pPr>
      <w:r w:rsidRPr="00BA7B45">
        <w:rPr>
          <w:sz w:val="28"/>
          <w:szCs w:val="28"/>
        </w:rPr>
        <w:t xml:space="preserve">A beach view labeled </w:t>
      </w:r>
      <w:r w:rsidRPr="00BA7B45">
        <w:rPr>
          <w:b/>
          <w:bCs/>
          <w:sz w:val="28"/>
          <w:szCs w:val="28"/>
        </w:rPr>
        <w:t>Puerto Plata</w:t>
      </w:r>
      <w:r w:rsidRPr="00BA7B45">
        <w:rPr>
          <w:sz w:val="28"/>
          <w:szCs w:val="28"/>
        </w:rPr>
        <w:t xml:space="preserve"> </w:t>
      </w:r>
    </w:p>
    <w:p w14:paraId="20DA31E1" w14:textId="77777777" w:rsidR="00BA7B45" w:rsidRPr="00BA7B45" w:rsidRDefault="00BA7B45" w:rsidP="00BA7B45">
      <w:pPr>
        <w:numPr>
          <w:ilvl w:val="0"/>
          <w:numId w:val="15"/>
        </w:numPr>
        <w:rPr>
          <w:sz w:val="28"/>
          <w:szCs w:val="28"/>
        </w:rPr>
      </w:pPr>
      <w:r w:rsidRPr="00BA7B45">
        <w:rPr>
          <w:sz w:val="28"/>
          <w:szCs w:val="28"/>
        </w:rPr>
        <w:t xml:space="preserve">A coastal resort and cruise port in </w:t>
      </w:r>
      <w:r w:rsidRPr="00BA7B45">
        <w:rPr>
          <w:b/>
          <w:bCs/>
          <w:sz w:val="28"/>
          <w:szCs w:val="28"/>
        </w:rPr>
        <w:t>La Romana</w:t>
      </w:r>
      <w:r w:rsidRPr="00BA7B45">
        <w:rPr>
          <w:sz w:val="28"/>
          <w:szCs w:val="28"/>
        </w:rPr>
        <w:t xml:space="preserve"> </w:t>
      </w:r>
    </w:p>
    <w:p w14:paraId="6DB855CF" w14:textId="16D8EE7E" w:rsidR="00BA7B45" w:rsidRPr="00BA7B45" w:rsidRDefault="00BA7B45" w:rsidP="00BA7B45">
      <w:pPr>
        <w:rPr>
          <w:b/>
          <w:bCs/>
          <w:sz w:val="28"/>
          <w:szCs w:val="28"/>
        </w:rPr>
      </w:pPr>
      <w:r w:rsidRPr="00BA7B45">
        <w:rPr>
          <w:b/>
          <w:bCs/>
          <w:sz w:val="28"/>
          <w:szCs w:val="28"/>
        </w:rPr>
        <w:t>Overall impression:</w:t>
      </w:r>
    </w:p>
    <w:p w14:paraId="27A7ADF2" w14:textId="3C1093B0" w:rsidR="00BA7B45" w:rsidRPr="00BA7B45" w:rsidRDefault="00BA7B45" w:rsidP="00BA7B45">
      <w:pPr>
        <w:rPr>
          <w:sz w:val="28"/>
          <w:szCs w:val="28"/>
        </w:rPr>
      </w:pPr>
      <w:r w:rsidRPr="00BA7B45">
        <w:rPr>
          <w:sz w:val="28"/>
          <w:szCs w:val="28"/>
        </w:rPr>
        <w:t xml:space="preserve">The page looks like a </w:t>
      </w:r>
      <w:r w:rsidRPr="00BA7B45">
        <w:rPr>
          <w:b/>
          <w:bCs/>
          <w:sz w:val="28"/>
          <w:szCs w:val="28"/>
        </w:rPr>
        <w:t>travel-themed gallery or portfolio</w:t>
      </w:r>
      <w:r w:rsidRPr="00BA7B45">
        <w:rPr>
          <w:sz w:val="28"/>
          <w:szCs w:val="28"/>
        </w:rPr>
        <w:t>, likely created for a website project or personal showcase. It highlights some of the most popular tourist destinations in the Dominican Republic, combining vibrant nature, beaches, and urban landmarks in a visually appealing way.</w:t>
      </w:r>
    </w:p>
    <w:p w14:paraId="37CC9E27" w14:textId="6484FFC4" w:rsidR="00497822" w:rsidRDefault="00594B58">
      <w:r>
        <w:rPr>
          <w:b/>
          <w:bCs/>
          <w:noProof/>
          <w:sz w:val="28"/>
          <w:szCs w:val="28"/>
        </w:rPr>
        <w:drawing>
          <wp:anchor distT="0" distB="0" distL="114300" distR="114300" simplePos="0" relativeHeight="251654144" behindDoc="1" locked="0" layoutInCell="1" allowOverlap="1" wp14:anchorId="1C2AE880" wp14:editId="23579AA2">
            <wp:simplePos x="0" y="0"/>
            <wp:positionH relativeFrom="column">
              <wp:posOffset>561975</wp:posOffset>
            </wp:positionH>
            <wp:positionV relativeFrom="paragraph">
              <wp:posOffset>66040</wp:posOffset>
            </wp:positionV>
            <wp:extent cx="7534275" cy="3430905"/>
            <wp:effectExtent l="76200" t="76200" r="142875" b="131445"/>
            <wp:wrapTight wrapText="bothSides">
              <wp:wrapPolygon edited="0">
                <wp:start x="-109" y="-480"/>
                <wp:lineTo x="-218" y="-360"/>
                <wp:lineTo x="-218" y="21828"/>
                <wp:lineTo x="-109" y="22308"/>
                <wp:lineTo x="21846" y="22308"/>
                <wp:lineTo x="21955" y="20868"/>
                <wp:lineTo x="21955" y="1559"/>
                <wp:lineTo x="21846" y="-240"/>
                <wp:lineTo x="21846" y="-480"/>
                <wp:lineTo x="-109" y="-480"/>
              </wp:wrapPolygon>
            </wp:wrapTight>
            <wp:docPr id="1789046240"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046240" name="Picture 1789046240"/>
                    <pic:cNvPicPr/>
                  </pic:nvPicPr>
                  <pic:blipFill>
                    <a:blip r:embed="rId15"/>
                    <a:stretch>
                      <a:fillRect/>
                    </a:stretch>
                  </pic:blipFill>
                  <pic:spPr>
                    <a:xfrm>
                      <a:off x="0" y="0"/>
                      <a:ext cx="7534275" cy="34309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783BC5C9" w14:textId="78003EA1" w:rsidR="00497822" w:rsidRDefault="00497822"/>
    <w:p w14:paraId="6167FBA8" w14:textId="0C7F0408" w:rsidR="00497822" w:rsidRDefault="00497822"/>
    <w:p w14:paraId="54B701AA" w14:textId="27F81999" w:rsidR="00497822" w:rsidRDefault="00497822"/>
    <w:p w14:paraId="085E3D48" w14:textId="77777777" w:rsidR="00497822" w:rsidRDefault="00497822"/>
    <w:p w14:paraId="45AE19FC" w14:textId="570AA25A" w:rsidR="00A44341" w:rsidRDefault="00A44341"/>
    <w:p w14:paraId="6612C4B4" w14:textId="77777777" w:rsidR="00A44341" w:rsidRDefault="00A44341"/>
    <w:p w14:paraId="1EB963D0" w14:textId="77777777" w:rsidR="00A44341" w:rsidRDefault="00A44341"/>
    <w:p w14:paraId="5B341045" w14:textId="77777777" w:rsidR="00497822" w:rsidRDefault="00497822"/>
    <w:p w14:paraId="5E9ABF64" w14:textId="77777777" w:rsidR="00497822" w:rsidRDefault="00497822"/>
    <w:p w14:paraId="223F8134" w14:textId="01F41F8E" w:rsidR="00497822" w:rsidRDefault="00497822"/>
    <w:p w14:paraId="1795C2C7" w14:textId="1555E723" w:rsidR="00497822" w:rsidRDefault="00497822"/>
    <w:p w14:paraId="1B6F22A6" w14:textId="1C23EC0B" w:rsidR="00497822" w:rsidRDefault="00497822"/>
    <w:p w14:paraId="73172075" w14:textId="65F825FF" w:rsidR="00283238" w:rsidRDefault="00283238"/>
    <w:p w14:paraId="594EEC7E" w14:textId="6B474122" w:rsidR="00283238" w:rsidRPr="00283238" w:rsidRDefault="00283238" w:rsidP="00283238">
      <w:pPr>
        <w:rPr>
          <w:sz w:val="28"/>
          <w:szCs w:val="28"/>
        </w:rPr>
      </w:pPr>
      <w:r w:rsidRPr="00283238">
        <w:rPr>
          <w:noProof/>
          <w:sz w:val="28"/>
          <w:szCs w:val="28"/>
        </w:rPr>
        <w:lastRenderedPageBreak/>
        <w:drawing>
          <wp:anchor distT="0" distB="0" distL="114300" distR="114300" simplePos="0" relativeHeight="251655168" behindDoc="1" locked="0" layoutInCell="1" allowOverlap="1" wp14:anchorId="158943A4" wp14:editId="72D40D71">
            <wp:simplePos x="0" y="0"/>
            <wp:positionH relativeFrom="column">
              <wp:posOffset>3790315</wp:posOffset>
            </wp:positionH>
            <wp:positionV relativeFrom="paragraph">
              <wp:posOffset>86360</wp:posOffset>
            </wp:positionV>
            <wp:extent cx="5495925" cy="4335780"/>
            <wp:effectExtent l="76200" t="76200" r="142875" b="140970"/>
            <wp:wrapTight wrapText="bothSides">
              <wp:wrapPolygon edited="0">
                <wp:start x="-150" y="-380"/>
                <wp:lineTo x="-299" y="-285"/>
                <wp:lineTo x="-299" y="21828"/>
                <wp:lineTo x="-150" y="22207"/>
                <wp:lineTo x="21937" y="22207"/>
                <wp:lineTo x="22087" y="21069"/>
                <wp:lineTo x="22087" y="1234"/>
                <wp:lineTo x="21937" y="-190"/>
                <wp:lineTo x="21937" y="-380"/>
                <wp:lineTo x="-150" y="-380"/>
              </wp:wrapPolygon>
            </wp:wrapTight>
            <wp:docPr id="894820058"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820058" name="Picture 894820058"/>
                    <pic:cNvPicPr/>
                  </pic:nvPicPr>
                  <pic:blipFill>
                    <a:blip r:embed="rId16"/>
                    <a:stretch>
                      <a:fillRect/>
                    </a:stretch>
                  </pic:blipFill>
                  <pic:spPr>
                    <a:xfrm>
                      <a:off x="0" y="0"/>
                      <a:ext cx="5495925" cy="43357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283238">
        <w:rPr>
          <w:sz w:val="28"/>
          <w:szCs w:val="28"/>
        </w:rPr>
        <w:t xml:space="preserve"> </w:t>
      </w:r>
      <w:r w:rsidRPr="00283238">
        <w:rPr>
          <w:b/>
          <w:bCs/>
          <w:sz w:val="28"/>
          <w:szCs w:val="28"/>
        </w:rPr>
        <w:t>“Contact Us” webpage section</w:t>
      </w:r>
      <w:r w:rsidRPr="00283238">
        <w:rPr>
          <w:sz w:val="28"/>
          <w:szCs w:val="28"/>
        </w:rPr>
        <w:t xml:space="preserve"> with a clean, user-friendly design focused on collecting messages from visitors.</w:t>
      </w:r>
    </w:p>
    <w:p w14:paraId="43D37CEF" w14:textId="610727A1" w:rsidR="00283238" w:rsidRPr="00283238" w:rsidRDefault="00283238" w:rsidP="00283238">
      <w:pPr>
        <w:rPr>
          <w:b/>
          <w:bCs/>
          <w:sz w:val="28"/>
          <w:szCs w:val="28"/>
        </w:rPr>
      </w:pPr>
      <w:r w:rsidRPr="00283238">
        <w:rPr>
          <w:b/>
          <w:bCs/>
          <w:sz w:val="28"/>
          <w:szCs w:val="28"/>
        </w:rPr>
        <w:t>Key elements in the layout:</w:t>
      </w:r>
    </w:p>
    <w:p w14:paraId="236CAA87" w14:textId="77777777" w:rsidR="00283238" w:rsidRPr="00283238" w:rsidRDefault="00283238" w:rsidP="00283238">
      <w:pPr>
        <w:numPr>
          <w:ilvl w:val="0"/>
          <w:numId w:val="16"/>
        </w:numPr>
        <w:rPr>
          <w:sz w:val="28"/>
          <w:szCs w:val="28"/>
        </w:rPr>
      </w:pPr>
      <w:r w:rsidRPr="00283238">
        <w:rPr>
          <w:b/>
          <w:bCs/>
          <w:sz w:val="28"/>
          <w:szCs w:val="28"/>
        </w:rPr>
        <w:t>Header section:</w:t>
      </w:r>
      <w:r w:rsidRPr="00283238">
        <w:rPr>
          <w:sz w:val="28"/>
          <w:szCs w:val="28"/>
        </w:rPr>
        <w:br/>
        <w:t xml:space="preserve">At the top, there’s a dark banner with the title </w:t>
      </w:r>
      <w:r w:rsidRPr="00283238">
        <w:rPr>
          <w:b/>
          <w:bCs/>
          <w:sz w:val="28"/>
          <w:szCs w:val="28"/>
        </w:rPr>
        <w:t>“Contact Us”</w:t>
      </w:r>
      <w:r w:rsidRPr="00283238">
        <w:rPr>
          <w:sz w:val="28"/>
          <w:szCs w:val="28"/>
        </w:rPr>
        <w:t xml:space="preserve"> and a friendly subtitle: </w:t>
      </w:r>
      <w:r w:rsidRPr="00283238">
        <w:rPr>
          <w:i/>
          <w:iCs/>
          <w:sz w:val="28"/>
          <w:szCs w:val="28"/>
        </w:rPr>
        <w:t>“We’d love to hear from you!”</w:t>
      </w:r>
      <w:r w:rsidRPr="00283238">
        <w:rPr>
          <w:sz w:val="28"/>
          <w:szCs w:val="28"/>
        </w:rPr>
        <w:t xml:space="preserve"> This creates a welcoming tone. </w:t>
      </w:r>
    </w:p>
    <w:p w14:paraId="1AD6BE62" w14:textId="77777777" w:rsidR="00283238" w:rsidRPr="00283238" w:rsidRDefault="00283238" w:rsidP="00283238">
      <w:pPr>
        <w:numPr>
          <w:ilvl w:val="0"/>
          <w:numId w:val="16"/>
        </w:numPr>
        <w:rPr>
          <w:sz w:val="28"/>
          <w:szCs w:val="28"/>
        </w:rPr>
      </w:pPr>
      <w:r w:rsidRPr="00283238">
        <w:rPr>
          <w:b/>
          <w:bCs/>
          <w:sz w:val="28"/>
          <w:szCs w:val="28"/>
        </w:rPr>
        <w:t>Contact form card:</w:t>
      </w:r>
      <w:r w:rsidRPr="00283238">
        <w:rPr>
          <w:sz w:val="28"/>
          <w:szCs w:val="28"/>
        </w:rPr>
        <w:br/>
        <w:t xml:space="preserve">Centered on the page is a light-colored card with rounded corners and a soft shadow, making it stand out from the background. </w:t>
      </w:r>
    </w:p>
    <w:p w14:paraId="3B527810" w14:textId="77777777" w:rsidR="00283238" w:rsidRPr="00283238" w:rsidRDefault="00283238" w:rsidP="00283238">
      <w:pPr>
        <w:numPr>
          <w:ilvl w:val="0"/>
          <w:numId w:val="16"/>
        </w:numPr>
        <w:rPr>
          <w:sz w:val="28"/>
          <w:szCs w:val="28"/>
        </w:rPr>
      </w:pPr>
      <w:r w:rsidRPr="00283238">
        <w:rPr>
          <w:b/>
          <w:bCs/>
          <w:sz w:val="28"/>
          <w:szCs w:val="28"/>
        </w:rPr>
        <w:t>Form fields:</w:t>
      </w:r>
      <w:r w:rsidRPr="00283238">
        <w:rPr>
          <w:sz w:val="28"/>
          <w:szCs w:val="28"/>
        </w:rPr>
        <w:br/>
        <w:t xml:space="preserve">The form includes three main input areas: </w:t>
      </w:r>
    </w:p>
    <w:p w14:paraId="65D4DC12" w14:textId="77777777" w:rsidR="00283238" w:rsidRPr="00283238" w:rsidRDefault="00283238" w:rsidP="00283238">
      <w:pPr>
        <w:numPr>
          <w:ilvl w:val="1"/>
          <w:numId w:val="16"/>
        </w:numPr>
        <w:rPr>
          <w:sz w:val="28"/>
          <w:szCs w:val="28"/>
        </w:rPr>
      </w:pPr>
      <w:r w:rsidRPr="00283238">
        <w:rPr>
          <w:b/>
          <w:bCs/>
          <w:sz w:val="28"/>
          <w:szCs w:val="28"/>
        </w:rPr>
        <w:t>Name</w:t>
      </w:r>
      <w:r w:rsidRPr="00283238">
        <w:rPr>
          <w:sz w:val="28"/>
          <w:szCs w:val="28"/>
        </w:rPr>
        <w:t xml:space="preserve"> – a text field for the user’s name </w:t>
      </w:r>
    </w:p>
    <w:p w14:paraId="320B8BB6" w14:textId="77777777" w:rsidR="00283238" w:rsidRPr="00283238" w:rsidRDefault="00283238" w:rsidP="00283238">
      <w:pPr>
        <w:numPr>
          <w:ilvl w:val="1"/>
          <w:numId w:val="16"/>
        </w:numPr>
        <w:rPr>
          <w:sz w:val="28"/>
          <w:szCs w:val="28"/>
        </w:rPr>
      </w:pPr>
      <w:r w:rsidRPr="00283238">
        <w:rPr>
          <w:b/>
          <w:bCs/>
          <w:sz w:val="28"/>
          <w:szCs w:val="28"/>
        </w:rPr>
        <w:t>Email</w:t>
      </w:r>
      <w:r w:rsidRPr="00283238">
        <w:rPr>
          <w:sz w:val="28"/>
          <w:szCs w:val="28"/>
        </w:rPr>
        <w:t xml:space="preserve"> – a field for entering an email address </w:t>
      </w:r>
    </w:p>
    <w:p w14:paraId="7FFB918A" w14:textId="6222BB1D" w:rsidR="00283238" w:rsidRPr="00283238" w:rsidRDefault="00283238" w:rsidP="00283238">
      <w:pPr>
        <w:numPr>
          <w:ilvl w:val="1"/>
          <w:numId w:val="16"/>
        </w:numPr>
        <w:rPr>
          <w:sz w:val="28"/>
          <w:szCs w:val="28"/>
        </w:rPr>
      </w:pPr>
      <w:r w:rsidRPr="00283238">
        <w:rPr>
          <w:b/>
          <w:bCs/>
          <w:sz w:val="28"/>
          <w:szCs w:val="28"/>
        </w:rPr>
        <w:t>Message</w:t>
      </w:r>
      <w:r w:rsidRPr="00283238">
        <w:rPr>
          <w:sz w:val="28"/>
          <w:szCs w:val="28"/>
        </w:rPr>
        <w:t xml:space="preserve"> – a larger text area for writing a message </w:t>
      </w:r>
    </w:p>
    <w:p w14:paraId="710B65D3" w14:textId="77777777" w:rsidR="00283238" w:rsidRPr="00283238" w:rsidRDefault="00283238" w:rsidP="00283238">
      <w:pPr>
        <w:numPr>
          <w:ilvl w:val="0"/>
          <w:numId w:val="16"/>
        </w:numPr>
        <w:rPr>
          <w:sz w:val="28"/>
          <w:szCs w:val="28"/>
        </w:rPr>
      </w:pPr>
      <w:r w:rsidRPr="00283238">
        <w:rPr>
          <w:b/>
          <w:bCs/>
          <w:sz w:val="28"/>
          <w:szCs w:val="28"/>
        </w:rPr>
        <w:t>Call-to-action button:</w:t>
      </w:r>
      <w:r w:rsidRPr="00283238">
        <w:rPr>
          <w:sz w:val="28"/>
          <w:szCs w:val="28"/>
        </w:rPr>
        <w:br/>
        <w:t xml:space="preserve">At the bottom, there’s a prominent </w:t>
      </w:r>
      <w:r w:rsidRPr="00283238">
        <w:rPr>
          <w:b/>
          <w:bCs/>
          <w:sz w:val="28"/>
          <w:szCs w:val="28"/>
        </w:rPr>
        <w:t>“Send Message”</w:t>
      </w:r>
      <w:r w:rsidRPr="00283238">
        <w:rPr>
          <w:sz w:val="28"/>
          <w:szCs w:val="28"/>
        </w:rPr>
        <w:t xml:space="preserve"> button, styled in a dark color to attract attention and encourage submission. </w:t>
      </w:r>
    </w:p>
    <w:p w14:paraId="5D4E31E2" w14:textId="77777777" w:rsidR="00283238" w:rsidRPr="00283238" w:rsidRDefault="00283238" w:rsidP="00283238">
      <w:pPr>
        <w:rPr>
          <w:b/>
          <w:bCs/>
          <w:sz w:val="28"/>
          <w:szCs w:val="28"/>
        </w:rPr>
      </w:pPr>
      <w:r w:rsidRPr="00283238">
        <w:rPr>
          <w:b/>
          <w:bCs/>
          <w:sz w:val="28"/>
          <w:szCs w:val="28"/>
        </w:rPr>
        <w:t>Overall impression:</w:t>
      </w:r>
    </w:p>
    <w:p w14:paraId="1637E36E" w14:textId="77777777" w:rsidR="001A1F64" w:rsidRDefault="00283238">
      <w:pPr>
        <w:rPr>
          <w:sz w:val="28"/>
          <w:szCs w:val="28"/>
        </w:rPr>
      </w:pPr>
      <w:r w:rsidRPr="00283238">
        <w:rPr>
          <w:sz w:val="28"/>
          <w:szCs w:val="28"/>
        </w:rPr>
        <w:t xml:space="preserve">The design is </w:t>
      </w:r>
      <w:r w:rsidRPr="00283238">
        <w:rPr>
          <w:b/>
          <w:bCs/>
          <w:sz w:val="28"/>
          <w:szCs w:val="28"/>
        </w:rPr>
        <w:t>simple, modern, and functional</w:t>
      </w:r>
      <w:r w:rsidRPr="00283238">
        <w:rPr>
          <w:sz w:val="28"/>
          <w:szCs w:val="28"/>
        </w:rPr>
        <w:t xml:space="preserve">, typical of a website contact page. It emphasizes usability and clarity, making it easy for users to quickly fill out and send a message. The layout would fit well </w:t>
      </w:r>
      <w:proofErr w:type="gramStart"/>
      <w:r w:rsidRPr="00283238">
        <w:rPr>
          <w:sz w:val="28"/>
          <w:szCs w:val="28"/>
        </w:rPr>
        <w:t>in</w:t>
      </w:r>
      <w:proofErr w:type="gramEnd"/>
      <w:r w:rsidRPr="00283238">
        <w:rPr>
          <w:sz w:val="28"/>
          <w:szCs w:val="28"/>
        </w:rPr>
        <w:t xml:space="preserve"> a business website, portfolio, or travel site (like the gallery you showed earlier).</w:t>
      </w:r>
    </w:p>
    <w:p w14:paraId="4E255F26" w14:textId="0297D7A1" w:rsidR="006457C2" w:rsidRPr="003E2EBB" w:rsidRDefault="00554C93">
      <w:pPr>
        <w:rPr>
          <w:sz w:val="28"/>
          <w:szCs w:val="28"/>
        </w:rPr>
      </w:pPr>
      <w:r>
        <w:rPr>
          <w:noProof/>
        </w:rPr>
        <w:lastRenderedPageBreak/>
        <w:drawing>
          <wp:anchor distT="0" distB="0" distL="114300" distR="114300" simplePos="0" relativeHeight="251662336" behindDoc="1" locked="0" layoutInCell="1" allowOverlap="1" wp14:anchorId="6983DEB5" wp14:editId="18371178">
            <wp:simplePos x="0" y="0"/>
            <wp:positionH relativeFrom="margin">
              <wp:posOffset>-194945</wp:posOffset>
            </wp:positionH>
            <wp:positionV relativeFrom="paragraph">
              <wp:posOffset>5118735</wp:posOffset>
            </wp:positionV>
            <wp:extent cx="8406130" cy="4359910"/>
            <wp:effectExtent l="76200" t="76200" r="128270" b="135890"/>
            <wp:wrapTight wrapText="bothSides">
              <wp:wrapPolygon edited="0">
                <wp:start x="-98" y="-378"/>
                <wp:lineTo x="-196" y="-283"/>
                <wp:lineTo x="-196" y="21801"/>
                <wp:lineTo x="-98" y="22179"/>
                <wp:lineTo x="21783" y="22179"/>
                <wp:lineTo x="21881" y="20952"/>
                <wp:lineTo x="21881" y="1227"/>
                <wp:lineTo x="21783" y="-189"/>
                <wp:lineTo x="21783" y="-378"/>
                <wp:lineTo x="-98" y="-378"/>
              </wp:wrapPolygon>
            </wp:wrapTight>
            <wp:docPr id="1291187004"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187004" name="Picture 1291187004"/>
                    <pic:cNvPicPr/>
                  </pic:nvPicPr>
                  <pic:blipFill>
                    <a:blip r:embed="rId17"/>
                    <a:stretch>
                      <a:fillRect/>
                    </a:stretch>
                  </pic:blipFill>
                  <pic:spPr>
                    <a:xfrm>
                      <a:off x="0" y="0"/>
                      <a:ext cx="8406130" cy="43599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Pr>
          <w:noProof/>
        </w:rPr>
        <w:drawing>
          <wp:anchor distT="0" distB="0" distL="114300" distR="114300" simplePos="0" relativeHeight="251661312" behindDoc="1" locked="0" layoutInCell="1" allowOverlap="1" wp14:anchorId="127F69CC" wp14:editId="6A7F1A0D">
            <wp:simplePos x="0" y="0"/>
            <wp:positionH relativeFrom="margin">
              <wp:align>right</wp:align>
            </wp:positionH>
            <wp:positionV relativeFrom="paragraph">
              <wp:posOffset>0</wp:posOffset>
            </wp:positionV>
            <wp:extent cx="8406130" cy="4474845"/>
            <wp:effectExtent l="76200" t="76200" r="128270" b="135255"/>
            <wp:wrapTight wrapText="bothSides">
              <wp:wrapPolygon edited="0">
                <wp:start x="-98" y="-368"/>
                <wp:lineTo x="-196" y="-276"/>
                <wp:lineTo x="-196" y="21793"/>
                <wp:lineTo x="-98" y="22161"/>
                <wp:lineTo x="21783" y="22161"/>
                <wp:lineTo x="21881" y="21793"/>
                <wp:lineTo x="21881" y="1195"/>
                <wp:lineTo x="21783" y="-184"/>
                <wp:lineTo x="21783" y="-368"/>
                <wp:lineTo x="-98" y="-368"/>
              </wp:wrapPolygon>
            </wp:wrapTight>
            <wp:docPr id="156025746"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25746" name="Picture 156025746"/>
                    <pic:cNvPicPr/>
                  </pic:nvPicPr>
                  <pic:blipFill>
                    <a:blip r:embed="rId18"/>
                    <a:stretch>
                      <a:fillRect/>
                    </a:stretch>
                  </pic:blipFill>
                  <pic:spPr>
                    <a:xfrm>
                      <a:off x="0" y="0"/>
                      <a:ext cx="8406130" cy="44748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5358F5">
        <w:rPr>
          <w:noProof/>
        </w:rPr>
        <mc:AlternateContent>
          <mc:Choice Requires="wps">
            <w:drawing>
              <wp:anchor distT="0" distB="0" distL="114300" distR="114300" simplePos="0" relativeHeight="251660288" behindDoc="0" locked="0" layoutInCell="1" allowOverlap="1" wp14:anchorId="467B2F29" wp14:editId="4CBDAB1D">
                <wp:simplePos x="0" y="0"/>
                <wp:positionH relativeFrom="margin">
                  <wp:align>right</wp:align>
                </wp:positionH>
                <wp:positionV relativeFrom="paragraph">
                  <wp:posOffset>-800100</wp:posOffset>
                </wp:positionV>
                <wp:extent cx="8686800" cy="790575"/>
                <wp:effectExtent l="0" t="0" r="0" b="9525"/>
                <wp:wrapNone/>
                <wp:docPr id="1868974630" name="Text Box 1"/>
                <wp:cNvGraphicFramePr/>
                <a:graphic xmlns:a="http://schemas.openxmlformats.org/drawingml/2006/main">
                  <a:graphicData uri="http://schemas.microsoft.com/office/word/2010/wordprocessingShape">
                    <wps:wsp>
                      <wps:cNvSpPr txBox="1"/>
                      <wps:spPr>
                        <a:xfrm>
                          <a:off x="0" y="0"/>
                          <a:ext cx="8686800" cy="790575"/>
                        </a:xfrm>
                        <a:prstGeom prst="rect">
                          <a:avLst/>
                        </a:prstGeom>
                        <a:noFill/>
                        <a:ln>
                          <a:noFill/>
                        </a:ln>
                      </wps:spPr>
                      <wps:txbx>
                        <w:txbxContent>
                          <w:p w14:paraId="2E2EFDC1" w14:textId="084297E7" w:rsidR="00BD0A99" w:rsidRPr="00554C93" w:rsidRDefault="00BD0A99" w:rsidP="00BD0A99">
                            <w:pPr>
                              <w:jc w:val="center"/>
                              <w:rPr>
                                <w:b/>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554C93">
                              <w:rPr>
                                <w:b/>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Dominican Republic Tourism Guide HTML</w:t>
                            </w:r>
                            <w:r w:rsidR="00554C93" w:rsidRPr="00554C93">
                              <w:rPr>
                                <w:b/>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CODE</w:t>
                            </w:r>
                            <w:r w:rsidR="00554C93">
                              <w:rPr>
                                <w:b/>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t>
                            </w:r>
                          </w:p>
                          <w:p w14:paraId="7A004157" w14:textId="0B57F99D" w:rsidR="005358F5" w:rsidRPr="005358F5" w:rsidRDefault="005358F5" w:rsidP="005358F5">
                            <w:pPr>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7B2F29" id="Text Box 1" o:spid="_x0000_s1056" type="#_x0000_t202" style="position:absolute;margin-left:632.8pt;margin-top:-63pt;width:684pt;height:62.2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" filled="f" stroked="f">
                <v:fill o:detectmouseclick="t"/>
                <v:textbox>
                  <w:txbxContent>
                    <w:p w14:paraId="2E2EFDC1" w14:textId="084297E7" w:rsidR="00BD0A99" w:rsidRPr="00554C93" w:rsidRDefault="00BD0A99" w:rsidP="00BD0A99">
                      <w:pPr>
                        <w:jc w:val="center"/>
                        <w:rPr>
                          <w:b/>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554C93">
                        <w:rPr>
                          <w:b/>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Dominican Republic Tourism Guide</w:t>
                      </w:r>
                      <w:r w:rsidRPr="00554C93">
                        <w:rPr>
                          <w:b/>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HTML</w:t>
                      </w:r>
                      <w:r w:rsidR="00554C93" w:rsidRPr="00554C93">
                        <w:rPr>
                          <w:b/>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CODE</w:t>
                      </w:r>
                      <w:r w:rsidR="00554C93">
                        <w:rPr>
                          <w:b/>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t>
                      </w:r>
                    </w:p>
                    <w:p w14:paraId="7A004157" w14:textId="0B57F99D" w:rsidR="005358F5" w:rsidRPr="005358F5" w:rsidRDefault="005358F5" w:rsidP="005358F5">
                      <w:pPr>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v:textbox>
                <w10:wrap anchorx="margin"/>
              </v:shape>
            </w:pict>
          </mc:Fallback>
        </mc:AlternateContent>
      </w:r>
    </w:p>
    <w:p w14:paraId="1186DE57" w14:textId="6866BC6C" w:rsidR="00FA0594" w:rsidRPr="003E2EBB" w:rsidRDefault="004413A6" w:rsidP="003E2EBB">
      <w:pPr>
        <w:jc w:val="center"/>
        <w:rPr>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noProof/>
        </w:rPr>
        <w:lastRenderedPageBreak/>
        <w:drawing>
          <wp:anchor distT="0" distB="0" distL="114300" distR="114300" simplePos="0" relativeHeight="251671552" behindDoc="1" locked="0" layoutInCell="1" allowOverlap="1" wp14:anchorId="4EC4BD68" wp14:editId="17C2E46D">
            <wp:simplePos x="0" y="0"/>
            <wp:positionH relativeFrom="margin">
              <wp:align>center</wp:align>
            </wp:positionH>
            <wp:positionV relativeFrom="paragraph">
              <wp:posOffset>6162675</wp:posOffset>
            </wp:positionV>
            <wp:extent cx="6372225" cy="3391535"/>
            <wp:effectExtent l="76200" t="76200" r="142875" b="132715"/>
            <wp:wrapTight wrapText="bothSides">
              <wp:wrapPolygon edited="0">
                <wp:start x="-129" y="-485"/>
                <wp:lineTo x="-258" y="-364"/>
                <wp:lineTo x="-258" y="21839"/>
                <wp:lineTo x="-129" y="22324"/>
                <wp:lineTo x="21891" y="22324"/>
                <wp:lineTo x="22020" y="21111"/>
                <wp:lineTo x="22020" y="1577"/>
                <wp:lineTo x="21891" y="-243"/>
                <wp:lineTo x="21891" y="-485"/>
                <wp:lineTo x="-129" y="-485"/>
              </wp:wrapPolygon>
            </wp:wrapTight>
            <wp:docPr id="298462832"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462832" name="Picture 298462832"/>
                    <pic:cNvPicPr/>
                  </pic:nvPicPr>
                  <pic:blipFill>
                    <a:blip r:embed="rId19"/>
                    <a:stretch>
                      <a:fillRect/>
                    </a:stretch>
                  </pic:blipFill>
                  <pic:spPr>
                    <a:xfrm>
                      <a:off x="0" y="0"/>
                      <a:ext cx="6372225" cy="33915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28" behindDoc="1" locked="0" layoutInCell="1" allowOverlap="1" wp14:anchorId="474EFEDC" wp14:editId="58641695">
            <wp:simplePos x="0" y="0"/>
            <wp:positionH relativeFrom="margin">
              <wp:posOffset>4234180</wp:posOffset>
            </wp:positionH>
            <wp:positionV relativeFrom="paragraph">
              <wp:posOffset>3114675</wp:posOffset>
            </wp:positionV>
            <wp:extent cx="5184498" cy="2762250"/>
            <wp:effectExtent l="76200" t="76200" r="130810" b="133350"/>
            <wp:wrapTight wrapText="bothSides">
              <wp:wrapPolygon edited="0">
                <wp:start x="-159" y="-596"/>
                <wp:lineTo x="-317" y="-447"/>
                <wp:lineTo x="-317" y="21898"/>
                <wp:lineTo x="-159" y="22494"/>
                <wp:lineTo x="21907" y="22494"/>
                <wp:lineTo x="22066" y="21153"/>
                <wp:lineTo x="22066" y="1937"/>
                <wp:lineTo x="21907" y="-298"/>
                <wp:lineTo x="21907" y="-596"/>
                <wp:lineTo x="-159" y="-596"/>
              </wp:wrapPolygon>
            </wp:wrapTight>
            <wp:docPr id="1746506927"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506927" name="Picture 1746506927"/>
                    <pic:cNvPicPr/>
                  </pic:nvPicPr>
                  <pic:blipFill>
                    <a:blip r:embed="rId20"/>
                    <a:stretch>
                      <a:fillRect/>
                    </a:stretch>
                  </pic:blipFill>
                  <pic:spPr>
                    <a:xfrm>
                      <a:off x="0" y="0"/>
                      <a:ext cx="5185803" cy="27629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1" locked="0" layoutInCell="1" allowOverlap="1" wp14:anchorId="4A22CFD1" wp14:editId="2B5023A7">
            <wp:simplePos x="0" y="0"/>
            <wp:positionH relativeFrom="page">
              <wp:align>left</wp:align>
            </wp:positionH>
            <wp:positionV relativeFrom="paragraph">
              <wp:posOffset>3115310</wp:posOffset>
            </wp:positionV>
            <wp:extent cx="5153660" cy="2762250"/>
            <wp:effectExtent l="76200" t="76200" r="142240" b="133350"/>
            <wp:wrapTight wrapText="bothSides">
              <wp:wrapPolygon edited="0">
                <wp:start x="-160" y="-596"/>
                <wp:lineTo x="-319" y="-447"/>
                <wp:lineTo x="-319" y="21898"/>
                <wp:lineTo x="-160" y="22494"/>
                <wp:lineTo x="21957" y="22494"/>
                <wp:lineTo x="22116" y="21153"/>
                <wp:lineTo x="22116" y="1937"/>
                <wp:lineTo x="21957" y="-298"/>
                <wp:lineTo x="21957" y="-596"/>
                <wp:lineTo x="-160" y="-596"/>
              </wp:wrapPolygon>
            </wp:wrapTight>
            <wp:docPr id="211708516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085168" name="Picture 2117085168"/>
                    <pic:cNvPicPr/>
                  </pic:nvPicPr>
                  <pic:blipFill>
                    <a:blip r:embed="rId21"/>
                    <a:stretch>
                      <a:fillRect/>
                    </a:stretch>
                  </pic:blipFill>
                  <pic:spPr>
                    <a:xfrm>
                      <a:off x="0" y="0"/>
                      <a:ext cx="5160035" cy="276553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1" locked="0" layoutInCell="1" allowOverlap="1" wp14:anchorId="60FCDA99" wp14:editId="0101E088">
            <wp:simplePos x="0" y="0"/>
            <wp:positionH relativeFrom="page">
              <wp:align>left</wp:align>
            </wp:positionH>
            <wp:positionV relativeFrom="paragraph">
              <wp:posOffset>142875</wp:posOffset>
            </wp:positionV>
            <wp:extent cx="5172075" cy="2756535"/>
            <wp:effectExtent l="76200" t="76200" r="142875" b="139065"/>
            <wp:wrapTight wrapText="bothSides">
              <wp:wrapPolygon edited="0">
                <wp:start x="-159" y="-597"/>
                <wp:lineTo x="-318" y="-448"/>
                <wp:lineTo x="-318" y="21943"/>
                <wp:lineTo x="-159" y="22540"/>
                <wp:lineTo x="21958" y="22540"/>
                <wp:lineTo x="22117" y="21197"/>
                <wp:lineTo x="22117" y="1941"/>
                <wp:lineTo x="21958" y="-299"/>
                <wp:lineTo x="21958" y="-597"/>
                <wp:lineTo x="-159" y="-597"/>
              </wp:wrapPolygon>
            </wp:wrapTight>
            <wp:docPr id="390399195"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399195" name="Picture 390399195"/>
                    <pic:cNvPicPr/>
                  </pic:nvPicPr>
                  <pic:blipFill>
                    <a:blip r:embed="rId22"/>
                    <a:stretch>
                      <a:fillRect/>
                    </a:stretch>
                  </pic:blipFill>
                  <pic:spPr>
                    <a:xfrm>
                      <a:off x="0" y="0"/>
                      <a:ext cx="5172075" cy="27565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1" locked="0" layoutInCell="1" allowOverlap="1" wp14:anchorId="5233E20F" wp14:editId="1C212951">
            <wp:simplePos x="0" y="0"/>
            <wp:positionH relativeFrom="margin">
              <wp:posOffset>4343400</wp:posOffset>
            </wp:positionH>
            <wp:positionV relativeFrom="paragraph">
              <wp:posOffset>161925</wp:posOffset>
            </wp:positionV>
            <wp:extent cx="5131435" cy="2726690"/>
            <wp:effectExtent l="76200" t="76200" r="126365" b="130810"/>
            <wp:wrapTight wrapText="bothSides">
              <wp:wrapPolygon edited="0">
                <wp:start x="-160" y="-604"/>
                <wp:lineTo x="-321" y="-453"/>
                <wp:lineTo x="-321" y="21882"/>
                <wp:lineTo x="-160" y="22485"/>
                <wp:lineTo x="21891" y="22485"/>
                <wp:lineTo x="22052" y="21429"/>
                <wp:lineTo x="22052" y="1962"/>
                <wp:lineTo x="21891" y="-302"/>
                <wp:lineTo x="21891" y="-604"/>
                <wp:lineTo x="-160" y="-604"/>
              </wp:wrapPolygon>
            </wp:wrapTight>
            <wp:docPr id="1563524841"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524841" name="Picture 1563524841"/>
                    <pic:cNvPicPr/>
                  </pic:nvPicPr>
                  <pic:blipFill>
                    <a:blip r:embed="rId23"/>
                    <a:stretch>
                      <a:fillRect/>
                    </a:stretch>
                  </pic:blipFill>
                  <pic:spPr>
                    <a:xfrm>
                      <a:off x="0" y="0"/>
                      <a:ext cx="5131435" cy="27266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1554F6">
        <w:rPr>
          <w:noProof/>
        </w:rPr>
        <mc:AlternateContent>
          <mc:Choice Requires="wps">
            <w:drawing>
              <wp:anchor distT="0" distB="0" distL="114300" distR="114300" simplePos="0" relativeHeight="251666432" behindDoc="0" locked="0" layoutInCell="1" allowOverlap="1" wp14:anchorId="527CCCE8" wp14:editId="435A06CD">
                <wp:simplePos x="0" y="0"/>
                <wp:positionH relativeFrom="margin">
                  <wp:align>center</wp:align>
                </wp:positionH>
                <wp:positionV relativeFrom="paragraph">
                  <wp:posOffset>-675640</wp:posOffset>
                </wp:positionV>
                <wp:extent cx="5455285" cy="862965"/>
                <wp:effectExtent l="0" t="0" r="0" b="6985"/>
                <wp:wrapNone/>
                <wp:docPr id="291080992" name="Text Box 1"/>
                <wp:cNvGraphicFramePr/>
                <a:graphic xmlns:a="http://schemas.openxmlformats.org/drawingml/2006/main">
                  <a:graphicData uri="http://schemas.microsoft.com/office/word/2010/wordprocessingShape">
                    <wps:wsp>
                      <wps:cNvSpPr txBox="1"/>
                      <wps:spPr>
                        <a:xfrm>
                          <a:off x="0" y="0"/>
                          <a:ext cx="5455285" cy="862965"/>
                        </a:xfrm>
                        <a:prstGeom prst="rect">
                          <a:avLst/>
                        </a:prstGeom>
                        <a:noFill/>
                        <a:ln>
                          <a:noFill/>
                        </a:ln>
                      </wps:spPr>
                      <wps:txbx>
                        <w:txbxContent>
                          <w:p w14:paraId="16E3ED32" w14:textId="622AF526" w:rsidR="00074A20" w:rsidRPr="001554F6" w:rsidRDefault="001554F6" w:rsidP="001554F6">
                            <w:pPr>
                              <w:jc w:val="center"/>
                              <w:rPr>
                                <w:sz w:val="52"/>
                                <w:szCs w:val="52"/>
                              </w:rPr>
                            </w:pPr>
                            <w:r w:rsidRPr="001554F6">
                              <w:rPr>
                                <w:b/>
                                <w:color w:val="262626" w:themeColor="text1" w:themeTint="D9"/>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HOME PAGE HTML CODE.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27CCCE8" id="_x0000_s1057" type="#_x0000_t202" style="position:absolute;left:0;text-align:left;margin-left:0;margin-top:-53.2pt;width:429.55pt;height:67.95pt;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" filled="f" stroked="f">
                <v:fill o:detectmouseclick="t"/>
                <v:textbox style="mso-fit-shape-to-text:t">
                  <w:txbxContent>
                    <w:p w14:paraId="16E3ED32" w14:textId="622AF526" w:rsidR="00074A20" w:rsidRPr="001554F6" w:rsidRDefault="001554F6" w:rsidP="001554F6">
                      <w:pPr>
                        <w:jc w:val="center"/>
                        <w:rPr>
                          <w:sz w:val="52"/>
                          <w:szCs w:val="52"/>
                        </w:rPr>
                      </w:pPr>
                      <w:r w:rsidRPr="001554F6">
                        <w:rPr>
                          <w:b/>
                          <w:color w:val="262626" w:themeColor="text1" w:themeTint="D9"/>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HOME PAGE HTML CODE.</w:t>
                      </w:r>
                    </w:p>
                  </w:txbxContent>
                </v:textbox>
                <w10:wrap anchorx="margin"/>
              </v:shape>
            </w:pict>
          </mc:Fallback>
        </mc:AlternateContent>
      </w:r>
    </w:p>
    <w:p w14:paraId="40106276" w14:textId="20B7B6C2" w:rsidR="00FA0594" w:rsidRDefault="00523E77">
      <w:r>
        <w:rPr>
          <w:noProof/>
        </w:rPr>
        <w:lastRenderedPageBreak/>
        <w:drawing>
          <wp:anchor distT="0" distB="0" distL="114300" distR="114300" simplePos="0" relativeHeight="251678720" behindDoc="1" locked="0" layoutInCell="1" allowOverlap="1" wp14:anchorId="7B639B1B" wp14:editId="0B69B552">
            <wp:simplePos x="0" y="0"/>
            <wp:positionH relativeFrom="page">
              <wp:align>left</wp:align>
            </wp:positionH>
            <wp:positionV relativeFrom="paragraph">
              <wp:posOffset>5991225</wp:posOffset>
            </wp:positionV>
            <wp:extent cx="5191125" cy="2791460"/>
            <wp:effectExtent l="76200" t="76200" r="142875" b="142240"/>
            <wp:wrapTight wrapText="bothSides">
              <wp:wrapPolygon edited="0">
                <wp:start x="-159" y="-590"/>
                <wp:lineTo x="-317" y="-442"/>
                <wp:lineTo x="-317" y="21964"/>
                <wp:lineTo x="-159" y="22553"/>
                <wp:lineTo x="21957" y="22553"/>
                <wp:lineTo x="22115" y="20932"/>
                <wp:lineTo x="22115" y="1916"/>
                <wp:lineTo x="21957" y="-295"/>
                <wp:lineTo x="21957" y="-590"/>
                <wp:lineTo x="-159" y="-590"/>
              </wp:wrapPolygon>
            </wp:wrapTight>
            <wp:docPr id="1363188242"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188242" name="Picture 1363188242"/>
                    <pic:cNvPicPr/>
                  </pic:nvPicPr>
                  <pic:blipFill>
                    <a:blip r:embed="rId24"/>
                    <a:stretch>
                      <a:fillRect/>
                    </a:stretch>
                  </pic:blipFill>
                  <pic:spPr>
                    <a:xfrm>
                      <a:off x="0" y="0"/>
                      <a:ext cx="5191125" cy="27914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9744" behindDoc="1" locked="0" layoutInCell="1" allowOverlap="1" wp14:anchorId="27FE2D0A" wp14:editId="21046A74">
            <wp:simplePos x="0" y="0"/>
            <wp:positionH relativeFrom="page">
              <wp:posOffset>5434330</wp:posOffset>
            </wp:positionH>
            <wp:positionV relativeFrom="paragraph">
              <wp:posOffset>6000750</wp:posOffset>
            </wp:positionV>
            <wp:extent cx="5126355" cy="2771775"/>
            <wp:effectExtent l="76200" t="76200" r="131445" b="142875"/>
            <wp:wrapTight wrapText="bothSides">
              <wp:wrapPolygon edited="0">
                <wp:start x="-161" y="-594"/>
                <wp:lineTo x="-321" y="-445"/>
                <wp:lineTo x="-321" y="21971"/>
                <wp:lineTo x="-161" y="22565"/>
                <wp:lineTo x="21913" y="22565"/>
                <wp:lineTo x="22074" y="21080"/>
                <wp:lineTo x="22074" y="1930"/>
                <wp:lineTo x="21913" y="-297"/>
                <wp:lineTo x="21913" y="-594"/>
                <wp:lineTo x="-161" y="-594"/>
              </wp:wrapPolygon>
            </wp:wrapTight>
            <wp:docPr id="2034750938"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750938" name="Picture 2034750938"/>
                    <pic:cNvPicPr/>
                  </pic:nvPicPr>
                  <pic:blipFill>
                    <a:blip r:embed="rId25"/>
                    <a:stretch>
                      <a:fillRect/>
                    </a:stretch>
                  </pic:blipFill>
                  <pic:spPr>
                    <a:xfrm>
                      <a:off x="0" y="0"/>
                      <a:ext cx="5126355" cy="27717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7696" behindDoc="1" locked="0" layoutInCell="1" allowOverlap="1" wp14:anchorId="196ACCFE" wp14:editId="1BA48C52">
            <wp:simplePos x="0" y="0"/>
            <wp:positionH relativeFrom="page">
              <wp:align>right</wp:align>
            </wp:positionH>
            <wp:positionV relativeFrom="paragraph">
              <wp:posOffset>3076575</wp:posOffset>
            </wp:positionV>
            <wp:extent cx="5095875" cy="2708910"/>
            <wp:effectExtent l="76200" t="76200" r="142875" b="129540"/>
            <wp:wrapTight wrapText="bothSides">
              <wp:wrapPolygon edited="0">
                <wp:start x="-161" y="-608"/>
                <wp:lineTo x="-323" y="-456"/>
                <wp:lineTo x="-323" y="21873"/>
                <wp:lineTo x="-161" y="22481"/>
                <wp:lineTo x="21963" y="22481"/>
                <wp:lineTo x="22125" y="21570"/>
                <wp:lineTo x="22125" y="1975"/>
                <wp:lineTo x="21963" y="-304"/>
                <wp:lineTo x="21963" y="-608"/>
                <wp:lineTo x="-161" y="-608"/>
              </wp:wrapPolygon>
            </wp:wrapTight>
            <wp:docPr id="1775193541"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193541" name="Picture 1775193541"/>
                    <pic:cNvPicPr/>
                  </pic:nvPicPr>
                  <pic:blipFill>
                    <a:blip r:embed="rId26"/>
                    <a:stretch>
                      <a:fillRect/>
                    </a:stretch>
                  </pic:blipFill>
                  <pic:spPr>
                    <a:xfrm>
                      <a:off x="0" y="0"/>
                      <a:ext cx="5095875" cy="27089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0E75E0">
        <w:rPr>
          <w:noProof/>
        </w:rPr>
        <w:drawing>
          <wp:anchor distT="0" distB="0" distL="114300" distR="114300" simplePos="0" relativeHeight="251676672" behindDoc="1" locked="0" layoutInCell="1" allowOverlap="1" wp14:anchorId="3CD77E86" wp14:editId="7B121EAC">
            <wp:simplePos x="0" y="0"/>
            <wp:positionH relativeFrom="page">
              <wp:align>left</wp:align>
            </wp:positionH>
            <wp:positionV relativeFrom="paragraph">
              <wp:posOffset>3067050</wp:posOffset>
            </wp:positionV>
            <wp:extent cx="5191125" cy="2733675"/>
            <wp:effectExtent l="76200" t="76200" r="142875" b="142875"/>
            <wp:wrapTight wrapText="bothSides">
              <wp:wrapPolygon edited="0">
                <wp:start x="-159" y="-602"/>
                <wp:lineTo x="-317" y="-452"/>
                <wp:lineTo x="-317" y="21976"/>
                <wp:lineTo x="-159" y="22578"/>
                <wp:lineTo x="21957" y="22578"/>
                <wp:lineTo x="22115" y="21374"/>
                <wp:lineTo x="22115" y="1957"/>
                <wp:lineTo x="21957" y="-301"/>
                <wp:lineTo x="21957" y="-602"/>
                <wp:lineTo x="-159" y="-602"/>
              </wp:wrapPolygon>
            </wp:wrapTight>
            <wp:docPr id="79632236"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32236" name="Picture 79632236"/>
                    <pic:cNvPicPr/>
                  </pic:nvPicPr>
                  <pic:blipFill>
                    <a:blip r:embed="rId27"/>
                    <a:stretch>
                      <a:fillRect/>
                    </a:stretch>
                  </pic:blipFill>
                  <pic:spPr>
                    <a:xfrm>
                      <a:off x="0" y="0"/>
                      <a:ext cx="5191125" cy="27336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B43147">
        <w:rPr>
          <w:noProof/>
        </w:rPr>
        <w:drawing>
          <wp:anchor distT="0" distB="0" distL="114300" distR="114300" simplePos="0" relativeHeight="251675648" behindDoc="1" locked="0" layoutInCell="1" allowOverlap="1" wp14:anchorId="454004D1" wp14:editId="2FAF403C">
            <wp:simplePos x="0" y="0"/>
            <wp:positionH relativeFrom="margin">
              <wp:posOffset>4253695</wp:posOffset>
            </wp:positionH>
            <wp:positionV relativeFrom="paragraph">
              <wp:posOffset>76201</wp:posOffset>
            </wp:positionV>
            <wp:extent cx="5169705" cy="2743200"/>
            <wp:effectExtent l="76200" t="76200" r="126365" b="133350"/>
            <wp:wrapTight wrapText="bothSides">
              <wp:wrapPolygon edited="0">
                <wp:start x="-159" y="-600"/>
                <wp:lineTo x="-318" y="-450"/>
                <wp:lineTo x="-318" y="21900"/>
                <wp:lineTo x="-159" y="22500"/>
                <wp:lineTo x="21889" y="22500"/>
                <wp:lineTo x="22048" y="21300"/>
                <wp:lineTo x="22048" y="1950"/>
                <wp:lineTo x="21889" y="-300"/>
                <wp:lineTo x="21889" y="-600"/>
                <wp:lineTo x="-159" y="-600"/>
              </wp:wrapPolygon>
            </wp:wrapTight>
            <wp:docPr id="1538790916"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790916" name="Picture 1538790916"/>
                    <pic:cNvPicPr/>
                  </pic:nvPicPr>
                  <pic:blipFill>
                    <a:blip r:embed="rId28"/>
                    <a:stretch>
                      <a:fillRect/>
                    </a:stretch>
                  </pic:blipFill>
                  <pic:spPr>
                    <a:xfrm>
                      <a:off x="0" y="0"/>
                      <a:ext cx="5170555" cy="274365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B43147">
        <w:rPr>
          <w:noProof/>
        </w:rPr>
        <w:drawing>
          <wp:anchor distT="0" distB="0" distL="114300" distR="114300" simplePos="0" relativeHeight="251674624" behindDoc="1" locked="0" layoutInCell="1" allowOverlap="1" wp14:anchorId="3DA6FEF5" wp14:editId="5D974338">
            <wp:simplePos x="0" y="0"/>
            <wp:positionH relativeFrom="margin">
              <wp:posOffset>-1047750</wp:posOffset>
            </wp:positionH>
            <wp:positionV relativeFrom="paragraph">
              <wp:posOffset>0</wp:posOffset>
            </wp:positionV>
            <wp:extent cx="5153025" cy="2753360"/>
            <wp:effectExtent l="76200" t="76200" r="142875" b="142240"/>
            <wp:wrapTight wrapText="bothSides">
              <wp:wrapPolygon edited="0">
                <wp:start x="-160" y="-598"/>
                <wp:lineTo x="-319" y="-448"/>
                <wp:lineTo x="-319" y="21969"/>
                <wp:lineTo x="-160" y="22566"/>
                <wp:lineTo x="21959" y="22566"/>
                <wp:lineTo x="22119" y="21221"/>
                <wp:lineTo x="22119" y="1943"/>
                <wp:lineTo x="21959" y="-299"/>
                <wp:lineTo x="21959" y="-598"/>
                <wp:lineTo x="-160" y="-598"/>
              </wp:wrapPolygon>
            </wp:wrapTight>
            <wp:docPr id="1300543087"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543087" name="Picture 1300543087"/>
                    <pic:cNvPicPr/>
                  </pic:nvPicPr>
                  <pic:blipFill>
                    <a:blip r:embed="rId29"/>
                    <a:stretch>
                      <a:fillRect/>
                    </a:stretch>
                  </pic:blipFill>
                  <pic:spPr>
                    <a:xfrm>
                      <a:off x="0" y="0"/>
                      <a:ext cx="5153025" cy="27533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B43147">
        <w:rPr>
          <w:noProof/>
        </w:rPr>
        <mc:AlternateContent>
          <mc:Choice Requires="wps">
            <w:drawing>
              <wp:anchor distT="0" distB="0" distL="114300" distR="114300" simplePos="0" relativeHeight="251673600" behindDoc="0" locked="0" layoutInCell="1" allowOverlap="1" wp14:anchorId="65F93B03" wp14:editId="713C4F9E">
                <wp:simplePos x="0" y="0"/>
                <wp:positionH relativeFrom="margin">
                  <wp:align>center</wp:align>
                </wp:positionH>
                <wp:positionV relativeFrom="paragraph">
                  <wp:posOffset>-723265</wp:posOffset>
                </wp:positionV>
                <wp:extent cx="1828800" cy="742950"/>
                <wp:effectExtent l="0" t="0" r="0" b="0"/>
                <wp:wrapNone/>
                <wp:docPr id="1171740129" name="Text Box 1"/>
                <wp:cNvGraphicFramePr/>
                <a:graphic xmlns:a="http://schemas.openxmlformats.org/drawingml/2006/main">
                  <a:graphicData uri="http://schemas.microsoft.com/office/word/2010/wordprocessingShape">
                    <wps:wsp>
                      <wps:cNvSpPr txBox="1"/>
                      <wps:spPr>
                        <a:xfrm>
                          <a:off x="0" y="0"/>
                          <a:ext cx="1828800" cy="742950"/>
                        </a:xfrm>
                        <a:prstGeom prst="rect">
                          <a:avLst/>
                        </a:prstGeom>
                        <a:noFill/>
                        <a:ln>
                          <a:noFill/>
                        </a:ln>
                      </wps:spPr>
                      <wps:txbx>
                        <w:txbxContent>
                          <w:p w14:paraId="5A95AE05" w14:textId="4FAB3720" w:rsidR="004413A6" w:rsidRPr="00B43147" w:rsidRDefault="00B43147" w:rsidP="004413A6">
                            <w:pPr>
                              <w:jc w:val="center"/>
                              <w:rPr>
                                <w:b/>
                                <w:color w:val="262626" w:themeColor="text1" w:themeTint="D9"/>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43147">
                              <w:rPr>
                                <w:b/>
                                <w:color w:val="262626" w:themeColor="text1" w:themeTint="D9"/>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ABOUT US HTML CODE.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5F93B03" id="_x0000_s1058" type="#_x0000_t202" style="position:absolute;margin-left:0;margin-top:-56.95pt;width:2in;height:58.5pt;z-index:251673600;visibility:visible;mso-wrap-style:non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" filled="f" stroked="f">
                <v:fill o:detectmouseclick="t"/>
                <v:textbox>
                  <w:txbxContent>
                    <w:p w14:paraId="5A95AE05" w14:textId="4FAB3720" w:rsidR="004413A6" w:rsidRPr="00B43147" w:rsidRDefault="00B43147" w:rsidP="004413A6">
                      <w:pPr>
                        <w:jc w:val="center"/>
                        <w:rPr>
                          <w:b/>
                          <w:color w:val="262626" w:themeColor="text1" w:themeTint="D9"/>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43147">
                        <w:rPr>
                          <w:b/>
                          <w:color w:val="262626" w:themeColor="text1" w:themeTint="D9"/>
                          <w:sz w:val="52"/>
                          <w:szCs w:val="5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ABOUT US HTML CODE.</w:t>
                      </w:r>
                    </w:p>
                  </w:txbxContent>
                </v:textbox>
                <w10:wrap anchorx="margin"/>
              </v:shape>
            </w:pict>
          </mc:Fallback>
        </mc:AlternateContent>
      </w:r>
    </w:p>
    <w:p w14:paraId="7E33A79E" w14:textId="262000C9" w:rsidR="00FA0594" w:rsidRDefault="00FA0594"/>
    <w:p w14:paraId="37940502" w14:textId="6E2B62BA" w:rsidR="00FA0594" w:rsidRDefault="00FA0594"/>
    <w:p w14:paraId="077672DD" w14:textId="26186705" w:rsidR="00FA0594" w:rsidRDefault="00FA0594"/>
    <w:p w14:paraId="0850C8F0" w14:textId="02B81617" w:rsidR="00567C62" w:rsidRDefault="00567C62"/>
    <w:p w14:paraId="5532743A" w14:textId="7577FEA9" w:rsidR="00567C62" w:rsidRDefault="00567C62"/>
    <w:p w14:paraId="536FA172" w14:textId="13D696A7" w:rsidR="00567C62" w:rsidRDefault="00567C62"/>
    <w:p w14:paraId="21667763" w14:textId="5FF6B5D5" w:rsidR="00FA0594" w:rsidRDefault="00FA0594"/>
    <w:p w14:paraId="37605F92" w14:textId="6FBAF43C" w:rsidR="00FA0594" w:rsidRDefault="00FA0594"/>
    <w:p w14:paraId="1105F028" w14:textId="23F8E9A4" w:rsidR="00FA0594" w:rsidRDefault="00FA0594"/>
    <w:p w14:paraId="19B13111" w14:textId="15E4D7F4" w:rsidR="00FA0594" w:rsidRDefault="00FA0594"/>
    <w:p w14:paraId="410B20AF" w14:textId="0CD7DE62" w:rsidR="00FA0594" w:rsidRDefault="00FA0594"/>
    <w:p w14:paraId="6B8891AE" w14:textId="6A3F31BC" w:rsidR="00FA0594" w:rsidRDefault="00FA0594"/>
    <w:p w14:paraId="33900977" w14:textId="2F0ABE72" w:rsidR="00FA0594" w:rsidRDefault="00FA0594"/>
    <w:p w14:paraId="1C51869D" w14:textId="7A061E54" w:rsidR="00567C62" w:rsidRDefault="0094393C">
      <w:r>
        <w:rPr>
          <w:noProof/>
        </w:rPr>
        <w:lastRenderedPageBreak/>
        <w:drawing>
          <wp:anchor distT="0" distB="0" distL="114300" distR="114300" simplePos="0" relativeHeight="251685888" behindDoc="1" locked="0" layoutInCell="1" allowOverlap="1" wp14:anchorId="2610850F" wp14:editId="39C44C33">
            <wp:simplePos x="0" y="0"/>
            <wp:positionH relativeFrom="page">
              <wp:align>right</wp:align>
            </wp:positionH>
            <wp:positionV relativeFrom="paragraph">
              <wp:posOffset>3219450</wp:posOffset>
            </wp:positionV>
            <wp:extent cx="5126355" cy="2714625"/>
            <wp:effectExtent l="76200" t="76200" r="131445" b="142875"/>
            <wp:wrapTight wrapText="bothSides">
              <wp:wrapPolygon edited="0">
                <wp:start x="-161" y="-606"/>
                <wp:lineTo x="-321" y="-455"/>
                <wp:lineTo x="-321" y="21979"/>
                <wp:lineTo x="-161" y="22585"/>
                <wp:lineTo x="21913" y="22585"/>
                <wp:lineTo x="22074" y="21524"/>
                <wp:lineTo x="22074" y="1971"/>
                <wp:lineTo x="21913" y="-303"/>
                <wp:lineTo x="21913" y="-606"/>
                <wp:lineTo x="-161" y="-606"/>
              </wp:wrapPolygon>
            </wp:wrapTight>
            <wp:docPr id="2097006165"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006165" name="Picture 2097006165"/>
                    <pic:cNvPicPr/>
                  </pic:nvPicPr>
                  <pic:blipFill>
                    <a:blip r:embed="rId30"/>
                    <a:stretch>
                      <a:fillRect/>
                    </a:stretch>
                  </pic:blipFill>
                  <pic:spPr>
                    <a:xfrm>
                      <a:off x="0" y="0"/>
                      <a:ext cx="5126355" cy="27146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E60A8A">
        <w:rPr>
          <w:noProof/>
        </w:rPr>
        <w:drawing>
          <wp:anchor distT="0" distB="0" distL="114300" distR="114300" simplePos="0" relativeHeight="251684864" behindDoc="1" locked="0" layoutInCell="1" allowOverlap="1" wp14:anchorId="273F38F5" wp14:editId="38D49D0D">
            <wp:simplePos x="0" y="0"/>
            <wp:positionH relativeFrom="page">
              <wp:align>left</wp:align>
            </wp:positionH>
            <wp:positionV relativeFrom="paragraph">
              <wp:posOffset>3200400</wp:posOffset>
            </wp:positionV>
            <wp:extent cx="5172710" cy="2759075"/>
            <wp:effectExtent l="76200" t="76200" r="142240" b="136525"/>
            <wp:wrapTight wrapText="bothSides">
              <wp:wrapPolygon edited="0">
                <wp:start x="-159" y="-597"/>
                <wp:lineTo x="-318" y="-447"/>
                <wp:lineTo x="-318" y="21923"/>
                <wp:lineTo x="-159" y="22520"/>
                <wp:lineTo x="21955" y="22520"/>
                <wp:lineTo x="22114" y="21177"/>
                <wp:lineTo x="22114" y="1939"/>
                <wp:lineTo x="21955" y="-298"/>
                <wp:lineTo x="21955" y="-597"/>
                <wp:lineTo x="-159" y="-597"/>
              </wp:wrapPolygon>
            </wp:wrapTight>
            <wp:docPr id="467494907"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494907" name="Picture 467494907"/>
                    <pic:cNvPicPr/>
                  </pic:nvPicPr>
                  <pic:blipFill>
                    <a:blip r:embed="rId31"/>
                    <a:stretch>
                      <a:fillRect/>
                    </a:stretch>
                  </pic:blipFill>
                  <pic:spPr>
                    <a:xfrm>
                      <a:off x="0" y="0"/>
                      <a:ext cx="5172710" cy="27590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E60A8A">
        <w:rPr>
          <w:noProof/>
        </w:rPr>
        <w:drawing>
          <wp:anchor distT="0" distB="0" distL="114300" distR="114300" simplePos="0" relativeHeight="251683840" behindDoc="1" locked="0" layoutInCell="1" allowOverlap="1" wp14:anchorId="143ADDCB" wp14:editId="0BA346EC">
            <wp:simplePos x="0" y="0"/>
            <wp:positionH relativeFrom="page">
              <wp:posOffset>5415280</wp:posOffset>
            </wp:positionH>
            <wp:positionV relativeFrom="paragraph">
              <wp:posOffset>152400</wp:posOffset>
            </wp:positionV>
            <wp:extent cx="5138448" cy="2743200"/>
            <wp:effectExtent l="76200" t="76200" r="138430" b="133350"/>
            <wp:wrapTight wrapText="bothSides">
              <wp:wrapPolygon edited="0">
                <wp:start x="-160" y="-600"/>
                <wp:lineTo x="-320" y="-450"/>
                <wp:lineTo x="-320" y="21900"/>
                <wp:lineTo x="-160" y="22500"/>
                <wp:lineTo x="21942" y="22500"/>
                <wp:lineTo x="22102" y="21300"/>
                <wp:lineTo x="22102" y="1950"/>
                <wp:lineTo x="21942" y="-300"/>
                <wp:lineTo x="21942" y="-600"/>
                <wp:lineTo x="-160" y="-600"/>
              </wp:wrapPolygon>
            </wp:wrapTight>
            <wp:docPr id="1651651875"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651875" name="Picture 1651651875"/>
                    <pic:cNvPicPr/>
                  </pic:nvPicPr>
                  <pic:blipFill>
                    <a:blip r:embed="rId32"/>
                    <a:stretch>
                      <a:fillRect/>
                    </a:stretch>
                  </pic:blipFill>
                  <pic:spPr>
                    <a:xfrm>
                      <a:off x="0" y="0"/>
                      <a:ext cx="5139829" cy="274393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E60A8A">
        <w:rPr>
          <w:noProof/>
        </w:rPr>
        <w:drawing>
          <wp:anchor distT="0" distB="0" distL="114300" distR="114300" simplePos="0" relativeHeight="251682816" behindDoc="1" locked="0" layoutInCell="1" allowOverlap="1" wp14:anchorId="105D640D" wp14:editId="1A123D9E">
            <wp:simplePos x="0" y="0"/>
            <wp:positionH relativeFrom="margin">
              <wp:posOffset>-1047750</wp:posOffset>
            </wp:positionH>
            <wp:positionV relativeFrom="paragraph">
              <wp:posOffset>133350</wp:posOffset>
            </wp:positionV>
            <wp:extent cx="5153025" cy="2733675"/>
            <wp:effectExtent l="76200" t="76200" r="142875" b="142875"/>
            <wp:wrapTight wrapText="bothSides">
              <wp:wrapPolygon edited="0">
                <wp:start x="-160" y="-602"/>
                <wp:lineTo x="-319" y="-452"/>
                <wp:lineTo x="-319" y="21976"/>
                <wp:lineTo x="-160" y="22578"/>
                <wp:lineTo x="21959" y="22578"/>
                <wp:lineTo x="22119" y="21374"/>
                <wp:lineTo x="22119" y="1957"/>
                <wp:lineTo x="21959" y="-301"/>
                <wp:lineTo x="21959" y="-602"/>
                <wp:lineTo x="-160" y="-602"/>
              </wp:wrapPolygon>
            </wp:wrapTight>
            <wp:docPr id="148091157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911578" name="Picture 1480911578"/>
                    <pic:cNvPicPr/>
                  </pic:nvPicPr>
                  <pic:blipFill>
                    <a:blip r:embed="rId33"/>
                    <a:stretch>
                      <a:fillRect/>
                    </a:stretch>
                  </pic:blipFill>
                  <pic:spPr>
                    <a:xfrm>
                      <a:off x="0" y="0"/>
                      <a:ext cx="5153025" cy="27336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E60A8A">
        <w:rPr>
          <w:noProof/>
        </w:rPr>
        <mc:AlternateContent>
          <mc:Choice Requires="wps">
            <w:drawing>
              <wp:anchor distT="0" distB="0" distL="114300" distR="114300" simplePos="0" relativeHeight="251681792" behindDoc="0" locked="0" layoutInCell="1" allowOverlap="1" wp14:anchorId="59C89DFC" wp14:editId="16BB10D3">
                <wp:simplePos x="0" y="0"/>
                <wp:positionH relativeFrom="column">
                  <wp:posOffset>2305050</wp:posOffset>
                </wp:positionH>
                <wp:positionV relativeFrom="paragraph">
                  <wp:posOffset>-647700</wp:posOffset>
                </wp:positionV>
                <wp:extent cx="1828800" cy="1828800"/>
                <wp:effectExtent l="0" t="0" r="0" b="0"/>
                <wp:wrapNone/>
                <wp:docPr id="1620832488"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E87F063" w14:textId="77EBD74A" w:rsidR="00E60A8A" w:rsidRPr="00E60A8A" w:rsidRDefault="00E60A8A" w:rsidP="00E60A8A">
                            <w:pPr>
                              <w:jc w:val="center"/>
                              <w:rPr>
                                <w:b/>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E60A8A">
                              <w:rPr>
                                <w:b/>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GALLERY HTML CODE.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9C89DFC" id="_x0000_s1059" type="#_x0000_t202" style="position:absolute;margin-left:181.5pt;margin-top:-51pt;width:2in;height:2in;z-index:25168179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" filled="f" stroked="f">
                <v:fill o:detectmouseclick="t"/>
                <v:textbox style="mso-fit-shape-to-text:t">
                  <w:txbxContent>
                    <w:p w14:paraId="7E87F063" w14:textId="77EBD74A" w:rsidR="00E60A8A" w:rsidRPr="00E60A8A" w:rsidRDefault="00E60A8A" w:rsidP="00E60A8A">
                      <w:pPr>
                        <w:jc w:val="center"/>
                        <w:rPr>
                          <w:b/>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E60A8A">
                        <w:rPr>
                          <w:b/>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GALLERY HTML CODE.</w:t>
                      </w:r>
                    </w:p>
                  </w:txbxContent>
                </v:textbox>
              </v:shape>
            </w:pict>
          </mc:Fallback>
        </mc:AlternateContent>
      </w:r>
    </w:p>
    <w:p w14:paraId="410336AA" w14:textId="7A18FB3E" w:rsidR="00567C62" w:rsidRDefault="0094393C">
      <w:r>
        <w:rPr>
          <w:noProof/>
        </w:rPr>
        <w:drawing>
          <wp:anchor distT="0" distB="0" distL="114300" distR="114300" simplePos="0" relativeHeight="251686912" behindDoc="1" locked="0" layoutInCell="1" allowOverlap="1" wp14:anchorId="7231B6E0" wp14:editId="2B6B78C1">
            <wp:simplePos x="0" y="0"/>
            <wp:positionH relativeFrom="margin">
              <wp:align>center</wp:align>
            </wp:positionH>
            <wp:positionV relativeFrom="paragraph">
              <wp:posOffset>82550</wp:posOffset>
            </wp:positionV>
            <wp:extent cx="5865324" cy="3122295"/>
            <wp:effectExtent l="76200" t="76200" r="135890" b="135255"/>
            <wp:wrapTight wrapText="bothSides">
              <wp:wrapPolygon edited="0">
                <wp:start x="-140" y="-527"/>
                <wp:lineTo x="-281" y="-395"/>
                <wp:lineTo x="-281" y="21877"/>
                <wp:lineTo x="-140" y="22404"/>
                <wp:lineTo x="21890" y="22404"/>
                <wp:lineTo x="22030" y="20822"/>
                <wp:lineTo x="22030" y="1713"/>
                <wp:lineTo x="21890" y="-264"/>
                <wp:lineTo x="21890" y="-527"/>
                <wp:lineTo x="-140" y="-527"/>
              </wp:wrapPolygon>
            </wp:wrapTight>
            <wp:docPr id="2136055758"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055758" name="Picture 2136055758"/>
                    <pic:cNvPicPr/>
                  </pic:nvPicPr>
                  <pic:blipFill>
                    <a:blip r:embed="rId34"/>
                    <a:stretch>
                      <a:fillRect/>
                    </a:stretch>
                  </pic:blipFill>
                  <pic:spPr>
                    <a:xfrm>
                      <a:off x="0" y="0"/>
                      <a:ext cx="5865324" cy="31222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5A69A769" w14:textId="33951A26" w:rsidR="00567C62" w:rsidRDefault="00567C62"/>
    <w:p w14:paraId="4C16B102" w14:textId="385B366C" w:rsidR="00567C62" w:rsidRDefault="00567C62"/>
    <w:p w14:paraId="6F87194B" w14:textId="03D70A44" w:rsidR="00567C62" w:rsidRDefault="00567C62"/>
    <w:p w14:paraId="011A5C2F" w14:textId="2D26FDF5" w:rsidR="00567C62" w:rsidRDefault="00567C62"/>
    <w:p w14:paraId="5756D270" w14:textId="778D0468" w:rsidR="00567C62" w:rsidRDefault="00567C62"/>
    <w:p w14:paraId="3695B829" w14:textId="710E69CA" w:rsidR="00567C62" w:rsidRDefault="00567C62"/>
    <w:p w14:paraId="70876C30" w14:textId="77777777" w:rsidR="00567C62" w:rsidRDefault="00567C62"/>
    <w:p w14:paraId="59248615" w14:textId="3B058089" w:rsidR="00567C62" w:rsidRDefault="00567C62"/>
    <w:p w14:paraId="41ED1D87" w14:textId="5D41AE9D" w:rsidR="00567C62" w:rsidRDefault="00567C62"/>
    <w:p w14:paraId="62765E60" w14:textId="61B16115" w:rsidR="00567C62" w:rsidRDefault="00567C62"/>
    <w:p w14:paraId="07A84A63" w14:textId="77777777" w:rsidR="00567C62" w:rsidRDefault="00567C62"/>
    <w:p w14:paraId="0232DFFC" w14:textId="3FC9A313" w:rsidR="00567C62" w:rsidRDefault="00567C62"/>
    <w:p w14:paraId="24CBFC68" w14:textId="77777777" w:rsidR="00567C62" w:rsidRDefault="00567C62"/>
    <w:p w14:paraId="2ACF3AF9" w14:textId="274AC52A" w:rsidR="00567C62" w:rsidRDefault="00567C62"/>
    <w:p w14:paraId="4F140148" w14:textId="58F38FC5" w:rsidR="00567C62" w:rsidRDefault="00567C62"/>
    <w:p w14:paraId="0F6188D4" w14:textId="02E40F6B" w:rsidR="00567C62" w:rsidRDefault="00567C62"/>
    <w:p w14:paraId="237A37C6" w14:textId="2AAC93E3" w:rsidR="00567C62" w:rsidRDefault="00567C62"/>
    <w:p w14:paraId="622B1974" w14:textId="7528DDBB" w:rsidR="00567C62" w:rsidRDefault="00567C62"/>
    <w:p w14:paraId="7E2A3FA1" w14:textId="38E19BD9" w:rsidR="00567C62" w:rsidRDefault="00567C62"/>
    <w:p w14:paraId="38F6075D" w14:textId="41A4F94E" w:rsidR="00567C62" w:rsidRDefault="00567C62"/>
    <w:p w14:paraId="7F6619D3" w14:textId="2844FFC2" w:rsidR="00567C62" w:rsidRDefault="00567C62"/>
    <w:p w14:paraId="27E310D4" w14:textId="0064446C" w:rsidR="00567C62" w:rsidRDefault="008312A7">
      <w:r>
        <w:rPr>
          <w:noProof/>
        </w:rPr>
        <w:lastRenderedPageBreak/>
        <w:drawing>
          <wp:anchor distT="0" distB="0" distL="114300" distR="114300" simplePos="0" relativeHeight="251694080" behindDoc="1" locked="0" layoutInCell="1" allowOverlap="1" wp14:anchorId="72A40FE4" wp14:editId="6925D803">
            <wp:simplePos x="0" y="0"/>
            <wp:positionH relativeFrom="margin">
              <wp:align>center</wp:align>
            </wp:positionH>
            <wp:positionV relativeFrom="paragraph">
              <wp:posOffset>6068695</wp:posOffset>
            </wp:positionV>
            <wp:extent cx="5524500" cy="2940685"/>
            <wp:effectExtent l="76200" t="76200" r="133350" b="126365"/>
            <wp:wrapTight wrapText="bothSides">
              <wp:wrapPolygon edited="0">
                <wp:start x="-149" y="-560"/>
                <wp:lineTo x="-298" y="-420"/>
                <wp:lineTo x="-298" y="21829"/>
                <wp:lineTo x="-149" y="22388"/>
                <wp:lineTo x="21898" y="22388"/>
                <wp:lineTo x="22047" y="21968"/>
                <wp:lineTo x="22047" y="1819"/>
                <wp:lineTo x="21898" y="-280"/>
                <wp:lineTo x="21898" y="-560"/>
                <wp:lineTo x="-149" y="-560"/>
              </wp:wrapPolygon>
            </wp:wrapTight>
            <wp:docPr id="2098315423"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315423" name="Picture 2098315423"/>
                    <pic:cNvPicPr/>
                  </pic:nvPicPr>
                  <pic:blipFill>
                    <a:blip r:embed="rId19"/>
                    <a:stretch>
                      <a:fillRect/>
                    </a:stretch>
                  </pic:blipFill>
                  <pic:spPr>
                    <a:xfrm>
                      <a:off x="0" y="0"/>
                      <a:ext cx="5524500" cy="29406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3056" behindDoc="1" locked="0" layoutInCell="1" allowOverlap="1" wp14:anchorId="185B477F" wp14:editId="15E515BE">
            <wp:simplePos x="0" y="0"/>
            <wp:positionH relativeFrom="page">
              <wp:posOffset>5358130</wp:posOffset>
            </wp:positionH>
            <wp:positionV relativeFrom="paragraph">
              <wp:posOffset>3045460</wp:posOffset>
            </wp:positionV>
            <wp:extent cx="5203825" cy="2772410"/>
            <wp:effectExtent l="76200" t="76200" r="130175" b="142240"/>
            <wp:wrapTight wrapText="bothSides">
              <wp:wrapPolygon edited="0">
                <wp:start x="-158" y="-594"/>
                <wp:lineTo x="-316" y="-445"/>
                <wp:lineTo x="-316" y="21966"/>
                <wp:lineTo x="-158" y="22560"/>
                <wp:lineTo x="21903" y="22560"/>
                <wp:lineTo x="22061" y="21076"/>
                <wp:lineTo x="22061" y="1929"/>
                <wp:lineTo x="21903" y="-297"/>
                <wp:lineTo x="21903" y="-594"/>
                <wp:lineTo x="-158" y="-594"/>
              </wp:wrapPolygon>
            </wp:wrapTight>
            <wp:docPr id="820656228"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656228" name="Picture 820656228"/>
                    <pic:cNvPicPr/>
                  </pic:nvPicPr>
                  <pic:blipFill>
                    <a:blip r:embed="rId20"/>
                    <a:stretch>
                      <a:fillRect/>
                    </a:stretch>
                  </pic:blipFill>
                  <pic:spPr>
                    <a:xfrm>
                      <a:off x="0" y="0"/>
                      <a:ext cx="5203825" cy="27724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2032" behindDoc="1" locked="0" layoutInCell="1" allowOverlap="1" wp14:anchorId="5553F517" wp14:editId="4FDCA631">
            <wp:simplePos x="0" y="0"/>
            <wp:positionH relativeFrom="page">
              <wp:align>left</wp:align>
            </wp:positionH>
            <wp:positionV relativeFrom="paragraph">
              <wp:posOffset>3050540</wp:posOffset>
            </wp:positionV>
            <wp:extent cx="5162550" cy="2766060"/>
            <wp:effectExtent l="76200" t="76200" r="133350" b="129540"/>
            <wp:wrapTight wrapText="bothSides">
              <wp:wrapPolygon edited="0">
                <wp:start x="-159" y="-595"/>
                <wp:lineTo x="-319" y="-446"/>
                <wp:lineTo x="-319" y="21868"/>
                <wp:lineTo x="-159" y="22463"/>
                <wp:lineTo x="21919" y="22463"/>
                <wp:lineTo x="22078" y="21124"/>
                <wp:lineTo x="22078" y="1934"/>
                <wp:lineTo x="21919" y="-298"/>
                <wp:lineTo x="21919" y="-595"/>
                <wp:lineTo x="-159" y="-595"/>
              </wp:wrapPolygon>
            </wp:wrapTight>
            <wp:docPr id="755694798"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694798" name="Picture 755694798"/>
                    <pic:cNvPicPr/>
                  </pic:nvPicPr>
                  <pic:blipFill>
                    <a:blip r:embed="rId21"/>
                    <a:stretch>
                      <a:fillRect/>
                    </a:stretch>
                  </pic:blipFill>
                  <pic:spPr>
                    <a:xfrm>
                      <a:off x="0" y="0"/>
                      <a:ext cx="5162550" cy="27660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1008" behindDoc="1" locked="0" layoutInCell="1" allowOverlap="1" wp14:anchorId="27D035B4" wp14:editId="675E1BC2">
            <wp:simplePos x="0" y="0"/>
            <wp:positionH relativeFrom="page">
              <wp:posOffset>5358130</wp:posOffset>
            </wp:positionH>
            <wp:positionV relativeFrom="paragraph">
              <wp:posOffset>76200</wp:posOffset>
            </wp:positionV>
            <wp:extent cx="5198501" cy="2762250"/>
            <wp:effectExtent l="76200" t="76200" r="135890" b="133350"/>
            <wp:wrapTight wrapText="bothSides">
              <wp:wrapPolygon edited="0">
                <wp:start x="-158" y="-596"/>
                <wp:lineTo x="-317" y="-447"/>
                <wp:lineTo x="-317" y="21898"/>
                <wp:lineTo x="-158" y="22494"/>
                <wp:lineTo x="21927" y="22494"/>
                <wp:lineTo x="22086" y="21153"/>
                <wp:lineTo x="22086" y="1937"/>
                <wp:lineTo x="21927" y="-298"/>
                <wp:lineTo x="21927" y="-596"/>
                <wp:lineTo x="-158" y="-596"/>
              </wp:wrapPolygon>
            </wp:wrapTight>
            <wp:docPr id="1810063647"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63647" name="Picture 1810063647"/>
                    <pic:cNvPicPr/>
                  </pic:nvPicPr>
                  <pic:blipFill>
                    <a:blip r:embed="rId23"/>
                    <a:stretch>
                      <a:fillRect/>
                    </a:stretch>
                  </pic:blipFill>
                  <pic:spPr>
                    <a:xfrm>
                      <a:off x="0" y="0"/>
                      <a:ext cx="5202489" cy="276436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9984" behindDoc="1" locked="0" layoutInCell="1" allowOverlap="1" wp14:anchorId="28FD9D22" wp14:editId="66BCFC44">
            <wp:simplePos x="0" y="0"/>
            <wp:positionH relativeFrom="page">
              <wp:align>left</wp:align>
            </wp:positionH>
            <wp:positionV relativeFrom="paragraph">
              <wp:posOffset>76200</wp:posOffset>
            </wp:positionV>
            <wp:extent cx="5151755" cy="2745740"/>
            <wp:effectExtent l="76200" t="76200" r="125095" b="130810"/>
            <wp:wrapTight wrapText="bothSides">
              <wp:wrapPolygon edited="0">
                <wp:start x="-160" y="-599"/>
                <wp:lineTo x="-319" y="-450"/>
                <wp:lineTo x="-319" y="21880"/>
                <wp:lineTo x="-160" y="22479"/>
                <wp:lineTo x="21885" y="22479"/>
                <wp:lineTo x="22045" y="21280"/>
                <wp:lineTo x="22045" y="1948"/>
                <wp:lineTo x="21885" y="-300"/>
                <wp:lineTo x="21885" y="-599"/>
                <wp:lineTo x="-160" y="-599"/>
              </wp:wrapPolygon>
            </wp:wrapTight>
            <wp:docPr id="1922820751"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820751" name="Picture 1922820751"/>
                    <pic:cNvPicPr/>
                  </pic:nvPicPr>
                  <pic:blipFill>
                    <a:blip r:embed="rId22"/>
                    <a:stretch>
                      <a:fillRect/>
                    </a:stretch>
                  </pic:blipFill>
                  <pic:spPr>
                    <a:xfrm>
                      <a:off x="0" y="0"/>
                      <a:ext cx="5151755" cy="27457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8960" behindDoc="0" locked="0" layoutInCell="1" allowOverlap="1" wp14:anchorId="1EF25409" wp14:editId="46BF00B2">
                <wp:simplePos x="0" y="0"/>
                <wp:positionH relativeFrom="column">
                  <wp:posOffset>2143125</wp:posOffset>
                </wp:positionH>
                <wp:positionV relativeFrom="paragraph">
                  <wp:posOffset>-646430</wp:posOffset>
                </wp:positionV>
                <wp:extent cx="1828800" cy="1828800"/>
                <wp:effectExtent l="0" t="0" r="0" b="0"/>
                <wp:wrapNone/>
                <wp:docPr id="1846413483"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F903FA1" w14:textId="0FCDAB26" w:rsidR="0094393C" w:rsidRPr="008312A7" w:rsidRDefault="008312A7" w:rsidP="0094393C">
                            <w:pPr>
                              <w:jc w:val="center"/>
                              <w:rPr>
                                <w:b/>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8312A7">
                              <w:rPr>
                                <w:b/>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CONTACT HTML CODE.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EF25409" id="_x0000_s1060" type="#_x0000_t202" style="position:absolute;margin-left:168.75pt;margin-top:-50.9pt;width:2in;height:2in;z-index:2516889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" filled="f" stroked="f">
                <v:fill o:detectmouseclick="t"/>
                <v:textbox style="mso-fit-shape-to-text:t">
                  <w:txbxContent>
                    <w:p w14:paraId="7F903FA1" w14:textId="0FCDAB26" w:rsidR="0094393C" w:rsidRPr="008312A7" w:rsidRDefault="008312A7" w:rsidP="0094393C">
                      <w:pPr>
                        <w:jc w:val="center"/>
                        <w:rPr>
                          <w:b/>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8312A7">
                        <w:rPr>
                          <w:b/>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CONTACT HTML CODE.</w:t>
                      </w:r>
                    </w:p>
                  </w:txbxContent>
                </v:textbox>
              </v:shape>
            </w:pict>
          </mc:Fallback>
        </mc:AlternateContent>
      </w:r>
    </w:p>
    <w:p w14:paraId="7ADDDC88" w14:textId="192E285A" w:rsidR="00567C62" w:rsidRDefault="00567C62"/>
    <w:p w14:paraId="5416F685" w14:textId="02420C80" w:rsidR="00567C62" w:rsidRDefault="00567C62"/>
    <w:p w14:paraId="5B4D104B" w14:textId="4086C1A4" w:rsidR="00567C62" w:rsidRDefault="00567C62"/>
    <w:p w14:paraId="09B4725E" w14:textId="5C196999" w:rsidR="00567C62" w:rsidRDefault="00567C62"/>
    <w:p w14:paraId="549D0ED0" w14:textId="4CA26020" w:rsidR="00567C62" w:rsidRDefault="00567C62"/>
    <w:p w14:paraId="5B9D00A0" w14:textId="1030447B" w:rsidR="00567C62" w:rsidRDefault="00567C62"/>
    <w:p w14:paraId="49683707" w14:textId="72EAC2B3" w:rsidR="00567C62" w:rsidRDefault="00567C62"/>
    <w:p w14:paraId="1B66E207" w14:textId="59867250" w:rsidR="00567C62" w:rsidRDefault="00567C62"/>
    <w:p w14:paraId="10C61CA3" w14:textId="3D9FFD3D" w:rsidR="00567C62" w:rsidRDefault="00567C62"/>
    <w:p w14:paraId="4E4E0072" w14:textId="6357C721" w:rsidR="00567C62" w:rsidRDefault="00892A98">
      <w:r>
        <w:rPr>
          <w:noProof/>
        </w:rPr>
        <mc:AlternateContent>
          <mc:Choice Requires="wps">
            <w:drawing>
              <wp:anchor distT="0" distB="0" distL="114300" distR="114300" simplePos="0" relativeHeight="251696128" behindDoc="0" locked="0" layoutInCell="1" allowOverlap="1" wp14:anchorId="11D9BB73" wp14:editId="3DEEA9AE">
                <wp:simplePos x="0" y="0"/>
                <wp:positionH relativeFrom="margin">
                  <wp:align>center</wp:align>
                </wp:positionH>
                <wp:positionV relativeFrom="paragraph">
                  <wp:posOffset>92710</wp:posOffset>
                </wp:positionV>
                <wp:extent cx="1828800" cy="1828800"/>
                <wp:effectExtent l="0" t="0" r="0" b="3810"/>
                <wp:wrapNone/>
                <wp:docPr id="1319326938"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8DED8B4" w14:textId="7A44DCDC" w:rsidR="00892A98" w:rsidRPr="00892A98" w:rsidRDefault="00892A98" w:rsidP="00892A98">
                            <w:pPr>
                              <w:jc w:val="center"/>
                              <w:rPr>
                                <w:b/>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892A98">
                              <w:rPr>
                                <w:b/>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CSS HTML CODE.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1D9BB73" id="_x0000_s1061" type="#_x0000_t202" style="position:absolute;margin-left:0;margin-top:7.3pt;width:2in;height:2in;z-index:2516961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" filled="f" stroked="f">
                <v:fill o:detectmouseclick="t"/>
                <v:textbox style="mso-fit-shape-to-text:t">
                  <w:txbxContent>
                    <w:p w14:paraId="18DED8B4" w14:textId="7A44DCDC" w:rsidR="00892A98" w:rsidRPr="00892A98" w:rsidRDefault="00892A98" w:rsidP="00892A98">
                      <w:pPr>
                        <w:jc w:val="center"/>
                        <w:rPr>
                          <w:b/>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892A98">
                        <w:rPr>
                          <w:b/>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CSS HTML CODE.</w:t>
                      </w:r>
                    </w:p>
                  </w:txbxContent>
                </v:textbox>
                <w10:wrap anchorx="margin"/>
              </v:shape>
            </w:pict>
          </mc:Fallback>
        </mc:AlternateContent>
      </w:r>
    </w:p>
    <w:p w14:paraId="765851AC" w14:textId="1F16EF93" w:rsidR="00567C62" w:rsidRDefault="00567C62"/>
    <w:p w14:paraId="0BB4B62E" w14:textId="4DF195F8" w:rsidR="00FA0594" w:rsidRDefault="00892A98">
      <w:r>
        <w:rPr>
          <w:noProof/>
        </w:rPr>
        <w:drawing>
          <wp:anchor distT="0" distB="0" distL="114300" distR="114300" simplePos="0" relativeHeight="251697152" behindDoc="1" locked="0" layoutInCell="1" allowOverlap="1" wp14:anchorId="09E1F531" wp14:editId="4EA329E6">
            <wp:simplePos x="0" y="0"/>
            <wp:positionH relativeFrom="margin">
              <wp:posOffset>1390650</wp:posOffset>
            </wp:positionH>
            <wp:positionV relativeFrom="paragraph">
              <wp:posOffset>84455</wp:posOffset>
            </wp:positionV>
            <wp:extent cx="5619750" cy="3007360"/>
            <wp:effectExtent l="76200" t="76200" r="133350" b="135890"/>
            <wp:wrapTight wrapText="bothSides">
              <wp:wrapPolygon edited="0">
                <wp:start x="-146" y="-547"/>
                <wp:lineTo x="-293" y="-410"/>
                <wp:lineTo x="-293" y="21892"/>
                <wp:lineTo x="-146" y="22439"/>
                <wp:lineTo x="21893" y="22439"/>
                <wp:lineTo x="22039" y="21618"/>
                <wp:lineTo x="22039" y="1779"/>
                <wp:lineTo x="21893" y="-274"/>
                <wp:lineTo x="21893" y="-547"/>
                <wp:lineTo x="-146" y="-547"/>
              </wp:wrapPolygon>
            </wp:wrapTight>
            <wp:docPr id="2021917529"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917529" name="Picture 2021917529"/>
                    <pic:cNvPicPr/>
                  </pic:nvPicPr>
                  <pic:blipFill>
                    <a:blip r:embed="rId35"/>
                    <a:stretch>
                      <a:fillRect/>
                    </a:stretch>
                  </pic:blipFill>
                  <pic:spPr>
                    <a:xfrm>
                      <a:off x="0" y="0"/>
                      <a:ext cx="5619750" cy="30073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42673A0E" w14:textId="605FB277" w:rsidR="00FA0594" w:rsidRDefault="00FA0594"/>
    <w:p w14:paraId="43CDE7C6" w14:textId="014B442E" w:rsidR="00FA0594" w:rsidRDefault="00FA0594"/>
    <w:p w14:paraId="620BCD2F" w14:textId="3B0ABE27" w:rsidR="00FA0594" w:rsidRDefault="00FA0594"/>
    <w:p w14:paraId="0F36EE20" w14:textId="1C4A2EAB" w:rsidR="00FA0594" w:rsidRDefault="00FA0594"/>
    <w:p w14:paraId="1A4DC16E" w14:textId="56D3D057" w:rsidR="00FA0594" w:rsidRDefault="00FA0594"/>
    <w:p w14:paraId="7E588BAC" w14:textId="3BBCB99E" w:rsidR="008312A7" w:rsidRDefault="008312A7"/>
    <w:p w14:paraId="3C33882B" w14:textId="77777777" w:rsidR="008312A7" w:rsidRDefault="008312A7"/>
    <w:p w14:paraId="1809318E" w14:textId="623B1163" w:rsidR="008312A7" w:rsidRDefault="008312A7"/>
    <w:p w14:paraId="3D3B2F60" w14:textId="77777777" w:rsidR="008312A7" w:rsidRDefault="008312A7"/>
    <w:p w14:paraId="55482F57" w14:textId="46A49A9C" w:rsidR="008312A7" w:rsidRDefault="008312A7"/>
    <w:p w14:paraId="1F602504" w14:textId="608CEE2E" w:rsidR="008312A7" w:rsidRDefault="00104C33">
      <w:r>
        <w:rPr>
          <w:noProof/>
        </w:rPr>
        <w:lastRenderedPageBreak/>
        <w:drawing>
          <wp:anchor distT="0" distB="0" distL="114300" distR="114300" simplePos="0" relativeHeight="251700224" behindDoc="1" locked="0" layoutInCell="1" allowOverlap="1" wp14:anchorId="199A4111" wp14:editId="0535AD5A">
            <wp:simplePos x="0" y="0"/>
            <wp:positionH relativeFrom="column">
              <wp:posOffset>485775</wp:posOffset>
            </wp:positionH>
            <wp:positionV relativeFrom="paragraph">
              <wp:posOffset>76200</wp:posOffset>
            </wp:positionV>
            <wp:extent cx="6981825" cy="3716642"/>
            <wp:effectExtent l="76200" t="76200" r="123825" b="132080"/>
            <wp:wrapTight wrapText="bothSides">
              <wp:wrapPolygon edited="0">
                <wp:start x="-118" y="-443"/>
                <wp:lineTo x="-236" y="-332"/>
                <wp:lineTo x="-236" y="21814"/>
                <wp:lineTo x="-118" y="22257"/>
                <wp:lineTo x="21806" y="22257"/>
                <wp:lineTo x="21924" y="21039"/>
                <wp:lineTo x="21924" y="1440"/>
                <wp:lineTo x="21806" y="-221"/>
                <wp:lineTo x="21806" y="-443"/>
                <wp:lineTo x="-118" y="-443"/>
              </wp:wrapPolygon>
            </wp:wrapTight>
            <wp:docPr id="1471228538"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228538" name="Picture 1471228538"/>
                    <pic:cNvPicPr/>
                  </pic:nvPicPr>
                  <pic:blipFill>
                    <a:blip r:embed="rId36"/>
                    <a:stretch>
                      <a:fillRect/>
                    </a:stretch>
                  </pic:blipFill>
                  <pic:spPr>
                    <a:xfrm>
                      <a:off x="0" y="0"/>
                      <a:ext cx="6981825" cy="371664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99200" behindDoc="0" locked="0" layoutInCell="1" allowOverlap="1" wp14:anchorId="637AC24C" wp14:editId="75A9F2B7">
                <wp:simplePos x="0" y="0"/>
                <wp:positionH relativeFrom="column">
                  <wp:posOffset>2181225</wp:posOffset>
                </wp:positionH>
                <wp:positionV relativeFrom="paragraph">
                  <wp:posOffset>-643890</wp:posOffset>
                </wp:positionV>
                <wp:extent cx="1828800" cy="1828800"/>
                <wp:effectExtent l="0" t="0" r="0" b="0"/>
                <wp:wrapNone/>
                <wp:docPr id="19554490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845730A" w14:textId="51A185D3" w:rsidR="00104C33" w:rsidRPr="00104C33" w:rsidRDefault="00104C33" w:rsidP="00104C33">
                            <w:pPr>
                              <w:jc w:val="center"/>
                              <w:rPr>
                                <w:b/>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04C33">
                              <w:rPr>
                                <w:b/>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CARD CCS HTML CODE.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37AC24C" id="_x0000_s1062" type="#_x0000_t202" style="position:absolute;margin-left:171.75pt;margin-top:-50.7pt;width:2in;height:2in;z-index:2516992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ChXDQIAACk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" filled="f" stroked="f">
                <v:fill o:detectmouseclick="t"/>
                <v:textbox style="mso-fit-shape-to-text:t">
                  <w:txbxContent>
                    <w:p w14:paraId="4845730A" w14:textId="51A185D3" w:rsidR="00104C33" w:rsidRPr="00104C33" w:rsidRDefault="00104C33" w:rsidP="00104C33">
                      <w:pPr>
                        <w:jc w:val="center"/>
                        <w:rPr>
                          <w:b/>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04C33">
                        <w:rPr>
                          <w:b/>
                          <w:color w:val="262626" w:themeColor="text1" w:themeTint="D9"/>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CARD CCS HTML CODE.</w:t>
                      </w:r>
                    </w:p>
                  </w:txbxContent>
                </v:textbox>
              </v:shape>
            </w:pict>
          </mc:Fallback>
        </mc:AlternateContent>
      </w:r>
    </w:p>
    <w:p w14:paraId="231ACE1D" w14:textId="77777777" w:rsidR="008312A7" w:rsidRDefault="008312A7"/>
    <w:p w14:paraId="1F49FD04" w14:textId="59FA9C48" w:rsidR="00FA0594" w:rsidRDefault="00FA0594"/>
    <w:p w14:paraId="3D0272BA" w14:textId="578B1B47" w:rsidR="00FA0594" w:rsidRDefault="00FA0594"/>
    <w:p w14:paraId="3368FEBD" w14:textId="34985E0E" w:rsidR="00FA0594" w:rsidRDefault="00FA0594"/>
    <w:p w14:paraId="783C2E0C" w14:textId="58DEB8C4" w:rsidR="00FA0594" w:rsidRDefault="00FA0594"/>
    <w:p w14:paraId="13D57F97" w14:textId="326E589D" w:rsidR="00977B00" w:rsidRDefault="00977B00"/>
    <w:p w14:paraId="27FBA75B" w14:textId="409658E4" w:rsidR="00977B00" w:rsidRDefault="00977B00"/>
    <w:p w14:paraId="25465736" w14:textId="77777777" w:rsidR="00977B00" w:rsidRDefault="00977B00"/>
    <w:p w14:paraId="25D61A21" w14:textId="77777777" w:rsidR="00977B00" w:rsidRDefault="00977B00"/>
    <w:p w14:paraId="78EF229B" w14:textId="54F54315" w:rsidR="00227434" w:rsidRDefault="00227434" w:rsidP="00227434">
      <w:pPr>
        <w:pStyle w:val="Heading1"/>
        <w:rPr>
          <w:b w:val="0"/>
          <w:bCs w:val="0"/>
          <w:color w:val="000000" w:themeColor="text1"/>
        </w:rPr>
      </w:pPr>
    </w:p>
    <w:p w14:paraId="21808F90" w14:textId="77777777" w:rsidR="00104C33" w:rsidRDefault="00104C33" w:rsidP="00104C33"/>
    <w:p w14:paraId="79F077E8" w14:textId="77777777" w:rsidR="00104C33" w:rsidRDefault="00104C33" w:rsidP="00104C33"/>
    <w:p w14:paraId="22313EAC" w14:textId="77777777" w:rsidR="00104C33" w:rsidRPr="00104C33" w:rsidRDefault="00104C33" w:rsidP="00104C33"/>
    <w:p w14:paraId="090F8B86" w14:textId="77777777" w:rsidR="00227434" w:rsidRPr="00227434" w:rsidRDefault="00227434" w:rsidP="00227434">
      <w:pPr>
        <w:pStyle w:val="Heading1"/>
        <w:rPr>
          <w:b w:val="0"/>
          <w:bCs w:val="0"/>
          <w:color w:val="000000" w:themeColor="text1"/>
        </w:rPr>
      </w:pPr>
      <w:r w:rsidRPr="00227434">
        <w:rPr>
          <w:b w:val="0"/>
          <w:bCs w:val="0"/>
          <w:color w:val="000000" w:themeColor="text1"/>
        </w:rPr>
        <w:t xml:space="preserve">Usability is about how easy and pleasant a website is to use. A good website should allow users to find information quickly, understand the layout, and complete tasks without confusion. According to Matera, Rizzo and </w:t>
      </w:r>
      <w:proofErr w:type="spellStart"/>
      <w:r w:rsidRPr="00227434">
        <w:rPr>
          <w:b w:val="0"/>
          <w:bCs w:val="0"/>
          <w:color w:val="000000" w:themeColor="text1"/>
        </w:rPr>
        <w:t>Carughi</w:t>
      </w:r>
      <w:proofErr w:type="spellEnd"/>
      <w:r w:rsidRPr="00227434">
        <w:rPr>
          <w:b w:val="0"/>
          <w:bCs w:val="0"/>
          <w:color w:val="000000" w:themeColor="text1"/>
        </w:rPr>
        <w:t xml:space="preserve"> (2008), usability includes factors such as how easy it is to learn, how efficient it is to use, and how satisfied users feel.</w:t>
      </w:r>
    </w:p>
    <w:p w14:paraId="1DFB4BB8" w14:textId="625E1836" w:rsidR="00227434" w:rsidRDefault="00227434" w:rsidP="00227434">
      <w:pPr>
        <w:pStyle w:val="Heading1"/>
        <w:rPr>
          <w:b w:val="0"/>
          <w:bCs w:val="0"/>
          <w:color w:val="000000" w:themeColor="text1"/>
        </w:rPr>
      </w:pPr>
      <w:r w:rsidRPr="00227434">
        <w:rPr>
          <w:b w:val="0"/>
          <w:bCs w:val="0"/>
          <w:color w:val="000000" w:themeColor="text1"/>
        </w:rPr>
        <w:t>In practice, this means clear navigation menus, readable text, and a logical structure. If a website is difficult to use, users are more likely to leave, which negatively affects the overall success of the site.</w:t>
      </w:r>
    </w:p>
    <w:p w14:paraId="29101F91" w14:textId="77777777" w:rsidR="008306AB" w:rsidRPr="008306AB" w:rsidRDefault="008306AB" w:rsidP="008306AB"/>
    <w:p w14:paraId="4C949E92" w14:textId="77777777" w:rsidR="00227434" w:rsidRPr="00227434" w:rsidRDefault="00227434" w:rsidP="00227434">
      <w:pPr>
        <w:pStyle w:val="Heading1"/>
        <w:rPr>
          <w:b w:val="0"/>
          <w:bCs w:val="0"/>
          <w:color w:val="000000" w:themeColor="text1"/>
        </w:rPr>
      </w:pPr>
      <w:r w:rsidRPr="00227434">
        <w:rPr>
          <w:b w:val="0"/>
          <w:bCs w:val="0"/>
          <w:color w:val="000000" w:themeColor="text1"/>
        </w:rPr>
        <w:t>Accessibility focuses on making sure that everyone can use a website, including people with disabilities. The Web Content Accessibility Guidelines (WCAG 2.1) explain that websites should be perceivable, operable, understandable, and robust (W3C, 2018).</w:t>
      </w:r>
    </w:p>
    <w:p w14:paraId="6F477AAE" w14:textId="663E011E" w:rsidR="00227434" w:rsidRDefault="00227434" w:rsidP="00227434">
      <w:pPr>
        <w:pStyle w:val="Heading1"/>
        <w:rPr>
          <w:b w:val="0"/>
          <w:bCs w:val="0"/>
          <w:color w:val="000000" w:themeColor="text1"/>
        </w:rPr>
      </w:pPr>
      <w:r w:rsidRPr="00227434">
        <w:rPr>
          <w:b w:val="0"/>
          <w:bCs w:val="0"/>
          <w:color w:val="000000" w:themeColor="text1"/>
        </w:rPr>
        <w:t xml:space="preserve">For example, images should include alternative text, websites should be usable with a keyboard, and </w:t>
      </w:r>
      <w:r w:rsidR="00AC1485" w:rsidRPr="00227434">
        <w:rPr>
          <w:b w:val="0"/>
          <w:bCs w:val="0"/>
          <w:color w:val="000000" w:themeColor="text1"/>
        </w:rPr>
        <w:t>colors</w:t>
      </w:r>
      <w:r w:rsidRPr="00227434">
        <w:rPr>
          <w:b w:val="0"/>
          <w:bCs w:val="0"/>
          <w:color w:val="000000" w:themeColor="text1"/>
        </w:rPr>
        <w:t xml:space="preserve"> should have enough contrast. Accessibility is important because it promotes inclusion and ensures equal access to information for all users.</w:t>
      </w:r>
    </w:p>
    <w:p w14:paraId="53B1FA23" w14:textId="77777777" w:rsidR="008306AB" w:rsidRPr="008306AB" w:rsidRDefault="008306AB" w:rsidP="008306AB"/>
    <w:p w14:paraId="243A67BD" w14:textId="77777777" w:rsidR="00227434" w:rsidRPr="00227434" w:rsidRDefault="00227434" w:rsidP="00227434">
      <w:pPr>
        <w:pStyle w:val="Heading1"/>
        <w:rPr>
          <w:b w:val="0"/>
          <w:bCs w:val="0"/>
          <w:color w:val="000000" w:themeColor="text1"/>
        </w:rPr>
      </w:pPr>
      <w:r w:rsidRPr="00227434">
        <w:rPr>
          <w:b w:val="0"/>
          <w:bCs w:val="0"/>
          <w:color w:val="000000" w:themeColor="text1"/>
        </w:rPr>
        <w:t>SEO is the process of improving a website so that it appears higher in search engine results. This helps more users find the site. SEO includes using relevant keywords, having clear headings, and ensuring the website loads quickly.</w:t>
      </w:r>
    </w:p>
    <w:p w14:paraId="6FAA8151" w14:textId="77777777" w:rsidR="00227434" w:rsidRPr="00227434" w:rsidRDefault="00227434" w:rsidP="00227434">
      <w:pPr>
        <w:pStyle w:val="Heading1"/>
        <w:rPr>
          <w:b w:val="0"/>
          <w:bCs w:val="0"/>
          <w:color w:val="000000" w:themeColor="text1"/>
        </w:rPr>
      </w:pPr>
      <w:r w:rsidRPr="00227434">
        <w:rPr>
          <w:b w:val="0"/>
          <w:bCs w:val="0"/>
          <w:color w:val="000000" w:themeColor="text1"/>
        </w:rPr>
        <w:t>Research shows that SEO is closely linked to usability and accessibility. A well-structured and user-friendly website is easier for search engines to understand and rank.</w:t>
      </w:r>
    </w:p>
    <w:p w14:paraId="2FD55A94" w14:textId="77777777" w:rsidR="00E2253C" w:rsidRDefault="00E2253C" w:rsidP="00E2253C"/>
    <w:p w14:paraId="052C7455" w14:textId="77777777" w:rsidR="00E2253C" w:rsidRPr="00314BF0" w:rsidRDefault="00E2253C" w:rsidP="00E2253C">
      <w:pPr>
        <w:rPr>
          <w:b/>
          <w:bCs/>
          <w:sz w:val="28"/>
          <w:szCs w:val="28"/>
        </w:rPr>
      </w:pPr>
      <w:r w:rsidRPr="00314BF0">
        <w:rPr>
          <w:b/>
          <w:bCs/>
          <w:sz w:val="28"/>
          <w:szCs w:val="28"/>
        </w:rPr>
        <w:t>Usability &amp; Utility</w:t>
      </w:r>
    </w:p>
    <w:p w14:paraId="1577946F" w14:textId="77777777" w:rsidR="00E2253C" w:rsidRPr="00314BF0" w:rsidRDefault="00E2253C" w:rsidP="00E2253C">
      <w:pPr>
        <w:rPr>
          <w:sz w:val="28"/>
          <w:szCs w:val="28"/>
        </w:rPr>
      </w:pPr>
      <w:r w:rsidRPr="00314BF0">
        <w:rPr>
          <w:sz w:val="28"/>
          <w:szCs w:val="28"/>
        </w:rPr>
        <w:t>The website is generally easy to use, with a clear navigation menu that allows users to move between pages such as Home, About, Gallery, and Contact. The layout is simple and helps users understand the purpose of each section.</w:t>
      </w:r>
    </w:p>
    <w:p w14:paraId="2786189A" w14:textId="1CF91505" w:rsidR="00E2253C" w:rsidRPr="00314BF0" w:rsidRDefault="00E2253C" w:rsidP="00E2253C">
      <w:pPr>
        <w:rPr>
          <w:sz w:val="28"/>
          <w:szCs w:val="28"/>
        </w:rPr>
      </w:pPr>
      <w:r w:rsidRPr="00314BF0">
        <w:rPr>
          <w:sz w:val="28"/>
          <w:szCs w:val="28"/>
        </w:rPr>
        <w:t>However, usability could be improved by adding more interactive features and ensuring consistency in design (for example, spacing, font sizes, and alignment).</w:t>
      </w:r>
      <w:sdt>
        <w:sdtPr>
          <w:rPr>
            <w:sz w:val="28"/>
            <w:szCs w:val="28"/>
          </w:rPr>
          <w:id w:val="1192489951"/>
          <w:citation/>
        </w:sdtPr>
        <w:sdtContent>
          <w:r w:rsidR="00214130">
            <w:rPr>
              <w:sz w:val="28"/>
              <w:szCs w:val="28"/>
            </w:rPr>
            <w:fldChar w:fldCharType="begin"/>
          </w:r>
          <w:r w:rsidR="00214130">
            <w:rPr>
              <w:sz w:val="28"/>
              <w:szCs w:val="28"/>
            </w:rPr>
            <w:instrText xml:space="preserve"> CITATION Acc20 \l 1033 </w:instrText>
          </w:r>
          <w:r w:rsidR="00214130">
            <w:rPr>
              <w:sz w:val="28"/>
              <w:szCs w:val="28"/>
            </w:rPr>
            <w:fldChar w:fldCharType="separate"/>
          </w:r>
          <w:r w:rsidR="00214130">
            <w:rPr>
              <w:noProof/>
              <w:sz w:val="28"/>
              <w:szCs w:val="28"/>
            </w:rPr>
            <w:t xml:space="preserve"> </w:t>
          </w:r>
          <w:r w:rsidR="00214130" w:rsidRPr="00214130">
            <w:rPr>
              <w:noProof/>
              <w:sz w:val="28"/>
              <w:szCs w:val="28"/>
            </w:rPr>
            <w:t>[3]</w:t>
          </w:r>
          <w:r w:rsidR="00214130">
            <w:rPr>
              <w:sz w:val="28"/>
              <w:szCs w:val="28"/>
            </w:rPr>
            <w:fldChar w:fldCharType="end"/>
          </w:r>
        </w:sdtContent>
      </w:sdt>
    </w:p>
    <w:p w14:paraId="5E6AA136" w14:textId="0241B5F9" w:rsidR="00E2253C" w:rsidRPr="00314BF0" w:rsidRDefault="00E2253C" w:rsidP="00E2253C">
      <w:pPr>
        <w:rPr>
          <w:sz w:val="28"/>
          <w:szCs w:val="28"/>
        </w:rPr>
      </w:pPr>
    </w:p>
    <w:p w14:paraId="3BB78995" w14:textId="77777777" w:rsidR="00E2253C" w:rsidRPr="00314BF0" w:rsidRDefault="00E2253C" w:rsidP="00E2253C">
      <w:pPr>
        <w:rPr>
          <w:b/>
          <w:bCs/>
          <w:sz w:val="28"/>
          <w:szCs w:val="28"/>
        </w:rPr>
      </w:pPr>
      <w:r w:rsidRPr="00314BF0">
        <w:rPr>
          <w:b/>
          <w:bCs/>
          <w:sz w:val="28"/>
          <w:szCs w:val="28"/>
        </w:rPr>
        <w:lastRenderedPageBreak/>
        <w:t>SEO Techniques Used</w:t>
      </w:r>
    </w:p>
    <w:p w14:paraId="0B25E15D" w14:textId="77777777" w:rsidR="00E2253C" w:rsidRPr="00314BF0" w:rsidRDefault="00E2253C" w:rsidP="00E2253C">
      <w:pPr>
        <w:rPr>
          <w:sz w:val="28"/>
          <w:szCs w:val="28"/>
        </w:rPr>
      </w:pPr>
      <w:r w:rsidRPr="00314BF0">
        <w:rPr>
          <w:sz w:val="28"/>
          <w:szCs w:val="28"/>
        </w:rPr>
        <w:t>The website uses basic SEO techniques such as:</w:t>
      </w:r>
    </w:p>
    <w:p w14:paraId="47436428" w14:textId="77777777" w:rsidR="00E2253C" w:rsidRPr="00314BF0" w:rsidRDefault="00E2253C" w:rsidP="00E2253C">
      <w:pPr>
        <w:numPr>
          <w:ilvl w:val="0"/>
          <w:numId w:val="17"/>
        </w:numPr>
        <w:rPr>
          <w:sz w:val="28"/>
          <w:szCs w:val="28"/>
        </w:rPr>
      </w:pPr>
      <w:r w:rsidRPr="00314BF0">
        <w:rPr>
          <w:sz w:val="28"/>
          <w:szCs w:val="28"/>
        </w:rPr>
        <w:t xml:space="preserve">Clear page titles </w:t>
      </w:r>
    </w:p>
    <w:p w14:paraId="7F663548" w14:textId="77777777" w:rsidR="00E2253C" w:rsidRPr="00314BF0" w:rsidRDefault="00E2253C" w:rsidP="00E2253C">
      <w:pPr>
        <w:numPr>
          <w:ilvl w:val="0"/>
          <w:numId w:val="17"/>
        </w:numPr>
        <w:rPr>
          <w:sz w:val="28"/>
          <w:szCs w:val="28"/>
        </w:rPr>
      </w:pPr>
      <w:r w:rsidRPr="00314BF0">
        <w:rPr>
          <w:sz w:val="28"/>
          <w:szCs w:val="28"/>
        </w:rPr>
        <w:t xml:space="preserve">Navigation links </w:t>
      </w:r>
    </w:p>
    <w:p w14:paraId="0F171ACC" w14:textId="77777777" w:rsidR="00E2253C" w:rsidRPr="00314BF0" w:rsidRDefault="00E2253C" w:rsidP="00E2253C">
      <w:pPr>
        <w:numPr>
          <w:ilvl w:val="0"/>
          <w:numId w:val="17"/>
        </w:numPr>
        <w:rPr>
          <w:sz w:val="28"/>
          <w:szCs w:val="28"/>
        </w:rPr>
      </w:pPr>
      <w:r w:rsidRPr="00314BF0">
        <w:rPr>
          <w:sz w:val="28"/>
          <w:szCs w:val="28"/>
        </w:rPr>
        <w:t xml:space="preserve">Relevant content about the Dominican Republic </w:t>
      </w:r>
    </w:p>
    <w:p w14:paraId="046BBF88" w14:textId="77777777" w:rsidR="00E2253C" w:rsidRPr="00314BF0" w:rsidRDefault="00E2253C" w:rsidP="00E2253C">
      <w:pPr>
        <w:rPr>
          <w:sz w:val="28"/>
          <w:szCs w:val="28"/>
        </w:rPr>
      </w:pPr>
      <w:r w:rsidRPr="00314BF0">
        <w:rPr>
          <w:sz w:val="28"/>
          <w:szCs w:val="28"/>
        </w:rPr>
        <w:t>To improve SEO further, the website could include:</w:t>
      </w:r>
    </w:p>
    <w:p w14:paraId="349F7975" w14:textId="77777777" w:rsidR="00E2253C" w:rsidRPr="00314BF0" w:rsidRDefault="00E2253C" w:rsidP="00E2253C">
      <w:pPr>
        <w:numPr>
          <w:ilvl w:val="0"/>
          <w:numId w:val="18"/>
        </w:numPr>
        <w:rPr>
          <w:sz w:val="28"/>
          <w:szCs w:val="28"/>
        </w:rPr>
      </w:pPr>
      <w:r w:rsidRPr="00314BF0">
        <w:rPr>
          <w:sz w:val="28"/>
          <w:szCs w:val="28"/>
        </w:rPr>
        <w:t xml:space="preserve">Meta descriptions </w:t>
      </w:r>
    </w:p>
    <w:p w14:paraId="6503480E" w14:textId="77777777" w:rsidR="00E2253C" w:rsidRPr="00314BF0" w:rsidRDefault="00E2253C" w:rsidP="00E2253C">
      <w:pPr>
        <w:numPr>
          <w:ilvl w:val="0"/>
          <w:numId w:val="18"/>
        </w:numPr>
        <w:rPr>
          <w:sz w:val="28"/>
          <w:szCs w:val="28"/>
        </w:rPr>
      </w:pPr>
      <w:r w:rsidRPr="00314BF0">
        <w:rPr>
          <w:sz w:val="28"/>
          <w:szCs w:val="28"/>
        </w:rPr>
        <w:t xml:space="preserve">More keyword-focused headings </w:t>
      </w:r>
    </w:p>
    <w:p w14:paraId="49F03706" w14:textId="77777777" w:rsidR="00E2253C" w:rsidRPr="00314BF0" w:rsidRDefault="00E2253C" w:rsidP="00E2253C">
      <w:pPr>
        <w:numPr>
          <w:ilvl w:val="0"/>
          <w:numId w:val="18"/>
        </w:numPr>
        <w:rPr>
          <w:sz w:val="28"/>
          <w:szCs w:val="28"/>
        </w:rPr>
      </w:pPr>
      <w:r w:rsidRPr="00314BF0">
        <w:rPr>
          <w:sz w:val="28"/>
          <w:szCs w:val="28"/>
        </w:rPr>
        <w:t xml:space="preserve">Image alt text </w:t>
      </w:r>
    </w:p>
    <w:p w14:paraId="1F7BB746" w14:textId="77777777" w:rsidR="00E2253C" w:rsidRPr="00314BF0" w:rsidRDefault="00E2253C" w:rsidP="00E2253C">
      <w:pPr>
        <w:numPr>
          <w:ilvl w:val="0"/>
          <w:numId w:val="18"/>
        </w:numPr>
        <w:rPr>
          <w:sz w:val="28"/>
          <w:szCs w:val="28"/>
        </w:rPr>
      </w:pPr>
      <w:r w:rsidRPr="00314BF0">
        <w:rPr>
          <w:sz w:val="28"/>
          <w:szCs w:val="28"/>
        </w:rPr>
        <w:t xml:space="preserve">Faster loading times </w:t>
      </w:r>
    </w:p>
    <w:p w14:paraId="6832C6F4" w14:textId="7E73B43D" w:rsidR="00E2253C" w:rsidRDefault="00E2253C" w:rsidP="00E2253C">
      <w:pPr>
        <w:rPr>
          <w:sz w:val="28"/>
          <w:szCs w:val="28"/>
        </w:rPr>
      </w:pPr>
    </w:p>
    <w:p w14:paraId="43351404" w14:textId="77777777" w:rsidR="008306AB" w:rsidRPr="00314BF0" w:rsidRDefault="008306AB" w:rsidP="00E2253C">
      <w:pPr>
        <w:rPr>
          <w:sz w:val="28"/>
          <w:szCs w:val="28"/>
        </w:rPr>
      </w:pPr>
    </w:p>
    <w:p w14:paraId="7F076643" w14:textId="77777777" w:rsidR="00E2253C" w:rsidRPr="00314BF0" w:rsidRDefault="00E2253C" w:rsidP="00E2253C">
      <w:pPr>
        <w:rPr>
          <w:b/>
          <w:bCs/>
          <w:sz w:val="28"/>
          <w:szCs w:val="28"/>
        </w:rPr>
      </w:pPr>
      <w:r w:rsidRPr="00314BF0">
        <w:rPr>
          <w:b/>
          <w:bCs/>
          <w:sz w:val="28"/>
          <w:szCs w:val="28"/>
        </w:rPr>
        <w:t>Accessibility (WCAG 2.1)</w:t>
      </w:r>
    </w:p>
    <w:p w14:paraId="59EB208F" w14:textId="77777777" w:rsidR="00E2253C" w:rsidRPr="00314BF0" w:rsidRDefault="00E2253C" w:rsidP="00E2253C">
      <w:pPr>
        <w:rPr>
          <w:sz w:val="28"/>
          <w:szCs w:val="28"/>
        </w:rPr>
      </w:pPr>
      <w:r w:rsidRPr="00314BF0">
        <w:rPr>
          <w:sz w:val="28"/>
          <w:szCs w:val="28"/>
        </w:rPr>
        <w:t>Some accessibility features are present, such as simple navigation and readable text. However, there are areas for improvement:</w:t>
      </w:r>
    </w:p>
    <w:p w14:paraId="2C4CF07B" w14:textId="77777777" w:rsidR="00E2253C" w:rsidRPr="00314BF0" w:rsidRDefault="00E2253C" w:rsidP="00E2253C">
      <w:pPr>
        <w:numPr>
          <w:ilvl w:val="0"/>
          <w:numId w:val="19"/>
        </w:numPr>
        <w:rPr>
          <w:sz w:val="28"/>
          <w:szCs w:val="28"/>
        </w:rPr>
      </w:pPr>
      <w:r w:rsidRPr="00314BF0">
        <w:rPr>
          <w:sz w:val="28"/>
          <w:szCs w:val="28"/>
        </w:rPr>
        <w:t xml:space="preserve">Images may not include alt text </w:t>
      </w:r>
    </w:p>
    <w:p w14:paraId="1EB2730E" w14:textId="3A342B73" w:rsidR="00E2253C" w:rsidRPr="00314BF0" w:rsidRDefault="00314BF0" w:rsidP="00E2253C">
      <w:pPr>
        <w:numPr>
          <w:ilvl w:val="0"/>
          <w:numId w:val="19"/>
        </w:numPr>
        <w:rPr>
          <w:sz w:val="28"/>
          <w:szCs w:val="28"/>
        </w:rPr>
      </w:pPr>
      <w:r w:rsidRPr="00314BF0">
        <w:rPr>
          <w:sz w:val="28"/>
          <w:szCs w:val="28"/>
        </w:rPr>
        <w:t>Color</w:t>
      </w:r>
      <w:r w:rsidR="00E2253C" w:rsidRPr="00314BF0">
        <w:rPr>
          <w:sz w:val="28"/>
          <w:szCs w:val="28"/>
        </w:rPr>
        <w:t xml:space="preserve"> contrast could be checked </w:t>
      </w:r>
    </w:p>
    <w:p w14:paraId="3EF4A7CB" w14:textId="77777777" w:rsidR="00E2253C" w:rsidRPr="00314BF0" w:rsidRDefault="00E2253C" w:rsidP="00E2253C">
      <w:pPr>
        <w:numPr>
          <w:ilvl w:val="0"/>
          <w:numId w:val="19"/>
        </w:numPr>
        <w:rPr>
          <w:sz w:val="28"/>
          <w:szCs w:val="28"/>
        </w:rPr>
      </w:pPr>
      <w:r w:rsidRPr="00314BF0">
        <w:rPr>
          <w:sz w:val="28"/>
          <w:szCs w:val="28"/>
        </w:rPr>
        <w:t xml:space="preserve">Keyboard navigation may not be fully supported </w:t>
      </w:r>
    </w:p>
    <w:p w14:paraId="4AD5EA11" w14:textId="77777777" w:rsidR="00E2253C" w:rsidRPr="00314BF0" w:rsidRDefault="00E2253C" w:rsidP="00E2253C">
      <w:pPr>
        <w:rPr>
          <w:sz w:val="28"/>
          <w:szCs w:val="28"/>
        </w:rPr>
      </w:pPr>
      <w:r w:rsidRPr="00314BF0">
        <w:rPr>
          <w:sz w:val="28"/>
          <w:szCs w:val="28"/>
        </w:rPr>
        <w:t>To meet WCAG 2.1 standards, the website should ensure it follows all four principles (perceivable, operable, understandable, robust).</w:t>
      </w:r>
    </w:p>
    <w:p w14:paraId="23102777" w14:textId="77777777" w:rsidR="00E2253C" w:rsidRDefault="00E2253C" w:rsidP="00E2253C"/>
    <w:p w14:paraId="2BCA9406" w14:textId="77777777" w:rsidR="00AC1485" w:rsidRPr="00AC1485" w:rsidRDefault="00AC1485" w:rsidP="00AC1485">
      <w:pPr>
        <w:rPr>
          <w:b/>
          <w:bCs/>
          <w:sz w:val="28"/>
          <w:szCs w:val="28"/>
        </w:rPr>
      </w:pPr>
      <w:r w:rsidRPr="00AC1485">
        <w:rPr>
          <w:b/>
          <w:bCs/>
          <w:sz w:val="28"/>
          <w:szCs w:val="28"/>
        </w:rPr>
        <w:t>Usability</w:t>
      </w:r>
    </w:p>
    <w:p w14:paraId="159D7C61" w14:textId="77777777" w:rsidR="00AC1485" w:rsidRPr="00AC1485" w:rsidRDefault="00AC1485" w:rsidP="00AC1485">
      <w:pPr>
        <w:rPr>
          <w:sz w:val="28"/>
          <w:szCs w:val="28"/>
        </w:rPr>
      </w:pPr>
      <w:r w:rsidRPr="00AC1485">
        <w:rPr>
          <w:sz w:val="28"/>
          <w:szCs w:val="28"/>
        </w:rPr>
        <w:t>The professional website has a more advanced design, with interactive features, search options, and a more polished layout. This makes it easier for users to explore information.</w:t>
      </w:r>
    </w:p>
    <w:p w14:paraId="55B952AE" w14:textId="77777777" w:rsidR="00AC1485" w:rsidRPr="00AC1485" w:rsidRDefault="00AC1485" w:rsidP="00AC1485">
      <w:pPr>
        <w:rPr>
          <w:sz w:val="28"/>
          <w:szCs w:val="28"/>
        </w:rPr>
      </w:pPr>
      <w:r w:rsidRPr="00AC1485">
        <w:rPr>
          <w:sz w:val="28"/>
          <w:szCs w:val="28"/>
        </w:rPr>
        <w:t>In comparison, your website is simpler, which is good for clarity, but it lacks advanced features that improve user experience.</w:t>
      </w:r>
    </w:p>
    <w:p w14:paraId="41A5B4F4" w14:textId="12BDB373" w:rsidR="00AC1485" w:rsidRPr="00AC1485" w:rsidRDefault="00AC1485" w:rsidP="00AC1485">
      <w:pPr>
        <w:rPr>
          <w:sz w:val="28"/>
          <w:szCs w:val="28"/>
        </w:rPr>
      </w:pPr>
    </w:p>
    <w:p w14:paraId="0D1BC305" w14:textId="77777777" w:rsidR="00AC1485" w:rsidRPr="00AC1485" w:rsidRDefault="00AC1485" w:rsidP="00AC1485">
      <w:pPr>
        <w:rPr>
          <w:b/>
          <w:bCs/>
          <w:sz w:val="28"/>
          <w:szCs w:val="28"/>
        </w:rPr>
      </w:pPr>
      <w:r w:rsidRPr="00AC1485">
        <w:rPr>
          <w:b/>
          <w:bCs/>
          <w:sz w:val="28"/>
          <w:szCs w:val="28"/>
        </w:rPr>
        <w:t>Accessibility</w:t>
      </w:r>
    </w:p>
    <w:p w14:paraId="7D154A24" w14:textId="77777777" w:rsidR="00AC1485" w:rsidRPr="00AC1485" w:rsidRDefault="00AC1485" w:rsidP="00AC1485">
      <w:pPr>
        <w:rPr>
          <w:sz w:val="28"/>
          <w:szCs w:val="28"/>
        </w:rPr>
      </w:pPr>
      <w:r w:rsidRPr="00AC1485">
        <w:rPr>
          <w:sz w:val="28"/>
          <w:szCs w:val="28"/>
        </w:rPr>
        <w:t>The professional website is more likely to follow accessibility standards, including proper alt text, structured content, and compatibility with assistive technologies.</w:t>
      </w:r>
    </w:p>
    <w:p w14:paraId="34CA312D" w14:textId="77777777" w:rsidR="00AC1485" w:rsidRPr="00AC1485" w:rsidRDefault="00AC1485" w:rsidP="00AC1485">
      <w:pPr>
        <w:rPr>
          <w:sz w:val="28"/>
          <w:szCs w:val="28"/>
        </w:rPr>
      </w:pPr>
      <w:r w:rsidRPr="00AC1485">
        <w:rPr>
          <w:sz w:val="28"/>
          <w:szCs w:val="28"/>
        </w:rPr>
        <w:t>Your website meets some basic accessibility needs but would benefit from improvements to fully meet WCAG 2.1 guidelines.</w:t>
      </w:r>
    </w:p>
    <w:p w14:paraId="4BCD6CFB" w14:textId="129A0BD6" w:rsidR="00AC1485" w:rsidRPr="00AC1485" w:rsidRDefault="00AC1485" w:rsidP="00AC1485">
      <w:pPr>
        <w:rPr>
          <w:sz w:val="28"/>
          <w:szCs w:val="28"/>
        </w:rPr>
      </w:pPr>
    </w:p>
    <w:p w14:paraId="22DAA6A9" w14:textId="77777777" w:rsidR="00AC1485" w:rsidRPr="00AC1485" w:rsidRDefault="00AC1485" w:rsidP="00AC1485">
      <w:pPr>
        <w:rPr>
          <w:b/>
          <w:bCs/>
          <w:sz w:val="28"/>
          <w:szCs w:val="28"/>
        </w:rPr>
      </w:pPr>
      <w:r w:rsidRPr="00AC1485">
        <w:rPr>
          <w:b/>
          <w:bCs/>
          <w:sz w:val="28"/>
          <w:szCs w:val="28"/>
        </w:rPr>
        <w:t>SEO</w:t>
      </w:r>
    </w:p>
    <w:p w14:paraId="39387431" w14:textId="77777777" w:rsidR="00AC1485" w:rsidRPr="00AC1485" w:rsidRDefault="00AC1485" w:rsidP="00AC1485">
      <w:pPr>
        <w:rPr>
          <w:sz w:val="28"/>
          <w:szCs w:val="28"/>
        </w:rPr>
      </w:pPr>
      <w:r w:rsidRPr="00AC1485">
        <w:rPr>
          <w:sz w:val="28"/>
          <w:szCs w:val="28"/>
        </w:rPr>
        <w:t>The professional website uses strong SEO strategies, including:</w:t>
      </w:r>
    </w:p>
    <w:p w14:paraId="45CE4AA0" w14:textId="791D2CAB" w:rsidR="00AC1485" w:rsidRPr="00AC1485" w:rsidRDefault="00AC1485" w:rsidP="00AC1485">
      <w:pPr>
        <w:numPr>
          <w:ilvl w:val="0"/>
          <w:numId w:val="20"/>
        </w:numPr>
        <w:rPr>
          <w:sz w:val="28"/>
          <w:szCs w:val="28"/>
        </w:rPr>
      </w:pPr>
      <w:r w:rsidRPr="00AC1485">
        <w:rPr>
          <w:sz w:val="28"/>
          <w:szCs w:val="28"/>
        </w:rPr>
        <w:t xml:space="preserve">Optimized keywords </w:t>
      </w:r>
    </w:p>
    <w:p w14:paraId="1611B944" w14:textId="77777777" w:rsidR="00AC1485" w:rsidRPr="00AC1485" w:rsidRDefault="00AC1485" w:rsidP="00AC1485">
      <w:pPr>
        <w:numPr>
          <w:ilvl w:val="0"/>
          <w:numId w:val="20"/>
        </w:numPr>
        <w:rPr>
          <w:sz w:val="28"/>
          <w:szCs w:val="28"/>
        </w:rPr>
      </w:pPr>
      <w:r w:rsidRPr="00AC1485">
        <w:rPr>
          <w:sz w:val="28"/>
          <w:szCs w:val="28"/>
        </w:rPr>
        <w:t xml:space="preserve">High-quality content </w:t>
      </w:r>
    </w:p>
    <w:p w14:paraId="40FD10B6" w14:textId="77777777" w:rsidR="00AC1485" w:rsidRPr="00AC1485" w:rsidRDefault="00AC1485" w:rsidP="00AC1485">
      <w:pPr>
        <w:numPr>
          <w:ilvl w:val="0"/>
          <w:numId w:val="20"/>
        </w:numPr>
        <w:rPr>
          <w:sz w:val="28"/>
          <w:szCs w:val="28"/>
        </w:rPr>
      </w:pPr>
      <w:r w:rsidRPr="00AC1485">
        <w:rPr>
          <w:sz w:val="28"/>
          <w:szCs w:val="28"/>
        </w:rPr>
        <w:t xml:space="preserve">Metadata and structured pages </w:t>
      </w:r>
    </w:p>
    <w:p w14:paraId="4776F9FF" w14:textId="1328CBEB" w:rsidR="00AC1485" w:rsidRPr="00AC1485" w:rsidRDefault="00AC1485" w:rsidP="00AC1485">
      <w:pPr>
        <w:rPr>
          <w:sz w:val="28"/>
          <w:szCs w:val="28"/>
        </w:rPr>
      </w:pPr>
      <w:r w:rsidRPr="00AC1485">
        <w:rPr>
          <w:sz w:val="28"/>
          <w:szCs w:val="28"/>
        </w:rPr>
        <w:lastRenderedPageBreak/>
        <w:t xml:space="preserve">Your website uses basic SEO, but it could be improved by adding more technical elements and </w:t>
      </w:r>
      <w:r w:rsidR="008150C6" w:rsidRPr="00AC1485">
        <w:rPr>
          <w:sz w:val="28"/>
          <w:szCs w:val="28"/>
        </w:rPr>
        <w:t>optimizing</w:t>
      </w:r>
      <w:r w:rsidRPr="00AC1485">
        <w:rPr>
          <w:sz w:val="28"/>
          <w:szCs w:val="28"/>
        </w:rPr>
        <w:t xml:space="preserve"> content.</w:t>
      </w:r>
    </w:p>
    <w:p w14:paraId="3A618A59" w14:textId="3AC4C80A" w:rsidR="00AC1485" w:rsidRPr="00AC1485" w:rsidRDefault="00AC1485" w:rsidP="00AC1485">
      <w:pPr>
        <w:rPr>
          <w:sz w:val="28"/>
          <w:szCs w:val="28"/>
        </w:rPr>
      </w:pPr>
    </w:p>
    <w:p w14:paraId="4B054296" w14:textId="77777777" w:rsidR="00AC1485" w:rsidRPr="00AC1485" w:rsidRDefault="00AC1485" w:rsidP="00AC1485">
      <w:pPr>
        <w:rPr>
          <w:b/>
          <w:bCs/>
          <w:sz w:val="28"/>
          <w:szCs w:val="28"/>
        </w:rPr>
      </w:pPr>
      <w:r w:rsidRPr="00AC1485">
        <w:rPr>
          <w:b/>
          <w:bCs/>
          <w:sz w:val="28"/>
          <w:szCs w:val="28"/>
        </w:rPr>
        <w:t>Mobile Friendliness</w:t>
      </w:r>
    </w:p>
    <w:p w14:paraId="23D84E8F" w14:textId="77777777" w:rsidR="00AC1485" w:rsidRPr="00AC1485" w:rsidRDefault="00AC1485" w:rsidP="00AC1485">
      <w:pPr>
        <w:rPr>
          <w:sz w:val="28"/>
          <w:szCs w:val="28"/>
        </w:rPr>
      </w:pPr>
      <w:r w:rsidRPr="00AC1485">
        <w:rPr>
          <w:sz w:val="28"/>
          <w:szCs w:val="28"/>
        </w:rPr>
        <w:t>The professional website is fully responsive, meaning it works well on mobile devices and tablets.</w:t>
      </w:r>
    </w:p>
    <w:p w14:paraId="3C4A842A" w14:textId="71286869" w:rsidR="00AC1485" w:rsidRPr="00AC1485" w:rsidRDefault="00AC1485" w:rsidP="00AC1485">
      <w:pPr>
        <w:rPr>
          <w:sz w:val="28"/>
          <w:szCs w:val="28"/>
        </w:rPr>
      </w:pPr>
      <w:r w:rsidRPr="00AC1485">
        <w:rPr>
          <w:sz w:val="28"/>
          <w:szCs w:val="28"/>
        </w:rPr>
        <w:t>Your website may not yet be fully responsive, which can affect user experience on smaller screens. Adding responsive design (CSS media queries) would improve this.</w:t>
      </w:r>
      <w:sdt>
        <w:sdtPr>
          <w:rPr>
            <w:sz w:val="28"/>
            <w:szCs w:val="28"/>
          </w:rPr>
          <w:id w:val="-2064788606"/>
          <w:citation/>
        </w:sdtPr>
        <w:sdtContent>
          <w:r w:rsidR="00214130">
            <w:rPr>
              <w:sz w:val="28"/>
              <w:szCs w:val="28"/>
            </w:rPr>
            <w:fldChar w:fldCharType="begin"/>
          </w:r>
          <w:r w:rsidR="00214130">
            <w:rPr>
              <w:sz w:val="28"/>
              <w:szCs w:val="28"/>
            </w:rPr>
            <w:instrText xml:space="preserve"> CITATION Sea20 \l 1033 </w:instrText>
          </w:r>
          <w:r w:rsidR="00214130">
            <w:rPr>
              <w:sz w:val="28"/>
              <w:szCs w:val="28"/>
            </w:rPr>
            <w:fldChar w:fldCharType="separate"/>
          </w:r>
          <w:r w:rsidR="00214130">
            <w:rPr>
              <w:noProof/>
              <w:sz w:val="28"/>
              <w:szCs w:val="28"/>
            </w:rPr>
            <w:t xml:space="preserve"> </w:t>
          </w:r>
          <w:r w:rsidR="00214130" w:rsidRPr="00214130">
            <w:rPr>
              <w:noProof/>
              <w:sz w:val="28"/>
              <w:szCs w:val="28"/>
            </w:rPr>
            <w:t>[4]</w:t>
          </w:r>
          <w:r w:rsidR="00214130">
            <w:rPr>
              <w:sz w:val="28"/>
              <w:szCs w:val="28"/>
            </w:rPr>
            <w:fldChar w:fldCharType="end"/>
          </w:r>
        </w:sdtContent>
      </w:sdt>
    </w:p>
    <w:p w14:paraId="11BD0C4A" w14:textId="2A3B036C" w:rsidR="00AC1485" w:rsidRDefault="00AC1485" w:rsidP="00AC1485">
      <w:pPr>
        <w:rPr>
          <w:sz w:val="28"/>
          <w:szCs w:val="28"/>
        </w:rPr>
      </w:pPr>
    </w:p>
    <w:p w14:paraId="6689A6F6" w14:textId="77777777" w:rsidR="00AC1485" w:rsidRPr="00AC1485" w:rsidRDefault="00AC1485" w:rsidP="00AC1485">
      <w:pPr>
        <w:rPr>
          <w:sz w:val="28"/>
          <w:szCs w:val="28"/>
        </w:rPr>
      </w:pPr>
    </w:p>
    <w:p w14:paraId="1C8D1BDF" w14:textId="77777777" w:rsidR="00AC1485" w:rsidRPr="00AC1485" w:rsidRDefault="00AC1485" w:rsidP="00AC1485">
      <w:pPr>
        <w:rPr>
          <w:b/>
          <w:bCs/>
          <w:sz w:val="28"/>
          <w:szCs w:val="28"/>
        </w:rPr>
      </w:pPr>
      <w:r w:rsidRPr="00AC1485">
        <w:rPr>
          <w:b/>
          <w:bCs/>
          <w:sz w:val="28"/>
          <w:szCs w:val="28"/>
        </w:rPr>
        <w:t>Conclusion</w:t>
      </w:r>
    </w:p>
    <w:p w14:paraId="6C72FB32" w14:textId="77777777" w:rsidR="00AC1485" w:rsidRPr="00AC1485" w:rsidRDefault="00AC1485" w:rsidP="00AC1485">
      <w:pPr>
        <w:rPr>
          <w:sz w:val="28"/>
          <w:szCs w:val="28"/>
        </w:rPr>
      </w:pPr>
      <w:r w:rsidRPr="00AC1485">
        <w:rPr>
          <w:sz w:val="28"/>
          <w:szCs w:val="28"/>
        </w:rPr>
        <w:t>Overall, your website provides a clear and simple introduction to the Dominican Republic, with good basic usability. However, compared to a professional website, it still needs improvement in accessibility, SEO, and mobile responsiveness.</w:t>
      </w:r>
    </w:p>
    <w:p w14:paraId="79086973" w14:textId="5E5F8B8B" w:rsidR="00274D93" w:rsidRPr="00274D93" w:rsidRDefault="00AC1485" w:rsidP="00F41758">
      <w:pPr>
        <w:rPr>
          <w:sz w:val="28"/>
          <w:szCs w:val="28"/>
        </w:rPr>
      </w:pPr>
      <w:r w:rsidRPr="00AC1485">
        <w:rPr>
          <w:sz w:val="28"/>
          <w:szCs w:val="28"/>
        </w:rPr>
        <w:t>By improving these areas, the website can become more inclusive, easier to find on search engines, and more enjoyable for users.</w:t>
      </w:r>
    </w:p>
    <w:p w14:paraId="2F8058FD" w14:textId="77777777" w:rsidR="00076ABC" w:rsidRDefault="00076ABC" w:rsidP="00076ABC">
      <w:pPr>
        <w:rPr>
          <w:noProof/>
        </w:rPr>
      </w:pPr>
      <w:r>
        <w:fldChar w:fldCharType="begin"/>
      </w:r>
      <w:r>
        <w:instrText xml:space="preserve"> BIBLIOGRAPHY  \l 1033 </w:instrText>
      </w:r>
      <w:r>
        <w:fldChar w:fldCharType="separate"/>
      </w:r>
    </w:p>
    <w:sdt>
      <w:sdtPr>
        <w:rPr>
          <w:rFonts w:asciiTheme="minorHAnsi" w:eastAsiaTheme="minorEastAsia" w:hAnsiTheme="minorHAnsi" w:cstheme="minorBidi"/>
          <w:b w:val="0"/>
          <w:bCs w:val="0"/>
          <w:color w:val="auto"/>
          <w:sz w:val="22"/>
          <w:szCs w:val="22"/>
        </w:rPr>
        <w:id w:val="-295839429"/>
        <w:docPartObj>
          <w:docPartGallery w:val="Bibliographies"/>
          <w:docPartUnique/>
        </w:docPartObj>
      </w:sdtPr>
      <w:sdtContent>
        <w:p w14:paraId="363A79B5" w14:textId="3095A031" w:rsidR="00214130" w:rsidRDefault="00214130">
          <w:pPr>
            <w:pStyle w:val="Heading1"/>
          </w:pPr>
          <w:r>
            <w:t>References</w:t>
          </w:r>
        </w:p>
        <w:sdt>
          <w:sdtPr>
            <w:id w:val="-573587230"/>
            <w:bibliography/>
          </w:sdtPr>
          <w:sdtContent>
            <w:p w14:paraId="2680B3EE" w14:textId="77777777" w:rsidR="00214130" w:rsidRDefault="0021413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1"/>
                <w:gridCol w:w="12887"/>
              </w:tblGrid>
              <w:tr w:rsidR="00214130" w14:paraId="66E6F911" w14:textId="77777777">
                <w:trPr>
                  <w:divId w:val="1082335176"/>
                  <w:tblCellSpacing w:w="15" w:type="dxa"/>
                </w:trPr>
                <w:tc>
                  <w:tcPr>
                    <w:tcW w:w="50" w:type="pct"/>
                    <w:hideMark/>
                  </w:tcPr>
                  <w:p w14:paraId="55B21AC3" w14:textId="3CFF3AD4" w:rsidR="00214130" w:rsidRDefault="00214130">
                    <w:pPr>
                      <w:pStyle w:val="Bibliography"/>
                      <w:rPr>
                        <w:noProof/>
                        <w:sz w:val="24"/>
                        <w:szCs w:val="24"/>
                      </w:rPr>
                    </w:pPr>
                    <w:r>
                      <w:rPr>
                        <w:noProof/>
                      </w:rPr>
                      <w:t xml:space="preserve">[1] </w:t>
                    </w:r>
                  </w:p>
                </w:tc>
                <w:tc>
                  <w:tcPr>
                    <w:tcW w:w="0" w:type="auto"/>
                    <w:hideMark/>
                  </w:tcPr>
                  <w:p w14:paraId="2CB9971D" w14:textId="77777777" w:rsidR="00214130" w:rsidRPr="003C7C22" w:rsidRDefault="00214130">
                    <w:pPr>
                      <w:pStyle w:val="Bibliography"/>
                      <w:rPr>
                        <w:noProof/>
                        <w:sz w:val="28"/>
                        <w:szCs w:val="28"/>
                      </w:rPr>
                    </w:pPr>
                    <w:r w:rsidRPr="003C7C22">
                      <w:rPr>
                        <w:noProof/>
                        <w:sz w:val="28"/>
                        <w:szCs w:val="28"/>
                      </w:rPr>
                      <w:t xml:space="preserve">M. Matera, F. Rizzo and G. Carughi,, "Web Usability: Principles and Evaluation Methods,” Web Engineering," 2008. [Online]. </w:t>
                    </w:r>
                  </w:p>
                </w:tc>
              </w:tr>
              <w:tr w:rsidR="00214130" w14:paraId="637A9786" w14:textId="77777777">
                <w:trPr>
                  <w:divId w:val="1082335176"/>
                  <w:tblCellSpacing w:w="15" w:type="dxa"/>
                </w:trPr>
                <w:tc>
                  <w:tcPr>
                    <w:tcW w:w="50" w:type="pct"/>
                    <w:hideMark/>
                  </w:tcPr>
                  <w:p w14:paraId="45EDF098" w14:textId="77777777" w:rsidR="00214130" w:rsidRDefault="00214130">
                    <w:pPr>
                      <w:pStyle w:val="Bibliography"/>
                      <w:rPr>
                        <w:noProof/>
                      </w:rPr>
                    </w:pPr>
                    <w:r>
                      <w:rPr>
                        <w:noProof/>
                      </w:rPr>
                      <w:t xml:space="preserve">[2] </w:t>
                    </w:r>
                  </w:p>
                </w:tc>
                <w:tc>
                  <w:tcPr>
                    <w:tcW w:w="0" w:type="auto"/>
                    <w:hideMark/>
                  </w:tcPr>
                  <w:p w14:paraId="5433D4E1" w14:textId="77777777" w:rsidR="00214130" w:rsidRPr="003C7C22" w:rsidRDefault="00214130">
                    <w:pPr>
                      <w:pStyle w:val="Bibliography"/>
                      <w:rPr>
                        <w:noProof/>
                        <w:sz w:val="28"/>
                        <w:szCs w:val="28"/>
                      </w:rPr>
                    </w:pPr>
                    <w:r w:rsidRPr="003C7C22">
                      <w:rPr>
                        <w:noProof/>
                        <w:sz w:val="28"/>
                        <w:szCs w:val="28"/>
                      </w:rPr>
                      <w:t>W. W. W. Consortium, "World Wide Web Consortium," Web Content Accessibility Guidelines (WCAG) 2.1, 2018. [Online]. Available: https://www.w3.org/TR/WCAG21/.</w:t>
                    </w:r>
                  </w:p>
                </w:tc>
              </w:tr>
              <w:tr w:rsidR="00214130" w14:paraId="1B29ECD7" w14:textId="77777777">
                <w:trPr>
                  <w:divId w:val="1082335176"/>
                  <w:tblCellSpacing w:w="15" w:type="dxa"/>
                </w:trPr>
                <w:tc>
                  <w:tcPr>
                    <w:tcW w:w="50" w:type="pct"/>
                    <w:hideMark/>
                  </w:tcPr>
                  <w:p w14:paraId="7113DD13" w14:textId="77777777" w:rsidR="00214130" w:rsidRDefault="00214130">
                    <w:pPr>
                      <w:pStyle w:val="Bibliography"/>
                      <w:rPr>
                        <w:noProof/>
                      </w:rPr>
                    </w:pPr>
                    <w:r>
                      <w:rPr>
                        <w:noProof/>
                      </w:rPr>
                      <w:t xml:space="preserve">[3] </w:t>
                    </w:r>
                  </w:p>
                </w:tc>
                <w:tc>
                  <w:tcPr>
                    <w:tcW w:w="0" w:type="auto"/>
                    <w:hideMark/>
                  </w:tcPr>
                  <w:p w14:paraId="2215033D" w14:textId="77777777" w:rsidR="00214130" w:rsidRPr="003C7C22" w:rsidRDefault="00214130">
                    <w:pPr>
                      <w:pStyle w:val="Bibliography"/>
                      <w:rPr>
                        <w:noProof/>
                        <w:sz w:val="28"/>
                        <w:szCs w:val="28"/>
                      </w:rPr>
                    </w:pPr>
                    <w:r w:rsidRPr="003C7C22">
                      <w:rPr>
                        <w:noProof/>
                        <w:sz w:val="28"/>
                        <w:szCs w:val="28"/>
                      </w:rPr>
                      <w:t xml:space="preserve">AccessibleEU, "Accessibility," Usability and SEO Study, 2020. [Online]. </w:t>
                    </w:r>
                  </w:p>
                </w:tc>
              </w:tr>
              <w:tr w:rsidR="00214130" w14:paraId="259FB7EB" w14:textId="77777777" w:rsidTr="003C7C22">
                <w:trPr>
                  <w:divId w:val="1082335176"/>
                  <w:trHeight w:val="50"/>
                  <w:tblCellSpacing w:w="15" w:type="dxa"/>
                </w:trPr>
                <w:tc>
                  <w:tcPr>
                    <w:tcW w:w="50" w:type="pct"/>
                    <w:hideMark/>
                  </w:tcPr>
                  <w:p w14:paraId="326FB7FE" w14:textId="77777777" w:rsidR="00214130" w:rsidRDefault="00214130">
                    <w:pPr>
                      <w:pStyle w:val="Bibliography"/>
                      <w:rPr>
                        <w:noProof/>
                      </w:rPr>
                    </w:pPr>
                    <w:r>
                      <w:rPr>
                        <w:noProof/>
                      </w:rPr>
                      <w:t xml:space="preserve">[4] </w:t>
                    </w:r>
                  </w:p>
                </w:tc>
                <w:tc>
                  <w:tcPr>
                    <w:tcW w:w="0" w:type="auto"/>
                    <w:hideMark/>
                  </w:tcPr>
                  <w:p w14:paraId="3DB8ABA4" w14:textId="77777777" w:rsidR="00214130" w:rsidRDefault="00214130">
                    <w:pPr>
                      <w:pStyle w:val="Bibliography"/>
                      <w:rPr>
                        <w:noProof/>
                        <w:sz w:val="28"/>
                        <w:szCs w:val="28"/>
                      </w:rPr>
                    </w:pPr>
                    <w:r w:rsidRPr="003C7C22">
                      <w:rPr>
                        <w:noProof/>
                        <w:sz w:val="28"/>
                        <w:szCs w:val="28"/>
                      </w:rPr>
                      <w:t xml:space="preserve">Search Engine Journal, "SEO and Accessibility," 2020. [Online]. </w:t>
                    </w:r>
                  </w:p>
                  <w:p w14:paraId="02F2547C" w14:textId="77777777" w:rsidR="003C7C22" w:rsidRPr="003C7C22" w:rsidRDefault="003C7C22" w:rsidP="003C7C22"/>
                </w:tc>
              </w:tr>
            </w:tbl>
            <w:p w14:paraId="7B5F85EA" w14:textId="77777777" w:rsidR="00214130" w:rsidRDefault="00214130">
              <w:pPr>
                <w:divId w:val="1082335176"/>
                <w:rPr>
                  <w:rFonts w:eastAsia="Times New Roman"/>
                  <w:noProof/>
                </w:rPr>
              </w:pPr>
            </w:p>
            <w:p w14:paraId="7C5BEE71" w14:textId="771D0D56" w:rsidR="00214130" w:rsidRDefault="00214130">
              <w:r>
                <w:rPr>
                  <w:b/>
                  <w:bCs/>
                  <w:noProof/>
                </w:rPr>
                <w:fldChar w:fldCharType="end"/>
              </w:r>
            </w:p>
          </w:sdtContent>
        </w:sdt>
      </w:sdtContent>
    </w:sdt>
    <w:p w14:paraId="252B06E4" w14:textId="77777777" w:rsidR="00076ABC" w:rsidRDefault="00076ABC">
      <w:pPr>
        <w:divId w:val="1558123040"/>
        <w:rPr>
          <w:rFonts w:eastAsia="Times New Roman"/>
          <w:noProof/>
        </w:rPr>
      </w:pPr>
    </w:p>
    <w:p w14:paraId="2051AAE9" w14:textId="7EB40D20" w:rsidR="00076ABC" w:rsidRPr="00076ABC" w:rsidRDefault="00076ABC" w:rsidP="00076ABC">
      <w:r>
        <w:fldChar w:fldCharType="end"/>
      </w:r>
    </w:p>
    <w:p w14:paraId="271D152E" w14:textId="7FB1C78E" w:rsidR="00CB59BD" w:rsidRDefault="00CB59BD"/>
    <w:sectPr w:rsidR="00CB59BD" w:rsidSect="006457C2">
      <w:pgSz w:w="16838" w:h="23811" w:code="8"/>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B725B3" w14:textId="77777777" w:rsidR="006A493C" w:rsidRDefault="006A493C" w:rsidP="00CB59BD">
      <w:pPr>
        <w:spacing w:after="0" w:line="240" w:lineRule="auto"/>
      </w:pPr>
      <w:r>
        <w:separator/>
      </w:r>
    </w:p>
  </w:endnote>
  <w:endnote w:type="continuationSeparator" w:id="0">
    <w:p w14:paraId="0F95BB51" w14:textId="77777777" w:rsidR="006A493C" w:rsidRDefault="006A493C" w:rsidP="00CB59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0DDEE8" w14:textId="77777777" w:rsidR="006A493C" w:rsidRDefault="006A493C" w:rsidP="00CB59BD">
      <w:pPr>
        <w:spacing w:after="0" w:line="240" w:lineRule="auto"/>
      </w:pPr>
      <w:r>
        <w:separator/>
      </w:r>
    </w:p>
  </w:footnote>
  <w:footnote w:type="continuationSeparator" w:id="0">
    <w:p w14:paraId="7B9596B3" w14:textId="77777777" w:rsidR="006A493C" w:rsidRDefault="006A493C" w:rsidP="00CB59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C670BA2"/>
    <w:multiLevelType w:val="multilevel"/>
    <w:tmpl w:val="0D3C0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507C64"/>
    <w:multiLevelType w:val="multilevel"/>
    <w:tmpl w:val="C7E67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450826"/>
    <w:multiLevelType w:val="multilevel"/>
    <w:tmpl w:val="980C89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2A3CB0"/>
    <w:multiLevelType w:val="multilevel"/>
    <w:tmpl w:val="CC0C6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984EA4"/>
    <w:multiLevelType w:val="multilevel"/>
    <w:tmpl w:val="6D12E3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525406"/>
    <w:multiLevelType w:val="multilevel"/>
    <w:tmpl w:val="7264F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BE7F71"/>
    <w:multiLevelType w:val="multilevel"/>
    <w:tmpl w:val="E710F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6656F3"/>
    <w:multiLevelType w:val="multilevel"/>
    <w:tmpl w:val="C94AC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4D48E1"/>
    <w:multiLevelType w:val="multilevel"/>
    <w:tmpl w:val="3E5A7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DC441C"/>
    <w:multiLevelType w:val="multilevel"/>
    <w:tmpl w:val="33745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2258AC"/>
    <w:multiLevelType w:val="multilevel"/>
    <w:tmpl w:val="1B667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1615019">
    <w:abstractNumId w:val="8"/>
  </w:num>
  <w:num w:numId="2" w16cid:durableId="532309142">
    <w:abstractNumId w:val="6"/>
  </w:num>
  <w:num w:numId="3" w16cid:durableId="1109661201">
    <w:abstractNumId w:val="5"/>
  </w:num>
  <w:num w:numId="4" w16cid:durableId="1323389944">
    <w:abstractNumId w:val="4"/>
  </w:num>
  <w:num w:numId="5" w16cid:durableId="1898934670">
    <w:abstractNumId w:val="7"/>
  </w:num>
  <w:num w:numId="6" w16cid:durableId="1280602763">
    <w:abstractNumId w:val="3"/>
  </w:num>
  <w:num w:numId="7" w16cid:durableId="628173126">
    <w:abstractNumId w:val="2"/>
  </w:num>
  <w:num w:numId="8" w16cid:durableId="1388918860">
    <w:abstractNumId w:val="1"/>
  </w:num>
  <w:num w:numId="9" w16cid:durableId="1689529127">
    <w:abstractNumId w:val="0"/>
  </w:num>
  <w:num w:numId="10" w16cid:durableId="530147736">
    <w:abstractNumId w:val="17"/>
  </w:num>
  <w:num w:numId="11" w16cid:durableId="402027136">
    <w:abstractNumId w:val="13"/>
  </w:num>
  <w:num w:numId="12" w16cid:durableId="184294279">
    <w:abstractNumId w:val="19"/>
  </w:num>
  <w:num w:numId="13" w16cid:durableId="839661006">
    <w:abstractNumId w:val="14"/>
  </w:num>
  <w:num w:numId="14" w16cid:durableId="1200161680">
    <w:abstractNumId w:val="18"/>
  </w:num>
  <w:num w:numId="15" w16cid:durableId="857961312">
    <w:abstractNumId w:val="9"/>
  </w:num>
  <w:num w:numId="16" w16cid:durableId="1422796795">
    <w:abstractNumId w:val="11"/>
  </w:num>
  <w:num w:numId="17" w16cid:durableId="1845395085">
    <w:abstractNumId w:val="10"/>
  </w:num>
  <w:num w:numId="18" w16cid:durableId="2060201484">
    <w:abstractNumId w:val="16"/>
  </w:num>
  <w:num w:numId="19" w16cid:durableId="1395084826">
    <w:abstractNumId w:val="15"/>
  </w:num>
  <w:num w:numId="20" w16cid:durableId="58461058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67B3"/>
    <w:rsid w:val="00006D59"/>
    <w:rsid w:val="00034616"/>
    <w:rsid w:val="0004204E"/>
    <w:rsid w:val="0006063C"/>
    <w:rsid w:val="00074A20"/>
    <w:rsid w:val="000759A4"/>
    <w:rsid w:val="00076ABC"/>
    <w:rsid w:val="00077D30"/>
    <w:rsid w:val="00081DC5"/>
    <w:rsid w:val="00097B42"/>
    <w:rsid w:val="000A3DFE"/>
    <w:rsid w:val="000E2B5A"/>
    <w:rsid w:val="000E68C5"/>
    <w:rsid w:val="000E700A"/>
    <w:rsid w:val="000E75E0"/>
    <w:rsid w:val="000F5174"/>
    <w:rsid w:val="000F6518"/>
    <w:rsid w:val="00104C33"/>
    <w:rsid w:val="001178CC"/>
    <w:rsid w:val="0015074B"/>
    <w:rsid w:val="001554F6"/>
    <w:rsid w:val="00186281"/>
    <w:rsid w:val="001A1F64"/>
    <w:rsid w:val="001F358A"/>
    <w:rsid w:val="00214130"/>
    <w:rsid w:val="00227434"/>
    <w:rsid w:val="00252648"/>
    <w:rsid w:val="00274D93"/>
    <w:rsid w:val="00283238"/>
    <w:rsid w:val="0029639D"/>
    <w:rsid w:val="002C18C2"/>
    <w:rsid w:val="002C67DE"/>
    <w:rsid w:val="002C75D3"/>
    <w:rsid w:val="002E1544"/>
    <w:rsid w:val="002E7E42"/>
    <w:rsid w:val="003069CE"/>
    <w:rsid w:val="00314BF0"/>
    <w:rsid w:val="00326F90"/>
    <w:rsid w:val="00336358"/>
    <w:rsid w:val="00391C42"/>
    <w:rsid w:val="003C7C22"/>
    <w:rsid w:val="003E2EBB"/>
    <w:rsid w:val="003E33FC"/>
    <w:rsid w:val="003E6137"/>
    <w:rsid w:val="00406E9F"/>
    <w:rsid w:val="004413A6"/>
    <w:rsid w:val="00473CEB"/>
    <w:rsid w:val="004806B3"/>
    <w:rsid w:val="00493A53"/>
    <w:rsid w:val="00497822"/>
    <w:rsid w:val="004F5DD5"/>
    <w:rsid w:val="00512D13"/>
    <w:rsid w:val="00523E77"/>
    <w:rsid w:val="005358F5"/>
    <w:rsid w:val="005465A2"/>
    <w:rsid w:val="00554C93"/>
    <w:rsid w:val="00567C62"/>
    <w:rsid w:val="00571DB2"/>
    <w:rsid w:val="00594B58"/>
    <w:rsid w:val="005B4107"/>
    <w:rsid w:val="00600C46"/>
    <w:rsid w:val="00613975"/>
    <w:rsid w:val="006240C2"/>
    <w:rsid w:val="006457C2"/>
    <w:rsid w:val="00692D5C"/>
    <w:rsid w:val="006A493C"/>
    <w:rsid w:val="006B4B9E"/>
    <w:rsid w:val="006D6701"/>
    <w:rsid w:val="00707A6F"/>
    <w:rsid w:val="00742F00"/>
    <w:rsid w:val="00756F82"/>
    <w:rsid w:val="007D1E51"/>
    <w:rsid w:val="00806B25"/>
    <w:rsid w:val="008150C6"/>
    <w:rsid w:val="00817236"/>
    <w:rsid w:val="008306AB"/>
    <w:rsid w:val="008312A7"/>
    <w:rsid w:val="00834B03"/>
    <w:rsid w:val="00892A98"/>
    <w:rsid w:val="008E325A"/>
    <w:rsid w:val="008E48EF"/>
    <w:rsid w:val="008F3B78"/>
    <w:rsid w:val="008F7F4A"/>
    <w:rsid w:val="009134DC"/>
    <w:rsid w:val="0094393C"/>
    <w:rsid w:val="00975584"/>
    <w:rsid w:val="00977B00"/>
    <w:rsid w:val="009C237F"/>
    <w:rsid w:val="009E795B"/>
    <w:rsid w:val="00A02ABA"/>
    <w:rsid w:val="00A3220E"/>
    <w:rsid w:val="00A341D7"/>
    <w:rsid w:val="00A44341"/>
    <w:rsid w:val="00A579CA"/>
    <w:rsid w:val="00A75A86"/>
    <w:rsid w:val="00A779E3"/>
    <w:rsid w:val="00A9421B"/>
    <w:rsid w:val="00AA1D8D"/>
    <w:rsid w:val="00AC1485"/>
    <w:rsid w:val="00AD6A12"/>
    <w:rsid w:val="00B268FE"/>
    <w:rsid w:val="00B43147"/>
    <w:rsid w:val="00B47730"/>
    <w:rsid w:val="00B665AA"/>
    <w:rsid w:val="00B80419"/>
    <w:rsid w:val="00B933ED"/>
    <w:rsid w:val="00BA1CB0"/>
    <w:rsid w:val="00BA7B45"/>
    <w:rsid w:val="00BB4D50"/>
    <w:rsid w:val="00BD0A99"/>
    <w:rsid w:val="00C3026D"/>
    <w:rsid w:val="00C343D8"/>
    <w:rsid w:val="00C534D6"/>
    <w:rsid w:val="00C57A6A"/>
    <w:rsid w:val="00CB0664"/>
    <w:rsid w:val="00CB59BD"/>
    <w:rsid w:val="00CF69ED"/>
    <w:rsid w:val="00D053BA"/>
    <w:rsid w:val="00D31A85"/>
    <w:rsid w:val="00D366A8"/>
    <w:rsid w:val="00D53F21"/>
    <w:rsid w:val="00D6777C"/>
    <w:rsid w:val="00D94CCD"/>
    <w:rsid w:val="00DF10D9"/>
    <w:rsid w:val="00E16D94"/>
    <w:rsid w:val="00E2253C"/>
    <w:rsid w:val="00E57686"/>
    <w:rsid w:val="00E60A8A"/>
    <w:rsid w:val="00E82021"/>
    <w:rsid w:val="00E911B2"/>
    <w:rsid w:val="00ED3435"/>
    <w:rsid w:val="00EF764D"/>
    <w:rsid w:val="00F21731"/>
    <w:rsid w:val="00F41758"/>
    <w:rsid w:val="00F64D67"/>
    <w:rsid w:val="00F74DF5"/>
    <w:rsid w:val="00FA0594"/>
    <w:rsid w:val="00FA39D6"/>
    <w:rsid w:val="00FB5B38"/>
    <w:rsid w:val="00FC693F"/>
    <w:rsid w:val="00FD678D"/>
    <w:rsid w:val="00FE0F1F"/>
    <w:rsid w:val="00FF54C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6B3876E"/>
  <w14:defaultImageDpi w14:val="300"/>
  <w15:docId w15:val="{67634E93-34D4-4F42-83DE-0B23A1542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E16D94"/>
  </w:style>
  <w:style w:type="paragraph" w:styleId="EndnoteText">
    <w:name w:val="endnote text"/>
    <w:basedOn w:val="Normal"/>
    <w:link w:val="EndnoteTextChar"/>
    <w:uiPriority w:val="99"/>
    <w:semiHidden/>
    <w:unhideWhenUsed/>
    <w:rsid w:val="00CB59B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B59BD"/>
    <w:rPr>
      <w:sz w:val="20"/>
      <w:szCs w:val="20"/>
    </w:rPr>
  </w:style>
  <w:style w:type="character" w:styleId="EndnoteReference">
    <w:name w:val="endnote reference"/>
    <w:basedOn w:val="DefaultParagraphFont"/>
    <w:uiPriority w:val="99"/>
    <w:semiHidden/>
    <w:unhideWhenUsed/>
    <w:rsid w:val="00CB59BD"/>
    <w:rPr>
      <w:vertAlign w:val="superscript"/>
    </w:rPr>
  </w:style>
  <w:style w:type="paragraph" w:styleId="FootnoteText">
    <w:name w:val="footnote text"/>
    <w:basedOn w:val="Normal"/>
    <w:link w:val="FootnoteTextChar"/>
    <w:uiPriority w:val="99"/>
    <w:semiHidden/>
    <w:unhideWhenUsed/>
    <w:rsid w:val="00CB59B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59BD"/>
    <w:rPr>
      <w:sz w:val="20"/>
      <w:szCs w:val="20"/>
    </w:rPr>
  </w:style>
  <w:style w:type="character" w:styleId="FootnoteReference">
    <w:name w:val="footnote reference"/>
    <w:basedOn w:val="DefaultParagraphFont"/>
    <w:uiPriority w:val="99"/>
    <w:semiHidden/>
    <w:unhideWhenUsed/>
    <w:rsid w:val="00CB59BD"/>
    <w:rPr>
      <w:vertAlign w:val="superscript"/>
    </w:rPr>
  </w:style>
  <w:style w:type="paragraph" w:styleId="Bibliography">
    <w:name w:val="Bibliography"/>
    <w:basedOn w:val="Normal"/>
    <w:next w:val="Normal"/>
    <w:uiPriority w:val="37"/>
    <w:unhideWhenUsed/>
    <w:rsid w:val="000E2B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438831">
      <w:bodyDiv w:val="1"/>
      <w:marLeft w:val="0"/>
      <w:marRight w:val="0"/>
      <w:marTop w:val="0"/>
      <w:marBottom w:val="0"/>
      <w:divBdr>
        <w:top w:val="none" w:sz="0" w:space="0" w:color="auto"/>
        <w:left w:val="none" w:sz="0" w:space="0" w:color="auto"/>
        <w:bottom w:val="none" w:sz="0" w:space="0" w:color="auto"/>
        <w:right w:val="none" w:sz="0" w:space="0" w:color="auto"/>
      </w:divBdr>
    </w:div>
    <w:div w:id="101457076">
      <w:bodyDiv w:val="1"/>
      <w:marLeft w:val="0"/>
      <w:marRight w:val="0"/>
      <w:marTop w:val="0"/>
      <w:marBottom w:val="0"/>
      <w:divBdr>
        <w:top w:val="none" w:sz="0" w:space="0" w:color="auto"/>
        <w:left w:val="none" w:sz="0" w:space="0" w:color="auto"/>
        <w:bottom w:val="none" w:sz="0" w:space="0" w:color="auto"/>
        <w:right w:val="none" w:sz="0" w:space="0" w:color="auto"/>
      </w:divBdr>
    </w:div>
    <w:div w:id="124204150">
      <w:bodyDiv w:val="1"/>
      <w:marLeft w:val="0"/>
      <w:marRight w:val="0"/>
      <w:marTop w:val="0"/>
      <w:marBottom w:val="0"/>
      <w:divBdr>
        <w:top w:val="none" w:sz="0" w:space="0" w:color="auto"/>
        <w:left w:val="none" w:sz="0" w:space="0" w:color="auto"/>
        <w:bottom w:val="none" w:sz="0" w:space="0" w:color="auto"/>
        <w:right w:val="none" w:sz="0" w:space="0" w:color="auto"/>
      </w:divBdr>
    </w:div>
    <w:div w:id="135799360">
      <w:bodyDiv w:val="1"/>
      <w:marLeft w:val="0"/>
      <w:marRight w:val="0"/>
      <w:marTop w:val="0"/>
      <w:marBottom w:val="0"/>
      <w:divBdr>
        <w:top w:val="none" w:sz="0" w:space="0" w:color="auto"/>
        <w:left w:val="none" w:sz="0" w:space="0" w:color="auto"/>
        <w:bottom w:val="none" w:sz="0" w:space="0" w:color="auto"/>
        <w:right w:val="none" w:sz="0" w:space="0" w:color="auto"/>
      </w:divBdr>
    </w:div>
    <w:div w:id="138621594">
      <w:bodyDiv w:val="1"/>
      <w:marLeft w:val="0"/>
      <w:marRight w:val="0"/>
      <w:marTop w:val="0"/>
      <w:marBottom w:val="0"/>
      <w:divBdr>
        <w:top w:val="none" w:sz="0" w:space="0" w:color="auto"/>
        <w:left w:val="none" w:sz="0" w:space="0" w:color="auto"/>
        <w:bottom w:val="none" w:sz="0" w:space="0" w:color="auto"/>
        <w:right w:val="none" w:sz="0" w:space="0" w:color="auto"/>
      </w:divBdr>
    </w:div>
    <w:div w:id="168717032">
      <w:bodyDiv w:val="1"/>
      <w:marLeft w:val="0"/>
      <w:marRight w:val="0"/>
      <w:marTop w:val="0"/>
      <w:marBottom w:val="0"/>
      <w:divBdr>
        <w:top w:val="none" w:sz="0" w:space="0" w:color="auto"/>
        <w:left w:val="none" w:sz="0" w:space="0" w:color="auto"/>
        <w:bottom w:val="none" w:sz="0" w:space="0" w:color="auto"/>
        <w:right w:val="none" w:sz="0" w:space="0" w:color="auto"/>
      </w:divBdr>
    </w:div>
    <w:div w:id="298002319">
      <w:bodyDiv w:val="1"/>
      <w:marLeft w:val="0"/>
      <w:marRight w:val="0"/>
      <w:marTop w:val="0"/>
      <w:marBottom w:val="0"/>
      <w:divBdr>
        <w:top w:val="none" w:sz="0" w:space="0" w:color="auto"/>
        <w:left w:val="none" w:sz="0" w:space="0" w:color="auto"/>
        <w:bottom w:val="none" w:sz="0" w:space="0" w:color="auto"/>
        <w:right w:val="none" w:sz="0" w:space="0" w:color="auto"/>
      </w:divBdr>
    </w:div>
    <w:div w:id="310140087">
      <w:bodyDiv w:val="1"/>
      <w:marLeft w:val="0"/>
      <w:marRight w:val="0"/>
      <w:marTop w:val="0"/>
      <w:marBottom w:val="0"/>
      <w:divBdr>
        <w:top w:val="none" w:sz="0" w:space="0" w:color="auto"/>
        <w:left w:val="none" w:sz="0" w:space="0" w:color="auto"/>
        <w:bottom w:val="none" w:sz="0" w:space="0" w:color="auto"/>
        <w:right w:val="none" w:sz="0" w:space="0" w:color="auto"/>
      </w:divBdr>
    </w:div>
    <w:div w:id="374891907">
      <w:bodyDiv w:val="1"/>
      <w:marLeft w:val="0"/>
      <w:marRight w:val="0"/>
      <w:marTop w:val="0"/>
      <w:marBottom w:val="0"/>
      <w:divBdr>
        <w:top w:val="none" w:sz="0" w:space="0" w:color="auto"/>
        <w:left w:val="none" w:sz="0" w:space="0" w:color="auto"/>
        <w:bottom w:val="none" w:sz="0" w:space="0" w:color="auto"/>
        <w:right w:val="none" w:sz="0" w:space="0" w:color="auto"/>
      </w:divBdr>
    </w:div>
    <w:div w:id="376900341">
      <w:bodyDiv w:val="1"/>
      <w:marLeft w:val="0"/>
      <w:marRight w:val="0"/>
      <w:marTop w:val="0"/>
      <w:marBottom w:val="0"/>
      <w:divBdr>
        <w:top w:val="none" w:sz="0" w:space="0" w:color="auto"/>
        <w:left w:val="none" w:sz="0" w:space="0" w:color="auto"/>
        <w:bottom w:val="none" w:sz="0" w:space="0" w:color="auto"/>
        <w:right w:val="none" w:sz="0" w:space="0" w:color="auto"/>
      </w:divBdr>
    </w:div>
    <w:div w:id="434206787">
      <w:bodyDiv w:val="1"/>
      <w:marLeft w:val="0"/>
      <w:marRight w:val="0"/>
      <w:marTop w:val="0"/>
      <w:marBottom w:val="0"/>
      <w:divBdr>
        <w:top w:val="none" w:sz="0" w:space="0" w:color="auto"/>
        <w:left w:val="none" w:sz="0" w:space="0" w:color="auto"/>
        <w:bottom w:val="none" w:sz="0" w:space="0" w:color="auto"/>
        <w:right w:val="none" w:sz="0" w:space="0" w:color="auto"/>
      </w:divBdr>
    </w:div>
    <w:div w:id="440222727">
      <w:bodyDiv w:val="1"/>
      <w:marLeft w:val="0"/>
      <w:marRight w:val="0"/>
      <w:marTop w:val="0"/>
      <w:marBottom w:val="0"/>
      <w:divBdr>
        <w:top w:val="none" w:sz="0" w:space="0" w:color="auto"/>
        <w:left w:val="none" w:sz="0" w:space="0" w:color="auto"/>
        <w:bottom w:val="none" w:sz="0" w:space="0" w:color="auto"/>
        <w:right w:val="none" w:sz="0" w:space="0" w:color="auto"/>
      </w:divBdr>
    </w:div>
    <w:div w:id="478958634">
      <w:bodyDiv w:val="1"/>
      <w:marLeft w:val="0"/>
      <w:marRight w:val="0"/>
      <w:marTop w:val="0"/>
      <w:marBottom w:val="0"/>
      <w:divBdr>
        <w:top w:val="none" w:sz="0" w:space="0" w:color="auto"/>
        <w:left w:val="none" w:sz="0" w:space="0" w:color="auto"/>
        <w:bottom w:val="none" w:sz="0" w:space="0" w:color="auto"/>
        <w:right w:val="none" w:sz="0" w:space="0" w:color="auto"/>
      </w:divBdr>
    </w:div>
    <w:div w:id="518935459">
      <w:bodyDiv w:val="1"/>
      <w:marLeft w:val="0"/>
      <w:marRight w:val="0"/>
      <w:marTop w:val="0"/>
      <w:marBottom w:val="0"/>
      <w:divBdr>
        <w:top w:val="none" w:sz="0" w:space="0" w:color="auto"/>
        <w:left w:val="none" w:sz="0" w:space="0" w:color="auto"/>
        <w:bottom w:val="none" w:sz="0" w:space="0" w:color="auto"/>
        <w:right w:val="none" w:sz="0" w:space="0" w:color="auto"/>
      </w:divBdr>
    </w:div>
    <w:div w:id="689798872">
      <w:bodyDiv w:val="1"/>
      <w:marLeft w:val="0"/>
      <w:marRight w:val="0"/>
      <w:marTop w:val="0"/>
      <w:marBottom w:val="0"/>
      <w:divBdr>
        <w:top w:val="none" w:sz="0" w:space="0" w:color="auto"/>
        <w:left w:val="none" w:sz="0" w:space="0" w:color="auto"/>
        <w:bottom w:val="none" w:sz="0" w:space="0" w:color="auto"/>
        <w:right w:val="none" w:sz="0" w:space="0" w:color="auto"/>
      </w:divBdr>
    </w:div>
    <w:div w:id="697896611">
      <w:bodyDiv w:val="1"/>
      <w:marLeft w:val="0"/>
      <w:marRight w:val="0"/>
      <w:marTop w:val="0"/>
      <w:marBottom w:val="0"/>
      <w:divBdr>
        <w:top w:val="none" w:sz="0" w:space="0" w:color="auto"/>
        <w:left w:val="none" w:sz="0" w:space="0" w:color="auto"/>
        <w:bottom w:val="none" w:sz="0" w:space="0" w:color="auto"/>
        <w:right w:val="none" w:sz="0" w:space="0" w:color="auto"/>
      </w:divBdr>
    </w:div>
    <w:div w:id="779109185">
      <w:bodyDiv w:val="1"/>
      <w:marLeft w:val="0"/>
      <w:marRight w:val="0"/>
      <w:marTop w:val="0"/>
      <w:marBottom w:val="0"/>
      <w:divBdr>
        <w:top w:val="none" w:sz="0" w:space="0" w:color="auto"/>
        <w:left w:val="none" w:sz="0" w:space="0" w:color="auto"/>
        <w:bottom w:val="none" w:sz="0" w:space="0" w:color="auto"/>
        <w:right w:val="none" w:sz="0" w:space="0" w:color="auto"/>
      </w:divBdr>
    </w:div>
    <w:div w:id="839394490">
      <w:bodyDiv w:val="1"/>
      <w:marLeft w:val="0"/>
      <w:marRight w:val="0"/>
      <w:marTop w:val="0"/>
      <w:marBottom w:val="0"/>
      <w:divBdr>
        <w:top w:val="none" w:sz="0" w:space="0" w:color="auto"/>
        <w:left w:val="none" w:sz="0" w:space="0" w:color="auto"/>
        <w:bottom w:val="none" w:sz="0" w:space="0" w:color="auto"/>
        <w:right w:val="none" w:sz="0" w:space="0" w:color="auto"/>
      </w:divBdr>
    </w:div>
    <w:div w:id="863136762">
      <w:bodyDiv w:val="1"/>
      <w:marLeft w:val="0"/>
      <w:marRight w:val="0"/>
      <w:marTop w:val="0"/>
      <w:marBottom w:val="0"/>
      <w:divBdr>
        <w:top w:val="none" w:sz="0" w:space="0" w:color="auto"/>
        <w:left w:val="none" w:sz="0" w:space="0" w:color="auto"/>
        <w:bottom w:val="none" w:sz="0" w:space="0" w:color="auto"/>
        <w:right w:val="none" w:sz="0" w:space="0" w:color="auto"/>
      </w:divBdr>
    </w:div>
    <w:div w:id="923101782">
      <w:bodyDiv w:val="1"/>
      <w:marLeft w:val="0"/>
      <w:marRight w:val="0"/>
      <w:marTop w:val="0"/>
      <w:marBottom w:val="0"/>
      <w:divBdr>
        <w:top w:val="none" w:sz="0" w:space="0" w:color="auto"/>
        <w:left w:val="none" w:sz="0" w:space="0" w:color="auto"/>
        <w:bottom w:val="none" w:sz="0" w:space="0" w:color="auto"/>
        <w:right w:val="none" w:sz="0" w:space="0" w:color="auto"/>
      </w:divBdr>
    </w:div>
    <w:div w:id="942565844">
      <w:bodyDiv w:val="1"/>
      <w:marLeft w:val="0"/>
      <w:marRight w:val="0"/>
      <w:marTop w:val="0"/>
      <w:marBottom w:val="0"/>
      <w:divBdr>
        <w:top w:val="none" w:sz="0" w:space="0" w:color="auto"/>
        <w:left w:val="none" w:sz="0" w:space="0" w:color="auto"/>
        <w:bottom w:val="none" w:sz="0" w:space="0" w:color="auto"/>
        <w:right w:val="none" w:sz="0" w:space="0" w:color="auto"/>
      </w:divBdr>
    </w:div>
    <w:div w:id="990136980">
      <w:bodyDiv w:val="1"/>
      <w:marLeft w:val="0"/>
      <w:marRight w:val="0"/>
      <w:marTop w:val="0"/>
      <w:marBottom w:val="0"/>
      <w:divBdr>
        <w:top w:val="none" w:sz="0" w:space="0" w:color="auto"/>
        <w:left w:val="none" w:sz="0" w:space="0" w:color="auto"/>
        <w:bottom w:val="none" w:sz="0" w:space="0" w:color="auto"/>
        <w:right w:val="none" w:sz="0" w:space="0" w:color="auto"/>
      </w:divBdr>
    </w:div>
    <w:div w:id="1008099885">
      <w:bodyDiv w:val="1"/>
      <w:marLeft w:val="0"/>
      <w:marRight w:val="0"/>
      <w:marTop w:val="0"/>
      <w:marBottom w:val="0"/>
      <w:divBdr>
        <w:top w:val="none" w:sz="0" w:space="0" w:color="auto"/>
        <w:left w:val="none" w:sz="0" w:space="0" w:color="auto"/>
        <w:bottom w:val="none" w:sz="0" w:space="0" w:color="auto"/>
        <w:right w:val="none" w:sz="0" w:space="0" w:color="auto"/>
      </w:divBdr>
    </w:div>
    <w:div w:id="1011908211">
      <w:bodyDiv w:val="1"/>
      <w:marLeft w:val="0"/>
      <w:marRight w:val="0"/>
      <w:marTop w:val="0"/>
      <w:marBottom w:val="0"/>
      <w:divBdr>
        <w:top w:val="none" w:sz="0" w:space="0" w:color="auto"/>
        <w:left w:val="none" w:sz="0" w:space="0" w:color="auto"/>
        <w:bottom w:val="none" w:sz="0" w:space="0" w:color="auto"/>
        <w:right w:val="none" w:sz="0" w:space="0" w:color="auto"/>
      </w:divBdr>
    </w:div>
    <w:div w:id="1012999157">
      <w:bodyDiv w:val="1"/>
      <w:marLeft w:val="0"/>
      <w:marRight w:val="0"/>
      <w:marTop w:val="0"/>
      <w:marBottom w:val="0"/>
      <w:divBdr>
        <w:top w:val="none" w:sz="0" w:space="0" w:color="auto"/>
        <w:left w:val="none" w:sz="0" w:space="0" w:color="auto"/>
        <w:bottom w:val="none" w:sz="0" w:space="0" w:color="auto"/>
        <w:right w:val="none" w:sz="0" w:space="0" w:color="auto"/>
      </w:divBdr>
    </w:div>
    <w:div w:id="1036543362">
      <w:bodyDiv w:val="1"/>
      <w:marLeft w:val="0"/>
      <w:marRight w:val="0"/>
      <w:marTop w:val="0"/>
      <w:marBottom w:val="0"/>
      <w:divBdr>
        <w:top w:val="none" w:sz="0" w:space="0" w:color="auto"/>
        <w:left w:val="none" w:sz="0" w:space="0" w:color="auto"/>
        <w:bottom w:val="none" w:sz="0" w:space="0" w:color="auto"/>
        <w:right w:val="none" w:sz="0" w:space="0" w:color="auto"/>
      </w:divBdr>
    </w:div>
    <w:div w:id="1082335176">
      <w:bodyDiv w:val="1"/>
      <w:marLeft w:val="0"/>
      <w:marRight w:val="0"/>
      <w:marTop w:val="0"/>
      <w:marBottom w:val="0"/>
      <w:divBdr>
        <w:top w:val="none" w:sz="0" w:space="0" w:color="auto"/>
        <w:left w:val="none" w:sz="0" w:space="0" w:color="auto"/>
        <w:bottom w:val="none" w:sz="0" w:space="0" w:color="auto"/>
        <w:right w:val="none" w:sz="0" w:space="0" w:color="auto"/>
      </w:divBdr>
    </w:div>
    <w:div w:id="1233344882">
      <w:bodyDiv w:val="1"/>
      <w:marLeft w:val="0"/>
      <w:marRight w:val="0"/>
      <w:marTop w:val="0"/>
      <w:marBottom w:val="0"/>
      <w:divBdr>
        <w:top w:val="none" w:sz="0" w:space="0" w:color="auto"/>
        <w:left w:val="none" w:sz="0" w:space="0" w:color="auto"/>
        <w:bottom w:val="none" w:sz="0" w:space="0" w:color="auto"/>
        <w:right w:val="none" w:sz="0" w:space="0" w:color="auto"/>
      </w:divBdr>
    </w:div>
    <w:div w:id="1260216891">
      <w:bodyDiv w:val="1"/>
      <w:marLeft w:val="0"/>
      <w:marRight w:val="0"/>
      <w:marTop w:val="0"/>
      <w:marBottom w:val="0"/>
      <w:divBdr>
        <w:top w:val="none" w:sz="0" w:space="0" w:color="auto"/>
        <w:left w:val="none" w:sz="0" w:space="0" w:color="auto"/>
        <w:bottom w:val="none" w:sz="0" w:space="0" w:color="auto"/>
        <w:right w:val="none" w:sz="0" w:space="0" w:color="auto"/>
      </w:divBdr>
    </w:div>
    <w:div w:id="1261765066">
      <w:bodyDiv w:val="1"/>
      <w:marLeft w:val="0"/>
      <w:marRight w:val="0"/>
      <w:marTop w:val="0"/>
      <w:marBottom w:val="0"/>
      <w:divBdr>
        <w:top w:val="none" w:sz="0" w:space="0" w:color="auto"/>
        <w:left w:val="none" w:sz="0" w:space="0" w:color="auto"/>
        <w:bottom w:val="none" w:sz="0" w:space="0" w:color="auto"/>
        <w:right w:val="none" w:sz="0" w:space="0" w:color="auto"/>
      </w:divBdr>
    </w:div>
    <w:div w:id="1276248298">
      <w:bodyDiv w:val="1"/>
      <w:marLeft w:val="0"/>
      <w:marRight w:val="0"/>
      <w:marTop w:val="0"/>
      <w:marBottom w:val="0"/>
      <w:divBdr>
        <w:top w:val="none" w:sz="0" w:space="0" w:color="auto"/>
        <w:left w:val="none" w:sz="0" w:space="0" w:color="auto"/>
        <w:bottom w:val="none" w:sz="0" w:space="0" w:color="auto"/>
        <w:right w:val="none" w:sz="0" w:space="0" w:color="auto"/>
      </w:divBdr>
    </w:div>
    <w:div w:id="1303969979">
      <w:bodyDiv w:val="1"/>
      <w:marLeft w:val="0"/>
      <w:marRight w:val="0"/>
      <w:marTop w:val="0"/>
      <w:marBottom w:val="0"/>
      <w:divBdr>
        <w:top w:val="none" w:sz="0" w:space="0" w:color="auto"/>
        <w:left w:val="none" w:sz="0" w:space="0" w:color="auto"/>
        <w:bottom w:val="none" w:sz="0" w:space="0" w:color="auto"/>
        <w:right w:val="none" w:sz="0" w:space="0" w:color="auto"/>
      </w:divBdr>
    </w:div>
    <w:div w:id="1316228288">
      <w:bodyDiv w:val="1"/>
      <w:marLeft w:val="0"/>
      <w:marRight w:val="0"/>
      <w:marTop w:val="0"/>
      <w:marBottom w:val="0"/>
      <w:divBdr>
        <w:top w:val="none" w:sz="0" w:space="0" w:color="auto"/>
        <w:left w:val="none" w:sz="0" w:space="0" w:color="auto"/>
        <w:bottom w:val="none" w:sz="0" w:space="0" w:color="auto"/>
        <w:right w:val="none" w:sz="0" w:space="0" w:color="auto"/>
      </w:divBdr>
    </w:div>
    <w:div w:id="1377000970">
      <w:bodyDiv w:val="1"/>
      <w:marLeft w:val="0"/>
      <w:marRight w:val="0"/>
      <w:marTop w:val="0"/>
      <w:marBottom w:val="0"/>
      <w:divBdr>
        <w:top w:val="none" w:sz="0" w:space="0" w:color="auto"/>
        <w:left w:val="none" w:sz="0" w:space="0" w:color="auto"/>
        <w:bottom w:val="none" w:sz="0" w:space="0" w:color="auto"/>
        <w:right w:val="none" w:sz="0" w:space="0" w:color="auto"/>
      </w:divBdr>
    </w:div>
    <w:div w:id="1405102597">
      <w:bodyDiv w:val="1"/>
      <w:marLeft w:val="0"/>
      <w:marRight w:val="0"/>
      <w:marTop w:val="0"/>
      <w:marBottom w:val="0"/>
      <w:divBdr>
        <w:top w:val="none" w:sz="0" w:space="0" w:color="auto"/>
        <w:left w:val="none" w:sz="0" w:space="0" w:color="auto"/>
        <w:bottom w:val="none" w:sz="0" w:space="0" w:color="auto"/>
        <w:right w:val="none" w:sz="0" w:space="0" w:color="auto"/>
      </w:divBdr>
    </w:div>
    <w:div w:id="1429621571">
      <w:bodyDiv w:val="1"/>
      <w:marLeft w:val="0"/>
      <w:marRight w:val="0"/>
      <w:marTop w:val="0"/>
      <w:marBottom w:val="0"/>
      <w:divBdr>
        <w:top w:val="none" w:sz="0" w:space="0" w:color="auto"/>
        <w:left w:val="none" w:sz="0" w:space="0" w:color="auto"/>
        <w:bottom w:val="none" w:sz="0" w:space="0" w:color="auto"/>
        <w:right w:val="none" w:sz="0" w:space="0" w:color="auto"/>
      </w:divBdr>
    </w:div>
    <w:div w:id="1435713692">
      <w:bodyDiv w:val="1"/>
      <w:marLeft w:val="0"/>
      <w:marRight w:val="0"/>
      <w:marTop w:val="0"/>
      <w:marBottom w:val="0"/>
      <w:divBdr>
        <w:top w:val="none" w:sz="0" w:space="0" w:color="auto"/>
        <w:left w:val="none" w:sz="0" w:space="0" w:color="auto"/>
        <w:bottom w:val="none" w:sz="0" w:space="0" w:color="auto"/>
        <w:right w:val="none" w:sz="0" w:space="0" w:color="auto"/>
      </w:divBdr>
    </w:div>
    <w:div w:id="1441216863">
      <w:bodyDiv w:val="1"/>
      <w:marLeft w:val="0"/>
      <w:marRight w:val="0"/>
      <w:marTop w:val="0"/>
      <w:marBottom w:val="0"/>
      <w:divBdr>
        <w:top w:val="none" w:sz="0" w:space="0" w:color="auto"/>
        <w:left w:val="none" w:sz="0" w:space="0" w:color="auto"/>
        <w:bottom w:val="none" w:sz="0" w:space="0" w:color="auto"/>
        <w:right w:val="none" w:sz="0" w:space="0" w:color="auto"/>
      </w:divBdr>
    </w:div>
    <w:div w:id="1480539330">
      <w:bodyDiv w:val="1"/>
      <w:marLeft w:val="0"/>
      <w:marRight w:val="0"/>
      <w:marTop w:val="0"/>
      <w:marBottom w:val="0"/>
      <w:divBdr>
        <w:top w:val="none" w:sz="0" w:space="0" w:color="auto"/>
        <w:left w:val="none" w:sz="0" w:space="0" w:color="auto"/>
        <w:bottom w:val="none" w:sz="0" w:space="0" w:color="auto"/>
        <w:right w:val="none" w:sz="0" w:space="0" w:color="auto"/>
      </w:divBdr>
    </w:div>
    <w:div w:id="1513031607">
      <w:bodyDiv w:val="1"/>
      <w:marLeft w:val="0"/>
      <w:marRight w:val="0"/>
      <w:marTop w:val="0"/>
      <w:marBottom w:val="0"/>
      <w:divBdr>
        <w:top w:val="none" w:sz="0" w:space="0" w:color="auto"/>
        <w:left w:val="none" w:sz="0" w:space="0" w:color="auto"/>
        <w:bottom w:val="none" w:sz="0" w:space="0" w:color="auto"/>
        <w:right w:val="none" w:sz="0" w:space="0" w:color="auto"/>
      </w:divBdr>
    </w:div>
    <w:div w:id="1553805316">
      <w:bodyDiv w:val="1"/>
      <w:marLeft w:val="0"/>
      <w:marRight w:val="0"/>
      <w:marTop w:val="0"/>
      <w:marBottom w:val="0"/>
      <w:divBdr>
        <w:top w:val="none" w:sz="0" w:space="0" w:color="auto"/>
        <w:left w:val="none" w:sz="0" w:space="0" w:color="auto"/>
        <w:bottom w:val="none" w:sz="0" w:space="0" w:color="auto"/>
        <w:right w:val="none" w:sz="0" w:space="0" w:color="auto"/>
      </w:divBdr>
    </w:div>
    <w:div w:id="1558123040">
      <w:bodyDiv w:val="1"/>
      <w:marLeft w:val="0"/>
      <w:marRight w:val="0"/>
      <w:marTop w:val="0"/>
      <w:marBottom w:val="0"/>
      <w:divBdr>
        <w:top w:val="none" w:sz="0" w:space="0" w:color="auto"/>
        <w:left w:val="none" w:sz="0" w:space="0" w:color="auto"/>
        <w:bottom w:val="none" w:sz="0" w:space="0" w:color="auto"/>
        <w:right w:val="none" w:sz="0" w:space="0" w:color="auto"/>
      </w:divBdr>
    </w:div>
    <w:div w:id="1565215693">
      <w:bodyDiv w:val="1"/>
      <w:marLeft w:val="0"/>
      <w:marRight w:val="0"/>
      <w:marTop w:val="0"/>
      <w:marBottom w:val="0"/>
      <w:divBdr>
        <w:top w:val="none" w:sz="0" w:space="0" w:color="auto"/>
        <w:left w:val="none" w:sz="0" w:space="0" w:color="auto"/>
        <w:bottom w:val="none" w:sz="0" w:space="0" w:color="auto"/>
        <w:right w:val="none" w:sz="0" w:space="0" w:color="auto"/>
      </w:divBdr>
    </w:div>
    <w:div w:id="1696807523">
      <w:bodyDiv w:val="1"/>
      <w:marLeft w:val="0"/>
      <w:marRight w:val="0"/>
      <w:marTop w:val="0"/>
      <w:marBottom w:val="0"/>
      <w:divBdr>
        <w:top w:val="none" w:sz="0" w:space="0" w:color="auto"/>
        <w:left w:val="none" w:sz="0" w:space="0" w:color="auto"/>
        <w:bottom w:val="none" w:sz="0" w:space="0" w:color="auto"/>
        <w:right w:val="none" w:sz="0" w:space="0" w:color="auto"/>
      </w:divBdr>
    </w:div>
    <w:div w:id="1798598553">
      <w:bodyDiv w:val="1"/>
      <w:marLeft w:val="0"/>
      <w:marRight w:val="0"/>
      <w:marTop w:val="0"/>
      <w:marBottom w:val="0"/>
      <w:divBdr>
        <w:top w:val="none" w:sz="0" w:space="0" w:color="auto"/>
        <w:left w:val="none" w:sz="0" w:space="0" w:color="auto"/>
        <w:bottom w:val="none" w:sz="0" w:space="0" w:color="auto"/>
        <w:right w:val="none" w:sz="0" w:space="0" w:color="auto"/>
      </w:divBdr>
    </w:div>
    <w:div w:id="1810439538">
      <w:bodyDiv w:val="1"/>
      <w:marLeft w:val="0"/>
      <w:marRight w:val="0"/>
      <w:marTop w:val="0"/>
      <w:marBottom w:val="0"/>
      <w:divBdr>
        <w:top w:val="none" w:sz="0" w:space="0" w:color="auto"/>
        <w:left w:val="none" w:sz="0" w:space="0" w:color="auto"/>
        <w:bottom w:val="none" w:sz="0" w:space="0" w:color="auto"/>
        <w:right w:val="none" w:sz="0" w:space="0" w:color="auto"/>
      </w:divBdr>
    </w:div>
    <w:div w:id="1913276361">
      <w:bodyDiv w:val="1"/>
      <w:marLeft w:val="0"/>
      <w:marRight w:val="0"/>
      <w:marTop w:val="0"/>
      <w:marBottom w:val="0"/>
      <w:divBdr>
        <w:top w:val="none" w:sz="0" w:space="0" w:color="auto"/>
        <w:left w:val="none" w:sz="0" w:space="0" w:color="auto"/>
        <w:bottom w:val="none" w:sz="0" w:space="0" w:color="auto"/>
        <w:right w:val="none" w:sz="0" w:space="0" w:color="auto"/>
      </w:divBdr>
    </w:div>
    <w:div w:id="1970932381">
      <w:bodyDiv w:val="1"/>
      <w:marLeft w:val="0"/>
      <w:marRight w:val="0"/>
      <w:marTop w:val="0"/>
      <w:marBottom w:val="0"/>
      <w:divBdr>
        <w:top w:val="none" w:sz="0" w:space="0" w:color="auto"/>
        <w:left w:val="none" w:sz="0" w:space="0" w:color="auto"/>
        <w:bottom w:val="none" w:sz="0" w:space="0" w:color="auto"/>
        <w:right w:val="none" w:sz="0" w:space="0" w:color="auto"/>
      </w:divBdr>
    </w:div>
    <w:div w:id="1974678519">
      <w:bodyDiv w:val="1"/>
      <w:marLeft w:val="0"/>
      <w:marRight w:val="0"/>
      <w:marTop w:val="0"/>
      <w:marBottom w:val="0"/>
      <w:divBdr>
        <w:top w:val="none" w:sz="0" w:space="0" w:color="auto"/>
        <w:left w:val="none" w:sz="0" w:space="0" w:color="auto"/>
        <w:bottom w:val="none" w:sz="0" w:space="0" w:color="auto"/>
        <w:right w:val="none" w:sz="0" w:space="0" w:color="auto"/>
      </w:divBdr>
    </w:div>
    <w:div w:id="2042584265">
      <w:bodyDiv w:val="1"/>
      <w:marLeft w:val="0"/>
      <w:marRight w:val="0"/>
      <w:marTop w:val="0"/>
      <w:marBottom w:val="0"/>
      <w:divBdr>
        <w:top w:val="none" w:sz="0" w:space="0" w:color="auto"/>
        <w:left w:val="none" w:sz="0" w:space="0" w:color="auto"/>
        <w:bottom w:val="none" w:sz="0" w:space="0" w:color="auto"/>
        <w:right w:val="none" w:sz="0" w:space="0" w:color="auto"/>
      </w:divBdr>
    </w:div>
    <w:div w:id="2053651923">
      <w:bodyDiv w:val="1"/>
      <w:marLeft w:val="0"/>
      <w:marRight w:val="0"/>
      <w:marTop w:val="0"/>
      <w:marBottom w:val="0"/>
      <w:divBdr>
        <w:top w:val="none" w:sz="0" w:space="0" w:color="auto"/>
        <w:left w:val="none" w:sz="0" w:space="0" w:color="auto"/>
        <w:bottom w:val="none" w:sz="0" w:space="0" w:color="auto"/>
        <w:right w:val="none" w:sz="0" w:space="0" w:color="auto"/>
      </w:divBdr>
    </w:div>
    <w:div w:id="205685497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21" Type="http://schemas.openxmlformats.org/officeDocument/2006/relationships/image" Target="media/image10.png"/><Relationship Id="rId34" Type="http://schemas.openxmlformats.org/officeDocument/2006/relationships/image" Target="media/image23.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D252874-D164-4FA2-A7B7-7B14CD17B4D2}">
  <we:reference id="8c1c3d44-57e9-40d7-86e4-4adf88fea1dd" version="3.0.0.0" store="EXCatalog" storeType="EXCatalog"/>
  <we:alternateReferences>
    <we:reference id="WA200007520" version="3.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2026-04-24T00:00:00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xmlns:b="http://schemas.openxmlformats.org/officeDocument/2006/bibliography" xmlns="http://schemas.openxmlformats.org/officeDocument/2006/bibliography">
    <b:Tag>1</b:Tag>
    <b:RefOrder>5</b:RefOrder>
  </b:Source>
  <b:Source>
    <b:Tag>MMa08</b:Tag>
    <b:SourceType>InternetSite</b:SourceType>
    <b:Guid>{9622CAAB-CBC6-4E7B-9B09-9055842DEEE5}</b:Guid>
    <b:Author>
      <b:Author>
        <b:Corporate>M. Matera, F. Rizzo and G. Carughi,</b:Corporate>
      </b:Author>
    </b:Author>
    <b:Title>Web Usability: Principles and Evaluation Methods,” Web Engineering</b:Title>
    <b:Year>2008</b:Year>
    <b:RefOrder>1</b:RefOrder>
  </b:Source>
  <b:Source>
    <b:Tag>Wor18</b:Tag>
    <b:SourceType>InternetSite</b:SourceType>
    <b:Guid>{7E365958-C33C-42DC-9B5C-1584A03B04BA}</b:Guid>
    <b:Author>
      <b:Author>
        <b:NameList>
          <b:Person>
            <b:Last>Consortium</b:Last>
            <b:First>World</b:First>
            <b:Middle>Wide Web</b:Middle>
          </b:Person>
        </b:NameList>
      </b:Author>
    </b:Author>
    <b:Title>World Wide Web Consortium</b:Title>
    <b:ProductionCompany>Web Content Accessibility Guidelines (WCAG) 2.1</b:ProductionCompany>
    <b:Year>2018</b:Year>
    <b:URL>https://www.w3.org/TR/WCAG21/</b:URL>
    <b:RefOrder>2</b:RefOrder>
  </b:Source>
  <b:Source>
    <b:Tag>Acc20</b:Tag>
    <b:SourceType>InternetSite</b:SourceType>
    <b:Guid>{35E4DABF-221C-440F-8053-6EA3FF63361B}</b:Guid>
    <b:Author>
      <b:Author>
        <b:Corporate>AccessibleEU</b:Corporate>
      </b:Author>
    </b:Author>
    <b:Title>Accessibility</b:Title>
    <b:ProductionCompany>Usability and SEO Study</b:ProductionCompany>
    <b:Year>2020</b:Year>
    <b:RefOrder>3</b:RefOrder>
  </b:Source>
  <b:Source>
    <b:Tag>Sea20</b:Tag>
    <b:SourceType>InternetSite</b:SourceType>
    <b:Guid>{02D63D63-BFFF-48A8-B96C-00B7757DC142}</b:Guid>
    <b:Author>
      <b:Author>
        <b:Corporate>Search Engine Journal</b:Corporate>
      </b:Author>
    </b:Author>
    <b:Title>SEO and Accessibility</b:Title>
    <b:Year>2020</b:Year>
    <b:RefOrder>4</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50f293b8de43a3807f5ddef871cac185">
  <xsd:schema xmlns:xsd="http://www.w3.org/2001/XMLSchema" xmlns:xs="http://www.w3.org/2001/XMLSchema" xmlns:p="http://schemas.microsoft.com/office/2006/metadata/properties" xmlns:ns3="b4f9f7ee-5770-4a14-8925-17f3d16e50b7" targetNamespace="http://schemas.microsoft.com/office/2006/metadata/properties" ma:root="true" ma:fieldsID="b50ff68bfe816f437e15a7f79d6fd05b"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1F2252-6286-431F-A123-90A56CDF6D94}">
  <ds:schemaRefs>
    <ds:schemaRef ds:uri="http://schemas.openxmlformats.org/officeDocument/2006/bibliography"/>
  </ds:schemaRefs>
</ds:datastoreItem>
</file>

<file path=customXml/itemProps3.xml><?xml version="1.0" encoding="utf-8"?>
<ds:datastoreItem xmlns:ds="http://schemas.openxmlformats.org/officeDocument/2006/customXml" ds:itemID="{C896A067-F724-401B-B567-2063C25E9430}">
  <ds:schemaRefs>
    <ds:schemaRef ds:uri="http://schemas.microsoft.com/sharepoint/v3/contenttype/forms"/>
  </ds:schemaRefs>
</ds:datastoreItem>
</file>

<file path=customXml/itemProps4.xml><?xml version="1.0" encoding="utf-8"?>
<ds:datastoreItem xmlns:ds="http://schemas.openxmlformats.org/officeDocument/2006/customXml" ds:itemID="{0C198592-DF52-4AEB-BF9C-C082D73CEBEF}">
  <ds:schemaRefs>
    <ds:schemaRef ds:uri="http://schemas.microsoft.com/office/2006/metadata/properties"/>
    <ds:schemaRef ds:uri="http://schemas.microsoft.com/office/infopath/2007/PartnerControls"/>
    <ds:schemaRef ds:uri="b4f9f7ee-5770-4a14-8925-17f3d16e50b7"/>
  </ds:schemaRefs>
</ds:datastoreItem>
</file>

<file path=customXml/itemProps5.xml><?xml version="1.0" encoding="utf-8"?>
<ds:datastoreItem xmlns:ds="http://schemas.openxmlformats.org/officeDocument/2006/customXml" ds:itemID="{83E52247-7E9E-4869-A3D3-7A061B98B5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13</Pages>
  <Words>2060</Words>
  <Characters>11744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13777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 and Database Concepts</dc:title>
  <dc:subject/>
  <dc:creator>python-docx</dc:creator>
  <cp:keywords/>
  <dc:description/>
  <cp:lastModifiedBy>Fernel Ramirez Espinal (2508572)</cp:lastModifiedBy>
  <cp:revision>21</cp:revision>
  <dcterms:created xsi:type="dcterms:W3CDTF">2026-04-22T12:29:00Z</dcterms:created>
  <dcterms:modified xsi:type="dcterms:W3CDTF">2026-04-23T04:08:00Z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