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46C88" w14:textId="08330775" w:rsidR="00A76044" w:rsidRPr="00F86A93" w:rsidRDefault="00000000" w:rsidP="00F86A93">
      <w:pPr>
        <w:rPr>
          <w:rFonts w:ascii="Arial" w:hAnsi="Arial" w:cs="Arial"/>
          <w:b/>
          <w:bCs/>
          <w:sz w:val="52"/>
          <w:szCs w:val="52"/>
        </w:rPr>
      </w:pPr>
      <w:r w:rsidRPr="00F86A93">
        <w:rPr>
          <w:rFonts w:ascii="Arial" w:hAnsi="Arial" w:cs="Arial"/>
          <w:b/>
          <w:bCs/>
          <w:sz w:val="52"/>
          <w:szCs w:val="52"/>
        </w:rPr>
        <w:t>Session 1</w:t>
      </w:r>
      <w:r w:rsidR="00922E7F" w:rsidRPr="00F86A93">
        <w:rPr>
          <w:rFonts w:ascii="Arial" w:hAnsi="Arial" w:cs="Arial"/>
          <w:b/>
          <w:bCs/>
          <w:sz w:val="52"/>
          <w:szCs w:val="52"/>
        </w:rPr>
        <w:br/>
      </w:r>
      <w:r w:rsidRPr="00F86A93">
        <w:rPr>
          <w:rFonts w:ascii="Arial" w:hAnsi="Arial" w:cs="Arial"/>
          <w:b/>
          <w:bCs/>
          <w:sz w:val="52"/>
          <w:szCs w:val="52"/>
        </w:rPr>
        <w:t>Detailed Summary and Quiz</w:t>
      </w:r>
    </w:p>
    <w:p w14:paraId="090DDB8B" w14:textId="77777777" w:rsidR="00F86A93" w:rsidRDefault="00000000">
      <w:pPr>
        <w:rPr>
          <w:rFonts w:ascii="Arial" w:hAnsi="Arial" w:cs="Arial"/>
          <w:sz w:val="24"/>
          <w:szCs w:val="24"/>
        </w:rPr>
      </w:pPr>
      <w:r w:rsidRPr="00F86A93">
        <w:rPr>
          <w:rFonts w:ascii="Arial" w:hAnsi="Arial" w:cs="Arial"/>
          <w:sz w:val="32"/>
          <w:szCs w:val="32"/>
        </w:rPr>
        <w:br/>
      </w:r>
      <w:r w:rsidRPr="00F86A93">
        <w:rPr>
          <w:rFonts w:ascii="Arial" w:hAnsi="Arial" w:cs="Arial"/>
          <w:b/>
          <w:bCs/>
          <w:sz w:val="32"/>
          <w:szCs w:val="32"/>
        </w:rPr>
        <w:t>Session 1: Problem Solving and Decision Making</w:t>
      </w:r>
      <w:r w:rsidRPr="00F1007A">
        <w:rPr>
          <w:rFonts w:ascii="Arial" w:hAnsi="Arial" w:cs="Arial"/>
          <w:sz w:val="24"/>
          <w:szCs w:val="24"/>
        </w:rPr>
        <w:br/>
      </w:r>
      <w:r w:rsidRPr="00F1007A">
        <w:rPr>
          <w:rFonts w:ascii="Arial" w:hAnsi="Arial" w:cs="Arial"/>
          <w:sz w:val="24"/>
          <w:szCs w:val="24"/>
        </w:rPr>
        <w:br/>
      </w:r>
      <w:r w:rsidRPr="00F1007A">
        <w:rPr>
          <w:rFonts w:ascii="Arial" w:hAnsi="Arial" w:cs="Arial"/>
          <w:b/>
          <w:bCs/>
          <w:sz w:val="24"/>
          <w:szCs w:val="24"/>
        </w:rPr>
        <w:t>Aim and Objectives:</w:t>
      </w:r>
      <w:r w:rsidR="00922E7F" w:rsidRPr="00F1007A">
        <w:rPr>
          <w:rFonts w:ascii="Arial" w:hAnsi="Arial" w:cs="Arial"/>
          <w:b/>
          <w:bCs/>
          <w:sz w:val="24"/>
          <w:szCs w:val="24"/>
        </w:rPr>
        <w:br/>
      </w:r>
      <w:r w:rsidRPr="00F1007A">
        <w:rPr>
          <w:rFonts w:ascii="Arial" w:hAnsi="Arial" w:cs="Arial"/>
          <w:sz w:val="24"/>
          <w:szCs w:val="24"/>
        </w:rPr>
        <w:br/>
        <w:t>The aim of this session is to e</w:t>
      </w:r>
      <w:r w:rsidRPr="00F86A93">
        <w:rPr>
          <w:rFonts w:ascii="Arial" w:hAnsi="Arial" w:cs="Arial"/>
          <w:b/>
          <w:bCs/>
          <w:sz w:val="24"/>
          <w:szCs w:val="24"/>
        </w:rPr>
        <w:t>quip learners with the ability to make effective decisions in solving complex workplace problems.</w:t>
      </w:r>
    </w:p>
    <w:p w14:paraId="2396E56C" w14:textId="1CEE9D1B" w:rsidR="00F1007A" w:rsidRDefault="00000000">
      <w:pPr>
        <w:rPr>
          <w:rFonts w:ascii="Arial" w:hAnsi="Arial" w:cs="Arial"/>
          <w:sz w:val="24"/>
          <w:szCs w:val="24"/>
        </w:rPr>
      </w:pPr>
      <w:r w:rsidRPr="00F1007A">
        <w:rPr>
          <w:rFonts w:ascii="Arial" w:hAnsi="Arial" w:cs="Arial"/>
          <w:sz w:val="24"/>
          <w:szCs w:val="24"/>
        </w:rPr>
        <w:t>By the end of the module, learners will be able to:</w:t>
      </w:r>
    </w:p>
    <w:p w14:paraId="1B6F89C6" w14:textId="77777777" w:rsidR="00F1007A" w:rsidRPr="00F1007A" w:rsidRDefault="00000000" w:rsidP="00F1007A">
      <w:pPr>
        <w:pStyle w:val="ListParagraph"/>
        <w:numPr>
          <w:ilvl w:val="0"/>
          <w:numId w:val="14"/>
        </w:numPr>
        <w:rPr>
          <w:rFonts w:ascii="Arial" w:hAnsi="Arial" w:cs="Arial"/>
          <w:b/>
          <w:bCs/>
          <w:sz w:val="24"/>
          <w:szCs w:val="24"/>
        </w:rPr>
      </w:pPr>
      <w:proofErr w:type="spellStart"/>
      <w:r w:rsidRPr="00F1007A">
        <w:rPr>
          <w:rFonts w:ascii="Arial" w:hAnsi="Arial" w:cs="Arial"/>
          <w:sz w:val="24"/>
          <w:szCs w:val="24"/>
        </w:rPr>
        <w:t>Analyse</w:t>
      </w:r>
      <w:proofErr w:type="spellEnd"/>
      <w:r w:rsidRPr="00F1007A">
        <w:rPr>
          <w:rFonts w:ascii="Arial" w:hAnsi="Arial" w:cs="Arial"/>
          <w:sz w:val="24"/>
          <w:szCs w:val="24"/>
        </w:rPr>
        <w:t xml:space="preserve"> complex workplace problems.</w:t>
      </w:r>
    </w:p>
    <w:p w14:paraId="322CE256" w14:textId="77777777" w:rsidR="00F1007A" w:rsidRPr="00F1007A" w:rsidRDefault="00000000" w:rsidP="00F1007A">
      <w:pPr>
        <w:pStyle w:val="ListParagraph"/>
        <w:numPr>
          <w:ilvl w:val="0"/>
          <w:numId w:val="14"/>
        </w:numPr>
        <w:rPr>
          <w:rFonts w:ascii="Arial" w:hAnsi="Arial" w:cs="Arial"/>
          <w:b/>
          <w:bCs/>
          <w:sz w:val="24"/>
          <w:szCs w:val="24"/>
        </w:rPr>
      </w:pPr>
      <w:r w:rsidRPr="00F1007A">
        <w:rPr>
          <w:rFonts w:ascii="Arial" w:hAnsi="Arial" w:cs="Arial"/>
          <w:sz w:val="24"/>
          <w:szCs w:val="24"/>
        </w:rPr>
        <w:t>Apply decision-making techniques.</w:t>
      </w:r>
    </w:p>
    <w:p w14:paraId="766A357F" w14:textId="77777777" w:rsidR="00F1007A" w:rsidRPr="00F1007A" w:rsidRDefault="00000000" w:rsidP="00F1007A">
      <w:pPr>
        <w:pStyle w:val="ListParagraph"/>
        <w:numPr>
          <w:ilvl w:val="0"/>
          <w:numId w:val="14"/>
        </w:numPr>
        <w:rPr>
          <w:rFonts w:ascii="Arial" w:hAnsi="Arial" w:cs="Arial"/>
          <w:b/>
          <w:bCs/>
          <w:sz w:val="24"/>
          <w:szCs w:val="24"/>
        </w:rPr>
      </w:pPr>
      <w:r w:rsidRPr="00F1007A">
        <w:rPr>
          <w:rFonts w:ascii="Arial" w:hAnsi="Arial" w:cs="Arial"/>
          <w:sz w:val="24"/>
          <w:szCs w:val="24"/>
        </w:rPr>
        <w:t>Plan how to implement solutions.</w:t>
      </w:r>
    </w:p>
    <w:p w14:paraId="21694346" w14:textId="77777777" w:rsidR="00F1007A" w:rsidRPr="00F1007A" w:rsidRDefault="00F1007A" w:rsidP="00F1007A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534BBCE6" w14:textId="77777777" w:rsidR="00F86A93" w:rsidRDefault="00000000" w:rsidP="00F1007A">
      <w:pPr>
        <w:rPr>
          <w:rFonts w:ascii="Arial" w:hAnsi="Arial" w:cs="Arial"/>
          <w:sz w:val="24"/>
          <w:szCs w:val="24"/>
        </w:rPr>
      </w:pPr>
      <w:r w:rsidRPr="00F1007A">
        <w:rPr>
          <w:rFonts w:ascii="Arial" w:hAnsi="Arial" w:cs="Arial"/>
          <w:b/>
          <w:bCs/>
          <w:sz w:val="24"/>
          <w:szCs w:val="24"/>
        </w:rPr>
        <w:t>What is a Problem?</w:t>
      </w:r>
      <w:r w:rsidR="00922E7F" w:rsidRPr="00F1007A">
        <w:rPr>
          <w:rFonts w:ascii="Arial" w:hAnsi="Arial" w:cs="Arial"/>
          <w:b/>
          <w:bCs/>
          <w:sz w:val="24"/>
          <w:szCs w:val="24"/>
        </w:rPr>
        <w:br/>
      </w:r>
      <w:r w:rsidRPr="00F1007A">
        <w:rPr>
          <w:rFonts w:ascii="Arial" w:hAnsi="Arial" w:cs="Arial"/>
          <w:sz w:val="24"/>
          <w:szCs w:val="24"/>
        </w:rPr>
        <w:br/>
        <w:t xml:space="preserve">A problem is defined as a situation where there is </w:t>
      </w:r>
      <w:r w:rsidRPr="00F86A93">
        <w:rPr>
          <w:rFonts w:ascii="Arial" w:hAnsi="Arial" w:cs="Arial"/>
          <w:b/>
          <w:bCs/>
          <w:sz w:val="24"/>
          <w:szCs w:val="24"/>
        </w:rPr>
        <w:t>a gap between the current state and a desired state.</w:t>
      </w:r>
      <w:r w:rsidRPr="00F1007A">
        <w:rPr>
          <w:rFonts w:ascii="Arial" w:hAnsi="Arial" w:cs="Arial"/>
          <w:sz w:val="24"/>
          <w:szCs w:val="24"/>
        </w:rPr>
        <w:t xml:space="preserve"> It may also be described as a deviation from the norm or standard. Problems vary in complexity and significance.</w:t>
      </w:r>
      <w:r w:rsidRPr="00F1007A">
        <w:rPr>
          <w:rFonts w:ascii="Arial" w:hAnsi="Arial" w:cs="Arial"/>
          <w:sz w:val="24"/>
          <w:szCs w:val="24"/>
        </w:rPr>
        <w:br/>
      </w:r>
      <w:r w:rsidRPr="00F1007A">
        <w:rPr>
          <w:rFonts w:ascii="Arial" w:hAnsi="Arial" w:cs="Arial"/>
          <w:sz w:val="24"/>
          <w:szCs w:val="24"/>
        </w:rPr>
        <w:br/>
      </w:r>
      <w:r w:rsidRPr="00F1007A">
        <w:rPr>
          <w:rFonts w:ascii="Arial" w:hAnsi="Arial" w:cs="Arial"/>
          <w:b/>
          <w:bCs/>
          <w:sz w:val="24"/>
          <w:szCs w:val="24"/>
        </w:rPr>
        <w:t>What is Decision Making?</w:t>
      </w:r>
      <w:r w:rsidR="00922E7F" w:rsidRPr="00F1007A">
        <w:rPr>
          <w:rFonts w:ascii="Arial" w:hAnsi="Arial" w:cs="Arial"/>
          <w:b/>
          <w:bCs/>
          <w:sz w:val="24"/>
          <w:szCs w:val="24"/>
        </w:rPr>
        <w:br/>
      </w:r>
      <w:r w:rsidRPr="00F1007A">
        <w:rPr>
          <w:rFonts w:ascii="Arial" w:hAnsi="Arial" w:cs="Arial"/>
          <w:sz w:val="24"/>
          <w:szCs w:val="24"/>
        </w:rPr>
        <w:br/>
        <w:t xml:space="preserve">Decision making involves </w:t>
      </w:r>
      <w:r w:rsidRPr="00F86A93">
        <w:rPr>
          <w:rFonts w:ascii="Arial" w:hAnsi="Arial" w:cs="Arial"/>
          <w:b/>
          <w:bCs/>
          <w:sz w:val="24"/>
          <w:szCs w:val="24"/>
        </w:rPr>
        <w:t>selecting between two or more options</w:t>
      </w:r>
      <w:r w:rsidRPr="00F1007A">
        <w:rPr>
          <w:rFonts w:ascii="Arial" w:hAnsi="Arial" w:cs="Arial"/>
          <w:sz w:val="24"/>
          <w:szCs w:val="24"/>
        </w:rPr>
        <w:t>. It is a critical step in the problem-solving process and relies on judgment, experience, and relevant data.</w:t>
      </w:r>
      <w:r w:rsidRPr="00F1007A">
        <w:rPr>
          <w:rFonts w:ascii="Arial" w:hAnsi="Arial" w:cs="Arial"/>
          <w:sz w:val="24"/>
          <w:szCs w:val="24"/>
        </w:rPr>
        <w:br/>
      </w:r>
      <w:r w:rsidRPr="00F1007A">
        <w:rPr>
          <w:rFonts w:ascii="Arial" w:hAnsi="Arial" w:cs="Arial"/>
          <w:sz w:val="24"/>
          <w:szCs w:val="24"/>
        </w:rPr>
        <w:br/>
      </w:r>
      <w:r w:rsidRPr="00F1007A">
        <w:rPr>
          <w:rFonts w:ascii="Arial" w:hAnsi="Arial" w:cs="Arial"/>
          <w:b/>
          <w:bCs/>
          <w:sz w:val="24"/>
          <w:szCs w:val="24"/>
        </w:rPr>
        <w:t>Team-Based Problem Solving:</w:t>
      </w:r>
      <w:r w:rsidR="00922E7F" w:rsidRPr="00F1007A">
        <w:rPr>
          <w:rFonts w:ascii="Arial" w:hAnsi="Arial" w:cs="Arial"/>
          <w:b/>
          <w:bCs/>
          <w:sz w:val="24"/>
          <w:szCs w:val="24"/>
        </w:rPr>
        <w:br/>
      </w:r>
      <w:r w:rsidRPr="00F1007A">
        <w:rPr>
          <w:rFonts w:ascii="Arial" w:hAnsi="Arial" w:cs="Arial"/>
          <w:sz w:val="24"/>
          <w:szCs w:val="24"/>
        </w:rPr>
        <w:br/>
        <w:t xml:space="preserve">Problem </w:t>
      </w:r>
      <w:proofErr w:type="gramStart"/>
      <w:r w:rsidRPr="00F1007A">
        <w:rPr>
          <w:rFonts w:ascii="Arial" w:hAnsi="Arial" w:cs="Arial"/>
          <w:sz w:val="24"/>
          <w:szCs w:val="24"/>
        </w:rPr>
        <w:t>solving</w:t>
      </w:r>
      <w:proofErr w:type="gramEnd"/>
      <w:r w:rsidRPr="00F1007A">
        <w:rPr>
          <w:rFonts w:ascii="Arial" w:hAnsi="Arial" w:cs="Arial"/>
          <w:sz w:val="24"/>
          <w:szCs w:val="24"/>
        </w:rPr>
        <w:t xml:space="preserve"> is most effective </w:t>
      </w:r>
      <w:r w:rsidRPr="00F86A93">
        <w:rPr>
          <w:rFonts w:ascii="Arial" w:hAnsi="Arial" w:cs="Arial"/>
          <w:b/>
          <w:bCs/>
          <w:sz w:val="24"/>
          <w:szCs w:val="24"/>
        </w:rPr>
        <w:t>when done in teams</w:t>
      </w:r>
      <w:r w:rsidRPr="00F1007A">
        <w:rPr>
          <w:rFonts w:ascii="Arial" w:hAnsi="Arial" w:cs="Arial"/>
          <w:sz w:val="24"/>
          <w:szCs w:val="24"/>
        </w:rPr>
        <w:t>. Collaboration brings different perspectives, facilitates effective communication, and helps generate better solutions.</w:t>
      </w:r>
    </w:p>
    <w:p w14:paraId="18218002" w14:textId="77777777" w:rsidR="00F86A93" w:rsidRDefault="00F86A93" w:rsidP="00F1007A">
      <w:pPr>
        <w:rPr>
          <w:rFonts w:ascii="Arial" w:hAnsi="Arial" w:cs="Arial"/>
          <w:sz w:val="24"/>
          <w:szCs w:val="24"/>
        </w:rPr>
      </w:pPr>
    </w:p>
    <w:p w14:paraId="0E13549B" w14:textId="77777777" w:rsidR="00F86A93" w:rsidRDefault="00F86A93" w:rsidP="00F1007A">
      <w:pPr>
        <w:rPr>
          <w:rFonts w:ascii="Arial" w:hAnsi="Arial" w:cs="Arial"/>
          <w:sz w:val="24"/>
          <w:szCs w:val="24"/>
        </w:rPr>
      </w:pPr>
    </w:p>
    <w:p w14:paraId="0D02DEB3" w14:textId="5838975B" w:rsidR="00922E7F" w:rsidRPr="00F1007A" w:rsidRDefault="00000000" w:rsidP="00F1007A">
      <w:pPr>
        <w:rPr>
          <w:rFonts w:ascii="Arial" w:hAnsi="Arial" w:cs="Arial"/>
          <w:b/>
          <w:bCs/>
          <w:sz w:val="24"/>
          <w:szCs w:val="24"/>
        </w:rPr>
      </w:pPr>
      <w:r w:rsidRPr="00F1007A">
        <w:rPr>
          <w:rFonts w:ascii="Arial" w:hAnsi="Arial" w:cs="Arial"/>
          <w:sz w:val="24"/>
          <w:szCs w:val="24"/>
        </w:rPr>
        <w:lastRenderedPageBreak/>
        <w:br/>
      </w:r>
      <w:r w:rsidRPr="00F1007A">
        <w:rPr>
          <w:rFonts w:ascii="Arial" w:hAnsi="Arial" w:cs="Arial"/>
          <w:sz w:val="24"/>
          <w:szCs w:val="24"/>
        </w:rPr>
        <w:br/>
      </w:r>
      <w:r w:rsidRPr="00F1007A">
        <w:rPr>
          <w:rFonts w:ascii="Arial" w:hAnsi="Arial" w:cs="Arial"/>
          <w:b/>
          <w:bCs/>
          <w:sz w:val="24"/>
          <w:szCs w:val="24"/>
        </w:rPr>
        <w:t>Key Skills in Problem Solving:</w:t>
      </w:r>
    </w:p>
    <w:p w14:paraId="48EE935F" w14:textId="5277A2D5" w:rsidR="00922E7F" w:rsidRPr="00F1007A" w:rsidRDefault="00000000" w:rsidP="00922E7F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F1007A">
        <w:rPr>
          <w:rFonts w:ascii="Arial" w:hAnsi="Arial" w:cs="Arial"/>
          <w:b/>
          <w:bCs/>
          <w:sz w:val="24"/>
          <w:szCs w:val="24"/>
        </w:rPr>
        <w:t xml:space="preserve">Knowledge </w:t>
      </w:r>
      <w:r w:rsidRPr="00F1007A">
        <w:rPr>
          <w:rFonts w:ascii="Arial" w:hAnsi="Arial" w:cs="Arial"/>
          <w:sz w:val="24"/>
          <w:szCs w:val="24"/>
        </w:rPr>
        <w:t>of organisational policy, procedures, and objectives.</w:t>
      </w:r>
    </w:p>
    <w:p w14:paraId="53C2533B" w14:textId="12AB7BA9" w:rsidR="00922E7F" w:rsidRPr="00F1007A" w:rsidRDefault="00000000" w:rsidP="00922E7F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F1007A">
        <w:rPr>
          <w:rFonts w:ascii="Arial" w:hAnsi="Arial" w:cs="Arial"/>
          <w:b/>
          <w:bCs/>
          <w:sz w:val="24"/>
          <w:szCs w:val="24"/>
        </w:rPr>
        <w:t>Skills in identifying</w:t>
      </w:r>
      <w:r w:rsidRPr="00F1007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007A">
        <w:rPr>
          <w:rFonts w:ascii="Arial" w:hAnsi="Arial" w:cs="Arial"/>
          <w:sz w:val="24"/>
          <w:szCs w:val="24"/>
        </w:rPr>
        <w:t>analysing</w:t>
      </w:r>
      <w:proofErr w:type="spellEnd"/>
      <w:r w:rsidRPr="00F1007A">
        <w:rPr>
          <w:rFonts w:ascii="Arial" w:hAnsi="Arial" w:cs="Arial"/>
          <w:sz w:val="24"/>
          <w:szCs w:val="24"/>
        </w:rPr>
        <w:t>, and addressing problems.</w:t>
      </w:r>
    </w:p>
    <w:p w14:paraId="0F34C7B5" w14:textId="27CD35B9" w:rsidR="00922E7F" w:rsidRPr="00F1007A" w:rsidRDefault="00000000" w:rsidP="00922E7F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F1007A">
        <w:rPr>
          <w:rFonts w:ascii="Arial" w:hAnsi="Arial" w:cs="Arial"/>
          <w:b/>
          <w:bCs/>
          <w:sz w:val="24"/>
          <w:szCs w:val="24"/>
        </w:rPr>
        <w:t>Judgement</w:t>
      </w:r>
      <w:r w:rsidRPr="00F1007A">
        <w:rPr>
          <w:rFonts w:ascii="Arial" w:hAnsi="Arial" w:cs="Arial"/>
          <w:sz w:val="24"/>
          <w:szCs w:val="24"/>
        </w:rPr>
        <w:t xml:space="preserve"> to guide choices at each stage.</w:t>
      </w:r>
    </w:p>
    <w:p w14:paraId="65038A5E" w14:textId="06FCE289" w:rsidR="00F1007A" w:rsidRPr="00F86A93" w:rsidRDefault="00000000">
      <w:pPr>
        <w:rPr>
          <w:rFonts w:ascii="Arial" w:hAnsi="Arial" w:cs="Arial"/>
          <w:b/>
          <w:bCs/>
          <w:sz w:val="24"/>
          <w:szCs w:val="24"/>
        </w:rPr>
      </w:pPr>
      <w:r w:rsidRPr="00F1007A">
        <w:rPr>
          <w:rFonts w:ascii="Arial" w:hAnsi="Arial" w:cs="Arial"/>
          <w:sz w:val="24"/>
          <w:szCs w:val="24"/>
        </w:rPr>
        <w:br/>
      </w:r>
      <w:r w:rsidRPr="00F1007A">
        <w:rPr>
          <w:rFonts w:ascii="Arial" w:hAnsi="Arial" w:cs="Arial"/>
          <w:b/>
          <w:bCs/>
          <w:sz w:val="24"/>
          <w:szCs w:val="24"/>
        </w:rPr>
        <w:t>Diagnosing Problems:</w:t>
      </w:r>
      <w:r w:rsidR="00922E7F" w:rsidRPr="00F1007A">
        <w:rPr>
          <w:rFonts w:ascii="Arial" w:hAnsi="Arial" w:cs="Arial"/>
          <w:b/>
          <w:bCs/>
          <w:sz w:val="24"/>
          <w:szCs w:val="24"/>
        </w:rPr>
        <w:br/>
      </w:r>
      <w:r w:rsidRPr="00F1007A">
        <w:rPr>
          <w:rFonts w:ascii="Arial" w:hAnsi="Arial" w:cs="Arial"/>
          <w:sz w:val="24"/>
          <w:szCs w:val="24"/>
        </w:rPr>
        <w:br/>
      </w:r>
      <w:r w:rsidRPr="00F86A93">
        <w:rPr>
          <w:rFonts w:ascii="Arial" w:hAnsi="Arial" w:cs="Arial"/>
          <w:b/>
          <w:bCs/>
          <w:sz w:val="24"/>
          <w:szCs w:val="24"/>
        </w:rPr>
        <w:t>The first step</w:t>
      </w:r>
      <w:r w:rsidRPr="00F1007A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F86A93">
        <w:rPr>
          <w:rFonts w:ascii="Arial" w:hAnsi="Arial" w:cs="Arial"/>
          <w:b/>
          <w:bCs/>
          <w:sz w:val="24"/>
          <w:szCs w:val="24"/>
        </w:rPr>
        <w:t>recognising</w:t>
      </w:r>
      <w:proofErr w:type="spellEnd"/>
      <w:r w:rsidRPr="00F86A93">
        <w:rPr>
          <w:rFonts w:ascii="Arial" w:hAnsi="Arial" w:cs="Arial"/>
          <w:b/>
          <w:bCs/>
          <w:sz w:val="24"/>
          <w:szCs w:val="24"/>
        </w:rPr>
        <w:t xml:space="preserve"> a problem exists.</w:t>
      </w:r>
    </w:p>
    <w:p w14:paraId="683BAB80" w14:textId="522EB5DC" w:rsidR="00922E7F" w:rsidRPr="00F1007A" w:rsidRDefault="00000000">
      <w:pPr>
        <w:rPr>
          <w:rFonts w:ascii="Arial" w:hAnsi="Arial" w:cs="Arial"/>
          <w:sz w:val="24"/>
          <w:szCs w:val="24"/>
        </w:rPr>
      </w:pPr>
      <w:r w:rsidRPr="00F1007A">
        <w:rPr>
          <w:rFonts w:ascii="Arial" w:hAnsi="Arial" w:cs="Arial"/>
          <w:sz w:val="24"/>
          <w:szCs w:val="24"/>
        </w:rPr>
        <w:t>This can be done by:</w:t>
      </w:r>
    </w:p>
    <w:p w14:paraId="7E1C7F56" w14:textId="77777777" w:rsidR="00922E7F" w:rsidRPr="00F1007A" w:rsidRDefault="00000000" w:rsidP="00922E7F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F1007A">
        <w:rPr>
          <w:rFonts w:ascii="Arial" w:hAnsi="Arial" w:cs="Arial"/>
          <w:sz w:val="24"/>
          <w:szCs w:val="24"/>
        </w:rPr>
        <w:t>Monitoring performance.</w:t>
      </w:r>
    </w:p>
    <w:p w14:paraId="77BBFCC1" w14:textId="77777777" w:rsidR="00922E7F" w:rsidRPr="00F1007A" w:rsidRDefault="00000000" w:rsidP="00922E7F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F1007A">
        <w:rPr>
          <w:rFonts w:ascii="Arial" w:hAnsi="Arial" w:cs="Arial"/>
          <w:sz w:val="24"/>
          <w:szCs w:val="24"/>
        </w:rPr>
        <w:t>Listening to team members.</w:t>
      </w:r>
    </w:p>
    <w:p w14:paraId="76FF86EA" w14:textId="77777777" w:rsidR="00F1007A" w:rsidRPr="00F1007A" w:rsidRDefault="00000000" w:rsidP="00922E7F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F1007A">
        <w:rPr>
          <w:rFonts w:ascii="Arial" w:hAnsi="Arial" w:cs="Arial"/>
          <w:sz w:val="24"/>
          <w:szCs w:val="24"/>
        </w:rPr>
        <w:t>Observing behaviours.</w:t>
      </w:r>
    </w:p>
    <w:p w14:paraId="7E4FAD15" w14:textId="77777777" w:rsidR="00F1007A" w:rsidRPr="00F1007A" w:rsidRDefault="00000000" w:rsidP="00922E7F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F1007A">
        <w:rPr>
          <w:rFonts w:ascii="Arial" w:hAnsi="Arial" w:cs="Arial"/>
          <w:sz w:val="24"/>
          <w:szCs w:val="24"/>
        </w:rPr>
        <w:t>Establishing the root causes of issues.</w:t>
      </w:r>
    </w:p>
    <w:p w14:paraId="65E1995E" w14:textId="77777777" w:rsidR="00F1007A" w:rsidRPr="00F1007A" w:rsidRDefault="00F1007A" w:rsidP="00F1007A">
      <w:pPr>
        <w:pStyle w:val="ListParagraph"/>
        <w:rPr>
          <w:rFonts w:ascii="Arial" w:hAnsi="Arial" w:cs="Arial"/>
          <w:sz w:val="24"/>
          <w:szCs w:val="24"/>
        </w:rPr>
      </w:pPr>
    </w:p>
    <w:p w14:paraId="4BF2D0F4" w14:textId="51AFF1F1" w:rsidR="00922E7F" w:rsidRPr="00F1007A" w:rsidRDefault="00000000" w:rsidP="00F1007A">
      <w:pPr>
        <w:rPr>
          <w:rFonts w:ascii="Arial" w:hAnsi="Arial" w:cs="Arial"/>
          <w:sz w:val="24"/>
          <w:szCs w:val="24"/>
        </w:rPr>
      </w:pPr>
      <w:r w:rsidRPr="00F1007A">
        <w:rPr>
          <w:rFonts w:ascii="Arial" w:hAnsi="Arial" w:cs="Arial"/>
          <w:b/>
          <w:bCs/>
          <w:sz w:val="24"/>
          <w:szCs w:val="24"/>
        </w:rPr>
        <w:t>Response Options:</w:t>
      </w:r>
    </w:p>
    <w:p w14:paraId="6A20772E" w14:textId="77777777" w:rsidR="00922E7F" w:rsidRPr="00F1007A" w:rsidRDefault="00000000" w:rsidP="00F1007A">
      <w:pPr>
        <w:rPr>
          <w:rFonts w:ascii="Arial" w:hAnsi="Arial" w:cs="Arial"/>
          <w:sz w:val="24"/>
          <w:szCs w:val="24"/>
        </w:rPr>
      </w:pPr>
      <w:r w:rsidRPr="00F1007A">
        <w:rPr>
          <w:rFonts w:ascii="Arial" w:hAnsi="Arial" w:cs="Arial"/>
          <w:sz w:val="24"/>
          <w:szCs w:val="24"/>
        </w:rPr>
        <w:t>Once identified, problems can be:</w:t>
      </w:r>
    </w:p>
    <w:p w14:paraId="4BEB548C" w14:textId="77777777" w:rsidR="00922E7F" w:rsidRPr="00F1007A" w:rsidRDefault="00000000" w:rsidP="00922E7F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F1007A">
        <w:rPr>
          <w:rFonts w:ascii="Arial" w:hAnsi="Arial" w:cs="Arial"/>
          <w:sz w:val="24"/>
          <w:szCs w:val="24"/>
        </w:rPr>
        <w:t>Ignored (do nothing).</w:t>
      </w:r>
    </w:p>
    <w:p w14:paraId="06B186FB" w14:textId="77777777" w:rsidR="00922E7F" w:rsidRPr="00F1007A" w:rsidRDefault="00000000" w:rsidP="00922E7F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F1007A">
        <w:rPr>
          <w:rFonts w:ascii="Arial" w:hAnsi="Arial" w:cs="Arial"/>
          <w:sz w:val="24"/>
          <w:szCs w:val="24"/>
        </w:rPr>
        <w:t>Monitored (watch and review later).</w:t>
      </w:r>
    </w:p>
    <w:p w14:paraId="24DAB8BF" w14:textId="77777777" w:rsidR="00922E7F" w:rsidRPr="00F1007A" w:rsidRDefault="00000000" w:rsidP="00922E7F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F1007A">
        <w:rPr>
          <w:rFonts w:ascii="Arial" w:hAnsi="Arial" w:cs="Arial"/>
          <w:sz w:val="24"/>
          <w:szCs w:val="24"/>
        </w:rPr>
        <w:t>Contained (limited impact).</w:t>
      </w:r>
    </w:p>
    <w:p w14:paraId="085A5E34" w14:textId="77777777" w:rsidR="00922E7F" w:rsidRPr="00F1007A" w:rsidRDefault="00000000" w:rsidP="00922E7F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F1007A">
        <w:rPr>
          <w:rFonts w:ascii="Arial" w:hAnsi="Arial" w:cs="Arial"/>
          <w:sz w:val="24"/>
          <w:szCs w:val="24"/>
        </w:rPr>
        <w:t>Solved (finding and implementing a solution).</w:t>
      </w:r>
    </w:p>
    <w:p w14:paraId="65891116" w14:textId="77777777" w:rsidR="00922E7F" w:rsidRPr="00F1007A" w:rsidRDefault="00922E7F" w:rsidP="00922E7F">
      <w:pPr>
        <w:pStyle w:val="ListParagraph"/>
        <w:rPr>
          <w:rFonts w:ascii="Arial" w:hAnsi="Arial" w:cs="Arial"/>
          <w:sz w:val="24"/>
          <w:szCs w:val="24"/>
        </w:rPr>
      </w:pPr>
    </w:p>
    <w:p w14:paraId="11BABC36" w14:textId="77777777" w:rsidR="00F1007A" w:rsidRPr="00F1007A" w:rsidRDefault="00000000" w:rsidP="00922E7F">
      <w:pPr>
        <w:rPr>
          <w:rFonts w:ascii="Arial" w:hAnsi="Arial" w:cs="Arial"/>
          <w:sz w:val="24"/>
          <w:szCs w:val="24"/>
        </w:rPr>
      </w:pPr>
      <w:r w:rsidRPr="00F1007A">
        <w:rPr>
          <w:rFonts w:ascii="Arial" w:hAnsi="Arial" w:cs="Arial"/>
          <w:b/>
          <w:bCs/>
          <w:sz w:val="24"/>
          <w:szCs w:val="24"/>
        </w:rPr>
        <w:t>Initial Analysis:</w:t>
      </w:r>
      <w:r w:rsidR="00922E7F" w:rsidRPr="00F1007A">
        <w:rPr>
          <w:rFonts w:ascii="Arial" w:hAnsi="Arial" w:cs="Arial"/>
          <w:b/>
          <w:bCs/>
          <w:sz w:val="24"/>
          <w:szCs w:val="24"/>
        </w:rPr>
        <w:br/>
      </w:r>
      <w:r w:rsidRPr="00F1007A">
        <w:rPr>
          <w:rFonts w:ascii="Arial" w:hAnsi="Arial" w:cs="Arial"/>
          <w:sz w:val="24"/>
          <w:szCs w:val="24"/>
        </w:rPr>
        <w:br/>
        <w:t>This step includes gathering data, defining the problem’s scope and impact, and anticipating potential consequences.</w:t>
      </w:r>
    </w:p>
    <w:p w14:paraId="49692B45" w14:textId="77777777" w:rsidR="00F86A93" w:rsidRDefault="00000000" w:rsidP="00922E7F">
      <w:pPr>
        <w:rPr>
          <w:rFonts w:ascii="Arial" w:hAnsi="Arial" w:cs="Arial"/>
          <w:sz w:val="24"/>
          <w:szCs w:val="24"/>
        </w:rPr>
      </w:pPr>
      <w:r w:rsidRPr="00F1007A">
        <w:rPr>
          <w:rFonts w:ascii="Arial" w:hAnsi="Arial" w:cs="Arial"/>
          <w:sz w:val="24"/>
          <w:szCs w:val="24"/>
        </w:rPr>
        <w:t>It is essential for understanding how serious the problem is and what actions are appropriate.</w:t>
      </w:r>
    </w:p>
    <w:p w14:paraId="4297973C" w14:textId="77777777" w:rsidR="00F86A93" w:rsidRDefault="00F86A93" w:rsidP="00922E7F">
      <w:pPr>
        <w:rPr>
          <w:rFonts w:ascii="Arial" w:hAnsi="Arial" w:cs="Arial"/>
          <w:sz w:val="24"/>
          <w:szCs w:val="24"/>
        </w:rPr>
      </w:pPr>
    </w:p>
    <w:p w14:paraId="0E0E76EA" w14:textId="77777777" w:rsidR="00F86A93" w:rsidRDefault="00F86A93" w:rsidP="00922E7F">
      <w:pPr>
        <w:rPr>
          <w:rFonts w:ascii="Arial" w:hAnsi="Arial" w:cs="Arial"/>
          <w:sz w:val="24"/>
          <w:szCs w:val="24"/>
        </w:rPr>
      </w:pPr>
    </w:p>
    <w:p w14:paraId="7EF49736" w14:textId="4C91BD0D" w:rsidR="00F1007A" w:rsidRPr="00F86A93" w:rsidRDefault="00000000" w:rsidP="00922E7F">
      <w:pPr>
        <w:rPr>
          <w:rFonts w:ascii="Arial" w:hAnsi="Arial" w:cs="Arial"/>
        </w:rPr>
      </w:pPr>
      <w:r w:rsidRPr="00F1007A">
        <w:rPr>
          <w:rFonts w:ascii="Arial" w:hAnsi="Arial" w:cs="Arial"/>
          <w:sz w:val="24"/>
          <w:szCs w:val="24"/>
        </w:rPr>
        <w:lastRenderedPageBreak/>
        <w:br/>
      </w:r>
      <w:r w:rsidRPr="00F1007A">
        <w:rPr>
          <w:rFonts w:ascii="Arial" w:hAnsi="Arial" w:cs="Arial"/>
          <w:sz w:val="24"/>
          <w:szCs w:val="24"/>
        </w:rPr>
        <w:br/>
      </w:r>
      <w:r w:rsidRPr="00F86A93">
        <w:rPr>
          <w:rFonts w:ascii="Arial" w:hAnsi="Arial" w:cs="Arial"/>
          <w:b/>
          <w:bCs/>
        </w:rPr>
        <w:t>Continuous Improvement and Problem Solving</w:t>
      </w:r>
      <w:r w:rsidR="00922E7F" w:rsidRPr="00F86A93">
        <w:rPr>
          <w:rFonts w:ascii="Arial" w:hAnsi="Arial" w:cs="Arial"/>
          <w:b/>
          <w:bCs/>
        </w:rPr>
        <w:t>:</w:t>
      </w:r>
      <w:r w:rsidR="00922E7F" w:rsidRPr="00F86A93">
        <w:rPr>
          <w:rFonts w:ascii="Arial" w:hAnsi="Arial" w:cs="Arial"/>
          <w:b/>
          <w:bCs/>
        </w:rPr>
        <w:br/>
      </w:r>
      <w:r w:rsidRPr="00F86A93">
        <w:rPr>
          <w:rFonts w:ascii="Arial" w:hAnsi="Arial" w:cs="Arial"/>
        </w:rPr>
        <w:br/>
        <w:t>Problem solving underpins continuous improvement efforts. Ongoing improvements help organisations remain competitive. The concept of **Kaizen**, introduced by Imai (1986), promotes continuous, incremental changes for better outcomes.</w:t>
      </w:r>
    </w:p>
    <w:p w14:paraId="229C9616" w14:textId="5BAB100E" w:rsidR="00922E7F" w:rsidRPr="00F86A93" w:rsidRDefault="00000000" w:rsidP="00922E7F">
      <w:pPr>
        <w:rPr>
          <w:rFonts w:ascii="Arial" w:hAnsi="Arial" w:cs="Arial"/>
        </w:rPr>
      </w:pPr>
      <w:r w:rsidRPr="00F86A93">
        <w:rPr>
          <w:rFonts w:ascii="Arial" w:hAnsi="Arial" w:cs="Arial"/>
        </w:rPr>
        <w:br/>
      </w:r>
      <w:r w:rsidRPr="00F86A93">
        <w:rPr>
          <w:rFonts w:ascii="Arial" w:hAnsi="Arial" w:cs="Arial"/>
          <w:b/>
          <w:bCs/>
        </w:rPr>
        <w:t>Creative Problem Solving:</w:t>
      </w:r>
      <w:r w:rsidR="00922E7F" w:rsidRPr="00F86A93">
        <w:rPr>
          <w:rFonts w:ascii="Arial" w:hAnsi="Arial" w:cs="Arial"/>
          <w:b/>
          <w:bCs/>
        </w:rPr>
        <w:br/>
      </w:r>
      <w:r w:rsidRPr="00F86A93">
        <w:rPr>
          <w:rFonts w:ascii="Arial" w:hAnsi="Arial" w:cs="Arial"/>
        </w:rPr>
        <w:br/>
        <w:t xml:space="preserve">Creative problem solving </w:t>
      </w:r>
      <w:r w:rsidR="00F86A93" w:rsidRPr="00F86A93">
        <w:rPr>
          <w:rFonts w:ascii="Arial" w:hAnsi="Arial" w:cs="Arial"/>
        </w:rPr>
        <w:t xml:space="preserve">gives </w:t>
      </w:r>
      <w:r w:rsidRPr="00F86A93">
        <w:rPr>
          <w:rFonts w:ascii="Arial" w:hAnsi="Arial" w:cs="Arial"/>
        </w:rPr>
        <w:t>specific benefits for different groups:</w:t>
      </w:r>
    </w:p>
    <w:p w14:paraId="62525F54" w14:textId="4A5BE0B1" w:rsidR="00922E7F" w:rsidRPr="00F86A93" w:rsidRDefault="00000000" w:rsidP="00922E7F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F86A93">
        <w:rPr>
          <w:rFonts w:ascii="Arial" w:hAnsi="Arial" w:cs="Arial"/>
        </w:rPr>
        <w:t>Organisation</w:t>
      </w:r>
      <w:r w:rsidR="00922E7F" w:rsidRPr="00F86A93">
        <w:rPr>
          <w:rFonts w:ascii="Arial" w:hAnsi="Arial" w:cs="Arial"/>
        </w:rPr>
        <w:t>:</w:t>
      </w:r>
      <w:r w:rsidRPr="00F86A93">
        <w:rPr>
          <w:rFonts w:ascii="Arial" w:hAnsi="Arial" w:cs="Arial"/>
        </w:rPr>
        <w:t xml:space="preserve"> Enhanced services, reduced costs, better quality, and improved market share.</w:t>
      </w:r>
    </w:p>
    <w:p w14:paraId="74F90B6C" w14:textId="19660A83" w:rsidR="00922E7F" w:rsidRPr="00F86A93" w:rsidRDefault="00000000" w:rsidP="00922E7F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F86A93">
        <w:rPr>
          <w:rFonts w:ascii="Arial" w:hAnsi="Arial" w:cs="Arial"/>
        </w:rPr>
        <w:t>Teams: Improved collaboration, morale, and shared knowledge.</w:t>
      </w:r>
    </w:p>
    <w:p w14:paraId="52B4FD7A" w14:textId="7D9D403A" w:rsidR="00922E7F" w:rsidRPr="00F86A93" w:rsidRDefault="00000000" w:rsidP="00F1007A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F86A93">
        <w:rPr>
          <w:rFonts w:ascii="Arial" w:hAnsi="Arial" w:cs="Arial"/>
        </w:rPr>
        <w:t>Individuals: Greater confidence, effectiveness, and clearer understanding of goals.</w:t>
      </w:r>
    </w:p>
    <w:p w14:paraId="6599FDD7" w14:textId="77777777" w:rsidR="00922E7F" w:rsidRPr="00F86A93" w:rsidRDefault="00922E7F" w:rsidP="00922E7F">
      <w:pPr>
        <w:pStyle w:val="ListParagraph"/>
        <w:rPr>
          <w:rFonts w:ascii="Arial" w:hAnsi="Arial" w:cs="Arial"/>
        </w:rPr>
      </w:pPr>
    </w:p>
    <w:p w14:paraId="0B2F1B94" w14:textId="77777777" w:rsidR="00922E7F" w:rsidRPr="00F86A93" w:rsidRDefault="00000000" w:rsidP="00922E7F">
      <w:pPr>
        <w:rPr>
          <w:rFonts w:ascii="Arial" w:hAnsi="Arial" w:cs="Arial"/>
          <w:b/>
          <w:bCs/>
        </w:rPr>
      </w:pPr>
      <w:r w:rsidRPr="00F86A93">
        <w:rPr>
          <w:rFonts w:ascii="Arial" w:hAnsi="Arial" w:cs="Arial"/>
          <w:b/>
          <w:bCs/>
        </w:rPr>
        <w:t>Types of Problems:</w:t>
      </w:r>
    </w:p>
    <w:p w14:paraId="10B386E3" w14:textId="2631819E" w:rsidR="00922E7F" w:rsidRPr="00F86A93" w:rsidRDefault="00000000" w:rsidP="00922E7F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F86A93">
        <w:rPr>
          <w:rFonts w:ascii="Arial" w:hAnsi="Arial" w:cs="Arial"/>
        </w:rPr>
        <w:t>Deviation Problems: Result from a shift from the norm.</w:t>
      </w:r>
    </w:p>
    <w:p w14:paraId="02C8ADE4" w14:textId="25D1CB46" w:rsidR="00922E7F" w:rsidRPr="00F86A93" w:rsidRDefault="00000000" w:rsidP="00922E7F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F86A93">
        <w:rPr>
          <w:rFonts w:ascii="Arial" w:hAnsi="Arial" w:cs="Arial"/>
        </w:rPr>
        <w:t>Potential Problems: May arise in the future if not managed.</w:t>
      </w:r>
    </w:p>
    <w:p w14:paraId="73459E58" w14:textId="6F4D5230" w:rsidR="00922E7F" w:rsidRPr="00F86A93" w:rsidRDefault="00000000" w:rsidP="00922E7F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F86A93">
        <w:rPr>
          <w:rFonts w:ascii="Arial" w:hAnsi="Arial" w:cs="Arial"/>
        </w:rPr>
        <w:t>Improvement Problems: Areas that could be made better.</w:t>
      </w:r>
    </w:p>
    <w:p w14:paraId="20E33DB3" w14:textId="77777777" w:rsidR="00922E7F" w:rsidRPr="00F86A93" w:rsidRDefault="00922E7F" w:rsidP="00922E7F">
      <w:pPr>
        <w:pStyle w:val="ListParagraph"/>
        <w:rPr>
          <w:rFonts w:ascii="Arial" w:hAnsi="Arial" w:cs="Arial"/>
        </w:rPr>
      </w:pPr>
    </w:p>
    <w:p w14:paraId="04966C5C" w14:textId="6A5DA159" w:rsidR="00922E7F" w:rsidRPr="00F86A93" w:rsidRDefault="00000000" w:rsidP="00922E7F">
      <w:pPr>
        <w:rPr>
          <w:rFonts w:ascii="Arial" w:hAnsi="Arial" w:cs="Arial"/>
          <w:b/>
          <w:bCs/>
        </w:rPr>
      </w:pPr>
      <w:r w:rsidRPr="00F86A93">
        <w:rPr>
          <w:rFonts w:ascii="Arial" w:hAnsi="Arial" w:cs="Arial"/>
          <w:b/>
          <w:bCs/>
        </w:rPr>
        <w:t>Problem Categories:</w:t>
      </w:r>
    </w:p>
    <w:p w14:paraId="67B7F161" w14:textId="193B3217" w:rsidR="00922E7F" w:rsidRPr="00F86A93" w:rsidRDefault="00000000" w:rsidP="00922E7F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F86A93">
        <w:rPr>
          <w:rFonts w:ascii="Arial" w:hAnsi="Arial" w:cs="Arial"/>
          <w:b/>
          <w:bCs/>
        </w:rPr>
        <w:t>Strategic Problems</w:t>
      </w:r>
      <w:r w:rsidR="00922E7F" w:rsidRPr="00F86A93">
        <w:rPr>
          <w:rFonts w:ascii="Arial" w:hAnsi="Arial" w:cs="Arial"/>
          <w:b/>
          <w:bCs/>
        </w:rPr>
        <w:br/>
      </w:r>
      <w:r w:rsidRPr="00F86A93">
        <w:rPr>
          <w:rFonts w:ascii="Arial" w:hAnsi="Arial" w:cs="Arial"/>
        </w:rPr>
        <w:t>Long-term, wide-reaching consequences.</w:t>
      </w:r>
    </w:p>
    <w:p w14:paraId="699C4D0A" w14:textId="18904B42" w:rsidR="00922E7F" w:rsidRPr="00F86A93" w:rsidRDefault="00000000" w:rsidP="00922E7F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F86A93">
        <w:rPr>
          <w:rFonts w:ascii="Arial" w:hAnsi="Arial" w:cs="Arial"/>
          <w:b/>
          <w:bCs/>
        </w:rPr>
        <w:t>Operational Problems</w:t>
      </w:r>
      <w:r w:rsidR="00922E7F" w:rsidRPr="00F86A93">
        <w:rPr>
          <w:rFonts w:ascii="Arial" w:hAnsi="Arial" w:cs="Arial"/>
          <w:b/>
          <w:bCs/>
        </w:rPr>
        <w:br/>
      </w:r>
      <w:r w:rsidRPr="00F86A93">
        <w:rPr>
          <w:rFonts w:ascii="Arial" w:hAnsi="Arial" w:cs="Arial"/>
        </w:rPr>
        <w:t>Medium to short-term, typically involving resource management.</w:t>
      </w:r>
    </w:p>
    <w:p w14:paraId="2CC29239" w14:textId="0456FEF1" w:rsidR="00922E7F" w:rsidRDefault="00000000" w:rsidP="00922E7F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F86A93">
        <w:rPr>
          <w:rFonts w:ascii="Arial" w:hAnsi="Arial" w:cs="Arial"/>
          <w:b/>
          <w:bCs/>
        </w:rPr>
        <w:t>Administrative Problems</w:t>
      </w:r>
      <w:r w:rsidR="00922E7F" w:rsidRPr="00F86A93">
        <w:rPr>
          <w:rFonts w:ascii="Arial" w:hAnsi="Arial" w:cs="Arial"/>
        </w:rPr>
        <w:br/>
      </w:r>
      <w:r w:rsidRPr="00F86A93">
        <w:rPr>
          <w:rFonts w:ascii="Arial" w:hAnsi="Arial" w:cs="Arial"/>
        </w:rPr>
        <w:t>Short-term issues with defined solutions based on policy or procedure.</w:t>
      </w:r>
      <w:r w:rsidR="00922E7F" w:rsidRPr="00F86A93">
        <w:rPr>
          <w:rFonts w:ascii="Arial" w:hAnsi="Arial" w:cs="Arial"/>
        </w:rPr>
        <w:t xml:space="preserve"> </w:t>
      </w:r>
      <w:r w:rsidRPr="00F86A93">
        <w:rPr>
          <w:rFonts w:ascii="Arial" w:hAnsi="Arial" w:cs="Arial"/>
        </w:rPr>
        <w:br/>
      </w:r>
    </w:p>
    <w:p w14:paraId="0984C978" w14:textId="77777777" w:rsidR="00F86A93" w:rsidRDefault="00F86A93" w:rsidP="00F86A93">
      <w:pPr>
        <w:rPr>
          <w:rFonts w:ascii="Arial" w:hAnsi="Arial" w:cs="Arial"/>
        </w:rPr>
      </w:pPr>
    </w:p>
    <w:p w14:paraId="1B01BF91" w14:textId="77777777" w:rsidR="00F86A93" w:rsidRPr="00F86A93" w:rsidRDefault="00F86A93" w:rsidP="00F86A93">
      <w:pPr>
        <w:rPr>
          <w:rFonts w:ascii="Arial" w:hAnsi="Arial" w:cs="Arial"/>
        </w:rPr>
      </w:pPr>
    </w:p>
    <w:p w14:paraId="68BD6E6C" w14:textId="77777777" w:rsidR="00922E7F" w:rsidRDefault="00922E7F" w:rsidP="00922E7F">
      <w:pPr>
        <w:rPr>
          <w:rFonts w:ascii="Arial" w:hAnsi="Arial" w:cs="Arial"/>
        </w:rPr>
      </w:pPr>
    </w:p>
    <w:p w14:paraId="3C65479B" w14:textId="77777777" w:rsidR="00922E7F" w:rsidRDefault="00922E7F" w:rsidP="00922E7F">
      <w:pPr>
        <w:rPr>
          <w:rFonts w:ascii="Arial" w:hAnsi="Arial" w:cs="Arial"/>
        </w:rPr>
      </w:pPr>
    </w:p>
    <w:p w14:paraId="7CF2DC84" w14:textId="77777777" w:rsidR="00922E7F" w:rsidRDefault="00922E7F" w:rsidP="00922E7F">
      <w:pPr>
        <w:rPr>
          <w:rFonts w:ascii="Arial" w:hAnsi="Arial" w:cs="Arial"/>
        </w:rPr>
      </w:pPr>
    </w:p>
    <w:p w14:paraId="41ACF441" w14:textId="77777777" w:rsidR="00922E7F" w:rsidRPr="00922E7F" w:rsidRDefault="00922E7F" w:rsidP="00922E7F">
      <w:pPr>
        <w:rPr>
          <w:rFonts w:ascii="Arial" w:hAnsi="Arial" w:cs="Arial"/>
        </w:rPr>
      </w:pPr>
    </w:p>
    <w:p w14:paraId="2EAC0118" w14:textId="1E2EAE23" w:rsidR="00F86A93" w:rsidRPr="00F86A93" w:rsidRDefault="00F86A93" w:rsidP="00F86A93">
      <w:pPr>
        <w:rPr>
          <w:rFonts w:ascii="Arial" w:hAnsi="Arial" w:cs="Arial"/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D8E3ED8" wp14:editId="13A5BA6A">
                <wp:simplePos x="0" y="0"/>
                <wp:positionH relativeFrom="column">
                  <wp:posOffset>4886325</wp:posOffset>
                </wp:positionH>
                <wp:positionV relativeFrom="paragraph">
                  <wp:posOffset>365125</wp:posOffset>
                </wp:positionV>
                <wp:extent cx="676275" cy="466725"/>
                <wp:effectExtent l="57150" t="38100" r="85725" b="104775"/>
                <wp:wrapNone/>
                <wp:docPr id="657582535" name="Arrow: Righ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76275" cy="466725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9D832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" o:spid="_x0000_s1026" type="#_x0000_t13" style="position:absolute;margin-left:384.75pt;margin-top:28.75pt;width:53.25pt;height:36.75pt;rotation:180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" adj="14146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000000" w:rsidRPr="00F86A93">
        <w:rPr>
          <w:rFonts w:ascii="Arial" w:hAnsi="Arial" w:cs="Arial"/>
          <w:b/>
          <w:bCs/>
          <w:sz w:val="40"/>
          <w:szCs w:val="40"/>
        </w:rPr>
        <w:t>Multiple Choice Quiz</w:t>
      </w:r>
    </w:p>
    <w:p w14:paraId="5D6147B3" w14:textId="7CC318ED" w:rsidR="00922E7F" w:rsidRPr="00F86A93" w:rsidRDefault="00F86A93" w:rsidP="00922E7F">
      <w:pPr>
        <w:rPr>
          <w:rFonts w:ascii="Arial" w:hAnsi="Arial" w:cs="Arial"/>
          <w:b/>
          <w:bCs/>
          <w:sz w:val="32"/>
          <w:szCs w:val="32"/>
        </w:rPr>
      </w:pPr>
      <w:r w:rsidRPr="00F86A93">
        <w:rPr>
          <w:rFonts w:ascii="Arial" w:hAnsi="Arial" w:cs="Arial"/>
          <w:b/>
          <w:bCs/>
          <w:sz w:val="32"/>
          <w:szCs w:val="32"/>
        </w:rPr>
        <w:t>Read the summary if you don’t know the answer</w:t>
      </w:r>
    </w:p>
    <w:p w14:paraId="5107A763" w14:textId="2F9380B6" w:rsidR="00A76044" w:rsidRPr="00F1007A" w:rsidRDefault="00000000">
      <w:pPr>
        <w:pStyle w:val="ListNumber"/>
        <w:rPr>
          <w:rFonts w:ascii="Arial" w:hAnsi="Arial" w:cs="Arial"/>
          <w:b/>
          <w:bCs/>
        </w:rPr>
      </w:pPr>
      <w:r w:rsidRPr="00F1007A">
        <w:rPr>
          <w:rFonts w:ascii="Arial" w:hAnsi="Arial" w:cs="Arial"/>
          <w:b/>
          <w:bCs/>
        </w:rPr>
        <w:t>What is a key element of decision-making?</w:t>
      </w:r>
    </w:p>
    <w:p w14:paraId="2DAD6718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Monitoring employee morale</w:t>
      </w:r>
    </w:p>
    <w:p w14:paraId="7058CD4C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Choosing between two or more actions</w:t>
      </w:r>
    </w:p>
    <w:p w14:paraId="19C8C4B0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Improving product design</w:t>
      </w:r>
    </w:p>
    <w:p w14:paraId="462E52F4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Team communication</w:t>
      </w:r>
    </w:p>
    <w:p w14:paraId="7A312B43" w14:textId="1741991E" w:rsidR="00A76044" w:rsidRPr="00F1007A" w:rsidRDefault="00000000">
      <w:pPr>
        <w:pStyle w:val="ListNumber"/>
        <w:rPr>
          <w:rFonts w:ascii="Arial" w:hAnsi="Arial" w:cs="Arial"/>
          <w:b/>
          <w:bCs/>
        </w:rPr>
      </w:pPr>
      <w:r w:rsidRPr="00F1007A">
        <w:rPr>
          <w:rFonts w:ascii="Arial" w:hAnsi="Arial" w:cs="Arial"/>
          <w:b/>
          <w:bCs/>
        </w:rPr>
        <w:t>A problem exists when there is:</w:t>
      </w:r>
    </w:p>
    <w:p w14:paraId="4B559443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An increase in product sales</w:t>
      </w:r>
    </w:p>
    <w:p w14:paraId="2D25AFF9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A gap between current and desired states</w:t>
      </w:r>
    </w:p>
    <w:p w14:paraId="19DCB0EF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Only one clear solution</w:t>
      </w:r>
    </w:p>
    <w:p w14:paraId="427C939F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Strong leadership</w:t>
      </w:r>
    </w:p>
    <w:p w14:paraId="40380996" w14:textId="12E8DDA8" w:rsidR="00A76044" w:rsidRPr="00F1007A" w:rsidRDefault="00000000">
      <w:pPr>
        <w:pStyle w:val="ListNumber"/>
        <w:rPr>
          <w:rFonts w:ascii="Arial" w:hAnsi="Arial" w:cs="Arial"/>
          <w:b/>
          <w:bCs/>
        </w:rPr>
      </w:pPr>
      <w:r w:rsidRPr="00F1007A">
        <w:rPr>
          <w:rFonts w:ascii="Arial" w:hAnsi="Arial" w:cs="Arial"/>
          <w:b/>
          <w:bCs/>
        </w:rPr>
        <w:t xml:space="preserve">Who defined 'Kaizen' in the context of </w:t>
      </w:r>
      <w:r w:rsidRPr="00F86A93">
        <w:rPr>
          <w:rFonts w:ascii="Arial" w:hAnsi="Arial" w:cs="Arial"/>
          <w:b/>
          <w:bCs/>
          <w:sz w:val="24"/>
          <w:szCs w:val="24"/>
        </w:rPr>
        <w:t>continuous improvement</w:t>
      </w:r>
      <w:r w:rsidRPr="00F1007A">
        <w:rPr>
          <w:rFonts w:ascii="Arial" w:hAnsi="Arial" w:cs="Arial"/>
          <w:b/>
          <w:bCs/>
        </w:rPr>
        <w:t>?</w:t>
      </w:r>
    </w:p>
    <w:p w14:paraId="40D49CA1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Kotter</w:t>
      </w:r>
    </w:p>
    <w:p w14:paraId="37899DDC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Imai</w:t>
      </w:r>
    </w:p>
    <w:p w14:paraId="3579E4CD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Maslow</w:t>
      </w:r>
    </w:p>
    <w:p w14:paraId="204B6B2F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Herzberg</w:t>
      </w:r>
    </w:p>
    <w:p w14:paraId="085BB455" w14:textId="007448F1" w:rsidR="00A76044" w:rsidRPr="00F1007A" w:rsidRDefault="00000000">
      <w:pPr>
        <w:pStyle w:val="ListNumber"/>
        <w:rPr>
          <w:rFonts w:ascii="Arial" w:hAnsi="Arial" w:cs="Arial"/>
          <w:b/>
          <w:bCs/>
        </w:rPr>
      </w:pPr>
      <w:r w:rsidRPr="00F1007A">
        <w:rPr>
          <w:rFonts w:ascii="Arial" w:hAnsi="Arial" w:cs="Arial"/>
          <w:b/>
          <w:bCs/>
        </w:rPr>
        <w:t>What is NOT a recognised problem category?</w:t>
      </w:r>
    </w:p>
    <w:p w14:paraId="4121D494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Strategic</w:t>
      </w:r>
    </w:p>
    <w:p w14:paraId="49E51858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Operational</w:t>
      </w:r>
    </w:p>
    <w:p w14:paraId="74E3B4FE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Administrative</w:t>
      </w:r>
    </w:p>
    <w:p w14:paraId="5EA369FC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Tactical</w:t>
      </w:r>
    </w:p>
    <w:p w14:paraId="3E25D02C" w14:textId="22A073C0" w:rsidR="00A76044" w:rsidRPr="00F1007A" w:rsidRDefault="00000000">
      <w:pPr>
        <w:pStyle w:val="ListNumber"/>
        <w:rPr>
          <w:rFonts w:ascii="Arial" w:hAnsi="Arial" w:cs="Arial"/>
          <w:b/>
          <w:bCs/>
        </w:rPr>
      </w:pPr>
      <w:r w:rsidRPr="00F1007A">
        <w:rPr>
          <w:rFonts w:ascii="Arial" w:hAnsi="Arial" w:cs="Arial"/>
          <w:b/>
          <w:bCs/>
        </w:rPr>
        <w:t xml:space="preserve">Strategic problems are </w:t>
      </w:r>
      <w:proofErr w:type="gramStart"/>
      <w:r w:rsidRPr="00F1007A">
        <w:rPr>
          <w:rFonts w:ascii="Arial" w:hAnsi="Arial" w:cs="Arial"/>
          <w:b/>
          <w:bCs/>
        </w:rPr>
        <w:t>typically</w:t>
      </w:r>
      <w:proofErr w:type="gramEnd"/>
      <w:r w:rsidRPr="00F1007A">
        <w:rPr>
          <w:rFonts w:ascii="Arial" w:hAnsi="Arial" w:cs="Arial"/>
          <w:b/>
          <w:bCs/>
        </w:rPr>
        <w:t>:</w:t>
      </w:r>
    </w:p>
    <w:p w14:paraId="4BB009D7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Short-term</w:t>
      </w:r>
    </w:p>
    <w:p w14:paraId="3B765F7D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Policy-based</w:t>
      </w:r>
    </w:p>
    <w:p w14:paraId="473A04D8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Long-term with wide consequences</w:t>
      </w:r>
    </w:p>
    <w:p w14:paraId="17D8A26C" w14:textId="77777777" w:rsidR="00A76044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Routine</w:t>
      </w:r>
    </w:p>
    <w:p w14:paraId="0BC0C7D4" w14:textId="77777777" w:rsidR="00F86A93" w:rsidRDefault="00F86A93" w:rsidP="00F86A93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33EE298D" w14:textId="77777777" w:rsidR="00F86A93" w:rsidRDefault="00F86A93" w:rsidP="00F86A93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32965B5E" w14:textId="77777777" w:rsidR="00F86A93" w:rsidRDefault="00F86A93" w:rsidP="00F86A93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09A74CA1" w14:textId="77777777" w:rsidR="00F86A93" w:rsidRDefault="00F86A93" w:rsidP="00F86A93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0D28B5D5" w14:textId="77777777" w:rsidR="00F86A93" w:rsidRPr="00922E7F" w:rsidRDefault="00F86A93" w:rsidP="00F86A93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6CDBB571" w14:textId="3B4C5E5F" w:rsidR="00A76044" w:rsidRPr="00F1007A" w:rsidRDefault="00000000">
      <w:pPr>
        <w:pStyle w:val="ListNumber"/>
        <w:rPr>
          <w:rFonts w:ascii="Arial" w:hAnsi="Arial" w:cs="Arial"/>
          <w:b/>
          <w:bCs/>
        </w:rPr>
      </w:pPr>
      <w:r w:rsidRPr="00F1007A">
        <w:rPr>
          <w:rFonts w:ascii="Arial" w:hAnsi="Arial" w:cs="Arial"/>
          <w:b/>
          <w:bCs/>
        </w:rPr>
        <w:lastRenderedPageBreak/>
        <w:t>Problem-solving is best done:</w:t>
      </w:r>
    </w:p>
    <w:p w14:paraId="43CC9055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By senior managers alone</w:t>
      </w:r>
    </w:p>
    <w:p w14:paraId="19C9F675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Using AI systems</w:t>
      </w:r>
    </w:p>
    <w:p w14:paraId="7400975B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Individually</w:t>
      </w:r>
    </w:p>
    <w:p w14:paraId="1387BAF8" w14:textId="376FE12C" w:rsidR="00F1007A" w:rsidRPr="00F86A93" w:rsidRDefault="00000000" w:rsidP="00F86A93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In teams with good communication</w:t>
      </w:r>
    </w:p>
    <w:p w14:paraId="11A047DA" w14:textId="24EE348A" w:rsidR="00A76044" w:rsidRPr="00F1007A" w:rsidRDefault="00000000">
      <w:pPr>
        <w:pStyle w:val="ListNumber"/>
        <w:rPr>
          <w:rFonts w:ascii="Arial" w:hAnsi="Arial" w:cs="Arial"/>
          <w:b/>
          <w:bCs/>
        </w:rPr>
      </w:pPr>
      <w:r w:rsidRPr="00F1007A">
        <w:rPr>
          <w:rFonts w:ascii="Arial" w:hAnsi="Arial" w:cs="Arial"/>
          <w:b/>
          <w:bCs/>
        </w:rPr>
        <w:t xml:space="preserve">Which is </w:t>
      </w:r>
      <w:proofErr w:type="gramStart"/>
      <w:r w:rsidRPr="00F1007A">
        <w:rPr>
          <w:rFonts w:ascii="Arial" w:hAnsi="Arial" w:cs="Arial"/>
          <w:b/>
          <w:bCs/>
        </w:rPr>
        <w:t>a benefit</w:t>
      </w:r>
      <w:proofErr w:type="gramEnd"/>
      <w:r w:rsidRPr="00F1007A">
        <w:rPr>
          <w:rFonts w:ascii="Arial" w:hAnsi="Arial" w:cs="Arial"/>
          <w:b/>
          <w:bCs/>
        </w:rPr>
        <w:t xml:space="preserve"> of </w:t>
      </w:r>
      <w:r w:rsidR="00F86A93">
        <w:rPr>
          <w:rFonts w:ascii="Arial" w:hAnsi="Arial" w:cs="Arial"/>
          <w:b/>
          <w:bCs/>
        </w:rPr>
        <w:t>‘</w:t>
      </w:r>
      <w:r w:rsidRPr="00F1007A">
        <w:rPr>
          <w:rFonts w:ascii="Arial" w:hAnsi="Arial" w:cs="Arial"/>
          <w:b/>
          <w:bCs/>
        </w:rPr>
        <w:t>creative</w:t>
      </w:r>
      <w:r w:rsidR="00F86A93">
        <w:rPr>
          <w:rFonts w:ascii="Arial" w:hAnsi="Arial" w:cs="Arial"/>
          <w:b/>
          <w:bCs/>
        </w:rPr>
        <w:t>’</w:t>
      </w:r>
      <w:r w:rsidRPr="00F1007A">
        <w:rPr>
          <w:rFonts w:ascii="Arial" w:hAnsi="Arial" w:cs="Arial"/>
          <w:b/>
          <w:bCs/>
        </w:rPr>
        <w:t xml:space="preserve"> problem solving for </w:t>
      </w:r>
      <w:r w:rsidRPr="00F86A93">
        <w:rPr>
          <w:rFonts w:ascii="Arial" w:hAnsi="Arial" w:cs="Arial"/>
          <w:b/>
          <w:bCs/>
          <w:sz w:val="24"/>
          <w:szCs w:val="24"/>
        </w:rPr>
        <w:t>individuals?</w:t>
      </w:r>
    </w:p>
    <w:p w14:paraId="4CF13E47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Reduced team morale</w:t>
      </w:r>
    </w:p>
    <w:p w14:paraId="5DEEF997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Improved market share</w:t>
      </w:r>
    </w:p>
    <w:p w14:paraId="33EA00DB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Increased personal effectiveness</w:t>
      </w:r>
    </w:p>
    <w:p w14:paraId="332F93B9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Lower production costs</w:t>
      </w:r>
    </w:p>
    <w:p w14:paraId="4342E298" w14:textId="771E3971" w:rsidR="00A76044" w:rsidRPr="00F1007A" w:rsidRDefault="00000000">
      <w:pPr>
        <w:pStyle w:val="ListNumber"/>
        <w:rPr>
          <w:rFonts w:ascii="Arial" w:hAnsi="Arial" w:cs="Arial"/>
          <w:b/>
          <w:bCs/>
        </w:rPr>
      </w:pPr>
      <w:r w:rsidRPr="00F1007A">
        <w:rPr>
          <w:rFonts w:ascii="Arial" w:hAnsi="Arial" w:cs="Arial"/>
          <w:b/>
          <w:bCs/>
        </w:rPr>
        <w:t>What is the first stage in diagnosing a problem?</w:t>
      </w:r>
    </w:p>
    <w:p w14:paraId="77FBB882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Applying a solution</w:t>
      </w:r>
    </w:p>
    <w:p w14:paraId="0EE24485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Escalating the issue</w:t>
      </w:r>
    </w:p>
    <w:p w14:paraId="196B6E5F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Recognising a problem exists</w:t>
      </w:r>
    </w:p>
    <w:p w14:paraId="4975F400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Brainstorming</w:t>
      </w:r>
    </w:p>
    <w:p w14:paraId="4D1E7466" w14:textId="0101A1EA" w:rsidR="00A76044" w:rsidRPr="00F1007A" w:rsidRDefault="00000000">
      <w:pPr>
        <w:pStyle w:val="ListNumber"/>
        <w:rPr>
          <w:rFonts w:ascii="Arial" w:hAnsi="Arial" w:cs="Arial"/>
          <w:b/>
          <w:bCs/>
        </w:rPr>
      </w:pPr>
      <w:r w:rsidRPr="00F1007A">
        <w:rPr>
          <w:rFonts w:ascii="Arial" w:hAnsi="Arial" w:cs="Arial"/>
          <w:b/>
          <w:bCs/>
        </w:rPr>
        <w:t>What does the ‘Initial Analysis’ stage involve?</w:t>
      </w:r>
    </w:p>
    <w:p w14:paraId="24644313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Hiring new staff</w:t>
      </w:r>
    </w:p>
    <w:p w14:paraId="356DF776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Ignoring the issue</w:t>
      </w:r>
    </w:p>
    <w:p w14:paraId="56BB2F40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Defining scope and impact</w:t>
      </w:r>
    </w:p>
    <w:p w14:paraId="66108BBB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Delegating tasks</w:t>
      </w:r>
    </w:p>
    <w:p w14:paraId="23CD6AD7" w14:textId="031F06B9" w:rsidR="00A76044" w:rsidRPr="00F1007A" w:rsidRDefault="00000000">
      <w:pPr>
        <w:pStyle w:val="ListNumber"/>
        <w:rPr>
          <w:rFonts w:ascii="Arial" w:hAnsi="Arial" w:cs="Arial"/>
          <w:b/>
          <w:bCs/>
        </w:rPr>
      </w:pPr>
      <w:r w:rsidRPr="00F1007A">
        <w:rPr>
          <w:rFonts w:ascii="Arial" w:hAnsi="Arial" w:cs="Arial"/>
          <w:b/>
          <w:bCs/>
        </w:rPr>
        <w:t xml:space="preserve">Continuous improvement helps </w:t>
      </w:r>
      <w:r w:rsidRPr="00F86A93">
        <w:rPr>
          <w:rFonts w:ascii="Arial" w:hAnsi="Arial" w:cs="Arial"/>
          <w:b/>
          <w:bCs/>
          <w:sz w:val="24"/>
          <w:szCs w:val="24"/>
        </w:rPr>
        <w:t>organisations</w:t>
      </w:r>
      <w:r w:rsidRPr="00F1007A">
        <w:rPr>
          <w:rFonts w:ascii="Arial" w:hAnsi="Arial" w:cs="Arial"/>
          <w:b/>
          <w:bCs/>
        </w:rPr>
        <w:t xml:space="preserve"> by:</w:t>
      </w:r>
    </w:p>
    <w:p w14:paraId="1A886EC8" w14:textId="46E5E322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Maintaining status quo</w:t>
      </w:r>
      <w:r w:rsidR="00F86A93">
        <w:rPr>
          <w:rFonts w:ascii="Arial" w:hAnsi="Arial" w:cs="Arial"/>
        </w:rPr>
        <w:t xml:space="preserve"> (keeping everything the same)</w:t>
      </w:r>
    </w:p>
    <w:p w14:paraId="7F0EBCBA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Reducing communication</w:t>
      </w:r>
    </w:p>
    <w:p w14:paraId="736B361C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Boosting competitiveness</w:t>
      </w:r>
    </w:p>
    <w:p w14:paraId="7307CAD4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Avoiding risks</w:t>
      </w:r>
    </w:p>
    <w:p w14:paraId="0CFD0E32" w14:textId="5F59E6CA" w:rsidR="00A76044" w:rsidRPr="00F1007A" w:rsidRDefault="00000000">
      <w:pPr>
        <w:pStyle w:val="ListNumber"/>
        <w:rPr>
          <w:rFonts w:ascii="Arial" w:hAnsi="Arial" w:cs="Arial"/>
          <w:b/>
          <w:bCs/>
        </w:rPr>
      </w:pPr>
      <w:r w:rsidRPr="00F1007A">
        <w:rPr>
          <w:rFonts w:ascii="Arial" w:hAnsi="Arial" w:cs="Arial"/>
          <w:b/>
          <w:bCs/>
        </w:rPr>
        <w:t>What are 'Deviation problems'?</w:t>
      </w:r>
    </w:p>
    <w:p w14:paraId="63164C49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Problems based on rules</w:t>
      </w:r>
    </w:p>
    <w:p w14:paraId="6979683B" w14:textId="38B3DA9D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 xml:space="preserve">Unexpected changes </w:t>
      </w:r>
      <w:r w:rsidR="00F86A93">
        <w:rPr>
          <w:rFonts w:ascii="Arial" w:hAnsi="Arial" w:cs="Arial"/>
        </w:rPr>
        <w:t xml:space="preserve">that deviate </w:t>
      </w:r>
      <w:r w:rsidRPr="00922E7F">
        <w:rPr>
          <w:rFonts w:ascii="Arial" w:hAnsi="Arial" w:cs="Arial"/>
        </w:rPr>
        <w:t>from the norm</w:t>
      </w:r>
    </w:p>
    <w:p w14:paraId="71A085DC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Innovative changes</w:t>
      </w:r>
    </w:p>
    <w:p w14:paraId="7A30D6A0" w14:textId="7F7FC45B" w:rsidR="00F86A93" w:rsidRDefault="00000000" w:rsidP="00F86A93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Customer complaints</w:t>
      </w:r>
    </w:p>
    <w:p w14:paraId="120981F4" w14:textId="77777777" w:rsidR="00F86A93" w:rsidRDefault="00F86A93" w:rsidP="00F86A93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39DEE0C5" w14:textId="77777777" w:rsidR="00F86A93" w:rsidRDefault="00F86A93" w:rsidP="00F86A93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5B415542" w14:textId="77777777" w:rsidR="00F86A93" w:rsidRDefault="00F86A93" w:rsidP="00F86A93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22AB8585" w14:textId="77777777" w:rsidR="00F86A93" w:rsidRDefault="00F86A93" w:rsidP="00F86A93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62E4E61F" w14:textId="77777777" w:rsidR="00F86A93" w:rsidRPr="00F86A93" w:rsidRDefault="00F86A93" w:rsidP="00F86A93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3DCBF09E" w14:textId="3FE4FFF5" w:rsidR="00A76044" w:rsidRPr="00F1007A" w:rsidRDefault="00000000">
      <w:pPr>
        <w:pStyle w:val="ListNumber"/>
        <w:rPr>
          <w:rFonts w:ascii="Arial" w:hAnsi="Arial" w:cs="Arial"/>
          <w:b/>
          <w:bCs/>
        </w:rPr>
      </w:pPr>
      <w:r w:rsidRPr="00F1007A">
        <w:rPr>
          <w:rFonts w:ascii="Arial" w:hAnsi="Arial" w:cs="Arial"/>
          <w:b/>
          <w:bCs/>
        </w:rPr>
        <w:lastRenderedPageBreak/>
        <w:t xml:space="preserve">Which of the following is an operational </w:t>
      </w:r>
      <w:r w:rsidR="00F86A93">
        <w:rPr>
          <w:rFonts w:ascii="Arial" w:hAnsi="Arial" w:cs="Arial"/>
          <w:b/>
          <w:bCs/>
        </w:rPr>
        <w:t xml:space="preserve">(working) </w:t>
      </w:r>
      <w:r w:rsidRPr="00F1007A">
        <w:rPr>
          <w:rFonts w:ascii="Arial" w:hAnsi="Arial" w:cs="Arial"/>
          <w:b/>
          <w:bCs/>
        </w:rPr>
        <w:t>problem?</w:t>
      </w:r>
    </w:p>
    <w:p w14:paraId="53DAABC6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A 10-year strategy error</w:t>
      </w:r>
    </w:p>
    <w:p w14:paraId="06FCA49F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Employee misunderstanding a form</w:t>
      </w:r>
    </w:p>
    <w:p w14:paraId="25442B80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Misuse of a department budget</w:t>
      </w:r>
    </w:p>
    <w:p w14:paraId="59457502" w14:textId="6528B111" w:rsidR="00F86A93" w:rsidRPr="00F86A93" w:rsidRDefault="00000000" w:rsidP="00F86A93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Supplier takeover</w:t>
      </w:r>
    </w:p>
    <w:p w14:paraId="5D9CBB0A" w14:textId="05D59E26" w:rsidR="00A76044" w:rsidRPr="00F1007A" w:rsidRDefault="00000000">
      <w:pPr>
        <w:pStyle w:val="ListNumber"/>
        <w:rPr>
          <w:rFonts w:ascii="Arial" w:hAnsi="Arial" w:cs="Arial"/>
          <w:b/>
          <w:bCs/>
        </w:rPr>
      </w:pPr>
      <w:r w:rsidRPr="00F1007A">
        <w:rPr>
          <w:rFonts w:ascii="Arial" w:hAnsi="Arial" w:cs="Arial"/>
          <w:b/>
          <w:bCs/>
        </w:rPr>
        <w:t>The fishbone diagram is used to:</w:t>
      </w:r>
    </w:p>
    <w:p w14:paraId="60C067CA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Map out employee roles</w:t>
      </w:r>
    </w:p>
    <w:p w14:paraId="505AA592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Identify root causes</w:t>
      </w:r>
    </w:p>
    <w:p w14:paraId="408EAF2D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Track project milestones</w:t>
      </w:r>
    </w:p>
    <w:p w14:paraId="3CE322B8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Communicate decisions</w:t>
      </w:r>
    </w:p>
    <w:p w14:paraId="70B7D0B8" w14:textId="27872E4B" w:rsidR="00A76044" w:rsidRPr="00F1007A" w:rsidRDefault="00000000">
      <w:pPr>
        <w:pStyle w:val="ListNumber"/>
        <w:rPr>
          <w:rFonts w:ascii="Arial" w:hAnsi="Arial" w:cs="Arial"/>
          <w:b/>
          <w:bCs/>
        </w:rPr>
      </w:pPr>
      <w:r w:rsidRPr="00F1007A">
        <w:rPr>
          <w:rFonts w:ascii="Arial" w:hAnsi="Arial" w:cs="Arial"/>
          <w:b/>
          <w:bCs/>
        </w:rPr>
        <w:t>What does ‘judgement’ assist in during problem-solving?</w:t>
      </w:r>
    </w:p>
    <w:p w14:paraId="56CF27EA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Data entry</w:t>
      </w:r>
    </w:p>
    <w:p w14:paraId="643B2CA0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Decision-making</w:t>
      </w:r>
    </w:p>
    <w:p w14:paraId="4D2BD030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Team building</w:t>
      </w:r>
    </w:p>
    <w:p w14:paraId="24DEA804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Compliance checking</w:t>
      </w:r>
    </w:p>
    <w:p w14:paraId="0CE06E7C" w14:textId="059272B3" w:rsidR="00A76044" w:rsidRPr="00F1007A" w:rsidRDefault="00F86A93">
      <w:pPr>
        <w:pStyle w:val="ListNumb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Who suggested or w</w:t>
      </w:r>
      <w:r w:rsidR="00000000" w:rsidRPr="00F1007A">
        <w:rPr>
          <w:rFonts w:ascii="Arial" w:hAnsi="Arial" w:cs="Arial"/>
          <w:b/>
          <w:bCs/>
        </w:rPr>
        <w:t>hat type of improvement involves lots of small changes?</w:t>
      </w:r>
    </w:p>
    <w:p w14:paraId="18FB3409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Strategic</w:t>
      </w:r>
    </w:p>
    <w:p w14:paraId="7807FE74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Kaizen</w:t>
      </w:r>
    </w:p>
    <w:p w14:paraId="65B9A964" w14:textId="77777777" w:rsidR="00A76044" w:rsidRPr="00922E7F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Operational</w:t>
      </w:r>
    </w:p>
    <w:p w14:paraId="1EA447E8" w14:textId="77777777" w:rsidR="00A76044" w:rsidRDefault="00000000">
      <w:pPr>
        <w:pStyle w:val="ListBullet"/>
        <w:rPr>
          <w:rFonts w:ascii="Arial" w:hAnsi="Arial" w:cs="Arial"/>
        </w:rPr>
      </w:pPr>
      <w:r w:rsidRPr="00922E7F">
        <w:rPr>
          <w:rFonts w:ascii="Arial" w:hAnsi="Arial" w:cs="Arial"/>
        </w:rPr>
        <w:t>Innovative</w:t>
      </w:r>
    </w:p>
    <w:p w14:paraId="1639C669" w14:textId="77777777" w:rsidR="00F1007A" w:rsidRDefault="00F1007A" w:rsidP="00F1007A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00AE77C0" w14:textId="77777777" w:rsidR="00F1007A" w:rsidRDefault="00F1007A" w:rsidP="00F1007A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3F5AB91C" w14:textId="77777777" w:rsidR="00F1007A" w:rsidRDefault="00F1007A" w:rsidP="00F1007A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35336027" w14:textId="77777777" w:rsidR="00F1007A" w:rsidRDefault="00F1007A" w:rsidP="00F1007A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0BD03903" w14:textId="77777777" w:rsidR="00F1007A" w:rsidRDefault="00F1007A" w:rsidP="00F1007A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6B4CEDC4" w14:textId="77777777" w:rsidR="00F1007A" w:rsidRDefault="00F1007A" w:rsidP="00F1007A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1F4DB2E0" w14:textId="77777777" w:rsidR="00F1007A" w:rsidRDefault="00F1007A" w:rsidP="00F1007A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198D06B4" w14:textId="77777777" w:rsidR="00F1007A" w:rsidRDefault="00F1007A" w:rsidP="00F1007A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075F2030" w14:textId="77777777" w:rsidR="00F1007A" w:rsidRDefault="00F1007A" w:rsidP="00F1007A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4A1EB058" w14:textId="77777777" w:rsidR="00F1007A" w:rsidRDefault="00F1007A" w:rsidP="00F1007A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7969FE1A" w14:textId="77777777" w:rsidR="00F1007A" w:rsidRDefault="00F1007A" w:rsidP="00F1007A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09CBA80F" w14:textId="77777777" w:rsidR="00F1007A" w:rsidRDefault="00F1007A" w:rsidP="00F1007A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090C43B5" w14:textId="77777777" w:rsidR="00F1007A" w:rsidRDefault="00F1007A" w:rsidP="00F1007A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08109E6F" w14:textId="77777777" w:rsidR="00F1007A" w:rsidRDefault="00F1007A" w:rsidP="00F1007A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4DC9DAA0" w14:textId="77777777" w:rsidR="00F1007A" w:rsidRDefault="00F1007A" w:rsidP="00F1007A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2C3C09EC" w14:textId="77777777" w:rsidR="00F1007A" w:rsidRDefault="00F1007A" w:rsidP="00F1007A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673754FB" w14:textId="77777777" w:rsidR="00F1007A" w:rsidRDefault="00F1007A" w:rsidP="00F1007A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0AA9F989" w14:textId="77777777" w:rsidR="00F1007A" w:rsidRDefault="00F1007A" w:rsidP="00F1007A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1F675C4F" w14:textId="38E5AFE1" w:rsidR="00A76044" w:rsidRDefault="00000000">
      <w:pPr>
        <w:pStyle w:val="Heading1"/>
        <w:rPr>
          <w:rFonts w:ascii="Arial" w:hAnsi="Arial" w:cs="Arial"/>
        </w:rPr>
      </w:pPr>
      <w:r w:rsidRPr="00922E7F">
        <w:rPr>
          <w:rFonts w:ascii="Arial" w:hAnsi="Arial" w:cs="Arial"/>
        </w:rPr>
        <w:lastRenderedPageBreak/>
        <w:t>Answer</w:t>
      </w:r>
      <w:r w:rsidR="00F86A93">
        <w:rPr>
          <w:rFonts w:ascii="Arial" w:hAnsi="Arial" w:cs="Arial"/>
        </w:rPr>
        <w:t>s</w:t>
      </w:r>
    </w:p>
    <w:p w14:paraId="5B68EC11" w14:textId="77777777" w:rsidR="00922E7F" w:rsidRPr="00922E7F" w:rsidRDefault="00922E7F" w:rsidP="00922E7F"/>
    <w:p w14:paraId="5B4D120C" w14:textId="77777777" w:rsidR="00A76044" w:rsidRPr="00922E7F" w:rsidRDefault="00000000">
      <w:pPr>
        <w:rPr>
          <w:rFonts w:ascii="Arial" w:hAnsi="Arial" w:cs="Arial"/>
        </w:rPr>
      </w:pPr>
      <w:r w:rsidRPr="00922E7F">
        <w:rPr>
          <w:rFonts w:ascii="Arial" w:hAnsi="Arial" w:cs="Arial"/>
        </w:rPr>
        <w:t>1. Choosing between two or more actions</w:t>
      </w:r>
    </w:p>
    <w:p w14:paraId="36BA3DE9" w14:textId="77777777" w:rsidR="00A76044" w:rsidRPr="00922E7F" w:rsidRDefault="00000000">
      <w:pPr>
        <w:rPr>
          <w:rFonts w:ascii="Arial" w:hAnsi="Arial" w:cs="Arial"/>
        </w:rPr>
      </w:pPr>
      <w:r w:rsidRPr="00922E7F">
        <w:rPr>
          <w:rFonts w:ascii="Arial" w:hAnsi="Arial" w:cs="Arial"/>
        </w:rPr>
        <w:t>2. A gap between current and desired states</w:t>
      </w:r>
    </w:p>
    <w:p w14:paraId="21E5EE89" w14:textId="77777777" w:rsidR="00A76044" w:rsidRPr="00922E7F" w:rsidRDefault="00000000">
      <w:pPr>
        <w:rPr>
          <w:rFonts w:ascii="Arial" w:hAnsi="Arial" w:cs="Arial"/>
        </w:rPr>
      </w:pPr>
      <w:r w:rsidRPr="00922E7F">
        <w:rPr>
          <w:rFonts w:ascii="Arial" w:hAnsi="Arial" w:cs="Arial"/>
        </w:rPr>
        <w:t>3. Imai</w:t>
      </w:r>
    </w:p>
    <w:p w14:paraId="0CFCBDE9" w14:textId="77777777" w:rsidR="00A76044" w:rsidRPr="00922E7F" w:rsidRDefault="00000000">
      <w:pPr>
        <w:rPr>
          <w:rFonts w:ascii="Arial" w:hAnsi="Arial" w:cs="Arial"/>
        </w:rPr>
      </w:pPr>
      <w:r w:rsidRPr="00922E7F">
        <w:rPr>
          <w:rFonts w:ascii="Arial" w:hAnsi="Arial" w:cs="Arial"/>
        </w:rPr>
        <w:t>4. Tactical</w:t>
      </w:r>
    </w:p>
    <w:p w14:paraId="570E59B4" w14:textId="77777777" w:rsidR="00A76044" w:rsidRPr="00922E7F" w:rsidRDefault="00000000">
      <w:pPr>
        <w:rPr>
          <w:rFonts w:ascii="Arial" w:hAnsi="Arial" w:cs="Arial"/>
        </w:rPr>
      </w:pPr>
      <w:r w:rsidRPr="00922E7F">
        <w:rPr>
          <w:rFonts w:ascii="Arial" w:hAnsi="Arial" w:cs="Arial"/>
        </w:rPr>
        <w:t>5. Long-term with wide consequences</w:t>
      </w:r>
    </w:p>
    <w:p w14:paraId="5C9421DC" w14:textId="77777777" w:rsidR="00A76044" w:rsidRPr="00922E7F" w:rsidRDefault="00000000">
      <w:pPr>
        <w:rPr>
          <w:rFonts w:ascii="Arial" w:hAnsi="Arial" w:cs="Arial"/>
        </w:rPr>
      </w:pPr>
      <w:r w:rsidRPr="00922E7F">
        <w:rPr>
          <w:rFonts w:ascii="Arial" w:hAnsi="Arial" w:cs="Arial"/>
        </w:rPr>
        <w:t>6. In teams with good communication</w:t>
      </w:r>
    </w:p>
    <w:p w14:paraId="39E3DC19" w14:textId="77777777" w:rsidR="00A76044" w:rsidRPr="00922E7F" w:rsidRDefault="00000000">
      <w:pPr>
        <w:rPr>
          <w:rFonts w:ascii="Arial" w:hAnsi="Arial" w:cs="Arial"/>
        </w:rPr>
      </w:pPr>
      <w:r w:rsidRPr="00922E7F">
        <w:rPr>
          <w:rFonts w:ascii="Arial" w:hAnsi="Arial" w:cs="Arial"/>
        </w:rPr>
        <w:t>7. Increased personal effectiveness</w:t>
      </w:r>
    </w:p>
    <w:p w14:paraId="757F897D" w14:textId="77777777" w:rsidR="00A76044" w:rsidRPr="00922E7F" w:rsidRDefault="00000000">
      <w:pPr>
        <w:rPr>
          <w:rFonts w:ascii="Arial" w:hAnsi="Arial" w:cs="Arial"/>
        </w:rPr>
      </w:pPr>
      <w:r w:rsidRPr="00922E7F">
        <w:rPr>
          <w:rFonts w:ascii="Arial" w:hAnsi="Arial" w:cs="Arial"/>
        </w:rPr>
        <w:t>8. Recognising a problem exists</w:t>
      </w:r>
    </w:p>
    <w:p w14:paraId="38CA7B85" w14:textId="77777777" w:rsidR="00A76044" w:rsidRPr="00922E7F" w:rsidRDefault="00000000">
      <w:pPr>
        <w:rPr>
          <w:rFonts w:ascii="Arial" w:hAnsi="Arial" w:cs="Arial"/>
        </w:rPr>
      </w:pPr>
      <w:r w:rsidRPr="00922E7F">
        <w:rPr>
          <w:rFonts w:ascii="Arial" w:hAnsi="Arial" w:cs="Arial"/>
        </w:rPr>
        <w:t>9. Defining scope and impact</w:t>
      </w:r>
    </w:p>
    <w:p w14:paraId="4AF16193" w14:textId="77777777" w:rsidR="00A76044" w:rsidRPr="00922E7F" w:rsidRDefault="00000000">
      <w:pPr>
        <w:rPr>
          <w:rFonts w:ascii="Arial" w:hAnsi="Arial" w:cs="Arial"/>
        </w:rPr>
      </w:pPr>
      <w:r w:rsidRPr="00922E7F">
        <w:rPr>
          <w:rFonts w:ascii="Arial" w:hAnsi="Arial" w:cs="Arial"/>
        </w:rPr>
        <w:t>10. Boosting competitiveness</w:t>
      </w:r>
    </w:p>
    <w:p w14:paraId="29393073" w14:textId="77777777" w:rsidR="00A76044" w:rsidRPr="00922E7F" w:rsidRDefault="00000000">
      <w:pPr>
        <w:rPr>
          <w:rFonts w:ascii="Arial" w:hAnsi="Arial" w:cs="Arial"/>
        </w:rPr>
      </w:pPr>
      <w:r w:rsidRPr="00922E7F">
        <w:rPr>
          <w:rFonts w:ascii="Arial" w:hAnsi="Arial" w:cs="Arial"/>
        </w:rPr>
        <w:t>11. Unexpected changes from the norm</w:t>
      </w:r>
    </w:p>
    <w:p w14:paraId="120482C6" w14:textId="77777777" w:rsidR="00A76044" w:rsidRPr="00922E7F" w:rsidRDefault="00000000">
      <w:pPr>
        <w:rPr>
          <w:rFonts w:ascii="Arial" w:hAnsi="Arial" w:cs="Arial"/>
        </w:rPr>
      </w:pPr>
      <w:r w:rsidRPr="00922E7F">
        <w:rPr>
          <w:rFonts w:ascii="Arial" w:hAnsi="Arial" w:cs="Arial"/>
        </w:rPr>
        <w:t>12. Misuse of a department budget</w:t>
      </w:r>
    </w:p>
    <w:p w14:paraId="521994FC" w14:textId="77777777" w:rsidR="00A76044" w:rsidRPr="00922E7F" w:rsidRDefault="00000000">
      <w:pPr>
        <w:rPr>
          <w:rFonts w:ascii="Arial" w:hAnsi="Arial" w:cs="Arial"/>
        </w:rPr>
      </w:pPr>
      <w:r w:rsidRPr="00922E7F">
        <w:rPr>
          <w:rFonts w:ascii="Arial" w:hAnsi="Arial" w:cs="Arial"/>
        </w:rPr>
        <w:t>13. Identify root causes</w:t>
      </w:r>
    </w:p>
    <w:p w14:paraId="3A756415" w14:textId="77777777" w:rsidR="00A76044" w:rsidRPr="00922E7F" w:rsidRDefault="00000000">
      <w:pPr>
        <w:rPr>
          <w:rFonts w:ascii="Arial" w:hAnsi="Arial" w:cs="Arial"/>
        </w:rPr>
      </w:pPr>
      <w:r w:rsidRPr="00922E7F">
        <w:rPr>
          <w:rFonts w:ascii="Arial" w:hAnsi="Arial" w:cs="Arial"/>
        </w:rPr>
        <w:t>14. Decision-making</w:t>
      </w:r>
    </w:p>
    <w:p w14:paraId="448D5FFB" w14:textId="77777777" w:rsidR="00A76044" w:rsidRPr="00922E7F" w:rsidRDefault="00000000">
      <w:pPr>
        <w:rPr>
          <w:rFonts w:ascii="Arial" w:hAnsi="Arial" w:cs="Arial"/>
        </w:rPr>
      </w:pPr>
      <w:r w:rsidRPr="00922E7F">
        <w:rPr>
          <w:rFonts w:ascii="Arial" w:hAnsi="Arial" w:cs="Arial"/>
        </w:rPr>
        <w:t>15. Kaizen</w:t>
      </w:r>
    </w:p>
    <w:sectPr w:rsidR="00A76044" w:rsidRPr="00922E7F" w:rsidSect="00034616"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B2EAB" w14:textId="77777777" w:rsidR="002E358E" w:rsidRDefault="002E358E" w:rsidP="00F1007A">
      <w:pPr>
        <w:spacing w:after="0" w:line="240" w:lineRule="auto"/>
      </w:pPr>
      <w:r>
        <w:separator/>
      </w:r>
    </w:p>
  </w:endnote>
  <w:endnote w:type="continuationSeparator" w:id="0">
    <w:p w14:paraId="01CFEC76" w14:textId="77777777" w:rsidR="002E358E" w:rsidRDefault="002E358E" w:rsidP="00F10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485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7CFC82" w14:textId="1B9AC74A" w:rsidR="00F1007A" w:rsidRDefault="00F1007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C6D506" w14:textId="77777777" w:rsidR="00F1007A" w:rsidRDefault="00F100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DE94B" w14:textId="77777777" w:rsidR="002E358E" w:rsidRDefault="002E358E" w:rsidP="00F1007A">
      <w:pPr>
        <w:spacing w:after="0" w:line="240" w:lineRule="auto"/>
      </w:pPr>
      <w:r>
        <w:separator/>
      </w:r>
    </w:p>
  </w:footnote>
  <w:footnote w:type="continuationSeparator" w:id="0">
    <w:p w14:paraId="1AF1040D" w14:textId="77777777" w:rsidR="002E358E" w:rsidRDefault="002E358E" w:rsidP="00F100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442AE5"/>
    <w:multiLevelType w:val="hybridMultilevel"/>
    <w:tmpl w:val="87E6E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185CEE"/>
    <w:multiLevelType w:val="hybridMultilevel"/>
    <w:tmpl w:val="59022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AE170E"/>
    <w:multiLevelType w:val="hybridMultilevel"/>
    <w:tmpl w:val="B0507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545092"/>
    <w:multiLevelType w:val="hybridMultilevel"/>
    <w:tmpl w:val="88186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6F1A98"/>
    <w:multiLevelType w:val="hybridMultilevel"/>
    <w:tmpl w:val="00007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0406546">
    <w:abstractNumId w:val="8"/>
  </w:num>
  <w:num w:numId="2" w16cid:durableId="1133016394">
    <w:abstractNumId w:val="6"/>
  </w:num>
  <w:num w:numId="3" w16cid:durableId="979965306">
    <w:abstractNumId w:val="5"/>
  </w:num>
  <w:num w:numId="4" w16cid:durableId="496309634">
    <w:abstractNumId w:val="4"/>
  </w:num>
  <w:num w:numId="5" w16cid:durableId="1607151028">
    <w:abstractNumId w:val="7"/>
  </w:num>
  <w:num w:numId="6" w16cid:durableId="526597534">
    <w:abstractNumId w:val="3"/>
  </w:num>
  <w:num w:numId="7" w16cid:durableId="2033455569">
    <w:abstractNumId w:val="2"/>
  </w:num>
  <w:num w:numId="8" w16cid:durableId="121772324">
    <w:abstractNumId w:val="1"/>
  </w:num>
  <w:num w:numId="9" w16cid:durableId="227813128">
    <w:abstractNumId w:val="0"/>
  </w:num>
  <w:num w:numId="10" w16cid:durableId="779227077">
    <w:abstractNumId w:val="11"/>
  </w:num>
  <w:num w:numId="11" w16cid:durableId="594243217">
    <w:abstractNumId w:val="9"/>
  </w:num>
  <w:num w:numId="12" w16cid:durableId="2126998813">
    <w:abstractNumId w:val="13"/>
  </w:num>
  <w:num w:numId="13" w16cid:durableId="1999454206">
    <w:abstractNumId w:val="12"/>
  </w:num>
  <w:num w:numId="14" w16cid:durableId="17932220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E358E"/>
    <w:rsid w:val="00326F90"/>
    <w:rsid w:val="006859C5"/>
    <w:rsid w:val="00922E7F"/>
    <w:rsid w:val="00924D48"/>
    <w:rsid w:val="00A76044"/>
    <w:rsid w:val="00AA1D8D"/>
    <w:rsid w:val="00AC0BEF"/>
    <w:rsid w:val="00B47730"/>
    <w:rsid w:val="00CB0664"/>
    <w:rsid w:val="00F1007A"/>
    <w:rsid w:val="00F86A9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373A4A"/>
  <w14:defaultImageDpi w14:val="300"/>
  <w15:docId w15:val="{E783BCE6-A396-4D2D-811E-85C2592EA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749</Words>
  <Characters>4650</Characters>
  <Application>Microsoft Office Word</Application>
  <DocSecurity>0</DocSecurity>
  <Lines>221</Lines>
  <Paragraphs>149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</dc:creator>
  <cp:keywords/>
  <dc:description>Kaz</dc:description>
  <cp:lastModifiedBy>Kaz Williams (2414373)</cp:lastModifiedBy>
  <cp:revision>2</cp:revision>
  <dcterms:created xsi:type="dcterms:W3CDTF">2025-07-24T14:37:00Z</dcterms:created>
  <dcterms:modified xsi:type="dcterms:W3CDTF">2025-07-24T14:37:00Z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37749cf0-25a3-4299-a690-4bfd91fe6c19</vt:lpwstr>
  </property>
</Properties>
</file>