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F7782" w14:textId="77777777" w:rsidR="006F7E89" w:rsidRDefault="00000000">
      <w:pPr>
        <w:jc w:val="center"/>
      </w:pPr>
      <w:r>
        <w:rPr>
          <w:b/>
          <w:sz w:val="48"/>
        </w:rPr>
        <w:t>🌟 Benefits of Team Meetings 🌟</w:t>
      </w:r>
    </w:p>
    <w:p w14:paraId="23F8C292" w14:textId="77777777" w:rsidR="006F7E89" w:rsidRDefault="00000000">
      <w:r>
        <w:rPr>
          <w:b/>
          <w:color w:val="0066CC"/>
          <w:sz w:val="32"/>
        </w:rPr>
        <w:t>🤝 Better Collaboration</w:t>
      </w:r>
    </w:p>
    <w:p w14:paraId="194D2DB0" w14:textId="77777777" w:rsidR="006F7E89" w:rsidRDefault="00000000">
      <w:r>
        <w:rPr>
          <w:rFonts w:ascii="Calibri" w:hAnsi="Calibri"/>
          <w:sz w:val="24"/>
        </w:rPr>
        <w:t>Team meetings bring everyone together to share ideas, align goals, and strengthen teamwork.</w:t>
      </w:r>
    </w:p>
    <w:p w14:paraId="40DE79D3" w14:textId="77777777" w:rsidR="006F7E89" w:rsidRDefault="00000000">
      <w:r>
        <w:rPr>
          <w:b/>
          <w:color w:val="0066CC"/>
          <w:sz w:val="32"/>
        </w:rPr>
        <w:t>💡 Improved Communication</w:t>
      </w:r>
    </w:p>
    <w:p w14:paraId="31F47908" w14:textId="77777777" w:rsidR="006F7E89" w:rsidRDefault="00000000">
      <w:r>
        <w:rPr>
          <w:rFonts w:ascii="Calibri" w:hAnsi="Calibri"/>
          <w:sz w:val="24"/>
        </w:rPr>
        <w:t>Regular meetings help ensure everyone is on the same page and reduce misunderstandings.</w:t>
      </w:r>
    </w:p>
    <w:p w14:paraId="0AD3F888" w14:textId="77777777" w:rsidR="006F7E89" w:rsidRDefault="00000000">
      <w:r>
        <w:rPr>
          <w:b/>
          <w:color w:val="0066CC"/>
          <w:sz w:val="32"/>
        </w:rPr>
        <w:t>🎯 Clear Goals &amp; Accountability</w:t>
      </w:r>
    </w:p>
    <w:p w14:paraId="00F23DF8" w14:textId="77777777" w:rsidR="006F7E89" w:rsidRDefault="00000000">
      <w:r>
        <w:rPr>
          <w:rFonts w:ascii="Calibri" w:hAnsi="Calibri"/>
          <w:sz w:val="24"/>
        </w:rPr>
        <w:t>They clarify tasks, set priorities, and help track progress toward shared objectives.</w:t>
      </w:r>
    </w:p>
    <w:p w14:paraId="68400E49" w14:textId="77777777" w:rsidR="006F7E89" w:rsidRDefault="00000000">
      <w:r>
        <w:rPr>
          <w:b/>
          <w:color w:val="0066CC"/>
          <w:sz w:val="32"/>
        </w:rPr>
        <w:t>🚀 Idea Sharing &amp; Innovation</w:t>
      </w:r>
    </w:p>
    <w:p w14:paraId="7C70F363" w14:textId="77777777" w:rsidR="006F7E89" w:rsidRDefault="00000000">
      <w:r>
        <w:rPr>
          <w:rFonts w:ascii="Calibri" w:hAnsi="Calibri"/>
          <w:sz w:val="24"/>
        </w:rPr>
        <w:t>A safe space for brainstorming and creative problem-solving.</w:t>
      </w:r>
    </w:p>
    <w:p w14:paraId="143625B6" w14:textId="77777777" w:rsidR="006F7E89" w:rsidRDefault="00000000">
      <w:r>
        <w:rPr>
          <w:b/>
          <w:color w:val="0066CC"/>
          <w:sz w:val="32"/>
        </w:rPr>
        <w:t>🙌 Team Engagement &amp; Morale</w:t>
      </w:r>
    </w:p>
    <w:p w14:paraId="7C517D9F" w14:textId="77777777" w:rsidR="006F7E89" w:rsidRDefault="00000000">
      <w:r>
        <w:rPr>
          <w:rFonts w:ascii="Calibri" w:hAnsi="Calibri"/>
          <w:sz w:val="24"/>
        </w:rPr>
        <w:t>Meetings help build trust, celebrate wins, and motivate the whole team.</w:t>
      </w:r>
    </w:p>
    <w:p w14:paraId="5D4D3A0A" w14:textId="77777777" w:rsidR="006F7E89" w:rsidRDefault="00000000">
      <w:pPr>
        <w:jc w:val="center"/>
      </w:pPr>
      <w:r>
        <w:rPr>
          <w:b/>
          <w:sz w:val="28"/>
        </w:rPr>
        <w:t>Remember: Effective meetings = productive teams!</w:t>
      </w:r>
    </w:p>
    <w:sectPr w:rsidR="006F7E8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14800946">
    <w:abstractNumId w:val="8"/>
  </w:num>
  <w:num w:numId="2" w16cid:durableId="660235573">
    <w:abstractNumId w:val="6"/>
  </w:num>
  <w:num w:numId="3" w16cid:durableId="1837643477">
    <w:abstractNumId w:val="5"/>
  </w:num>
  <w:num w:numId="4" w16cid:durableId="1816485159">
    <w:abstractNumId w:val="4"/>
  </w:num>
  <w:num w:numId="5" w16cid:durableId="221796358">
    <w:abstractNumId w:val="7"/>
  </w:num>
  <w:num w:numId="6" w16cid:durableId="387800977">
    <w:abstractNumId w:val="3"/>
  </w:num>
  <w:num w:numId="7" w16cid:durableId="1539389811">
    <w:abstractNumId w:val="2"/>
  </w:num>
  <w:num w:numId="8" w16cid:durableId="45489995">
    <w:abstractNumId w:val="1"/>
  </w:num>
  <w:num w:numId="9" w16cid:durableId="1926647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E0EE9"/>
    <w:rsid w:val="006F7E89"/>
    <w:rsid w:val="0092778D"/>
    <w:rsid w:val="00AA1D8D"/>
    <w:rsid w:val="00B47730"/>
    <w:rsid w:val="00BD5D4A"/>
    <w:rsid w:val="00CB0664"/>
    <w:rsid w:val="00E579F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CF65B4"/>
  <w14:defaultImageDpi w14:val="300"/>
  <w15:docId w15:val="{2410E35D-CEC8-4107-A979-FDC0115C3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Rizwana Ishfaq (2505956)</cp:lastModifiedBy>
  <cp:revision>2</cp:revision>
  <dcterms:created xsi:type="dcterms:W3CDTF">2025-10-28T12:07:00Z</dcterms:created>
  <dcterms:modified xsi:type="dcterms:W3CDTF">2025-10-28T12:07:00Z</dcterms:modified>
  <cp:category/>
</cp:coreProperties>
</file>