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BAFE8" w14:textId="7DC071F6" w:rsidR="00436066" w:rsidRDefault="004B0DA8">
      <w:pPr>
        <w:pStyle w:val="Title"/>
      </w:pPr>
      <w:r>
        <w:t xml:space="preserve">MA Independent Project Proposal Form </w:t>
      </w:r>
    </w:p>
    <w:p w14:paraId="041D2C30" w14:textId="3C0FD257" w:rsidR="006C6477" w:rsidRPr="00AD64DB" w:rsidRDefault="0010245C">
      <w:pPr>
        <w:rPr>
          <w:b/>
          <w:sz w:val="28"/>
          <w:szCs w:val="28"/>
        </w:rPr>
      </w:pPr>
      <w:r>
        <w:rPr>
          <w:b/>
          <w:sz w:val="28"/>
          <w:szCs w:val="28"/>
        </w:rPr>
        <w:t>Student n</w:t>
      </w:r>
      <w:r w:rsidR="006C6477" w:rsidRPr="00AD64DB">
        <w:rPr>
          <w:b/>
          <w:sz w:val="28"/>
          <w:szCs w:val="28"/>
        </w:rPr>
        <w:t xml:space="preserve">ame: </w:t>
      </w:r>
    </w:p>
    <w:p w14:paraId="62087BA4" w14:textId="597B720E" w:rsidR="00CB6255" w:rsidRPr="00AD64DB" w:rsidRDefault="006C6477">
      <w:pPr>
        <w:rPr>
          <w:b/>
          <w:sz w:val="24"/>
          <w:szCs w:val="24"/>
        </w:rPr>
      </w:pPr>
      <w:r w:rsidRPr="00AD64DB">
        <w:rPr>
          <w:b/>
          <w:sz w:val="24"/>
          <w:szCs w:val="24"/>
        </w:rPr>
        <w:t xml:space="preserve">First </w:t>
      </w:r>
      <w:r w:rsidR="00CB6255" w:rsidRPr="00AD64DB">
        <w:rPr>
          <w:b/>
          <w:sz w:val="24"/>
          <w:szCs w:val="24"/>
        </w:rPr>
        <w:t>choice</w:t>
      </w:r>
      <w:r w:rsidR="00F35B5B" w:rsidRPr="00AD64DB">
        <w:rPr>
          <w:b/>
          <w:sz w:val="24"/>
          <w:szCs w:val="24"/>
        </w:rPr>
        <w:t xml:space="preserve"> supervisor:</w:t>
      </w:r>
    </w:p>
    <w:p w14:paraId="6A38B94B" w14:textId="1A6C1ED6" w:rsidR="00CB6255" w:rsidRPr="00AD64DB" w:rsidRDefault="00CB6255">
      <w:pPr>
        <w:rPr>
          <w:b/>
          <w:sz w:val="24"/>
          <w:szCs w:val="24"/>
        </w:rPr>
      </w:pPr>
      <w:r w:rsidRPr="00AD64DB">
        <w:rPr>
          <w:b/>
          <w:sz w:val="24"/>
          <w:szCs w:val="24"/>
        </w:rPr>
        <w:t>Second</w:t>
      </w:r>
      <w:r w:rsidR="00F35B5B" w:rsidRPr="00AD64DB">
        <w:rPr>
          <w:b/>
          <w:sz w:val="24"/>
          <w:szCs w:val="24"/>
        </w:rPr>
        <w:t xml:space="preserve"> choice</w:t>
      </w:r>
      <w:r w:rsidRPr="00AD64DB">
        <w:rPr>
          <w:b/>
          <w:sz w:val="24"/>
          <w:szCs w:val="24"/>
        </w:rPr>
        <w:t xml:space="preserve"> supervisor</w:t>
      </w:r>
      <w:r w:rsidR="00F35B5B" w:rsidRPr="00AD64DB">
        <w:rPr>
          <w:b/>
          <w:sz w:val="24"/>
          <w:szCs w:val="24"/>
        </w:rPr>
        <w:t>:</w:t>
      </w:r>
    </w:p>
    <w:p w14:paraId="7E491B4E" w14:textId="77777777" w:rsidR="006C6477" w:rsidRDefault="006C6477">
      <w:pPr>
        <w:rPr>
          <w:b/>
        </w:rPr>
      </w:pPr>
    </w:p>
    <w:p w14:paraId="336832C5" w14:textId="6E34E52F" w:rsidR="00436066" w:rsidRDefault="00454852">
      <w:r>
        <w:rPr>
          <w:b/>
        </w:rPr>
        <w:t xml:space="preserve">Assessment 1 - </w:t>
      </w:r>
      <w:r w:rsidR="008848E7">
        <w:rPr>
          <w:b/>
        </w:rPr>
        <w:t>Proposal</w:t>
      </w:r>
      <w:r w:rsidR="004B0DA8">
        <w:rPr>
          <w:b/>
        </w:rPr>
        <w:br/>
      </w:r>
      <w:r w:rsidR="004B0DA8">
        <w:t>Word Count: 1,200–1,500 words total</w:t>
      </w:r>
      <w:r w:rsidR="004B0DA8">
        <w:br/>
      </w:r>
      <w:r w:rsidR="004B0DA8">
        <w:br/>
        <w:t>Please complete all sections below. Indicative word counts are provided for guidance.</w:t>
      </w:r>
      <w:r w:rsidR="004B0DA8">
        <w:br/>
      </w:r>
      <w:r w:rsidR="004B0DA8">
        <w:br/>
      </w:r>
    </w:p>
    <w:p w14:paraId="3F708117" w14:textId="6C9041BE" w:rsidR="00436066" w:rsidRDefault="004B0DA8">
      <w:pPr>
        <w:pStyle w:val="Heading1"/>
      </w:pPr>
      <w:r>
        <w:t xml:space="preserve">1. Working Title </w:t>
      </w:r>
      <w:r w:rsidR="003A6E37">
        <w:t>(not included in word count)</w:t>
      </w:r>
    </w:p>
    <w:p w14:paraId="5A151ACF" w14:textId="77777777" w:rsidR="00436066" w:rsidRDefault="00436066"/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315A6420" w14:textId="77777777">
        <w:tc>
          <w:tcPr>
            <w:tcW w:w="8640" w:type="dxa"/>
          </w:tcPr>
          <w:p w14:paraId="76B24DAA" w14:textId="77777777" w:rsidR="00436066" w:rsidRDefault="004B0DA8">
            <w:r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73BFF2B8" w14:textId="0F59C602" w:rsidR="00436066" w:rsidRDefault="004B0DA8">
      <w:pPr>
        <w:pStyle w:val="Heading1"/>
      </w:pPr>
      <w:r>
        <w:t>2. Project Type and Format (approx. 100 words)</w:t>
      </w:r>
    </w:p>
    <w:p w14:paraId="25CF678B" w14:textId="77777777" w:rsidR="00436066" w:rsidRDefault="004B0DA8">
      <w:r>
        <w:t>Specify the format and justify your choice.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1C12E0AE" w14:textId="77777777">
        <w:tc>
          <w:tcPr>
            <w:tcW w:w="8640" w:type="dxa"/>
          </w:tcPr>
          <w:p w14:paraId="20C40C26" w14:textId="77777777" w:rsidR="00436066" w:rsidRDefault="004B0DA8">
            <w:r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1B4222A5" w14:textId="7AB4DFF6" w:rsidR="00436066" w:rsidRDefault="004B0DA8">
      <w:pPr>
        <w:pStyle w:val="Heading1"/>
      </w:pPr>
      <w:r>
        <w:t>3. Rationale and Background (approx. 300 words</w:t>
      </w:r>
      <w:r w:rsidR="00984E8C">
        <w:t xml:space="preserve"> – include citations if required</w:t>
      </w:r>
      <w:r>
        <w:t>)</w:t>
      </w:r>
    </w:p>
    <w:p w14:paraId="5337C698" w14:textId="77777777" w:rsidR="00436066" w:rsidRDefault="004B0DA8">
      <w:r>
        <w:t>Explain the context and importance of your topic.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7DA89216" w14:textId="77777777">
        <w:tc>
          <w:tcPr>
            <w:tcW w:w="8640" w:type="dxa"/>
          </w:tcPr>
          <w:p w14:paraId="1DCA86F8" w14:textId="77777777" w:rsidR="00436066" w:rsidRDefault="004B0DA8">
            <w:r>
              <w:lastRenderedPageBreak/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46F94676" w14:textId="2E299D8D" w:rsidR="00436066" w:rsidRDefault="004B0DA8">
      <w:pPr>
        <w:pStyle w:val="Heading1"/>
      </w:pPr>
      <w:r>
        <w:t>4. Aims and Objectives (approx. 200 words)</w:t>
      </w:r>
    </w:p>
    <w:p w14:paraId="6410E911" w14:textId="77777777" w:rsidR="00436066" w:rsidRDefault="004B0DA8">
      <w:r>
        <w:t>State aim and 2–4 objectives or research questions.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214599E3" w14:textId="77777777">
        <w:tc>
          <w:tcPr>
            <w:tcW w:w="8640" w:type="dxa"/>
          </w:tcPr>
          <w:p w14:paraId="77CA26F6" w14:textId="77777777" w:rsidR="00436066" w:rsidRDefault="004B0DA8">
            <w:r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062D7050" w14:textId="13DEC311" w:rsidR="00436066" w:rsidRDefault="004B0DA8">
      <w:pPr>
        <w:pStyle w:val="Heading1"/>
      </w:pPr>
      <w:r>
        <w:t>5. Literature Overview (approx. 400 words</w:t>
      </w:r>
      <w:r w:rsidR="00984E8C">
        <w:t xml:space="preserve"> - </w:t>
      </w:r>
      <w:r w:rsidR="00984E8C">
        <w:t>include citations</w:t>
      </w:r>
      <w:r>
        <w:t>)</w:t>
      </w:r>
    </w:p>
    <w:p w14:paraId="183A4E2F" w14:textId="7F0C50D3" w:rsidR="00436066" w:rsidRDefault="004B0DA8">
      <w:proofErr w:type="spellStart"/>
      <w:r>
        <w:t>Summarise</w:t>
      </w:r>
      <w:proofErr w:type="spellEnd"/>
      <w:r>
        <w:t xml:space="preserve"> key </w:t>
      </w:r>
      <w:r w:rsidR="00246698">
        <w:t xml:space="preserve">theory, </w:t>
      </w:r>
      <w:r>
        <w:t>literature, themes, and debates.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2482E404" w14:textId="77777777">
        <w:tc>
          <w:tcPr>
            <w:tcW w:w="8640" w:type="dxa"/>
          </w:tcPr>
          <w:p w14:paraId="0FD61F7E" w14:textId="77777777" w:rsidR="00436066" w:rsidRDefault="004B0DA8">
            <w:r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4C722C9E" w14:textId="39566F43" w:rsidR="00436066" w:rsidRDefault="004B0DA8">
      <w:pPr>
        <w:pStyle w:val="Heading1"/>
      </w:pPr>
      <w:r>
        <w:t xml:space="preserve">6. Methodology / Project Approach (approx. </w:t>
      </w:r>
      <w:r w:rsidR="005D4F2D">
        <w:t>40</w:t>
      </w:r>
      <w:r>
        <w:t>0 words)</w:t>
      </w:r>
    </w:p>
    <w:p w14:paraId="532687F5" w14:textId="77777777" w:rsidR="00436066" w:rsidRDefault="004B0DA8">
      <w:r>
        <w:t>Explain how you will carry out your project.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4CCCAFE1" w14:textId="77777777">
        <w:tc>
          <w:tcPr>
            <w:tcW w:w="8640" w:type="dxa"/>
          </w:tcPr>
          <w:p w14:paraId="083AA4B0" w14:textId="77777777" w:rsidR="00436066" w:rsidRDefault="004B0DA8">
            <w:r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63843090" w14:textId="797D5551" w:rsidR="00436066" w:rsidRDefault="004B0DA8">
      <w:pPr>
        <w:pStyle w:val="Heading1"/>
      </w:pPr>
      <w:r>
        <w:t>7. Ethical Considerations (approx. 1</w:t>
      </w:r>
      <w:r w:rsidR="00454852">
        <w:t>0</w:t>
      </w:r>
      <w:r>
        <w:t>0 words</w:t>
      </w:r>
      <w:r w:rsidR="006C6477">
        <w:t xml:space="preserve"> – required even if not working with participants</w:t>
      </w:r>
      <w:r>
        <w:t>)</w:t>
      </w:r>
    </w:p>
    <w:p w14:paraId="6147FEBE" w14:textId="77777777" w:rsidR="00436066" w:rsidRDefault="004B0DA8">
      <w:r>
        <w:t>Identify ethical issues and need for approval.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2A03B2EF" w14:textId="77777777">
        <w:tc>
          <w:tcPr>
            <w:tcW w:w="8640" w:type="dxa"/>
          </w:tcPr>
          <w:p w14:paraId="2204B796" w14:textId="77777777" w:rsidR="00436066" w:rsidRDefault="004B0DA8">
            <w:r>
              <w:br/>
            </w:r>
            <w:r>
              <w:lastRenderedPageBreak/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2A3DD14F" w14:textId="50397AF7" w:rsidR="00436066" w:rsidRDefault="00725D2D">
      <w:pPr>
        <w:pStyle w:val="Heading1"/>
      </w:pPr>
      <w:r>
        <w:lastRenderedPageBreak/>
        <w:t>8</w:t>
      </w:r>
      <w:r w:rsidR="004B0DA8">
        <w:t>. References (not included in word count)</w:t>
      </w:r>
    </w:p>
    <w:p w14:paraId="2093984C" w14:textId="77777777" w:rsidR="00436066" w:rsidRDefault="004B0DA8">
      <w:r>
        <w:t>Provide references in appropriate style.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436066" w14:paraId="79BF2BE0" w14:textId="77777777">
        <w:tc>
          <w:tcPr>
            <w:tcW w:w="8640" w:type="dxa"/>
          </w:tcPr>
          <w:p w14:paraId="594651DB" w14:textId="77777777" w:rsidR="00436066" w:rsidRDefault="004B0DA8">
            <w:r>
              <w:br/>
            </w:r>
            <w:r>
              <w:br/>
              <w:t>[Type your response here]</w:t>
            </w:r>
            <w:r>
              <w:br/>
            </w:r>
            <w:r>
              <w:br/>
            </w:r>
          </w:p>
        </w:tc>
      </w:tr>
    </w:tbl>
    <w:p w14:paraId="374682E2" w14:textId="77777777" w:rsidR="004B0DA8" w:rsidRDefault="004B0DA8"/>
    <w:sectPr w:rsidR="004B0DA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680C6" w14:textId="77777777" w:rsidR="007C1E02" w:rsidRDefault="007C1E02" w:rsidP="002B04EF">
      <w:pPr>
        <w:spacing w:after="0" w:line="240" w:lineRule="auto"/>
      </w:pPr>
      <w:r>
        <w:separator/>
      </w:r>
    </w:p>
  </w:endnote>
  <w:endnote w:type="continuationSeparator" w:id="0">
    <w:p w14:paraId="79DE2505" w14:textId="77777777" w:rsidR="007C1E02" w:rsidRDefault="007C1E02" w:rsidP="002B0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C3FF1" w14:textId="77777777" w:rsidR="007C1E02" w:rsidRDefault="007C1E02" w:rsidP="002B04EF">
      <w:pPr>
        <w:spacing w:after="0" w:line="240" w:lineRule="auto"/>
      </w:pPr>
      <w:r>
        <w:separator/>
      </w:r>
    </w:p>
  </w:footnote>
  <w:footnote w:type="continuationSeparator" w:id="0">
    <w:p w14:paraId="68813F39" w14:textId="77777777" w:rsidR="007C1E02" w:rsidRDefault="007C1E02" w:rsidP="002B04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50002306">
    <w:abstractNumId w:val="8"/>
  </w:num>
  <w:num w:numId="2" w16cid:durableId="759184885">
    <w:abstractNumId w:val="6"/>
  </w:num>
  <w:num w:numId="3" w16cid:durableId="1544245741">
    <w:abstractNumId w:val="5"/>
  </w:num>
  <w:num w:numId="4" w16cid:durableId="2040885591">
    <w:abstractNumId w:val="4"/>
  </w:num>
  <w:num w:numId="5" w16cid:durableId="638264372">
    <w:abstractNumId w:val="7"/>
  </w:num>
  <w:num w:numId="6" w16cid:durableId="582224026">
    <w:abstractNumId w:val="3"/>
  </w:num>
  <w:num w:numId="7" w16cid:durableId="108359591">
    <w:abstractNumId w:val="2"/>
  </w:num>
  <w:num w:numId="8" w16cid:durableId="1618368750">
    <w:abstractNumId w:val="1"/>
  </w:num>
  <w:num w:numId="9" w16cid:durableId="190436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245C"/>
    <w:rsid w:val="0015074B"/>
    <w:rsid w:val="00176BBB"/>
    <w:rsid w:val="00246698"/>
    <w:rsid w:val="0029639D"/>
    <w:rsid w:val="002B04EF"/>
    <w:rsid w:val="00326F90"/>
    <w:rsid w:val="00343E9F"/>
    <w:rsid w:val="003A6E37"/>
    <w:rsid w:val="00436066"/>
    <w:rsid w:val="00454852"/>
    <w:rsid w:val="0047465F"/>
    <w:rsid w:val="004B0DA8"/>
    <w:rsid w:val="004B3546"/>
    <w:rsid w:val="005D4F2D"/>
    <w:rsid w:val="006C6477"/>
    <w:rsid w:val="00725D2D"/>
    <w:rsid w:val="007C1E02"/>
    <w:rsid w:val="008848E7"/>
    <w:rsid w:val="00984E8C"/>
    <w:rsid w:val="009D0A8B"/>
    <w:rsid w:val="009E6E17"/>
    <w:rsid w:val="00A01003"/>
    <w:rsid w:val="00AA1D8D"/>
    <w:rsid w:val="00AD64DB"/>
    <w:rsid w:val="00B47730"/>
    <w:rsid w:val="00BC0BB2"/>
    <w:rsid w:val="00BE5639"/>
    <w:rsid w:val="00C93A36"/>
    <w:rsid w:val="00CB0664"/>
    <w:rsid w:val="00CB6255"/>
    <w:rsid w:val="00ED789F"/>
    <w:rsid w:val="00F35B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C5EA9D"/>
  <w14:defaultImageDpi w14:val="300"/>
  <w15:docId w15:val="{111503C7-FB1C-4291-B450-6E1779C7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Charlotte Greenway</cp:lastModifiedBy>
  <cp:revision>18</cp:revision>
  <dcterms:created xsi:type="dcterms:W3CDTF">2026-03-24T12:10:00Z</dcterms:created>
  <dcterms:modified xsi:type="dcterms:W3CDTF">2026-05-11T07:43:00Z</dcterms:modified>
  <cp:category/>
</cp:coreProperties>
</file>