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69B6D" w14:textId="3C8F2078" w:rsidR="000E2F4B" w:rsidRDefault="628A680E" w:rsidP="6857582F">
      <w:pPr>
        <w:pStyle w:val="Pennawd1"/>
        <w:rPr>
          <w:color w:val="auto"/>
        </w:rPr>
      </w:pPr>
      <w:proofErr w:type="spellStart"/>
      <w:r w:rsidRPr="6857582F">
        <w:rPr>
          <w:color w:val="auto"/>
        </w:rPr>
        <w:t>Gwybodaeth</w:t>
      </w:r>
      <w:proofErr w:type="spellEnd"/>
      <w:r w:rsidRPr="6857582F">
        <w:rPr>
          <w:color w:val="auto"/>
        </w:rPr>
        <w:t xml:space="preserve"> am y </w:t>
      </w:r>
      <w:proofErr w:type="spellStart"/>
      <w:r w:rsidRPr="6857582F">
        <w:rPr>
          <w:color w:val="auto"/>
        </w:rPr>
        <w:t>D</w:t>
      </w:r>
      <w:r w:rsidR="27753F30" w:rsidRPr="6857582F">
        <w:rPr>
          <w:color w:val="auto"/>
        </w:rPr>
        <w:t>ysgwr</w:t>
      </w:r>
      <w:proofErr w:type="spellEnd"/>
    </w:p>
    <w:tbl>
      <w:tblPr>
        <w:tblStyle w:val="GridTabl"/>
        <w:tblW w:w="8640" w:type="dxa"/>
        <w:tblLook w:val="04A0" w:firstRow="1" w:lastRow="0" w:firstColumn="1" w:lastColumn="0" w:noHBand="0" w:noVBand="1"/>
      </w:tblPr>
      <w:tblGrid>
        <w:gridCol w:w="3360"/>
        <w:gridCol w:w="5280"/>
      </w:tblGrid>
      <w:tr w:rsidR="000E2F4B" w14:paraId="13A61E51" w14:textId="77777777" w:rsidTr="6857582F">
        <w:tc>
          <w:tcPr>
            <w:tcW w:w="3360" w:type="dxa"/>
          </w:tcPr>
          <w:p w14:paraId="0A55B151" w14:textId="77777777" w:rsidR="000E2F4B" w:rsidRDefault="628A680E" w:rsidP="6857582F">
            <w:proofErr w:type="spellStart"/>
            <w:r w:rsidRPr="6857582F">
              <w:t>Enw</w:t>
            </w:r>
            <w:proofErr w:type="spellEnd"/>
            <w:r w:rsidRPr="6857582F">
              <w:t>:</w:t>
            </w:r>
          </w:p>
        </w:tc>
        <w:tc>
          <w:tcPr>
            <w:tcW w:w="5280" w:type="dxa"/>
          </w:tcPr>
          <w:p w14:paraId="148028B3" w14:textId="77777777" w:rsidR="000E2F4B" w:rsidRDefault="000E2F4B" w:rsidP="6857582F"/>
        </w:tc>
      </w:tr>
      <w:tr w:rsidR="000E2F4B" w14:paraId="2BF966E8" w14:textId="77777777" w:rsidTr="6857582F">
        <w:tc>
          <w:tcPr>
            <w:tcW w:w="3360" w:type="dxa"/>
          </w:tcPr>
          <w:p w14:paraId="66E5C13F" w14:textId="70F75CE3" w:rsidR="000E2F4B" w:rsidRDefault="007F51C4">
            <w:proofErr w:type="spellStart"/>
            <w:r>
              <w:t>Blwyddyn</w:t>
            </w:r>
            <w:proofErr w:type="spellEnd"/>
            <w:r>
              <w:t>:</w:t>
            </w:r>
          </w:p>
        </w:tc>
        <w:tc>
          <w:tcPr>
            <w:tcW w:w="5280" w:type="dxa"/>
          </w:tcPr>
          <w:p w14:paraId="17337417" w14:textId="77777777" w:rsidR="000E2F4B" w:rsidRDefault="000E2F4B"/>
        </w:tc>
      </w:tr>
      <w:tr w:rsidR="000E2F4B" w14:paraId="49F2A36F" w14:textId="77777777" w:rsidTr="6857582F">
        <w:tc>
          <w:tcPr>
            <w:tcW w:w="3360" w:type="dxa"/>
          </w:tcPr>
          <w:p w14:paraId="19ED8FE0" w14:textId="77777777" w:rsidR="000E2F4B" w:rsidRDefault="007F51C4">
            <w:proofErr w:type="spellStart"/>
            <w:r>
              <w:t>Dyddiad</w:t>
            </w:r>
            <w:proofErr w:type="spellEnd"/>
            <w:r>
              <w:t xml:space="preserve"> y </w:t>
            </w:r>
            <w:proofErr w:type="spellStart"/>
            <w:r>
              <w:t>Cynllun</w:t>
            </w:r>
            <w:proofErr w:type="spellEnd"/>
            <w:r>
              <w:t>:</w:t>
            </w:r>
          </w:p>
        </w:tc>
        <w:tc>
          <w:tcPr>
            <w:tcW w:w="5280" w:type="dxa"/>
          </w:tcPr>
          <w:p w14:paraId="49B543B0" w14:textId="77777777" w:rsidR="000E2F4B" w:rsidRDefault="000E2F4B"/>
        </w:tc>
      </w:tr>
      <w:tr w:rsidR="000E2F4B" w14:paraId="26448A21" w14:textId="77777777" w:rsidTr="6857582F">
        <w:tc>
          <w:tcPr>
            <w:tcW w:w="3360" w:type="dxa"/>
          </w:tcPr>
          <w:p w14:paraId="7C74B3C2" w14:textId="77777777" w:rsidR="000E2F4B" w:rsidRDefault="007F51C4">
            <w:proofErr w:type="spellStart"/>
            <w:r>
              <w:t>Dyddiad</w:t>
            </w:r>
            <w:proofErr w:type="spellEnd"/>
            <w:r>
              <w:t xml:space="preserve"> </w:t>
            </w:r>
            <w:proofErr w:type="spellStart"/>
            <w:r>
              <w:t>Adolygu</w:t>
            </w:r>
            <w:proofErr w:type="spellEnd"/>
            <w:r>
              <w:t>:</w:t>
            </w:r>
          </w:p>
        </w:tc>
        <w:tc>
          <w:tcPr>
            <w:tcW w:w="5280" w:type="dxa"/>
          </w:tcPr>
          <w:p w14:paraId="242122E6" w14:textId="77777777" w:rsidR="000E2F4B" w:rsidRDefault="000E2F4B"/>
        </w:tc>
      </w:tr>
      <w:tr w:rsidR="000E2F4B" w14:paraId="034F628C" w14:textId="77777777" w:rsidTr="6857582F">
        <w:tc>
          <w:tcPr>
            <w:tcW w:w="3360" w:type="dxa"/>
          </w:tcPr>
          <w:p w14:paraId="2E73CCC9" w14:textId="77777777" w:rsidR="000E2F4B" w:rsidRDefault="007F51C4">
            <w:proofErr w:type="spellStart"/>
            <w:r>
              <w:t>Aelodau’r</w:t>
            </w:r>
            <w:proofErr w:type="spellEnd"/>
            <w:r>
              <w:t xml:space="preserve"> </w:t>
            </w:r>
            <w:proofErr w:type="spellStart"/>
            <w:r>
              <w:t>Tîm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Gysylltiedig</w:t>
            </w:r>
            <w:proofErr w:type="spellEnd"/>
            <w:r>
              <w:t>:</w:t>
            </w:r>
          </w:p>
        </w:tc>
        <w:tc>
          <w:tcPr>
            <w:tcW w:w="5280" w:type="dxa"/>
          </w:tcPr>
          <w:p w14:paraId="2B8408B9" w14:textId="77777777" w:rsidR="000E2F4B" w:rsidRDefault="000E2F4B"/>
        </w:tc>
      </w:tr>
    </w:tbl>
    <w:p w14:paraId="17845753" w14:textId="77777777" w:rsidR="000E2F4B" w:rsidRDefault="000E2F4B"/>
    <w:p w14:paraId="4B16C30D" w14:textId="77777777" w:rsidR="000E2F4B" w:rsidRDefault="628A680E" w:rsidP="6857582F">
      <w:pPr>
        <w:pStyle w:val="Pennawd1"/>
        <w:rPr>
          <w:color w:val="auto"/>
        </w:rPr>
      </w:pPr>
      <w:r w:rsidRPr="6857582F">
        <w:rPr>
          <w:color w:val="auto"/>
        </w:rPr>
        <w:t xml:space="preserve">1. </w:t>
      </w:r>
      <w:proofErr w:type="spellStart"/>
      <w:r w:rsidRPr="6857582F">
        <w:rPr>
          <w:color w:val="auto"/>
        </w:rPr>
        <w:t>Crynodeb</w:t>
      </w:r>
      <w:proofErr w:type="spellEnd"/>
      <w:r w:rsidRPr="6857582F">
        <w:rPr>
          <w:color w:val="auto"/>
        </w:rPr>
        <w:t xml:space="preserve"> </w:t>
      </w:r>
      <w:proofErr w:type="spellStart"/>
      <w:r w:rsidRPr="6857582F">
        <w:rPr>
          <w:color w:val="auto"/>
        </w:rPr>
        <w:t>o’r</w:t>
      </w:r>
      <w:proofErr w:type="spellEnd"/>
      <w:r w:rsidRPr="6857582F">
        <w:rPr>
          <w:color w:val="auto"/>
        </w:rPr>
        <w:t xml:space="preserve"> Pryderon</w:t>
      </w:r>
    </w:p>
    <w:tbl>
      <w:tblPr>
        <w:tblStyle w:val="GridTabl"/>
        <w:tblW w:w="8640" w:type="dxa"/>
        <w:tblLook w:val="04A0" w:firstRow="1" w:lastRow="0" w:firstColumn="1" w:lastColumn="0" w:noHBand="0" w:noVBand="1"/>
      </w:tblPr>
      <w:tblGrid>
        <w:gridCol w:w="3105"/>
        <w:gridCol w:w="5535"/>
      </w:tblGrid>
      <w:tr w:rsidR="000E2F4B" w14:paraId="3E473524" w14:textId="77777777" w:rsidTr="6857582F">
        <w:tc>
          <w:tcPr>
            <w:tcW w:w="3105" w:type="dxa"/>
          </w:tcPr>
          <w:p w14:paraId="4345A788" w14:textId="77777777" w:rsidR="000E2F4B" w:rsidRDefault="007F51C4">
            <w:proofErr w:type="spellStart"/>
            <w:r>
              <w:t>Patrymau</w:t>
            </w:r>
            <w:proofErr w:type="spellEnd"/>
            <w:r>
              <w:t xml:space="preserve"> </w:t>
            </w:r>
            <w:proofErr w:type="spellStart"/>
            <w:r>
              <w:t>osgoi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>:</w:t>
            </w:r>
          </w:p>
        </w:tc>
        <w:tc>
          <w:tcPr>
            <w:tcW w:w="5535" w:type="dxa"/>
          </w:tcPr>
          <w:p w14:paraId="6238F621" w14:textId="77777777" w:rsidR="000E2F4B" w:rsidRDefault="000E2F4B"/>
        </w:tc>
      </w:tr>
      <w:tr w:rsidR="000E2F4B" w14:paraId="01FDFB5D" w14:textId="77777777" w:rsidTr="6857582F">
        <w:tc>
          <w:tcPr>
            <w:tcW w:w="3105" w:type="dxa"/>
          </w:tcPr>
          <w:p w14:paraId="4CCE8829" w14:textId="279BC1F9" w:rsidR="000E2F4B" w:rsidRDefault="007F51C4">
            <w:proofErr w:type="spellStart"/>
            <w:r>
              <w:t>Sbardunau</w:t>
            </w:r>
            <w:proofErr w:type="spellEnd"/>
            <w:r>
              <w:t xml:space="preserve"> </w:t>
            </w:r>
            <w:proofErr w:type="spellStart"/>
            <w:r>
              <w:t>adnab</w:t>
            </w:r>
            <w:r w:rsidR="00474E63">
              <w:t>yd</w:t>
            </w:r>
            <w:r>
              <w:t>dedig</w:t>
            </w:r>
            <w:proofErr w:type="spellEnd"/>
            <w:r>
              <w:t>:</w:t>
            </w:r>
          </w:p>
        </w:tc>
        <w:tc>
          <w:tcPr>
            <w:tcW w:w="5535" w:type="dxa"/>
          </w:tcPr>
          <w:p w14:paraId="2A4A5DD2" w14:textId="77777777" w:rsidR="000E2F4B" w:rsidRDefault="000E2F4B"/>
        </w:tc>
      </w:tr>
      <w:tr w:rsidR="000E2F4B" w14:paraId="5723CC44" w14:textId="77777777" w:rsidTr="6857582F">
        <w:tc>
          <w:tcPr>
            <w:tcW w:w="3105" w:type="dxa"/>
          </w:tcPr>
          <w:p w14:paraId="07A0C980" w14:textId="77777777" w:rsidR="000E2F4B" w:rsidRDefault="007F51C4">
            <w:proofErr w:type="spellStart"/>
            <w:r>
              <w:t>Cryfachderau</w:t>
            </w:r>
            <w:proofErr w:type="spellEnd"/>
            <w:r>
              <w:t xml:space="preserve"> a </w:t>
            </w:r>
            <w:proofErr w:type="spellStart"/>
            <w:r>
              <w:t>diddordebau</w:t>
            </w:r>
            <w:proofErr w:type="spellEnd"/>
            <w:r>
              <w:t>:</w:t>
            </w:r>
          </w:p>
        </w:tc>
        <w:tc>
          <w:tcPr>
            <w:tcW w:w="5535" w:type="dxa"/>
          </w:tcPr>
          <w:p w14:paraId="3E5ED525" w14:textId="77777777" w:rsidR="000E2F4B" w:rsidRDefault="000E2F4B"/>
        </w:tc>
      </w:tr>
    </w:tbl>
    <w:p w14:paraId="13602379" w14:textId="77777777" w:rsidR="000E2F4B" w:rsidRDefault="000E2F4B"/>
    <w:p w14:paraId="6A3D9978" w14:textId="77777777" w:rsidR="000E2F4B" w:rsidRDefault="628A680E" w:rsidP="6857582F">
      <w:pPr>
        <w:pStyle w:val="Pennawd1"/>
        <w:rPr>
          <w:color w:val="auto"/>
        </w:rPr>
      </w:pPr>
      <w:r w:rsidRPr="6857582F">
        <w:rPr>
          <w:color w:val="auto"/>
        </w:rPr>
        <w:t xml:space="preserve">2. </w:t>
      </w:r>
      <w:proofErr w:type="spellStart"/>
      <w:r w:rsidRPr="6857582F">
        <w:rPr>
          <w:color w:val="auto"/>
        </w:rPr>
        <w:t>Gwybodaeth</w:t>
      </w:r>
      <w:proofErr w:type="spellEnd"/>
      <w:r w:rsidRPr="6857582F">
        <w:rPr>
          <w:color w:val="auto"/>
        </w:rPr>
        <w:t xml:space="preserve"> </w:t>
      </w:r>
      <w:proofErr w:type="spellStart"/>
      <w:r w:rsidRPr="6857582F">
        <w:rPr>
          <w:color w:val="auto"/>
        </w:rPr>
        <w:t>Sylfaenol</w:t>
      </w:r>
      <w:proofErr w:type="spellEnd"/>
      <w:r w:rsidRPr="6857582F">
        <w:rPr>
          <w:color w:val="auto"/>
        </w:rPr>
        <w:t xml:space="preserve"> </w:t>
      </w:r>
      <w:proofErr w:type="spellStart"/>
      <w:r w:rsidRPr="6857582F">
        <w:rPr>
          <w:color w:val="auto"/>
        </w:rPr>
        <w:t>Bresennol</w:t>
      </w:r>
      <w:proofErr w:type="spellEnd"/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0E2F4B" w14:paraId="3073350D" w14:textId="77777777">
        <w:tc>
          <w:tcPr>
            <w:tcW w:w="4320" w:type="dxa"/>
          </w:tcPr>
          <w:p w14:paraId="5835797E" w14:textId="77777777" w:rsidR="000E2F4B" w:rsidRDefault="007F51C4">
            <w:r>
              <w:t xml:space="preserve">Patrwm </w:t>
            </w:r>
            <w:proofErr w:type="spellStart"/>
            <w:r>
              <w:t>presenoldeb</w:t>
            </w:r>
            <w:proofErr w:type="spellEnd"/>
            <w:r>
              <w:t>:</w:t>
            </w:r>
          </w:p>
        </w:tc>
        <w:tc>
          <w:tcPr>
            <w:tcW w:w="4320" w:type="dxa"/>
          </w:tcPr>
          <w:p w14:paraId="1682BC01" w14:textId="77777777" w:rsidR="000E2F4B" w:rsidRDefault="000E2F4B"/>
        </w:tc>
      </w:tr>
      <w:tr w:rsidR="000E2F4B" w14:paraId="1FB589F7" w14:textId="77777777">
        <w:tc>
          <w:tcPr>
            <w:tcW w:w="4320" w:type="dxa"/>
          </w:tcPr>
          <w:p w14:paraId="4EC70086" w14:textId="77777777" w:rsidR="000E2F4B" w:rsidRDefault="007F51C4">
            <w:proofErr w:type="spellStart"/>
            <w:r>
              <w:t>Oriau</w:t>
            </w:r>
            <w:proofErr w:type="spellEnd"/>
            <w:r>
              <w:t xml:space="preserve"> </w:t>
            </w:r>
            <w:proofErr w:type="spellStart"/>
            <w:r>
              <w:t>presenoldeb</w:t>
            </w:r>
            <w:proofErr w:type="spellEnd"/>
            <w:r>
              <w:t xml:space="preserve"> yr </w:t>
            </w:r>
            <w:proofErr w:type="spellStart"/>
            <w:r>
              <w:t>wythnos</w:t>
            </w:r>
            <w:proofErr w:type="spellEnd"/>
            <w:r>
              <w:t>:</w:t>
            </w:r>
          </w:p>
        </w:tc>
        <w:tc>
          <w:tcPr>
            <w:tcW w:w="4320" w:type="dxa"/>
          </w:tcPr>
          <w:p w14:paraId="436BF57D" w14:textId="77777777" w:rsidR="000E2F4B" w:rsidRDefault="000E2F4B"/>
        </w:tc>
      </w:tr>
      <w:tr w:rsidR="000E2F4B" w14:paraId="0BF7C99A" w14:textId="77777777">
        <w:tc>
          <w:tcPr>
            <w:tcW w:w="4320" w:type="dxa"/>
          </w:tcPr>
          <w:p w14:paraId="127A7C22" w14:textId="45E75060" w:rsidR="000E2F4B" w:rsidRDefault="007F51C4">
            <w:r>
              <w:t xml:space="preserve">Yr </w:t>
            </w:r>
            <w:proofErr w:type="spellStart"/>
            <w:r>
              <w:t>hyn</w:t>
            </w:r>
            <w:proofErr w:type="spellEnd"/>
            <w:r>
              <w:t xml:space="preserve"> gall y </w:t>
            </w:r>
            <w:proofErr w:type="spellStart"/>
            <w:r w:rsidR="00474E63">
              <w:t>dysgwr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reoli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o </w:t>
            </w:r>
            <w:proofErr w:type="spellStart"/>
            <w:r>
              <w:t>bryd</w:t>
            </w:r>
            <w:proofErr w:type="spellEnd"/>
            <w:r>
              <w:t>:</w:t>
            </w:r>
          </w:p>
        </w:tc>
        <w:tc>
          <w:tcPr>
            <w:tcW w:w="4320" w:type="dxa"/>
          </w:tcPr>
          <w:p w14:paraId="7FF8EF0D" w14:textId="77777777" w:rsidR="000E2F4B" w:rsidRDefault="000E2F4B"/>
        </w:tc>
      </w:tr>
      <w:tr w:rsidR="000E2F4B" w14:paraId="04979B2B" w14:textId="77777777">
        <w:tc>
          <w:tcPr>
            <w:tcW w:w="4320" w:type="dxa"/>
          </w:tcPr>
          <w:p w14:paraId="3BFDC06F" w14:textId="77777777" w:rsidR="000E2F4B" w:rsidRDefault="007F51C4">
            <w:r>
              <w:t xml:space="preserve">Yr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anodd</w:t>
            </w:r>
            <w:proofErr w:type="spellEnd"/>
            <w:r>
              <w:t>:</w:t>
            </w:r>
          </w:p>
        </w:tc>
        <w:tc>
          <w:tcPr>
            <w:tcW w:w="4320" w:type="dxa"/>
          </w:tcPr>
          <w:p w14:paraId="10CC319A" w14:textId="77777777" w:rsidR="000E2F4B" w:rsidRDefault="000E2F4B"/>
        </w:tc>
      </w:tr>
    </w:tbl>
    <w:p w14:paraId="47287944" w14:textId="77777777" w:rsidR="000E2F4B" w:rsidRDefault="000E2F4B"/>
    <w:p w14:paraId="76C10BD4" w14:textId="77777777" w:rsidR="000E2F4B" w:rsidRDefault="628A680E" w:rsidP="6857582F">
      <w:pPr>
        <w:pStyle w:val="Pennawd1"/>
        <w:rPr>
          <w:color w:val="auto"/>
        </w:rPr>
      </w:pPr>
      <w:r w:rsidRPr="6857582F">
        <w:rPr>
          <w:color w:val="auto"/>
        </w:rPr>
        <w:t xml:space="preserve">Cam 1 — </w:t>
      </w:r>
      <w:proofErr w:type="spellStart"/>
      <w:r w:rsidRPr="6857582F">
        <w:rPr>
          <w:color w:val="auto"/>
        </w:rPr>
        <w:t>Ailgysylltu</w:t>
      </w:r>
      <w:proofErr w:type="spellEnd"/>
      <w:r w:rsidRPr="6857582F">
        <w:rPr>
          <w:color w:val="auto"/>
        </w:rPr>
        <w:t xml:space="preserve"> a </w:t>
      </w:r>
      <w:proofErr w:type="spellStart"/>
      <w:r w:rsidRPr="6857582F">
        <w:rPr>
          <w:color w:val="auto"/>
        </w:rPr>
        <w:t>Pharatoi</w:t>
      </w:r>
      <w:proofErr w:type="spellEnd"/>
    </w:p>
    <w:tbl>
      <w:tblPr>
        <w:tblStyle w:val="GridTabl"/>
        <w:tblW w:w="8640" w:type="dxa"/>
        <w:tblLook w:val="04A0" w:firstRow="1" w:lastRow="0" w:firstColumn="1" w:lastColumn="0" w:noHBand="0" w:noVBand="1"/>
      </w:tblPr>
      <w:tblGrid>
        <w:gridCol w:w="2970"/>
        <w:gridCol w:w="5670"/>
      </w:tblGrid>
      <w:tr w:rsidR="000E2F4B" w14:paraId="3010F250" w14:textId="77777777" w:rsidTr="6857582F">
        <w:tc>
          <w:tcPr>
            <w:tcW w:w="2970" w:type="dxa"/>
          </w:tcPr>
          <w:p w14:paraId="66EFB3F5" w14:textId="77777777" w:rsidR="000E2F4B" w:rsidRDefault="007F51C4">
            <w:proofErr w:type="spellStart"/>
            <w:r>
              <w:t>Amcan</w:t>
            </w:r>
            <w:proofErr w:type="spellEnd"/>
            <w:r>
              <w:t>:</w:t>
            </w:r>
          </w:p>
        </w:tc>
        <w:tc>
          <w:tcPr>
            <w:tcW w:w="5670" w:type="dxa"/>
          </w:tcPr>
          <w:p w14:paraId="14D7A63B" w14:textId="77777777" w:rsidR="000E2F4B" w:rsidRDefault="000E2F4B"/>
        </w:tc>
      </w:tr>
      <w:tr w:rsidR="000E2F4B" w14:paraId="0210B4E5" w14:textId="77777777" w:rsidTr="6857582F">
        <w:tc>
          <w:tcPr>
            <w:tcW w:w="2970" w:type="dxa"/>
          </w:tcPr>
          <w:p w14:paraId="152CA87A" w14:textId="77777777" w:rsidR="000E2F4B" w:rsidRDefault="007F51C4">
            <w:proofErr w:type="spellStart"/>
            <w:r>
              <w:t>Targed</w:t>
            </w:r>
            <w:proofErr w:type="spellEnd"/>
            <w:r>
              <w:t xml:space="preserve"> </w:t>
            </w:r>
            <w:proofErr w:type="spellStart"/>
            <w:r>
              <w:t>wythnosol</w:t>
            </w:r>
            <w:proofErr w:type="spellEnd"/>
            <w:r>
              <w:t>:</w:t>
            </w:r>
          </w:p>
        </w:tc>
        <w:tc>
          <w:tcPr>
            <w:tcW w:w="5670" w:type="dxa"/>
          </w:tcPr>
          <w:p w14:paraId="6D4819BF" w14:textId="77777777" w:rsidR="000E2F4B" w:rsidRDefault="000E2F4B"/>
        </w:tc>
      </w:tr>
      <w:tr w:rsidR="000E2F4B" w14:paraId="55837C41" w14:textId="77777777" w:rsidTr="6857582F">
        <w:tc>
          <w:tcPr>
            <w:tcW w:w="2970" w:type="dxa"/>
          </w:tcPr>
          <w:p w14:paraId="55F85615" w14:textId="77777777" w:rsidR="000E2F4B" w:rsidRDefault="007F51C4">
            <w:proofErr w:type="spellStart"/>
            <w:r>
              <w:t>Gweithgareddau</w:t>
            </w:r>
            <w:proofErr w:type="spellEnd"/>
            <w:r>
              <w:t>:</w:t>
            </w:r>
          </w:p>
        </w:tc>
        <w:tc>
          <w:tcPr>
            <w:tcW w:w="5670" w:type="dxa"/>
          </w:tcPr>
          <w:p w14:paraId="330B59DF" w14:textId="77777777" w:rsidR="000E2F4B" w:rsidRDefault="000E2F4B"/>
        </w:tc>
      </w:tr>
      <w:tr w:rsidR="000E2F4B" w14:paraId="41DFCCC4" w14:textId="77777777" w:rsidTr="6857582F">
        <w:tc>
          <w:tcPr>
            <w:tcW w:w="2970" w:type="dxa"/>
          </w:tcPr>
          <w:p w14:paraId="3042A4F4" w14:textId="77777777" w:rsidR="000E2F4B" w:rsidRDefault="007F51C4">
            <w:proofErr w:type="spellStart"/>
            <w:r>
              <w:t>Oedolion</w:t>
            </w:r>
            <w:proofErr w:type="spellEnd"/>
            <w:r>
              <w:t xml:space="preserve"> </w:t>
            </w:r>
            <w:proofErr w:type="spellStart"/>
            <w:r>
              <w:t>diogel</w:t>
            </w:r>
            <w:proofErr w:type="spellEnd"/>
            <w:r>
              <w:t>:</w:t>
            </w:r>
          </w:p>
        </w:tc>
        <w:tc>
          <w:tcPr>
            <w:tcW w:w="5670" w:type="dxa"/>
          </w:tcPr>
          <w:p w14:paraId="07BEE83B" w14:textId="77777777" w:rsidR="000E2F4B" w:rsidRDefault="000E2F4B"/>
        </w:tc>
      </w:tr>
      <w:tr w:rsidR="000E2F4B" w14:paraId="2FEBB186" w14:textId="77777777" w:rsidTr="6857582F">
        <w:tc>
          <w:tcPr>
            <w:tcW w:w="2970" w:type="dxa"/>
          </w:tcPr>
          <w:p w14:paraId="41BF50EC" w14:textId="77777777" w:rsidR="000E2F4B" w:rsidRDefault="007F51C4">
            <w:proofErr w:type="spellStart"/>
            <w:r>
              <w:t>Llwybr</w:t>
            </w:r>
            <w:proofErr w:type="spellEnd"/>
            <w:r>
              <w:t xml:space="preserve"> </w:t>
            </w:r>
            <w:proofErr w:type="spellStart"/>
            <w:r>
              <w:t>mynediad</w:t>
            </w:r>
            <w:proofErr w:type="spellEnd"/>
            <w:r>
              <w:t xml:space="preserve"> </w:t>
            </w:r>
            <w:proofErr w:type="spellStart"/>
            <w:r>
              <w:t>tawel</w:t>
            </w:r>
            <w:proofErr w:type="spellEnd"/>
            <w:r>
              <w:t>:</w:t>
            </w:r>
          </w:p>
        </w:tc>
        <w:tc>
          <w:tcPr>
            <w:tcW w:w="5670" w:type="dxa"/>
          </w:tcPr>
          <w:p w14:paraId="63903FC7" w14:textId="77777777" w:rsidR="000E2F4B" w:rsidRDefault="000E2F4B"/>
        </w:tc>
      </w:tr>
      <w:tr w:rsidR="000E2F4B" w14:paraId="48736456" w14:textId="77777777" w:rsidTr="6857582F">
        <w:tc>
          <w:tcPr>
            <w:tcW w:w="2970" w:type="dxa"/>
          </w:tcPr>
          <w:p w14:paraId="000641AB" w14:textId="77777777" w:rsidR="000E2F4B" w:rsidRDefault="007F51C4">
            <w:r>
              <w:t xml:space="preserve">Amser </w:t>
            </w:r>
            <w:proofErr w:type="spellStart"/>
            <w:r>
              <w:t>yn</w:t>
            </w:r>
            <w:proofErr w:type="spellEnd"/>
            <w:r>
              <w:t xml:space="preserve"> yr </w:t>
            </w:r>
            <w:proofErr w:type="spellStart"/>
            <w:r>
              <w:t>ardal</w:t>
            </w:r>
            <w:proofErr w:type="spellEnd"/>
            <w:r>
              <w:t xml:space="preserve"> </w:t>
            </w:r>
            <w:proofErr w:type="spellStart"/>
            <w:r>
              <w:t>ddiogel</w:t>
            </w:r>
            <w:proofErr w:type="spellEnd"/>
            <w:r>
              <w:t>:</w:t>
            </w:r>
          </w:p>
        </w:tc>
        <w:tc>
          <w:tcPr>
            <w:tcW w:w="5670" w:type="dxa"/>
          </w:tcPr>
          <w:p w14:paraId="0B11E463" w14:textId="77777777" w:rsidR="000E2F4B" w:rsidRDefault="000E2F4B"/>
        </w:tc>
      </w:tr>
      <w:tr w:rsidR="000E2F4B" w14:paraId="629E5411" w14:textId="77777777" w:rsidTr="6857582F">
        <w:tc>
          <w:tcPr>
            <w:tcW w:w="2970" w:type="dxa"/>
          </w:tcPr>
          <w:p w14:paraId="0DDD0B7C" w14:textId="77777777" w:rsidR="000E2F4B" w:rsidRDefault="007F51C4">
            <w:proofErr w:type="spellStart"/>
            <w:r>
              <w:t>Dangosyddion</w:t>
            </w:r>
            <w:proofErr w:type="spellEnd"/>
            <w:r>
              <w:t xml:space="preserve"> </w:t>
            </w:r>
            <w:proofErr w:type="spellStart"/>
            <w:r>
              <w:t>llwyddiant</w:t>
            </w:r>
            <w:proofErr w:type="spellEnd"/>
            <w:r>
              <w:t>:</w:t>
            </w:r>
          </w:p>
        </w:tc>
        <w:tc>
          <w:tcPr>
            <w:tcW w:w="5670" w:type="dxa"/>
          </w:tcPr>
          <w:p w14:paraId="740E45F2" w14:textId="77777777" w:rsidR="000E2F4B" w:rsidRDefault="000E2F4B"/>
        </w:tc>
      </w:tr>
    </w:tbl>
    <w:p w14:paraId="6F0BF374" w14:textId="77777777" w:rsidR="000E2F4B" w:rsidRDefault="000E2F4B"/>
    <w:p w14:paraId="38879CD5" w14:textId="7C0C0434" w:rsidR="000E2F4B" w:rsidRPr="00474E63" w:rsidRDefault="628A680E" w:rsidP="6857582F">
      <w:pPr>
        <w:pStyle w:val="Pennawd1"/>
        <w:rPr>
          <w:color w:val="auto"/>
          <w:lang w:val="pt-PT"/>
        </w:rPr>
      </w:pPr>
      <w:proofErr w:type="spellStart"/>
      <w:r w:rsidRPr="6857582F">
        <w:rPr>
          <w:color w:val="auto"/>
          <w:lang w:val="pt-PT"/>
        </w:rPr>
        <w:t>Cam</w:t>
      </w:r>
      <w:proofErr w:type="spellEnd"/>
      <w:r w:rsidRPr="6857582F">
        <w:rPr>
          <w:color w:val="auto"/>
          <w:lang w:val="pt-PT"/>
        </w:rPr>
        <w:t xml:space="preserve"> 2 — </w:t>
      </w:r>
      <w:proofErr w:type="spellStart"/>
      <w:r w:rsidRPr="6857582F">
        <w:rPr>
          <w:color w:val="auto"/>
          <w:lang w:val="pt-PT"/>
        </w:rPr>
        <w:t>Presenoldeb</w:t>
      </w:r>
      <w:proofErr w:type="spellEnd"/>
      <w:r w:rsidRPr="6857582F">
        <w:rPr>
          <w:color w:val="auto"/>
          <w:lang w:val="pt-PT"/>
        </w:rPr>
        <w:t xml:space="preserve"> </w:t>
      </w:r>
      <w:proofErr w:type="spellStart"/>
      <w:r w:rsidR="27753F30" w:rsidRPr="6857582F">
        <w:rPr>
          <w:color w:val="auto"/>
          <w:lang w:val="pt-PT"/>
        </w:rPr>
        <w:t>b</w:t>
      </w:r>
      <w:r w:rsidRPr="6857582F">
        <w:rPr>
          <w:color w:val="auto"/>
          <w:lang w:val="pt-PT"/>
        </w:rPr>
        <w:t>yr</w:t>
      </w:r>
      <w:proofErr w:type="spellEnd"/>
      <w:r w:rsidRPr="6857582F">
        <w:rPr>
          <w:color w:val="auto"/>
          <w:lang w:val="pt-PT"/>
        </w:rPr>
        <w:t xml:space="preserve"> ar y </w:t>
      </w:r>
      <w:proofErr w:type="spellStart"/>
      <w:r w:rsidR="27753F30" w:rsidRPr="6857582F">
        <w:rPr>
          <w:color w:val="auto"/>
          <w:lang w:val="pt-PT"/>
        </w:rPr>
        <w:t>s</w:t>
      </w:r>
      <w:r w:rsidRPr="6857582F">
        <w:rPr>
          <w:color w:val="auto"/>
          <w:lang w:val="pt-PT"/>
        </w:rPr>
        <w:t>afle</w:t>
      </w:r>
      <w:proofErr w:type="spellEnd"/>
    </w:p>
    <w:tbl>
      <w:tblPr>
        <w:tblStyle w:val="GridTabl"/>
        <w:tblW w:w="8640" w:type="dxa"/>
        <w:tblLook w:val="04A0" w:firstRow="1" w:lastRow="0" w:firstColumn="1" w:lastColumn="0" w:noHBand="0" w:noVBand="1"/>
      </w:tblPr>
      <w:tblGrid>
        <w:gridCol w:w="3585"/>
        <w:gridCol w:w="5055"/>
      </w:tblGrid>
      <w:tr w:rsidR="000E2F4B" w14:paraId="79DFF874" w14:textId="77777777" w:rsidTr="6857582F">
        <w:tc>
          <w:tcPr>
            <w:tcW w:w="3585" w:type="dxa"/>
          </w:tcPr>
          <w:p w14:paraId="45985C3D" w14:textId="77777777" w:rsidR="000E2F4B" w:rsidRDefault="007F51C4">
            <w:proofErr w:type="spellStart"/>
            <w:r>
              <w:t>Amcan</w:t>
            </w:r>
            <w:proofErr w:type="spellEnd"/>
            <w:r>
              <w:t>:</w:t>
            </w:r>
          </w:p>
        </w:tc>
        <w:tc>
          <w:tcPr>
            <w:tcW w:w="5055" w:type="dxa"/>
          </w:tcPr>
          <w:p w14:paraId="0117673B" w14:textId="77777777" w:rsidR="000E2F4B" w:rsidRDefault="000E2F4B"/>
        </w:tc>
      </w:tr>
      <w:tr w:rsidR="000E2F4B" w14:paraId="3C936421" w14:textId="77777777" w:rsidTr="6857582F">
        <w:tc>
          <w:tcPr>
            <w:tcW w:w="3585" w:type="dxa"/>
          </w:tcPr>
          <w:p w14:paraId="204B78EC" w14:textId="77777777" w:rsidR="000E2F4B" w:rsidRDefault="007F51C4">
            <w:proofErr w:type="spellStart"/>
            <w:r>
              <w:t>Targed</w:t>
            </w:r>
            <w:proofErr w:type="spellEnd"/>
            <w:r>
              <w:t xml:space="preserve"> </w:t>
            </w:r>
            <w:proofErr w:type="spellStart"/>
            <w:r>
              <w:t>wythnosol</w:t>
            </w:r>
            <w:proofErr w:type="spellEnd"/>
            <w:r>
              <w:t>:</w:t>
            </w:r>
          </w:p>
        </w:tc>
        <w:tc>
          <w:tcPr>
            <w:tcW w:w="5055" w:type="dxa"/>
          </w:tcPr>
          <w:p w14:paraId="0A6AC1A4" w14:textId="77777777" w:rsidR="000E2F4B" w:rsidRDefault="000E2F4B"/>
        </w:tc>
      </w:tr>
      <w:tr w:rsidR="000E2F4B" w14:paraId="4E0F703A" w14:textId="77777777" w:rsidTr="6857582F">
        <w:tc>
          <w:tcPr>
            <w:tcW w:w="3585" w:type="dxa"/>
          </w:tcPr>
          <w:p w14:paraId="7D751EA0" w14:textId="77777777" w:rsidR="000E2F4B" w:rsidRDefault="007F51C4">
            <w:proofErr w:type="spellStart"/>
            <w:r>
              <w:t>Hyd</w:t>
            </w:r>
            <w:proofErr w:type="spellEnd"/>
            <w:r>
              <w:t xml:space="preserve"> </w:t>
            </w:r>
            <w:proofErr w:type="spellStart"/>
            <w:r>
              <w:t>presenoldeb</w:t>
            </w:r>
            <w:proofErr w:type="spellEnd"/>
            <w:r>
              <w:t>:</w:t>
            </w:r>
          </w:p>
        </w:tc>
        <w:tc>
          <w:tcPr>
            <w:tcW w:w="5055" w:type="dxa"/>
          </w:tcPr>
          <w:p w14:paraId="1124DBC3" w14:textId="77777777" w:rsidR="000E2F4B" w:rsidRDefault="000E2F4B"/>
        </w:tc>
      </w:tr>
      <w:tr w:rsidR="000E2F4B" w14:paraId="7C768E2B" w14:textId="77777777" w:rsidTr="6857582F">
        <w:tc>
          <w:tcPr>
            <w:tcW w:w="3585" w:type="dxa"/>
          </w:tcPr>
          <w:p w14:paraId="4151373D" w14:textId="77777777" w:rsidR="000E2F4B" w:rsidRDefault="007F51C4">
            <w:proofErr w:type="spellStart"/>
            <w:r>
              <w:t>Lleoliad</w:t>
            </w:r>
            <w:proofErr w:type="spellEnd"/>
            <w:r>
              <w:t xml:space="preserve"> (</w:t>
            </w:r>
            <w:proofErr w:type="spellStart"/>
            <w:r>
              <w:t>ystafell</w:t>
            </w:r>
            <w:proofErr w:type="spellEnd"/>
            <w:r>
              <w:t xml:space="preserve"> </w:t>
            </w:r>
            <w:proofErr w:type="spellStart"/>
            <w:r>
              <w:t>dawel</w:t>
            </w:r>
            <w:proofErr w:type="spellEnd"/>
            <w:r>
              <w:t>/</w:t>
            </w:r>
            <w:proofErr w:type="spellStart"/>
            <w:r>
              <w:t>dosbarth</w:t>
            </w:r>
            <w:proofErr w:type="spellEnd"/>
            <w:r>
              <w:t>):</w:t>
            </w:r>
          </w:p>
        </w:tc>
        <w:tc>
          <w:tcPr>
            <w:tcW w:w="5055" w:type="dxa"/>
          </w:tcPr>
          <w:p w14:paraId="63C0F4A7" w14:textId="77777777" w:rsidR="000E2F4B" w:rsidRDefault="000E2F4B"/>
        </w:tc>
      </w:tr>
      <w:tr w:rsidR="000E2F4B" w14:paraId="54A0AC3E" w14:textId="77777777" w:rsidTr="6857582F">
        <w:tc>
          <w:tcPr>
            <w:tcW w:w="3585" w:type="dxa"/>
          </w:tcPr>
          <w:p w14:paraId="6B391037" w14:textId="77777777" w:rsidR="000E2F4B" w:rsidRDefault="007F51C4">
            <w:proofErr w:type="spellStart"/>
            <w:r>
              <w:t>Cyfrifoldebau</w:t>
            </w:r>
            <w:proofErr w:type="spellEnd"/>
            <w:r>
              <w:t xml:space="preserve"> staff:</w:t>
            </w:r>
          </w:p>
        </w:tc>
        <w:tc>
          <w:tcPr>
            <w:tcW w:w="5055" w:type="dxa"/>
          </w:tcPr>
          <w:p w14:paraId="072FECEB" w14:textId="77777777" w:rsidR="000E2F4B" w:rsidRDefault="000E2F4B"/>
        </w:tc>
      </w:tr>
      <w:tr w:rsidR="000E2F4B" w14:paraId="1DFB9471" w14:textId="77777777" w:rsidTr="6857582F">
        <w:tc>
          <w:tcPr>
            <w:tcW w:w="3585" w:type="dxa"/>
          </w:tcPr>
          <w:p w14:paraId="32FC9B32" w14:textId="77777777" w:rsidR="000E2F4B" w:rsidRDefault="007F51C4">
            <w:proofErr w:type="spellStart"/>
            <w:r>
              <w:t>Dangosyddion</w:t>
            </w:r>
            <w:proofErr w:type="spellEnd"/>
            <w:r>
              <w:t xml:space="preserve"> </w:t>
            </w:r>
            <w:proofErr w:type="spellStart"/>
            <w:r>
              <w:t>llwyddiant</w:t>
            </w:r>
            <w:proofErr w:type="spellEnd"/>
            <w:r>
              <w:t>:</w:t>
            </w:r>
          </w:p>
        </w:tc>
        <w:tc>
          <w:tcPr>
            <w:tcW w:w="5055" w:type="dxa"/>
          </w:tcPr>
          <w:p w14:paraId="1FDA8A62" w14:textId="77777777" w:rsidR="000E2F4B" w:rsidRDefault="000E2F4B"/>
        </w:tc>
      </w:tr>
    </w:tbl>
    <w:p w14:paraId="577A676D" w14:textId="77777777" w:rsidR="000E2F4B" w:rsidRDefault="000E2F4B"/>
    <w:p w14:paraId="0DDE992B" w14:textId="77777777" w:rsidR="000E2F4B" w:rsidRDefault="628A680E" w:rsidP="6857582F">
      <w:pPr>
        <w:pStyle w:val="Pennawd1"/>
        <w:rPr>
          <w:color w:val="auto"/>
        </w:rPr>
      </w:pPr>
      <w:r w:rsidRPr="6857582F">
        <w:rPr>
          <w:color w:val="auto"/>
        </w:rPr>
        <w:lastRenderedPageBreak/>
        <w:t xml:space="preserve">Cam 3 — </w:t>
      </w:r>
      <w:proofErr w:type="spellStart"/>
      <w:r w:rsidRPr="6857582F">
        <w:rPr>
          <w:color w:val="auto"/>
        </w:rPr>
        <w:t>Ymgysylltu</w:t>
      </w:r>
      <w:proofErr w:type="spellEnd"/>
      <w:r w:rsidRPr="6857582F">
        <w:rPr>
          <w:color w:val="auto"/>
        </w:rPr>
        <w:t xml:space="preserve"> </w:t>
      </w:r>
      <w:proofErr w:type="spellStart"/>
      <w:r w:rsidRPr="6857582F">
        <w:rPr>
          <w:color w:val="auto"/>
        </w:rPr>
        <w:t>Rhannol</w:t>
      </w:r>
      <w:proofErr w:type="spellEnd"/>
      <w:r w:rsidRPr="6857582F">
        <w:rPr>
          <w:color w:val="auto"/>
        </w:rPr>
        <w:t xml:space="preserve"> </w:t>
      </w:r>
      <w:proofErr w:type="spellStart"/>
      <w:r w:rsidRPr="6857582F">
        <w:rPr>
          <w:color w:val="auto"/>
        </w:rPr>
        <w:t>â’r</w:t>
      </w:r>
      <w:proofErr w:type="spellEnd"/>
      <w:r w:rsidRPr="6857582F">
        <w:rPr>
          <w:color w:val="auto"/>
        </w:rPr>
        <w:t xml:space="preserve"> Dosbarth</w:t>
      </w:r>
    </w:p>
    <w:tbl>
      <w:tblPr>
        <w:tblStyle w:val="GridTabl"/>
        <w:tblW w:w="8640" w:type="dxa"/>
        <w:tblLook w:val="04A0" w:firstRow="1" w:lastRow="0" w:firstColumn="1" w:lastColumn="0" w:noHBand="0" w:noVBand="1"/>
      </w:tblPr>
      <w:tblGrid>
        <w:gridCol w:w="2265"/>
        <w:gridCol w:w="6375"/>
      </w:tblGrid>
      <w:tr w:rsidR="000E2F4B" w14:paraId="566C6C57" w14:textId="77777777" w:rsidTr="6857582F">
        <w:tc>
          <w:tcPr>
            <w:tcW w:w="2265" w:type="dxa"/>
          </w:tcPr>
          <w:p w14:paraId="2FA6AE8F" w14:textId="77777777" w:rsidR="000E2F4B" w:rsidRDefault="007F51C4">
            <w:proofErr w:type="spellStart"/>
            <w:r>
              <w:t>Amcan</w:t>
            </w:r>
            <w:proofErr w:type="spellEnd"/>
            <w:r>
              <w:t>:</w:t>
            </w:r>
          </w:p>
        </w:tc>
        <w:tc>
          <w:tcPr>
            <w:tcW w:w="6375" w:type="dxa"/>
          </w:tcPr>
          <w:p w14:paraId="288376AC" w14:textId="77777777" w:rsidR="000E2F4B" w:rsidRDefault="000E2F4B"/>
        </w:tc>
      </w:tr>
      <w:tr w:rsidR="000E2F4B" w14:paraId="33DA5A8F" w14:textId="77777777" w:rsidTr="6857582F">
        <w:tc>
          <w:tcPr>
            <w:tcW w:w="2265" w:type="dxa"/>
          </w:tcPr>
          <w:p w14:paraId="188526DD" w14:textId="77777777" w:rsidR="000E2F4B" w:rsidRDefault="007F51C4">
            <w:proofErr w:type="spellStart"/>
            <w:r>
              <w:t>Targed</w:t>
            </w:r>
            <w:proofErr w:type="spellEnd"/>
            <w:r>
              <w:t xml:space="preserve"> </w:t>
            </w:r>
            <w:proofErr w:type="spellStart"/>
            <w:r>
              <w:t>wythnosol</w:t>
            </w:r>
            <w:proofErr w:type="spellEnd"/>
            <w:r>
              <w:t>:</w:t>
            </w:r>
          </w:p>
        </w:tc>
        <w:tc>
          <w:tcPr>
            <w:tcW w:w="6375" w:type="dxa"/>
          </w:tcPr>
          <w:p w14:paraId="4730BD48" w14:textId="77777777" w:rsidR="000E2F4B" w:rsidRDefault="000E2F4B"/>
        </w:tc>
      </w:tr>
      <w:tr w:rsidR="000E2F4B" w14:paraId="24B9A949" w14:textId="77777777" w:rsidTr="6857582F">
        <w:tc>
          <w:tcPr>
            <w:tcW w:w="2265" w:type="dxa"/>
          </w:tcPr>
          <w:p w14:paraId="5AD0ECE6" w14:textId="77777777" w:rsidR="000E2F4B" w:rsidRDefault="007F51C4">
            <w:proofErr w:type="spellStart"/>
            <w:r>
              <w:t>Pynciau</w:t>
            </w:r>
            <w:proofErr w:type="spellEnd"/>
            <w:r>
              <w:t>/</w:t>
            </w:r>
            <w:proofErr w:type="spellStart"/>
            <w:r>
              <w:t>Amserlen</w:t>
            </w:r>
            <w:proofErr w:type="spellEnd"/>
            <w:r>
              <w:t>:</w:t>
            </w:r>
          </w:p>
        </w:tc>
        <w:tc>
          <w:tcPr>
            <w:tcW w:w="6375" w:type="dxa"/>
          </w:tcPr>
          <w:p w14:paraId="1C1D224D" w14:textId="77777777" w:rsidR="000E2F4B" w:rsidRDefault="000E2F4B"/>
        </w:tc>
      </w:tr>
      <w:tr w:rsidR="000E2F4B" w14:paraId="54DA991B" w14:textId="77777777" w:rsidTr="6857582F">
        <w:tc>
          <w:tcPr>
            <w:tcW w:w="2265" w:type="dxa"/>
          </w:tcPr>
          <w:p w14:paraId="01A009AC" w14:textId="77777777" w:rsidR="000E2F4B" w:rsidRDefault="007F51C4">
            <w:proofErr w:type="spellStart"/>
            <w:r>
              <w:t>Cefnogaeth</w:t>
            </w:r>
            <w:proofErr w:type="spellEnd"/>
            <w:r>
              <w:t>:</w:t>
            </w:r>
          </w:p>
        </w:tc>
        <w:tc>
          <w:tcPr>
            <w:tcW w:w="6375" w:type="dxa"/>
          </w:tcPr>
          <w:p w14:paraId="739FCF24" w14:textId="77777777" w:rsidR="000E2F4B" w:rsidRDefault="000E2F4B"/>
        </w:tc>
      </w:tr>
    </w:tbl>
    <w:p w14:paraId="61307DF1" w14:textId="77777777" w:rsidR="000E2F4B" w:rsidRDefault="000E2F4B"/>
    <w:p w14:paraId="1C5C7E4A" w14:textId="77777777" w:rsidR="000E2F4B" w:rsidRDefault="628A680E" w:rsidP="6857582F">
      <w:pPr>
        <w:pStyle w:val="Pennawd1"/>
        <w:rPr>
          <w:color w:val="auto"/>
        </w:rPr>
      </w:pPr>
      <w:r w:rsidRPr="6857582F">
        <w:rPr>
          <w:color w:val="auto"/>
        </w:rPr>
        <w:t xml:space="preserve">Cam 4 — </w:t>
      </w:r>
      <w:proofErr w:type="spellStart"/>
      <w:r w:rsidRPr="6857582F">
        <w:rPr>
          <w:color w:val="auto"/>
        </w:rPr>
        <w:t>Ehangu’r</w:t>
      </w:r>
      <w:proofErr w:type="spellEnd"/>
      <w:r w:rsidRPr="6857582F">
        <w:rPr>
          <w:color w:val="auto"/>
        </w:rPr>
        <w:t xml:space="preserve"> </w:t>
      </w:r>
      <w:proofErr w:type="spellStart"/>
      <w:r w:rsidRPr="6857582F">
        <w:rPr>
          <w:color w:val="auto"/>
        </w:rPr>
        <w:t>Amserlen</w:t>
      </w:r>
      <w:proofErr w:type="spellEnd"/>
    </w:p>
    <w:tbl>
      <w:tblPr>
        <w:tblStyle w:val="GridTabl"/>
        <w:tblW w:w="8640" w:type="dxa"/>
        <w:tblLook w:val="04A0" w:firstRow="1" w:lastRow="0" w:firstColumn="1" w:lastColumn="0" w:noHBand="0" w:noVBand="1"/>
      </w:tblPr>
      <w:tblGrid>
        <w:gridCol w:w="2775"/>
        <w:gridCol w:w="5865"/>
      </w:tblGrid>
      <w:tr w:rsidR="000E2F4B" w14:paraId="55A63E75" w14:textId="77777777" w:rsidTr="6857582F">
        <w:tc>
          <w:tcPr>
            <w:tcW w:w="2775" w:type="dxa"/>
          </w:tcPr>
          <w:p w14:paraId="23659A67" w14:textId="77777777" w:rsidR="000E2F4B" w:rsidRDefault="007F51C4">
            <w:proofErr w:type="spellStart"/>
            <w:r>
              <w:t>Amcan</w:t>
            </w:r>
            <w:proofErr w:type="spellEnd"/>
            <w:r>
              <w:t>:</w:t>
            </w:r>
          </w:p>
        </w:tc>
        <w:tc>
          <w:tcPr>
            <w:tcW w:w="5865" w:type="dxa"/>
          </w:tcPr>
          <w:p w14:paraId="0BE119C4" w14:textId="77777777" w:rsidR="000E2F4B" w:rsidRDefault="000E2F4B"/>
        </w:tc>
      </w:tr>
      <w:tr w:rsidR="000E2F4B" w14:paraId="18752FA4" w14:textId="77777777" w:rsidTr="6857582F">
        <w:tc>
          <w:tcPr>
            <w:tcW w:w="2775" w:type="dxa"/>
          </w:tcPr>
          <w:p w14:paraId="65B6E891" w14:textId="77777777" w:rsidR="000E2F4B" w:rsidRDefault="007F51C4">
            <w:proofErr w:type="spellStart"/>
            <w:r>
              <w:t>Targed</w:t>
            </w:r>
            <w:proofErr w:type="spellEnd"/>
            <w:r>
              <w:t xml:space="preserve"> </w:t>
            </w:r>
            <w:proofErr w:type="spellStart"/>
            <w:r>
              <w:t>wythnosol</w:t>
            </w:r>
            <w:proofErr w:type="spellEnd"/>
            <w:r>
              <w:t>:</w:t>
            </w:r>
          </w:p>
        </w:tc>
        <w:tc>
          <w:tcPr>
            <w:tcW w:w="5865" w:type="dxa"/>
          </w:tcPr>
          <w:p w14:paraId="3504E941" w14:textId="77777777" w:rsidR="000E2F4B" w:rsidRDefault="000E2F4B"/>
        </w:tc>
      </w:tr>
      <w:tr w:rsidR="000E2F4B" w14:paraId="77547731" w14:textId="77777777" w:rsidTr="6857582F">
        <w:tc>
          <w:tcPr>
            <w:tcW w:w="2775" w:type="dxa"/>
          </w:tcPr>
          <w:p w14:paraId="62B175ED" w14:textId="77777777" w:rsidR="000E2F4B" w:rsidRDefault="007F51C4">
            <w:proofErr w:type="spellStart"/>
            <w:r>
              <w:t>Pynciau</w:t>
            </w:r>
            <w:proofErr w:type="spellEnd"/>
            <w:r>
              <w:t xml:space="preserve"> a </w:t>
            </w:r>
            <w:proofErr w:type="spellStart"/>
            <w:r>
              <w:t>fynychir</w:t>
            </w:r>
            <w:proofErr w:type="spellEnd"/>
            <w:r>
              <w:t>:</w:t>
            </w:r>
          </w:p>
        </w:tc>
        <w:tc>
          <w:tcPr>
            <w:tcW w:w="5865" w:type="dxa"/>
          </w:tcPr>
          <w:p w14:paraId="4D05ECA6" w14:textId="77777777" w:rsidR="000E2F4B" w:rsidRDefault="000E2F4B"/>
        </w:tc>
      </w:tr>
      <w:tr w:rsidR="000E2F4B" w14:paraId="71CBD53C" w14:textId="77777777" w:rsidTr="6857582F">
        <w:tc>
          <w:tcPr>
            <w:tcW w:w="2775" w:type="dxa"/>
          </w:tcPr>
          <w:p w14:paraId="7E6D794D" w14:textId="77777777" w:rsidR="000E2F4B" w:rsidRDefault="007F51C4">
            <w:proofErr w:type="spellStart"/>
            <w:r>
              <w:t>Cefnogaeth</w:t>
            </w:r>
            <w:proofErr w:type="spellEnd"/>
            <w:r>
              <w:t xml:space="preserve"> </w:t>
            </w:r>
            <w:proofErr w:type="spellStart"/>
            <w:r>
              <w:t>angenrheidiol</w:t>
            </w:r>
            <w:proofErr w:type="spellEnd"/>
            <w:r>
              <w:t>:</w:t>
            </w:r>
          </w:p>
        </w:tc>
        <w:tc>
          <w:tcPr>
            <w:tcW w:w="5865" w:type="dxa"/>
          </w:tcPr>
          <w:p w14:paraId="48D36B65" w14:textId="77777777" w:rsidR="000E2F4B" w:rsidRDefault="000E2F4B"/>
        </w:tc>
      </w:tr>
      <w:tr w:rsidR="000E2F4B" w14:paraId="0EBE33F8" w14:textId="77777777" w:rsidTr="6857582F">
        <w:tc>
          <w:tcPr>
            <w:tcW w:w="2775" w:type="dxa"/>
          </w:tcPr>
          <w:p w14:paraId="33C04CF1" w14:textId="77777777" w:rsidR="000E2F4B" w:rsidRDefault="007F51C4">
            <w:proofErr w:type="spellStart"/>
            <w:r>
              <w:t>Dangosyddion</w:t>
            </w:r>
            <w:proofErr w:type="spellEnd"/>
            <w:r>
              <w:t xml:space="preserve"> </w:t>
            </w:r>
            <w:proofErr w:type="spellStart"/>
            <w:r>
              <w:t>llwyddiant</w:t>
            </w:r>
            <w:proofErr w:type="spellEnd"/>
            <w:r>
              <w:t>:</w:t>
            </w:r>
          </w:p>
        </w:tc>
        <w:tc>
          <w:tcPr>
            <w:tcW w:w="5865" w:type="dxa"/>
          </w:tcPr>
          <w:p w14:paraId="735493FD" w14:textId="77777777" w:rsidR="000E2F4B" w:rsidRDefault="000E2F4B"/>
        </w:tc>
      </w:tr>
    </w:tbl>
    <w:p w14:paraId="31DC69AA" w14:textId="77777777" w:rsidR="000E2F4B" w:rsidRDefault="000E2F4B"/>
    <w:p w14:paraId="6FCE7DEA" w14:textId="77777777" w:rsidR="000E2F4B" w:rsidRDefault="628A680E" w:rsidP="6857582F">
      <w:pPr>
        <w:pStyle w:val="Pennawd1"/>
        <w:rPr>
          <w:color w:val="auto"/>
        </w:rPr>
      </w:pPr>
      <w:r w:rsidRPr="6857582F">
        <w:rPr>
          <w:color w:val="auto"/>
        </w:rPr>
        <w:t xml:space="preserve">Cam 5 — </w:t>
      </w:r>
      <w:proofErr w:type="spellStart"/>
      <w:r w:rsidRPr="6857582F">
        <w:rPr>
          <w:color w:val="auto"/>
        </w:rPr>
        <w:t>Integreiddio</w:t>
      </w:r>
      <w:proofErr w:type="spellEnd"/>
      <w:r w:rsidRPr="6857582F">
        <w:rPr>
          <w:color w:val="auto"/>
        </w:rPr>
        <w:t xml:space="preserve"> </w:t>
      </w:r>
      <w:proofErr w:type="spellStart"/>
      <w:r w:rsidRPr="6857582F">
        <w:rPr>
          <w:color w:val="auto"/>
        </w:rPr>
        <w:t>Llawn</w:t>
      </w:r>
      <w:proofErr w:type="spellEnd"/>
    </w:p>
    <w:tbl>
      <w:tblPr>
        <w:tblStyle w:val="GridTabl"/>
        <w:tblW w:w="8640" w:type="dxa"/>
        <w:tblLook w:val="04A0" w:firstRow="1" w:lastRow="0" w:firstColumn="1" w:lastColumn="0" w:noHBand="0" w:noVBand="1"/>
      </w:tblPr>
      <w:tblGrid>
        <w:gridCol w:w="3855"/>
        <w:gridCol w:w="4785"/>
      </w:tblGrid>
      <w:tr w:rsidR="000E2F4B" w14:paraId="4FB53CDB" w14:textId="77777777" w:rsidTr="6857582F">
        <w:tc>
          <w:tcPr>
            <w:tcW w:w="3855" w:type="dxa"/>
          </w:tcPr>
          <w:p w14:paraId="5FC16E12" w14:textId="77777777" w:rsidR="000E2F4B" w:rsidRDefault="007F51C4">
            <w:proofErr w:type="spellStart"/>
            <w:r>
              <w:t>Amcan</w:t>
            </w:r>
            <w:proofErr w:type="spellEnd"/>
            <w:r>
              <w:t>:</w:t>
            </w:r>
          </w:p>
        </w:tc>
        <w:tc>
          <w:tcPr>
            <w:tcW w:w="4785" w:type="dxa"/>
          </w:tcPr>
          <w:p w14:paraId="1AA89051" w14:textId="77777777" w:rsidR="000E2F4B" w:rsidRDefault="000E2F4B"/>
        </w:tc>
      </w:tr>
      <w:tr w:rsidR="000E2F4B" w14:paraId="15D841AD" w14:textId="77777777" w:rsidTr="6857582F">
        <w:tc>
          <w:tcPr>
            <w:tcW w:w="3855" w:type="dxa"/>
          </w:tcPr>
          <w:p w14:paraId="76EC77B2" w14:textId="77777777" w:rsidR="000E2F4B" w:rsidRDefault="007F51C4">
            <w:proofErr w:type="spellStart"/>
            <w:r>
              <w:t>Cynllun</w:t>
            </w:r>
            <w:proofErr w:type="spellEnd"/>
            <w:r>
              <w:t xml:space="preserve"> dal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fyny</w:t>
            </w:r>
            <w:proofErr w:type="spellEnd"/>
            <w:r>
              <w:t xml:space="preserve"> </w:t>
            </w:r>
            <w:proofErr w:type="spellStart"/>
            <w:r>
              <w:t>academaidd</w:t>
            </w:r>
            <w:proofErr w:type="spellEnd"/>
            <w:r>
              <w:t>:</w:t>
            </w:r>
          </w:p>
        </w:tc>
        <w:tc>
          <w:tcPr>
            <w:tcW w:w="4785" w:type="dxa"/>
          </w:tcPr>
          <w:p w14:paraId="68B8D535" w14:textId="77777777" w:rsidR="000E2F4B" w:rsidRDefault="000E2F4B"/>
        </w:tc>
      </w:tr>
      <w:tr w:rsidR="000E2F4B" w14:paraId="537B1277" w14:textId="77777777" w:rsidTr="6857582F">
        <w:tc>
          <w:tcPr>
            <w:tcW w:w="3855" w:type="dxa"/>
          </w:tcPr>
          <w:p w14:paraId="245C4126" w14:textId="77777777" w:rsidR="000E2F4B" w:rsidRDefault="007F51C4">
            <w:proofErr w:type="spellStart"/>
            <w:r>
              <w:t>Cynllun</w:t>
            </w:r>
            <w:proofErr w:type="spellEnd"/>
            <w:r>
              <w:t xml:space="preserve"> </w:t>
            </w:r>
            <w:proofErr w:type="spellStart"/>
            <w:r>
              <w:t>ailintegreiddio</w:t>
            </w:r>
            <w:proofErr w:type="spellEnd"/>
            <w:r>
              <w:t xml:space="preserve"> </w:t>
            </w:r>
            <w:proofErr w:type="spellStart"/>
            <w:r>
              <w:t>cymdeithasol</w:t>
            </w:r>
            <w:proofErr w:type="spellEnd"/>
            <w:r>
              <w:t>:</w:t>
            </w:r>
          </w:p>
        </w:tc>
        <w:tc>
          <w:tcPr>
            <w:tcW w:w="4785" w:type="dxa"/>
          </w:tcPr>
          <w:p w14:paraId="023C043C" w14:textId="77777777" w:rsidR="000E2F4B" w:rsidRDefault="000E2F4B"/>
        </w:tc>
      </w:tr>
      <w:tr w:rsidR="000E2F4B" w14:paraId="75057B5E" w14:textId="77777777" w:rsidTr="6857582F">
        <w:tc>
          <w:tcPr>
            <w:tcW w:w="3855" w:type="dxa"/>
          </w:tcPr>
          <w:p w14:paraId="33804091" w14:textId="77777777" w:rsidR="000E2F4B" w:rsidRDefault="007F51C4">
            <w:proofErr w:type="spellStart"/>
            <w:r>
              <w:t>Addasiadau</w:t>
            </w:r>
            <w:proofErr w:type="spellEnd"/>
            <w:r>
              <w:t xml:space="preserve"> </w:t>
            </w:r>
            <w:proofErr w:type="spellStart"/>
            <w:r>
              <w:t>parhaus</w:t>
            </w:r>
            <w:proofErr w:type="spellEnd"/>
            <w:r>
              <w:t>:</w:t>
            </w:r>
          </w:p>
        </w:tc>
        <w:tc>
          <w:tcPr>
            <w:tcW w:w="4785" w:type="dxa"/>
          </w:tcPr>
          <w:p w14:paraId="5A39C348" w14:textId="77777777" w:rsidR="000E2F4B" w:rsidRDefault="000E2F4B"/>
        </w:tc>
      </w:tr>
    </w:tbl>
    <w:p w14:paraId="6E5AB9A9" w14:textId="77777777" w:rsidR="000E2F4B" w:rsidRDefault="000E2F4B"/>
    <w:p w14:paraId="2991739E" w14:textId="77777777" w:rsidR="000E2F4B" w:rsidRDefault="628A680E" w:rsidP="6857582F">
      <w:pPr>
        <w:pStyle w:val="Pennawd1"/>
        <w:rPr>
          <w:color w:val="auto"/>
        </w:rPr>
      </w:pPr>
      <w:r w:rsidRPr="6857582F">
        <w:rPr>
          <w:color w:val="auto"/>
        </w:rPr>
        <w:t xml:space="preserve">4. </w:t>
      </w:r>
      <w:proofErr w:type="spellStart"/>
      <w:r w:rsidRPr="6857582F">
        <w:rPr>
          <w:color w:val="auto"/>
        </w:rPr>
        <w:t>Cefnogaeth</w:t>
      </w:r>
      <w:proofErr w:type="spellEnd"/>
      <w:r w:rsidRPr="6857582F">
        <w:rPr>
          <w:color w:val="auto"/>
        </w:rPr>
        <w:t xml:space="preserve"> </w:t>
      </w:r>
      <w:proofErr w:type="spellStart"/>
      <w:r w:rsidRPr="6857582F">
        <w:rPr>
          <w:color w:val="auto"/>
        </w:rPr>
        <w:t>Emosiynol</w:t>
      </w:r>
      <w:proofErr w:type="spellEnd"/>
      <w:r w:rsidRPr="6857582F">
        <w:rPr>
          <w:color w:val="auto"/>
        </w:rPr>
        <w:t xml:space="preserve"> ac </w:t>
      </w:r>
      <w:proofErr w:type="spellStart"/>
      <w:r w:rsidRPr="6857582F">
        <w:rPr>
          <w:color w:val="auto"/>
        </w:rPr>
        <w:t>Ymddygiadol</w:t>
      </w:r>
      <w:proofErr w:type="spellEnd"/>
    </w:p>
    <w:tbl>
      <w:tblPr>
        <w:tblStyle w:val="GridTabl"/>
        <w:tblW w:w="8640" w:type="dxa"/>
        <w:tblLook w:val="04A0" w:firstRow="1" w:lastRow="0" w:firstColumn="1" w:lastColumn="0" w:noHBand="0" w:noVBand="1"/>
      </w:tblPr>
      <w:tblGrid>
        <w:gridCol w:w="3810"/>
        <w:gridCol w:w="4830"/>
      </w:tblGrid>
      <w:tr w:rsidR="000E2F4B" w14:paraId="6DA61FB4" w14:textId="77777777" w:rsidTr="6857582F">
        <w:tc>
          <w:tcPr>
            <w:tcW w:w="3810" w:type="dxa"/>
          </w:tcPr>
          <w:p w14:paraId="4C0D4B8A" w14:textId="77777777" w:rsidR="000E2F4B" w:rsidRDefault="007F51C4">
            <w:proofErr w:type="spellStart"/>
            <w:r>
              <w:t>Lleoliad</w:t>
            </w:r>
            <w:proofErr w:type="spellEnd"/>
            <w:r>
              <w:t xml:space="preserve"> </w:t>
            </w:r>
            <w:proofErr w:type="spellStart"/>
            <w:r>
              <w:t>ardal</w:t>
            </w:r>
            <w:proofErr w:type="spellEnd"/>
            <w:r>
              <w:t xml:space="preserve"> </w:t>
            </w:r>
            <w:proofErr w:type="spellStart"/>
            <w:r>
              <w:t>ddiogel</w:t>
            </w:r>
            <w:proofErr w:type="spellEnd"/>
            <w:r>
              <w:t>:</w:t>
            </w:r>
          </w:p>
        </w:tc>
        <w:tc>
          <w:tcPr>
            <w:tcW w:w="4830" w:type="dxa"/>
          </w:tcPr>
          <w:p w14:paraId="3517D07D" w14:textId="77777777" w:rsidR="000E2F4B" w:rsidRDefault="000E2F4B"/>
        </w:tc>
      </w:tr>
      <w:tr w:rsidR="000E2F4B" w14:paraId="0736C6D9" w14:textId="77777777" w:rsidTr="6857582F">
        <w:tc>
          <w:tcPr>
            <w:tcW w:w="3810" w:type="dxa"/>
          </w:tcPr>
          <w:p w14:paraId="191B237F" w14:textId="77777777" w:rsidR="000E2F4B" w:rsidRDefault="007F51C4">
            <w:proofErr w:type="spellStart"/>
            <w:r>
              <w:t>Oedolion</w:t>
            </w:r>
            <w:proofErr w:type="spellEnd"/>
            <w:r>
              <w:t xml:space="preserve"> </w:t>
            </w:r>
            <w:proofErr w:type="spellStart"/>
            <w:r>
              <w:t>diogel</w:t>
            </w:r>
            <w:proofErr w:type="spellEnd"/>
            <w:r>
              <w:t>:</w:t>
            </w:r>
          </w:p>
        </w:tc>
        <w:tc>
          <w:tcPr>
            <w:tcW w:w="4830" w:type="dxa"/>
          </w:tcPr>
          <w:p w14:paraId="412D7037" w14:textId="77777777" w:rsidR="000E2F4B" w:rsidRDefault="000E2F4B"/>
        </w:tc>
      </w:tr>
      <w:tr w:rsidR="000E2F4B" w14:paraId="25912011" w14:textId="77777777" w:rsidTr="6857582F">
        <w:tc>
          <w:tcPr>
            <w:tcW w:w="3810" w:type="dxa"/>
          </w:tcPr>
          <w:p w14:paraId="5B7736A4" w14:textId="77777777" w:rsidR="000E2F4B" w:rsidRDefault="007F51C4">
            <w:proofErr w:type="spellStart"/>
            <w:r>
              <w:t>Strategaethau</w:t>
            </w:r>
            <w:proofErr w:type="spellEnd"/>
            <w:r>
              <w:t xml:space="preserve"> </w:t>
            </w:r>
            <w:proofErr w:type="spellStart"/>
            <w:r>
              <w:t>rheoli</w:t>
            </w:r>
            <w:proofErr w:type="spellEnd"/>
            <w:r>
              <w:t xml:space="preserve"> </w:t>
            </w:r>
            <w:proofErr w:type="spellStart"/>
            <w:r>
              <w:t>emosiynau</w:t>
            </w:r>
            <w:proofErr w:type="spellEnd"/>
            <w:r>
              <w:t>:</w:t>
            </w:r>
          </w:p>
        </w:tc>
        <w:tc>
          <w:tcPr>
            <w:tcW w:w="4830" w:type="dxa"/>
          </w:tcPr>
          <w:p w14:paraId="07781A2F" w14:textId="77777777" w:rsidR="000E2F4B" w:rsidRDefault="000E2F4B"/>
        </w:tc>
      </w:tr>
      <w:tr w:rsidR="000E2F4B" w14:paraId="4A9369BF" w14:textId="77777777" w:rsidTr="6857582F">
        <w:tc>
          <w:tcPr>
            <w:tcW w:w="3810" w:type="dxa"/>
          </w:tcPr>
          <w:p w14:paraId="4B87FF59" w14:textId="77777777" w:rsidR="000E2F4B" w:rsidRDefault="007F51C4">
            <w:proofErr w:type="spellStart"/>
            <w:r>
              <w:t>Arwyddion</w:t>
            </w:r>
            <w:proofErr w:type="spellEnd"/>
            <w:r>
              <w:t xml:space="preserve"> o </w:t>
            </w:r>
            <w:proofErr w:type="spellStart"/>
            <w:r>
              <w:t>gynnydd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pryder</w:t>
            </w:r>
            <w:proofErr w:type="spellEnd"/>
            <w:r>
              <w:t>:</w:t>
            </w:r>
          </w:p>
        </w:tc>
        <w:tc>
          <w:tcPr>
            <w:tcW w:w="4830" w:type="dxa"/>
          </w:tcPr>
          <w:p w14:paraId="3B5BC4A3" w14:textId="77777777" w:rsidR="000E2F4B" w:rsidRDefault="000E2F4B"/>
        </w:tc>
      </w:tr>
      <w:tr w:rsidR="000E2F4B" w14:paraId="1DDF3409" w14:textId="77777777" w:rsidTr="6857582F">
        <w:tc>
          <w:tcPr>
            <w:tcW w:w="3810" w:type="dxa"/>
          </w:tcPr>
          <w:p w14:paraId="144C97A3" w14:textId="77777777" w:rsidR="000E2F4B" w:rsidRDefault="007F51C4">
            <w:proofErr w:type="spellStart"/>
            <w:r>
              <w:t>Strategaethau</w:t>
            </w:r>
            <w:proofErr w:type="spellEnd"/>
            <w:r>
              <w:t xml:space="preserve"> </w:t>
            </w:r>
            <w:proofErr w:type="spellStart"/>
            <w:r>
              <w:t>dadebru</w:t>
            </w:r>
            <w:proofErr w:type="spellEnd"/>
            <w:r>
              <w:t>:</w:t>
            </w:r>
          </w:p>
        </w:tc>
        <w:tc>
          <w:tcPr>
            <w:tcW w:w="4830" w:type="dxa"/>
          </w:tcPr>
          <w:p w14:paraId="5961F41F" w14:textId="77777777" w:rsidR="000E2F4B" w:rsidRDefault="000E2F4B"/>
        </w:tc>
      </w:tr>
    </w:tbl>
    <w:p w14:paraId="16DC10E4" w14:textId="77777777" w:rsidR="000E2F4B" w:rsidRDefault="000E2F4B"/>
    <w:p w14:paraId="1380C995" w14:textId="77777777" w:rsidR="000E2F4B" w:rsidRDefault="628A680E" w:rsidP="6857582F">
      <w:pPr>
        <w:pStyle w:val="Pennawd1"/>
        <w:rPr>
          <w:color w:val="auto"/>
        </w:rPr>
      </w:pPr>
      <w:r w:rsidRPr="6857582F">
        <w:rPr>
          <w:color w:val="auto"/>
        </w:rPr>
        <w:t xml:space="preserve">5. </w:t>
      </w:r>
      <w:proofErr w:type="spellStart"/>
      <w:r w:rsidRPr="6857582F">
        <w:rPr>
          <w:color w:val="auto"/>
        </w:rPr>
        <w:t>Cynllun</w:t>
      </w:r>
      <w:proofErr w:type="spellEnd"/>
      <w:r w:rsidRPr="6857582F">
        <w:rPr>
          <w:color w:val="auto"/>
        </w:rPr>
        <w:t xml:space="preserve"> </w:t>
      </w:r>
      <w:proofErr w:type="spellStart"/>
      <w:r w:rsidRPr="6857582F">
        <w:rPr>
          <w:color w:val="auto"/>
        </w:rPr>
        <w:t>Cyfathrebu</w:t>
      </w:r>
      <w:proofErr w:type="spellEnd"/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0E2F4B" w14:paraId="42A99CEE" w14:textId="77777777">
        <w:tc>
          <w:tcPr>
            <w:tcW w:w="4320" w:type="dxa"/>
          </w:tcPr>
          <w:p w14:paraId="4EC208EF" w14:textId="77777777" w:rsidR="000E2F4B" w:rsidRDefault="007F51C4">
            <w:r>
              <w:t xml:space="preserve">Dull </w:t>
            </w:r>
            <w:proofErr w:type="spellStart"/>
            <w:r>
              <w:t>cyfathrebu</w:t>
            </w:r>
            <w:proofErr w:type="spellEnd"/>
            <w:r>
              <w:t xml:space="preserve"> </w:t>
            </w:r>
            <w:proofErr w:type="spellStart"/>
            <w:r>
              <w:t>dyddiol</w:t>
            </w:r>
            <w:proofErr w:type="spellEnd"/>
            <w:r>
              <w:t>:</w:t>
            </w:r>
          </w:p>
        </w:tc>
        <w:tc>
          <w:tcPr>
            <w:tcW w:w="4320" w:type="dxa"/>
          </w:tcPr>
          <w:p w14:paraId="04DD8E52" w14:textId="77777777" w:rsidR="000E2F4B" w:rsidRDefault="000E2F4B"/>
        </w:tc>
      </w:tr>
      <w:tr w:rsidR="000E2F4B" w14:paraId="590AA63C" w14:textId="77777777">
        <w:tc>
          <w:tcPr>
            <w:tcW w:w="4320" w:type="dxa"/>
          </w:tcPr>
          <w:p w14:paraId="7FF638B0" w14:textId="77777777" w:rsidR="000E2F4B" w:rsidRDefault="007F51C4">
            <w:proofErr w:type="spellStart"/>
            <w:r>
              <w:t>Cynllun</w:t>
            </w:r>
            <w:proofErr w:type="spellEnd"/>
            <w:r>
              <w:t xml:space="preserve"> </w:t>
            </w:r>
            <w:proofErr w:type="spellStart"/>
            <w:r>
              <w:t>cyrraedd</w:t>
            </w:r>
            <w:proofErr w:type="spellEnd"/>
            <w:r>
              <w:t xml:space="preserve"> y bore:</w:t>
            </w:r>
          </w:p>
        </w:tc>
        <w:tc>
          <w:tcPr>
            <w:tcW w:w="4320" w:type="dxa"/>
          </w:tcPr>
          <w:p w14:paraId="23E9BD29" w14:textId="77777777" w:rsidR="000E2F4B" w:rsidRDefault="000E2F4B"/>
        </w:tc>
      </w:tr>
      <w:tr w:rsidR="000E2F4B" w:rsidRPr="00CC7AA6" w14:paraId="346B1E38" w14:textId="77777777">
        <w:tc>
          <w:tcPr>
            <w:tcW w:w="4320" w:type="dxa"/>
          </w:tcPr>
          <w:p w14:paraId="08982B8F" w14:textId="48915541" w:rsidR="000E2F4B" w:rsidRPr="00474E63" w:rsidRDefault="007F51C4">
            <w:pPr>
              <w:rPr>
                <w:lang w:val="da-DK"/>
              </w:rPr>
            </w:pPr>
            <w:r w:rsidRPr="00474E63">
              <w:rPr>
                <w:lang w:val="da-DK"/>
              </w:rPr>
              <w:t xml:space="preserve">Os </w:t>
            </w:r>
            <w:proofErr w:type="spellStart"/>
            <w:r w:rsidRPr="00474E63">
              <w:rPr>
                <w:lang w:val="da-DK"/>
              </w:rPr>
              <w:t>nad</w:t>
            </w:r>
            <w:proofErr w:type="spellEnd"/>
            <w:r w:rsidRPr="00474E63">
              <w:rPr>
                <w:lang w:val="da-DK"/>
              </w:rPr>
              <w:t xml:space="preserve"> </w:t>
            </w:r>
            <w:proofErr w:type="spellStart"/>
            <w:r w:rsidRPr="00474E63">
              <w:rPr>
                <w:lang w:val="da-DK"/>
              </w:rPr>
              <w:t>yw’r</w:t>
            </w:r>
            <w:proofErr w:type="spellEnd"/>
            <w:r w:rsidRPr="00474E63">
              <w:rPr>
                <w:lang w:val="da-DK"/>
              </w:rPr>
              <w:t xml:space="preserve"> </w:t>
            </w:r>
            <w:proofErr w:type="spellStart"/>
            <w:r w:rsidR="00474E63" w:rsidRPr="00474E63">
              <w:rPr>
                <w:lang w:val="da-DK"/>
              </w:rPr>
              <w:t>dysgwr</w:t>
            </w:r>
            <w:proofErr w:type="spellEnd"/>
            <w:r w:rsidRPr="00474E63">
              <w:rPr>
                <w:lang w:val="da-DK"/>
              </w:rPr>
              <w:t xml:space="preserve"> </w:t>
            </w:r>
            <w:proofErr w:type="spellStart"/>
            <w:r w:rsidRPr="00474E63">
              <w:rPr>
                <w:lang w:val="da-DK"/>
              </w:rPr>
              <w:t>yn</w:t>
            </w:r>
            <w:proofErr w:type="spellEnd"/>
            <w:r w:rsidRPr="00474E63">
              <w:rPr>
                <w:lang w:val="da-DK"/>
              </w:rPr>
              <w:t xml:space="preserve"> </w:t>
            </w:r>
            <w:proofErr w:type="spellStart"/>
            <w:r w:rsidRPr="00474E63">
              <w:rPr>
                <w:lang w:val="da-DK"/>
              </w:rPr>
              <w:t>gallu</w:t>
            </w:r>
            <w:proofErr w:type="spellEnd"/>
            <w:r w:rsidRPr="00474E63">
              <w:rPr>
                <w:lang w:val="da-DK"/>
              </w:rPr>
              <w:t xml:space="preserve"> </w:t>
            </w:r>
            <w:proofErr w:type="spellStart"/>
            <w:r w:rsidRPr="00474E63">
              <w:rPr>
                <w:lang w:val="da-DK"/>
              </w:rPr>
              <w:t>mynd</w:t>
            </w:r>
            <w:proofErr w:type="spellEnd"/>
            <w:r w:rsidRPr="00474E63">
              <w:rPr>
                <w:lang w:val="da-DK"/>
              </w:rPr>
              <w:t xml:space="preserve"> i </w:t>
            </w:r>
            <w:proofErr w:type="spellStart"/>
            <w:r w:rsidRPr="00474E63">
              <w:rPr>
                <w:lang w:val="da-DK"/>
              </w:rPr>
              <w:t>mewn</w:t>
            </w:r>
            <w:proofErr w:type="spellEnd"/>
            <w:r w:rsidRPr="00474E63">
              <w:rPr>
                <w:lang w:val="da-DK"/>
              </w:rPr>
              <w:t>:</w:t>
            </w:r>
          </w:p>
        </w:tc>
        <w:tc>
          <w:tcPr>
            <w:tcW w:w="4320" w:type="dxa"/>
          </w:tcPr>
          <w:p w14:paraId="50CBC5AB" w14:textId="77777777" w:rsidR="000E2F4B" w:rsidRPr="00474E63" w:rsidRDefault="000E2F4B">
            <w:pPr>
              <w:rPr>
                <w:lang w:val="da-DK"/>
              </w:rPr>
            </w:pPr>
          </w:p>
        </w:tc>
      </w:tr>
      <w:tr w:rsidR="000E2F4B" w14:paraId="5D332684" w14:textId="77777777">
        <w:tc>
          <w:tcPr>
            <w:tcW w:w="4320" w:type="dxa"/>
          </w:tcPr>
          <w:p w14:paraId="0C730FCE" w14:textId="77777777" w:rsidR="000E2F4B" w:rsidRDefault="007F51C4">
            <w:proofErr w:type="spellStart"/>
            <w:r>
              <w:t>Monitro</w:t>
            </w:r>
            <w:proofErr w:type="spellEnd"/>
            <w:r>
              <w:t xml:space="preserve"> </w:t>
            </w:r>
            <w:proofErr w:type="spellStart"/>
            <w:r>
              <w:t>cynnydd</w:t>
            </w:r>
            <w:proofErr w:type="spellEnd"/>
            <w:r>
              <w:t>:</w:t>
            </w:r>
          </w:p>
        </w:tc>
        <w:tc>
          <w:tcPr>
            <w:tcW w:w="4320" w:type="dxa"/>
          </w:tcPr>
          <w:p w14:paraId="353213EC" w14:textId="77777777" w:rsidR="000E2F4B" w:rsidRDefault="000E2F4B"/>
        </w:tc>
      </w:tr>
    </w:tbl>
    <w:p w14:paraId="0E59715E" w14:textId="77777777" w:rsidR="000E2F4B" w:rsidRDefault="000E2F4B"/>
    <w:p w14:paraId="185EEDB4" w14:textId="04140CA6" w:rsidR="000E2F4B" w:rsidRDefault="628A680E" w:rsidP="6857582F">
      <w:pPr>
        <w:pStyle w:val="Pennawd1"/>
        <w:rPr>
          <w:color w:val="auto"/>
        </w:rPr>
      </w:pPr>
      <w:r w:rsidRPr="6857582F">
        <w:rPr>
          <w:color w:val="auto"/>
        </w:rPr>
        <w:t xml:space="preserve">6. </w:t>
      </w:r>
      <w:proofErr w:type="spellStart"/>
      <w:r w:rsidRPr="6857582F">
        <w:rPr>
          <w:color w:val="auto"/>
        </w:rPr>
        <w:t>Addasiadau</w:t>
      </w:r>
      <w:proofErr w:type="spellEnd"/>
      <w:r w:rsidRPr="6857582F">
        <w:rPr>
          <w:color w:val="auto"/>
        </w:rPr>
        <w:t xml:space="preserve"> </w:t>
      </w:r>
    </w:p>
    <w:tbl>
      <w:tblPr>
        <w:tblStyle w:val="GridTabl"/>
        <w:tblW w:w="8640" w:type="dxa"/>
        <w:tblLook w:val="04A0" w:firstRow="1" w:lastRow="0" w:firstColumn="1" w:lastColumn="0" w:noHBand="0" w:noVBand="1"/>
      </w:tblPr>
      <w:tblGrid>
        <w:gridCol w:w="2925"/>
        <w:gridCol w:w="5715"/>
      </w:tblGrid>
      <w:tr w:rsidR="000E2F4B" w14:paraId="4564EB2D" w14:textId="77777777" w:rsidTr="6857582F">
        <w:tc>
          <w:tcPr>
            <w:tcW w:w="2925" w:type="dxa"/>
          </w:tcPr>
          <w:p w14:paraId="0CD1E1F8" w14:textId="77777777" w:rsidR="000E2F4B" w:rsidRDefault="007F51C4">
            <w:proofErr w:type="spellStart"/>
            <w:r>
              <w:t>Addasiadau</w:t>
            </w:r>
            <w:proofErr w:type="spellEnd"/>
            <w:r>
              <w:t xml:space="preserve"> </w:t>
            </w:r>
            <w:proofErr w:type="spellStart"/>
            <w:r>
              <w:t>academaidd</w:t>
            </w:r>
            <w:proofErr w:type="spellEnd"/>
            <w:r>
              <w:t>:</w:t>
            </w:r>
          </w:p>
        </w:tc>
        <w:tc>
          <w:tcPr>
            <w:tcW w:w="5715" w:type="dxa"/>
          </w:tcPr>
          <w:p w14:paraId="6AD696D2" w14:textId="77777777" w:rsidR="000E2F4B" w:rsidRDefault="000E2F4B"/>
        </w:tc>
      </w:tr>
      <w:tr w:rsidR="000E2F4B" w14:paraId="318F2D72" w14:textId="77777777" w:rsidTr="6857582F">
        <w:tc>
          <w:tcPr>
            <w:tcW w:w="2925" w:type="dxa"/>
          </w:tcPr>
          <w:p w14:paraId="4B9F04F9" w14:textId="77777777" w:rsidR="000E2F4B" w:rsidRDefault="007F51C4">
            <w:proofErr w:type="spellStart"/>
            <w:r>
              <w:t>Addasiadau</w:t>
            </w:r>
            <w:proofErr w:type="spellEnd"/>
            <w:r>
              <w:t xml:space="preserve"> </w:t>
            </w:r>
            <w:proofErr w:type="spellStart"/>
            <w:r>
              <w:t>amgylcheddol</w:t>
            </w:r>
            <w:proofErr w:type="spellEnd"/>
            <w:r>
              <w:t>:</w:t>
            </w:r>
          </w:p>
        </w:tc>
        <w:tc>
          <w:tcPr>
            <w:tcW w:w="5715" w:type="dxa"/>
          </w:tcPr>
          <w:p w14:paraId="2E8EA651" w14:textId="77777777" w:rsidR="000E2F4B" w:rsidRDefault="000E2F4B"/>
        </w:tc>
      </w:tr>
      <w:tr w:rsidR="000E2F4B" w14:paraId="592E233A" w14:textId="77777777" w:rsidTr="6857582F">
        <w:tc>
          <w:tcPr>
            <w:tcW w:w="2925" w:type="dxa"/>
          </w:tcPr>
          <w:p w14:paraId="5CCF34D8" w14:textId="77777777" w:rsidR="000E2F4B" w:rsidRDefault="007F51C4">
            <w:proofErr w:type="spellStart"/>
            <w:r>
              <w:lastRenderedPageBreak/>
              <w:t>Cefnogaeth</w:t>
            </w:r>
            <w:proofErr w:type="spellEnd"/>
            <w:r>
              <w:t xml:space="preserve"> </w:t>
            </w:r>
            <w:proofErr w:type="spellStart"/>
            <w:r>
              <w:t>gymdeithasol</w:t>
            </w:r>
            <w:proofErr w:type="spellEnd"/>
            <w:r>
              <w:t>:</w:t>
            </w:r>
          </w:p>
        </w:tc>
        <w:tc>
          <w:tcPr>
            <w:tcW w:w="5715" w:type="dxa"/>
          </w:tcPr>
          <w:p w14:paraId="142B38C9" w14:textId="77777777" w:rsidR="000E2F4B" w:rsidRDefault="000E2F4B"/>
        </w:tc>
      </w:tr>
    </w:tbl>
    <w:p w14:paraId="5A0A485A" w14:textId="77777777" w:rsidR="000E2F4B" w:rsidRDefault="000E2F4B"/>
    <w:p w14:paraId="57868E31" w14:textId="77777777" w:rsidR="000E2F4B" w:rsidRDefault="628A680E" w:rsidP="6857582F">
      <w:pPr>
        <w:pStyle w:val="Pennawd1"/>
        <w:rPr>
          <w:color w:val="auto"/>
        </w:rPr>
      </w:pPr>
      <w:r w:rsidRPr="6857582F">
        <w:rPr>
          <w:color w:val="auto"/>
        </w:rPr>
        <w:t xml:space="preserve">7. </w:t>
      </w:r>
      <w:proofErr w:type="spellStart"/>
      <w:r w:rsidRPr="6857582F">
        <w:rPr>
          <w:color w:val="auto"/>
        </w:rPr>
        <w:t>Gwobrwyo</w:t>
      </w:r>
      <w:proofErr w:type="spellEnd"/>
      <w:r w:rsidRPr="6857582F">
        <w:rPr>
          <w:color w:val="auto"/>
        </w:rPr>
        <w:t xml:space="preserve"> a </w:t>
      </w:r>
      <w:proofErr w:type="spellStart"/>
      <w:r w:rsidRPr="6857582F">
        <w:rPr>
          <w:color w:val="auto"/>
        </w:rPr>
        <w:t>Chymhelliant</w:t>
      </w:r>
      <w:proofErr w:type="spellEnd"/>
    </w:p>
    <w:tbl>
      <w:tblPr>
        <w:tblStyle w:val="GridTabl"/>
        <w:tblW w:w="8640" w:type="dxa"/>
        <w:tblLook w:val="04A0" w:firstRow="1" w:lastRow="0" w:firstColumn="1" w:lastColumn="0" w:noHBand="0" w:noVBand="1"/>
      </w:tblPr>
      <w:tblGrid>
        <w:gridCol w:w="3525"/>
        <w:gridCol w:w="5115"/>
      </w:tblGrid>
      <w:tr w:rsidR="000E2F4B" w14:paraId="06E136A8" w14:textId="77777777" w:rsidTr="6857582F">
        <w:tc>
          <w:tcPr>
            <w:tcW w:w="3525" w:type="dxa"/>
          </w:tcPr>
          <w:p w14:paraId="6009E469" w14:textId="77777777" w:rsidR="000E2F4B" w:rsidRDefault="007F51C4">
            <w:proofErr w:type="spellStart"/>
            <w:r>
              <w:t>Gwobrau</w:t>
            </w:r>
            <w:proofErr w:type="spellEnd"/>
            <w:r>
              <w:t xml:space="preserve"> </w:t>
            </w:r>
            <w:proofErr w:type="spellStart"/>
            <w:r>
              <w:t>uniongyrchol</w:t>
            </w:r>
            <w:proofErr w:type="spellEnd"/>
            <w:r>
              <w:t>:</w:t>
            </w:r>
          </w:p>
        </w:tc>
        <w:tc>
          <w:tcPr>
            <w:tcW w:w="5115" w:type="dxa"/>
          </w:tcPr>
          <w:p w14:paraId="768C7E96" w14:textId="77777777" w:rsidR="000E2F4B" w:rsidRDefault="000E2F4B"/>
        </w:tc>
      </w:tr>
      <w:tr w:rsidR="000E2F4B" w14:paraId="5228FDCC" w14:textId="77777777" w:rsidTr="6857582F">
        <w:tc>
          <w:tcPr>
            <w:tcW w:w="3525" w:type="dxa"/>
          </w:tcPr>
          <w:p w14:paraId="08FA8FBF" w14:textId="77777777" w:rsidR="000E2F4B" w:rsidRDefault="007F51C4">
            <w:proofErr w:type="spellStart"/>
            <w:r>
              <w:t>Gwobrau</w:t>
            </w:r>
            <w:proofErr w:type="spellEnd"/>
            <w:r>
              <w:t xml:space="preserve"> </w:t>
            </w:r>
            <w:proofErr w:type="spellStart"/>
            <w:r>
              <w:t>tymor</w:t>
            </w:r>
            <w:proofErr w:type="spellEnd"/>
            <w:r>
              <w:t xml:space="preserve"> hir:</w:t>
            </w:r>
          </w:p>
        </w:tc>
        <w:tc>
          <w:tcPr>
            <w:tcW w:w="5115" w:type="dxa"/>
          </w:tcPr>
          <w:p w14:paraId="0F693528" w14:textId="77777777" w:rsidR="000E2F4B" w:rsidRDefault="000E2F4B"/>
        </w:tc>
      </w:tr>
      <w:tr w:rsidR="000E2F4B" w14:paraId="2C66A7D7" w14:textId="77777777" w:rsidTr="6857582F">
        <w:tc>
          <w:tcPr>
            <w:tcW w:w="3525" w:type="dxa"/>
          </w:tcPr>
          <w:p w14:paraId="099D52C7" w14:textId="40FDDC6A" w:rsidR="000E2F4B" w:rsidRDefault="007F51C4">
            <w:r>
              <w:t xml:space="preserve">Beth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cymell</w:t>
            </w:r>
            <w:proofErr w:type="spellEnd"/>
            <w:r>
              <w:t xml:space="preserve"> y </w:t>
            </w:r>
            <w:proofErr w:type="spellStart"/>
            <w:r w:rsidR="00474E63">
              <w:t>dysgwr</w:t>
            </w:r>
            <w:proofErr w:type="spellEnd"/>
            <w:r>
              <w:t xml:space="preserve"> </w:t>
            </w:r>
            <w:proofErr w:type="spellStart"/>
            <w:r>
              <w:t>mwyaf</w:t>
            </w:r>
            <w:proofErr w:type="spellEnd"/>
            <w:r>
              <w:t>:</w:t>
            </w:r>
          </w:p>
        </w:tc>
        <w:tc>
          <w:tcPr>
            <w:tcW w:w="5115" w:type="dxa"/>
          </w:tcPr>
          <w:p w14:paraId="737D63B2" w14:textId="77777777" w:rsidR="000E2F4B" w:rsidRDefault="000E2F4B"/>
        </w:tc>
      </w:tr>
    </w:tbl>
    <w:p w14:paraId="7941A676" w14:textId="77777777" w:rsidR="000E2F4B" w:rsidRDefault="000E2F4B"/>
    <w:p w14:paraId="669C0862" w14:textId="7E5EC4B1" w:rsidR="000E2F4B" w:rsidRDefault="628A680E" w:rsidP="6857582F">
      <w:pPr>
        <w:pStyle w:val="Pennawd1"/>
        <w:rPr>
          <w:color w:val="auto"/>
        </w:rPr>
      </w:pPr>
      <w:r w:rsidRPr="6857582F">
        <w:rPr>
          <w:color w:val="auto"/>
        </w:rPr>
        <w:t xml:space="preserve">8. </w:t>
      </w:r>
      <w:proofErr w:type="spellStart"/>
      <w:r w:rsidRPr="6857582F">
        <w:rPr>
          <w:color w:val="auto"/>
        </w:rPr>
        <w:t>Cynllun</w:t>
      </w:r>
      <w:proofErr w:type="spellEnd"/>
      <w:r w:rsidRPr="6857582F">
        <w:rPr>
          <w:color w:val="auto"/>
        </w:rPr>
        <w:t xml:space="preserve"> </w:t>
      </w:r>
      <w:proofErr w:type="spellStart"/>
      <w:r w:rsidRPr="6857582F">
        <w:rPr>
          <w:color w:val="auto"/>
        </w:rPr>
        <w:t>Argyfwng</w:t>
      </w:r>
      <w:proofErr w:type="spellEnd"/>
    </w:p>
    <w:tbl>
      <w:tblPr>
        <w:tblStyle w:val="GridTabl"/>
        <w:tblW w:w="8640" w:type="dxa"/>
        <w:tblLook w:val="04A0" w:firstRow="1" w:lastRow="0" w:firstColumn="1" w:lastColumn="0" w:noHBand="0" w:noVBand="1"/>
      </w:tblPr>
      <w:tblGrid>
        <w:gridCol w:w="3195"/>
        <w:gridCol w:w="5445"/>
      </w:tblGrid>
      <w:tr w:rsidR="000E2F4B" w14:paraId="71555F59" w14:textId="77777777" w:rsidTr="6857582F">
        <w:tc>
          <w:tcPr>
            <w:tcW w:w="3195" w:type="dxa"/>
          </w:tcPr>
          <w:p w14:paraId="0AFA79D6" w14:textId="77777777" w:rsidR="000E2F4B" w:rsidRDefault="007F51C4">
            <w:proofErr w:type="spellStart"/>
            <w:r>
              <w:t>Camau</w:t>
            </w:r>
            <w:proofErr w:type="spellEnd"/>
            <w:r>
              <w:t xml:space="preserve"> </w:t>
            </w:r>
            <w:proofErr w:type="spellStart"/>
            <w:r>
              <w:t>ymateb</w:t>
            </w:r>
            <w:proofErr w:type="spellEnd"/>
            <w:r>
              <w:t xml:space="preserve"> staff:</w:t>
            </w:r>
          </w:p>
        </w:tc>
        <w:tc>
          <w:tcPr>
            <w:tcW w:w="5445" w:type="dxa"/>
          </w:tcPr>
          <w:p w14:paraId="4620BF3D" w14:textId="77777777" w:rsidR="000E2F4B" w:rsidRDefault="000E2F4B"/>
        </w:tc>
      </w:tr>
      <w:tr w:rsidR="000E2F4B" w14:paraId="6B113C36" w14:textId="77777777" w:rsidTr="6857582F">
        <w:tc>
          <w:tcPr>
            <w:tcW w:w="3195" w:type="dxa"/>
          </w:tcPr>
          <w:p w14:paraId="7337D184" w14:textId="77777777" w:rsidR="000E2F4B" w:rsidRDefault="007F51C4">
            <w:proofErr w:type="spellStart"/>
            <w:r>
              <w:t>Defnyddio’r</w:t>
            </w:r>
            <w:proofErr w:type="spellEnd"/>
            <w:r>
              <w:t xml:space="preserve"> </w:t>
            </w:r>
            <w:proofErr w:type="spellStart"/>
            <w:r>
              <w:t>ardal</w:t>
            </w:r>
            <w:proofErr w:type="spellEnd"/>
            <w:r>
              <w:t xml:space="preserve"> </w:t>
            </w:r>
            <w:proofErr w:type="spellStart"/>
            <w:r>
              <w:t>ddiogel</w:t>
            </w:r>
            <w:proofErr w:type="spellEnd"/>
            <w:r>
              <w:t>:</w:t>
            </w:r>
          </w:p>
        </w:tc>
        <w:tc>
          <w:tcPr>
            <w:tcW w:w="5445" w:type="dxa"/>
          </w:tcPr>
          <w:p w14:paraId="3F6D9C48" w14:textId="77777777" w:rsidR="000E2F4B" w:rsidRDefault="000E2F4B"/>
        </w:tc>
      </w:tr>
      <w:tr w:rsidR="000E2F4B" w14:paraId="70830DCA" w14:textId="77777777" w:rsidTr="6857582F">
        <w:tc>
          <w:tcPr>
            <w:tcW w:w="3195" w:type="dxa"/>
          </w:tcPr>
          <w:p w14:paraId="0F3FDD74" w14:textId="77777777" w:rsidR="000E2F4B" w:rsidRDefault="007F51C4">
            <w:proofErr w:type="spellStart"/>
            <w:r>
              <w:t>Gweithdrefn</w:t>
            </w:r>
            <w:proofErr w:type="spellEnd"/>
            <w:r>
              <w:t xml:space="preserve"> </w:t>
            </w:r>
            <w:proofErr w:type="spellStart"/>
            <w:r>
              <w:t>cysylltu</w:t>
            </w:r>
            <w:proofErr w:type="spellEnd"/>
            <w:r>
              <w:t xml:space="preserve"> â </w:t>
            </w:r>
            <w:proofErr w:type="spellStart"/>
            <w:r>
              <w:t>rhieni</w:t>
            </w:r>
            <w:proofErr w:type="spellEnd"/>
            <w:r>
              <w:t>:</w:t>
            </w:r>
          </w:p>
        </w:tc>
        <w:tc>
          <w:tcPr>
            <w:tcW w:w="5445" w:type="dxa"/>
          </w:tcPr>
          <w:p w14:paraId="201F6C1B" w14:textId="77777777" w:rsidR="000E2F4B" w:rsidRDefault="000E2F4B"/>
        </w:tc>
      </w:tr>
      <w:tr w:rsidR="000E2F4B" w14:paraId="18A8701A" w14:textId="77777777" w:rsidTr="6857582F">
        <w:tc>
          <w:tcPr>
            <w:tcW w:w="3195" w:type="dxa"/>
          </w:tcPr>
          <w:p w14:paraId="6776EA32" w14:textId="77777777" w:rsidR="000E2F4B" w:rsidRDefault="007F51C4">
            <w:proofErr w:type="spellStart"/>
            <w:r>
              <w:t>Arwyddion</w:t>
            </w:r>
            <w:proofErr w:type="spellEnd"/>
            <w:r>
              <w:t xml:space="preserve"> </w:t>
            </w:r>
            <w:proofErr w:type="spellStart"/>
            <w:r>
              <w:t>rhybudd</w:t>
            </w:r>
            <w:proofErr w:type="spellEnd"/>
            <w:r>
              <w:t xml:space="preserve"> </w:t>
            </w:r>
            <w:proofErr w:type="spellStart"/>
            <w:r>
              <w:t>cynnar</w:t>
            </w:r>
            <w:proofErr w:type="spellEnd"/>
            <w:r>
              <w:t>:</w:t>
            </w:r>
          </w:p>
        </w:tc>
        <w:tc>
          <w:tcPr>
            <w:tcW w:w="5445" w:type="dxa"/>
          </w:tcPr>
          <w:p w14:paraId="58037B92" w14:textId="77777777" w:rsidR="000E2F4B" w:rsidRDefault="000E2F4B"/>
        </w:tc>
      </w:tr>
    </w:tbl>
    <w:p w14:paraId="6F321A03" w14:textId="77777777" w:rsidR="000E2F4B" w:rsidRDefault="000E2F4B"/>
    <w:p w14:paraId="701CE78A" w14:textId="77777777" w:rsidR="000E2F4B" w:rsidRDefault="628A680E" w:rsidP="6857582F">
      <w:pPr>
        <w:pStyle w:val="Pennawd1"/>
        <w:rPr>
          <w:color w:val="auto"/>
        </w:rPr>
      </w:pPr>
      <w:r w:rsidRPr="6857582F">
        <w:rPr>
          <w:color w:val="auto"/>
        </w:rPr>
        <w:t xml:space="preserve">9. </w:t>
      </w:r>
      <w:proofErr w:type="spellStart"/>
      <w:r w:rsidRPr="6857582F">
        <w:rPr>
          <w:color w:val="auto"/>
        </w:rPr>
        <w:t>Adolygu</w:t>
      </w:r>
      <w:proofErr w:type="spellEnd"/>
      <w:r w:rsidRPr="6857582F">
        <w:rPr>
          <w:color w:val="auto"/>
        </w:rPr>
        <w:t xml:space="preserve"> ac </w:t>
      </w:r>
      <w:proofErr w:type="spellStart"/>
      <w:r w:rsidRPr="6857582F">
        <w:rPr>
          <w:color w:val="auto"/>
        </w:rPr>
        <w:t>Asesu</w:t>
      </w:r>
      <w:proofErr w:type="spellEnd"/>
    </w:p>
    <w:tbl>
      <w:tblPr>
        <w:tblStyle w:val="GridTabl"/>
        <w:tblW w:w="8640" w:type="dxa"/>
        <w:tblLook w:val="04A0" w:firstRow="1" w:lastRow="0" w:firstColumn="1" w:lastColumn="0" w:noHBand="0" w:noVBand="1"/>
      </w:tblPr>
      <w:tblGrid>
        <w:gridCol w:w="3180"/>
        <w:gridCol w:w="5460"/>
      </w:tblGrid>
      <w:tr w:rsidR="000E2F4B" w14:paraId="6BEBFDE8" w14:textId="77777777" w:rsidTr="6857582F">
        <w:tc>
          <w:tcPr>
            <w:tcW w:w="3180" w:type="dxa"/>
          </w:tcPr>
          <w:p w14:paraId="1FEB7C1E" w14:textId="77777777" w:rsidR="000E2F4B" w:rsidRDefault="007F51C4">
            <w:proofErr w:type="spellStart"/>
            <w:r>
              <w:t>Nodiadau</w:t>
            </w:r>
            <w:proofErr w:type="spellEnd"/>
            <w:r>
              <w:t xml:space="preserve"> </w:t>
            </w:r>
            <w:proofErr w:type="spellStart"/>
            <w:r>
              <w:t>adolygu</w:t>
            </w:r>
            <w:proofErr w:type="spellEnd"/>
            <w:r>
              <w:t xml:space="preserve"> </w:t>
            </w:r>
            <w:proofErr w:type="spellStart"/>
            <w:r>
              <w:t>wythnosol</w:t>
            </w:r>
            <w:proofErr w:type="spellEnd"/>
            <w:r>
              <w:t>:</w:t>
            </w:r>
          </w:p>
        </w:tc>
        <w:tc>
          <w:tcPr>
            <w:tcW w:w="5460" w:type="dxa"/>
          </w:tcPr>
          <w:p w14:paraId="28053C6E" w14:textId="77777777" w:rsidR="000E2F4B" w:rsidRDefault="000E2F4B"/>
        </w:tc>
      </w:tr>
      <w:tr w:rsidR="000E2F4B" w14:paraId="3861DB5A" w14:textId="77777777" w:rsidTr="6857582F">
        <w:tc>
          <w:tcPr>
            <w:tcW w:w="3180" w:type="dxa"/>
          </w:tcPr>
          <w:p w14:paraId="5778A517" w14:textId="77777777" w:rsidR="000E2F4B" w:rsidRDefault="007F51C4">
            <w:proofErr w:type="spellStart"/>
            <w:r>
              <w:t>Addasiadau</w:t>
            </w:r>
            <w:proofErr w:type="spellEnd"/>
            <w:r>
              <w:t xml:space="preserve"> a </w:t>
            </w:r>
            <w:proofErr w:type="spellStart"/>
            <w:r>
              <w:t>wnaed</w:t>
            </w:r>
            <w:proofErr w:type="spellEnd"/>
            <w:r>
              <w:t>:</w:t>
            </w:r>
          </w:p>
        </w:tc>
        <w:tc>
          <w:tcPr>
            <w:tcW w:w="5460" w:type="dxa"/>
          </w:tcPr>
          <w:p w14:paraId="4A624E47" w14:textId="77777777" w:rsidR="000E2F4B" w:rsidRDefault="000E2F4B"/>
        </w:tc>
      </w:tr>
      <w:tr w:rsidR="000E2F4B" w14:paraId="37A732A6" w14:textId="77777777" w:rsidTr="6857582F">
        <w:tc>
          <w:tcPr>
            <w:tcW w:w="3180" w:type="dxa"/>
          </w:tcPr>
          <w:p w14:paraId="1D28D235" w14:textId="77777777" w:rsidR="000E2F4B" w:rsidRDefault="007F51C4">
            <w:proofErr w:type="spellStart"/>
            <w:r>
              <w:t>Camau</w:t>
            </w:r>
            <w:proofErr w:type="spellEnd"/>
            <w:r>
              <w:t xml:space="preserve"> </w:t>
            </w:r>
            <w:proofErr w:type="spellStart"/>
            <w:r>
              <w:t>nesaf</w:t>
            </w:r>
            <w:proofErr w:type="spellEnd"/>
            <w:r>
              <w:t>:</w:t>
            </w:r>
          </w:p>
        </w:tc>
        <w:tc>
          <w:tcPr>
            <w:tcW w:w="5460" w:type="dxa"/>
          </w:tcPr>
          <w:p w14:paraId="4214EBCF" w14:textId="77777777" w:rsidR="000E2F4B" w:rsidRDefault="000E2F4B"/>
        </w:tc>
      </w:tr>
      <w:tr w:rsidR="000E2F4B" w14:paraId="39D7A2FA" w14:textId="77777777" w:rsidTr="6857582F">
        <w:tc>
          <w:tcPr>
            <w:tcW w:w="3180" w:type="dxa"/>
          </w:tcPr>
          <w:p w14:paraId="244EEAF7" w14:textId="77777777" w:rsidR="000E2F4B" w:rsidRDefault="007F51C4">
            <w:proofErr w:type="spellStart"/>
            <w:r>
              <w:t>Llofnodion</w:t>
            </w:r>
            <w:proofErr w:type="spellEnd"/>
            <w:r>
              <w:t>:</w:t>
            </w:r>
          </w:p>
        </w:tc>
        <w:tc>
          <w:tcPr>
            <w:tcW w:w="5460" w:type="dxa"/>
          </w:tcPr>
          <w:p w14:paraId="0298C559" w14:textId="77777777" w:rsidR="000E2F4B" w:rsidRDefault="000E2F4B"/>
        </w:tc>
      </w:tr>
    </w:tbl>
    <w:p w14:paraId="20941AC7" w14:textId="77777777" w:rsidR="000E2F4B" w:rsidRDefault="000E2F4B"/>
    <w:sectPr w:rsidR="000E2F4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BD7E1" w14:textId="77777777" w:rsidR="00CC7AA6" w:rsidRDefault="00CC7AA6" w:rsidP="00CC7AA6">
      <w:pPr>
        <w:spacing w:after="0" w:line="240" w:lineRule="auto"/>
      </w:pPr>
      <w:r>
        <w:separator/>
      </w:r>
    </w:p>
  </w:endnote>
  <w:endnote w:type="continuationSeparator" w:id="0">
    <w:p w14:paraId="0031F189" w14:textId="77777777" w:rsidR="00CC7AA6" w:rsidRDefault="00CC7AA6" w:rsidP="00CC7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F6991" w14:textId="77777777" w:rsidR="00CC7AA6" w:rsidRDefault="00CC7AA6" w:rsidP="00CC7AA6">
      <w:pPr>
        <w:spacing w:after="0" w:line="240" w:lineRule="auto"/>
      </w:pPr>
      <w:r>
        <w:separator/>
      </w:r>
    </w:p>
  </w:footnote>
  <w:footnote w:type="continuationSeparator" w:id="0">
    <w:p w14:paraId="1B96A626" w14:textId="77777777" w:rsidR="00CC7AA6" w:rsidRDefault="00CC7AA6" w:rsidP="00CC7A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RhestrRhifau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RhestrRhifau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RhestrBwled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RhestrBwled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RhestrRhifau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RhestrBwled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67274058">
    <w:abstractNumId w:val="8"/>
  </w:num>
  <w:num w:numId="2" w16cid:durableId="1809979245">
    <w:abstractNumId w:val="6"/>
  </w:num>
  <w:num w:numId="3" w16cid:durableId="829103824">
    <w:abstractNumId w:val="5"/>
  </w:num>
  <w:num w:numId="4" w16cid:durableId="132870931">
    <w:abstractNumId w:val="4"/>
  </w:num>
  <w:num w:numId="5" w16cid:durableId="1751006242">
    <w:abstractNumId w:val="7"/>
  </w:num>
  <w:num w:numId="6" w16cid:durableId="1045838063">
    <w:abstractNumId w:val="3"/>
  </w:num>
  <w:num w:numId="7" w16cid:durableId="890731124">
    <w:abstractNumId w:val="2"/>
  </w:num>
  <w:num w:numId="8" w16cid:durableId="1245073445">
    <w:abstractNumId w:val="1"/>
  </w:num>
  <w:num w:numId="9" w16cid:durableId="790435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E2F4B"/>
    <w:rsid w:val="00125330"/>
    <w:rsid w:val="0015074B"/>
    <w:rsid w:val="0029639D"/>
    <w:rsid w:val="00303B4B"/>
    <w:rsid w:val="00326F90"/>
    <w:rsid w:val="00474E63"/>
    <w:rsid w:val="007F51C4"/>
    <w:rsid w:val="00A3122F"/>
    <w:rsid w:val="00AA1D8D"/>
    <w:rsid w:val="00B47730"/>
    <w:rsid w:val="00CB0664"/>
    <w:rsid w:val="00CC7AA6"/>
    <w:rsid w:val="00FC693F"/>
    <w:rsid w:val="08069550"/>
    <w:rsid w:val="2218DBE7"/>
    <w:rsid w:val="27753F30"/>
    <w:rsid w:val="2B239BAA"/>
    <w:rsid w:val="5183B6FE"/>
    <w:rsid w:val="5D29FBDC"/>
    <w:rsid w:val="628A680E"/>
    <w:rsid w:val="6857582F"/>
    <w:rsid w:val="778E3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4F66F5B1"/>
  <w14:defaultImageDpi w14:val="300"/>
  <w15:docId w15:val="{3B8A38D9-3536-4E6D-BA2D-445F72B91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Pennawd1">
    <w:name w:val="heading 1"/>
    <w:basedOn w:val="Normal"/>
    <w:next w:val="Normal"/>
    <w:link w:val="Pennawd1Nod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ennawd2">
    <w:name w:val="heading 2"/>
    <w:basedOn w:val="Normal"/>
    <w:next w:val="Normal"/>
    <w:link w:val="Pennawd2Nod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ennawd3">
    <w:name w:val="heading 3"/>
    <w:basedOn w:val="Normal"/>
    <w:next w:val="Normal"/>
    <w:link w:val="Pennawd3Nod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ennyn">
    <w:name w:val="header"/>
    <w:basedOn w:val="Normal"/>
    <w:link w:val="PennynNod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E618BF"/>
  </w:style>
  <w:style w:type="paragraph" w:styleId="Troedyn">
    <w:name w:val="footer"/>
    <w:basedOn w:val="Normal"/>
    <w:link w:val="TroedynNod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E618BF"/>
  </w:style>
  <w:style w:type="paragraph" w:styleId="DimBylchau">
    <w:name w:val="No Spacing"/>
    <w:uiPriority w:val="1"/>
    <w:qFormat/>
    <w:rsid w:val="00FC693F"/>
    <w:pPr>
      <w:spacing w:after="0" w:line="240" w:lineRule="auto"/>
    </w:pPr>
  </w:style>
  <w:style w:type="character" w:customStyle="1" w:styleId="Pennawd1Nod">
    <w:name w:val="Pennawd 1 Nod"/>
    <w:basedOn w:val="FfontParagraffDdiofyn"/>
    <w:link w:val="Pennawd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Pennawd2Nod">
    <w:name w:val="Pennawd 2 Nod"/>
    <w:basedOn w:val="FfontParagraffDdiofyn"/>
    <w:link w:val="Pennawd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Pennawd3Nod">
    <w:name w:val="Pennawd 3 Nod"/>
    <w:basedOn w:val="FfontParagraffDdiofyn"/>
    <w:link w:val="Pennawd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itl">
    <w:name w:val="Title"/>
    <w:basedOn w:val="Normal"/>
    <w:next w:val="Normal"/>
    <w:link w:val="TeitlNod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eitlNod">
    <w:name w:val="Teitl Nod"/>
    <w:basedOn w:val="FfontParagraffDdiofyn"/>
    <w:link w:val="Teit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Isdeitl">
    <w:name w:val="Subtitle"/>
    <w:basedOn w:val="Normal"/>
    <w:next w:val="Normal"/>
    <w:link w:val="IsdeitlNo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IsdeitlNod">
    <w:name w:val="Isdeitl Nod"/>
    <w:basedOn w:val="FfontParagraffDdiofyn"/>
    <w:link w:val="Isdeit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fRhestr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ffyTestun">
    <w:name w:val="Body Text"/>
    <w:basedOn w:val="Normal"/>
    <w:link w:val="CorffyTestunNod"/>
    <w:uiPriority w:val="99"/>
    <w:unhideWhenUsed/>
    <w:rsid w:val="00AA1D8D"/>
    <w:pPr>
      <w:spacing w:after="120"/>
    </w:pPr>
  </w:style>
  <w:style w:type="character" w:customStyle="1" w:styleId="CorffyTestunNod">
    <w:name w:val="Corff y Testun Nod"/>
    <w:basedOn w:val="FfontParagraffDdiofyn"/>
    <w:link w:val="CorffyTestun"/>
    <w:uiPriority w:val="99"/>
    <w:rsid w:val="00AA1D8D"/>
  </w:style>
  <w:style w:type="paragraph" w:styleId="CorffyTestun2">
    <w:name w:val="Body Text 2"/>
    <w:basedOn w:val="Normal"/>
    <w:link w:val="CorffyTestun2Nod"/>
    <w:uiPriority w:val="99"/>
    <w:unhideWhenUsed/>
    <w:rsid w:val="00AA1D8D"/>
    <w:pPr>
      <w:spacing w:after="120" w:line="480" w:lineRule="auto"/>
    </w:pPr>
  </w:style>
  <w:style w:type="character" w:customStyle="1" w:styleId="CorffyTestun2Nod">
    <w:name w:val="Corff y Testun 2 Nod"/>
    <w:basedOn w:val="FfontParagraffDdiofyn"/>
    <w:link w:val="CorffyTestun2"/>
    <w:uiPriority w:val="99"/>
    <w:rsid w:val="00AA1D8D"/>
  </w:style>
  <w:style w:type="paragraph" w:styleId="CorffyTestun3">
    <w:name w:val="Body Text 3"/>
    <w:basedOn w:val="Normal"/>
    <w:link w:val="CorffyTestun3Nod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ffyTestun3Nod">
    <w:name w:val="Corff y Testun 3 Nod"/>
    <w:basedOn w:val="FfontParagraffDdiofyn"/>
    <w:link w:val="CorffyTestun3"/>
    <w:uiPriority w:val="99"/>
    <w:rsid w:val="00AA1D8D"/>
    <w:rPr>
      <w:sz w:val="16"/>
      <w:szCs w:val="16"/>
    </w:rPr>
  </w:style>
  <w:style w:type="paragraph" w:styleId="Rhestr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Rhestr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Rhestr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RhestrBwled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RhestrBwled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RhestrBwled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RhestrRhifau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RhestrRhifau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RhestrRhifau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RhestrParhau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RhestrParhau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RhestrParhau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stunMacro">
    <w:name w:val="macro"/>
    <w:link w:val="TestunMacroNod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unMacroNod">
    <w:name w:val="Testun Macro Nod"/>
    <w:basedOn w:val="FfontParagraffDdiofyn"/>
    <w:link w:val="TestunMacro"/>
    <w:uiPriority w:val="99"/>
    <w:rsid w:val="0029639D"/>
    <w:rPr>
      <w:rFonts w:ascii="Courier" w:hAnsi="Courier"/>
      <w:sz w:val="20"/>
      <w:szCs w:val="20"/>
    </w:rPr>
  </w:style>
  <w:style w:type="paragraph" w:styleId="Dyfyniad">
    <w:name w:val="Quote"/>
    <w:basedOn w:val="Normal"/>
    <w:next w:val="Normal"/>
    <w:link w:val="DyfyniadNod"/>
    <w:uiPriority w:val="29"/>
    <w:qFormat/>
    <w:rsid w:val="00FC693F"/>
    <w:rPr>
      <w:i/>
      <w:iCs/>
      <w:color w:val="000000" w:themeColor="text1"/>
    </w:rPr>
  </w:style>
  <w:style w:type="character" w:customStyle="1" w:styleId="DyfyniadNod">
    <w:name w:val="Dyfyniad Nod"/>
    <w:basedOn w:val="FfontParagraffDdiofyn"/>
    <w:link w:val="Dyfyniad"/>
    <w:uiPriority w:val="29"/>
    <w:rsid w:val="00FC693F"/>
    <w:rPr>
      <w:i/>
      <w:iCs/>
      <w:color w:val="000000" w:themeColor="text1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ennawd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Cryf">
    <w:name w:val="Strong"/>
    <w:basedOn w:val="FfontParagraffDdiofyn"/>
    <w:uiPriority w:val="22"/>
    <w:qFormat/>
    <w:rsid w:val="00FC693F"/>
    <w:rPr>
      <w:b/>
      <w:bCs/>
    </w:rPr>
  </w:style>
  <w:style w:type="character" w:styleId="Pwyslais">
    <w:name w:val="Emphasis"/>
    <w:basedOn w:val="FfontParagraffDdiofyn"/>
    <w:uiPriority w:val="20"/>
    <w:qFormat/>
    <w:rsid w:val="00FC693F"/>
    <w:rPr>
      <w:i/>
      <w:iCs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FC693F"/>
    <w:rPr>
      <w:b/>
      <w:bCs/>
      <w:i/>
      <w:iCs/>
      <w:color w:val="4F81BD" w:themeColor="accent1"/>
    </w:rPr>
  </w:style>
  <w:style w:type="character" w:styleId="PwyslaisYsgafn">
    <w:name w:val="Subtle Emphasis"/>
    <w:basedOn w:val="FfontParagraffDdiofyn"/>
    <w:uiPriority w:val="19"/>
    <w:qFormat/>
    <w:rsid w:val="00FC693F"/>
    <w:rPr>
      <w:i/>
      <w:iCs/>
      <w:color w:val="808080" w:themeColor="text1" w:themeTint="7F"/>
    </w:rPr>
  </w:style>
  <w:style w:type="character" w:styleId="PwyslaisDdwys">
    <w:name w:val="Intense Emphasis"/>
    <w:basedOn w:val="FfontParagraffDdiofyn"/>
    <w:uiPriority w:val="21"/>
    <w:qFormat/>
    <w:rsid w:val="00FC693F"/>
    <w:rPr>
      <w:b/>
      <w:bCs/>
      <w:i/>
      <w:iCs/>
      <w:color w:val="4F81BD" w:themeColor="accent1"/>
    </w:rPr>
  </w:style>
  <w:style w:type="character" w:styleId="CyfeirnodYsgafn">
    <w:name w:val="Subtle Reference"/>
    <w:basedOn w:val="FfontParagraffDdiofyn"/>
    <w:uiPriority w:val="31"/>
    <w:qFormat/>
    <w:rsid w:val="00FC693F"/>
    <w:rPr>
      <w:smallCaps/>
      <w:color w:val="C0504D" w:themeColor="accent2"/>
      <w:u w:val="single"/>
    </w:rPr>
  </w:style>
  <w:style w:type="character" w:styleId="CyfeirnodDwys">
    <w:name w:val="Intense Reference"/>
    <w:basedOn w:val="FfontParagraffDdiofyn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eitlyLlyfr">
    <w:name w:val="Book Title"/>
    <w:basedOn w:val="FfontParagraffDdiofyn"/>
    <w:uiPriority w:val="33"/>
    <w:qFormat/>
    <w:rsid w:val="00FC693F"/>
    <w:rPr>
      <w:b/>
      <w:bCs/>
      <w:smallCaps/>
      <w:spacing w:val="5"/>
    </w:rPr>
  </w:style>
  <w:style w:type="paragraph" w:styleId="PennawdTablCynnwys">
    <w:name w:val="TOC Heading"/>
    <w:basedOn w:val="Pennawd1"/>
    <w:next w:val="Normal"/>
    <w:uiPriority w:val="39"/>
    <w:semiHidden/>
    <w:unhideWhenUsed/>
    <w:qFormat/>
    <w:rsid w:val="00FC693F"/>
    <w:pPr>
      <w:outlineLvl w:val="9"/>
    </w:pPr>
  </w:style>
  <w:style w:type="table" w:styleId="GridTabl">
    <w:name w:val="Table Grid"/>
    <w:basedOn w:val="Tabl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addliwGolau">
    <w:name w:val="Light Shading"/>
    <w:basedOn w:val="Tabl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GraddliwioGolau-Acen1">
    <w:name w:val="Light Shading Accent 1"/>
    <w:basedOn w:val="Tabl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GraddliwioGolau-Acen2">
    <w:name w:val="Light Shading Accent 2"/>
    <w:basedOn w:val="Tabl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GraddliwioGolau-Acen3">
    <w:name w:val="Light Shading Accent 3"/>
    <w:basedOn w:val="Tabl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GraddliwioGolau-Acen4">
    <w:name w:val="Light Shading Accent 4"/>
    <w:basedOn w:val="Tabl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GraddliwioGolau-Acen5">
    <w:name w:val="Light Shading Accent 5"/>
    <w:basedOn w:val="Tabl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GraddliwioGolau-Acen6">
    <w:name w:val="Light Shading Accent 6"/>
    <w:basedOn w:val="Tabl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RhestrOlau">
    <w:name w:val="Light List"/>
    <w:basedOn w:val="Tab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RhestrOlau-Acen1">
    <w:name w:val="Light List Accent 1"/>
    <w:basedOn w:val="Tab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RhestrOlau-Acen2">
    <w:name w:val="Light List Accent 2"/>
    <w:basedOn w:val="Tab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RhestrOlau-Acen3">
    <w:name w:val="Light List Accent 3"/>
    <w:basedOn w:val="Tab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RhestrOlau-Acen4">
    <w:name w:val="Light List Accent 4"/>
    <w:basedOn w:val="Tab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RhestrOlau-Acen5">
    <w:name w:val="Light List Accent 5"/>
    <w:basedOn w:val="Tab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RhestrOlau-Acen6">
    <w:name w:val="Light List Accent 6"/>
    <w:basedOn w:val="Tab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dGolau">
    <w:name w:val="Light Grid"/>
    <w:basedOn w:val="Tab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dGolau-Acen1">
    <w:name w:val="Light Grid Accent 1"/>
    <w:basedOn w:val="Tab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dGolau-Acen2">
    <w:name w:val="Light Grid Accent 2"/>
    <w:basedOn w:val="Tab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dGolau-Acen3">
    <w:name w:val="Light Grid Accent 3"/>
    <w:basedOn w:val="Tab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dGolau-Acen4">
    <w:name w:val="Light Grid Accent 4"/>
    <w:basedOn w:val="Tab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dGolau-Acen5">
    <w:name w:val="Light Grid Accent 5"/>
    <w:basedOn w:val="Tab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dGolau-Acen6">
    <w:name w:val="Light Grid Accent 6"/>
    <w:basedOn w:val="Tab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GraddliwioCanolig1">
    <w:name w:val="Medium Shading 1"/>
    <w:basedOn w:val="Tab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dliwioCanolig1-Acen1">
    <w:name w:val="Medium Shading 1 Accent 1"/>
    <w:basedOn w:val="Tab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dliwioCanolig1-Acen2">
    <w:name w:val="Medium Shading 1 Accent 2"/>
    <w:basedOn w:val="Tab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dliwioCanolig1-Acen3">
    <w:name w:val="Medium Shading 1 Accent 3"/>
    <w:basedOn w:val="Tab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dliwioCanolig1-Acen4">
    <w:name w:val="Medium Shading 1 Accent 4"/>
    <w:basedOn w:val="Tab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dliwioCanolig1-Acen5">
    <w:name w:val="Medium Shading 1 Accent 5"/>
    <w:basedOn w:val="Tab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dliwioCanolig1-Acen6">
    <w:name w:val="Medium Shading 1 Accent 6"/>
    <w:basedOn w:val="Tab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dliwioCanolig2">
    <w:name w:val="Medium Shading 2"/>
    <w:basedOn w:val="Tab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raddliwioCanolig2-Acen1">
    <w:name w:val="Medium Shading 2 Accent 1"/>
    <w:basedOn w:val="Tab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raddliwioCanolig2-Acen2">
    <w:name w:val="Medium Shading 2 Accent 2"/>
    <w:basedOn w:val="Tab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raddliwioCanolig2-Acen3">
    <w:name w:val="Medium Shading 2 Accent 3"/>
    <w:basedOn w:val="Tab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raddliwioCanolig2-Acen4">
    <w:name w:val="Medium Shading 2 Accent 4"/>
    <w:basedOn w:val="Tab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raddliwioCanolig2-Acen5">
    <w:name w:val="Medium Shading 2 Accent 5"/>
    <w:basedOn w:val="Tab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raddliwioCanolig2-Acen6">
    <w:name w:val="Medium Shading 2 Accent 6"/>
    <w:basedOn w:val="Tab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hestrGanolig1">
    <w:name w:val="Medium List 1"/>
    <w:basedOn w:val="Tab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hestrGanolig1-Acen1">
    <w:name w:val="Medium List 1 Accent 1"/>
    <w:basedOn w:val="Tab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hestrGanolig1-Acen2">
    <w:name w:val="Medium List 1 Accent 2"/>
    <w:basedOn w:val="Tab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hestrGanolig1-Acen3">
    <w:name w:val="Medium List 1 Accent 3"/>
    <w:basedOn w:val="Tab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hestrGanolig1-Acen4">
    <w:name w:val="Medium List 1 Accent 4"/>
    <w:basedOn w:val="Tab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hestrGanolig1-Acen5">
    <w:name w:val="Medium List 1 Accent 5"/>
    <w:basedOn w:val="Tab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hestrGanolig1-Acen6">
    <w:name w:val="Medium List 1 Accent 6"/>
    <w:basedOn w:val="Tab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hestrGanolig2">
    <w:name w:val="Medium List 2"/>
    <w:basedOn w:val="Tab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hestrGanolig2-Acen1">
    <w:name w:val="Medium List 2 Accent 1"/>
    <w:basedOn w:val="Tab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hestrGanolig2-Acen2">
    <w:name w:val="Medium List 2 Accent 2"/>
    <w:basedOn w:val="Tab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hestrGanolig2-Acen3">
    <w:name w:val="Medium List 2 Accent 3"/>
    <w:basedOn w:val="Tab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hestrGanolig2-Acen4">
    <w:name w:val="Medium List 2 Accent 4"/>
    <w:basedOn w:val="Tab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hestrGanolig2-Acen5">
    <w:name w:val="Medium List 2 Accent 5"/>
    <w:basedOn w:val="Tab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hestrGanolig2-Acen6">
    <w:name w:val="Medium List 2 Accent 6"/>
    <w:basedOn w:val="Tab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dCanolig1">
    <w:name w:val="Medium Grid 1"/>
    <w:basedOn w:val="Tab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dCanolig1-Acen1">
    <w:name w:val="Medium Grid 1 Accent 1"/>
    <w:basedOn w:val="Tab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dCanolig1-Acen2">
    <w:name w:val="Medium Grid 1 Accent 2"/>
    <w:basedOn w:val="Tab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dCanolig1-Acen3">
    <w:name w:val="Medium Grid 1 Accent 3"/>
    <w:basedOn w:val="Tab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dCanolig1-Acen4">
    <w:name w:val="Medium Grid 1 Accent 4"/>
    <w:basedOn w:val="Tab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dCanolig1-Acen5">
    <w:name w:val="Medium Grid 1 Accent 5"/>
    <w:basedOn w:val="Tab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dCanolig1-Acen6">
    <w:name w:val="Medium Grid 1 Accent 6"/>
    <w:basedOn w:val="Tab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dCanolig2">
    <w:name w:val="Medium Grid 2"/>
    <w:basedOn w:val="Tab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dCanolig2-Acen1">
    <w:name w:val="Medium Grid 2 Accent 1"/>
    <w:basedOn w:val="Tab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dCanolig2-Acen2">
    <w:name w:val="Medium Grid 2 Accent 2"/>
    <w:basedOn w:val="Tab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dCanolig2-Acen3">
    <w:name w:val="Medium Grid 2 Accent 3"/>
    <w:basedOn w:val="Tab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dCanolig2-Acen4">
    <w:name w:val="Medium Grid 2 Accent 4"/>
    <w:basedOn w:val="Tab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dCanolig2-Acen5">
    <w:name w:val="Medium Grid 2 Accent 5"/>
    <w:basedOn w:val="Tab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dCanolig2-Acen6">
    <w:name w:val="Medium Grid 2 Accent 6"/>
    <w:basedOn w:val="Tab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dCanolig3">
    <w:name w:val="Medium Grid 3"/>
    <w:basedOn w:val="Tab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dCanolig3-Acen1">
    <w:name w:val="Medium Grid 3 Accent 1"/>
    <w:basedOn w:val="Tab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dCanolig3-Acen2">
    <w:name w:val="Medium Grid 3 Accent 2"/>
    <w:basedOn w:val="Tab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dCanolig3-Acen3">
    <w:name w:val="Medium Grid 3 Accent 3"/>
    <w:basedOn w:val="Tab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dCanolig3-Acen4">
    <w:name w:val="Medium Grid 3 Accent 4"/>
    <w:basedOn w:val="Tab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dCanolig3-Acen5">
    <w:name w:val="Medium Grid 3 Accent 5"/>
    <w:basedOn w:val="Tab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dCanolig3-Acen6">
    <w:name w:val="Medium Grid 3 Accent 6"/>
    <w:basedOn w:val="Tab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RhestrDywyll">
    <w:name w:val="Dark List"/>
    <w:basedOn w:val="Tab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RhestrDywyll-Acen1">
    <w:name w:val="Dark List Accent 1"/>
    <w:basedOn w:val="Tab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RhestrDywyll-Acen2">
    <w:name w:val="Dark List Accent 2"/>
    <w:basedOn w:val="Tab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RhestrDywyll-Acen3">
    <w:name w:val="Dark List Accent 3"/>
    <w:basedOn w:val="Tab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RhestrDywyll-Acen4">
    <w:name w:val="Dark List Accent 4"/>
    <w:basedOn w:val="Tab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RhestrDywyll-Acen5">
    <w:name w:val="Dark List Accent 5"/>
    <w:basedOn w:val="Tab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RhestrDywyll-Acen6">
    <w:name w:val="Dark List Accent 6"/>
    <w:basedOn w:val="Tab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GraddliwioLliwgar">
    <w:name w:val="Colorful Shading"/>
    <w:basedOn w:val="Tab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GraddliwioLliwgar-Acen1">
    <w:name w:val="Colorful Shading Accent 1"/>
    <w:basedOn w:val="Tab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GraddliwioLliwgar-Acen2">
    <w:name w:val="Colorful Shading Accent 2"/>
    <w:basedOn w:val="Tab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GraddliwioLliwgar-Acen3">
    <w:name w:val="Colorful Shading Accent 3"/>
    <w:basedOn w:val="Tab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dliwioLliwgar-Acen4">
    <w:name w:val="Colorful Shading Accent 4"/>
    <w:basedOn w:val="Tab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GraddliwioLliwgar-Acen5">
    <w:name w:val="Colorful Shading Accent 5"/>
    <w:basedOn w:val="Tab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GraddliwioLliwgar-Acen6">
    <w:name w:val="Colorful Shading Accent 6"/>
    <w:basedOn w:val="Tab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hestrLiwgar">
    <w:name w:val="Colorful List"/>
    <w:basedOn w:val="Tab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hestrLiwgar-Acen1">
    <w:name w:val="Colorful List Accent 1"/>
    <w:basedOn w:val="Tab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hestrLiwgar-Acen2">
    <w:name w:val="Colorful List Accent 2"/>
    <w:basedOn w:val="Tab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hestrLiwgar-Acen3">
    <w:name w:val="Colorful List Accent 3"/>
    <w:basedOn w:val="Tab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hestrLiwgar-Acen4">
    <w:name w:val="Colorful List Accent 4"/>
    <w:basedOn w:val="Tab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hestrLiwgar-Acen5">
    <w:name w:val="Colorful List Accent 5"/>
    <w:basedOn w:val="Tab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hestrLiwgar-Acen6">
    <w:name w:val="Colorful List Accent 6"/>
    <w:basedOn w:val="Tab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Lliwgar">
    <w:name w:val="Colorful Grid"/>
    <w:basedOn w:val="Tab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dLliwgar-Acen1">
    <w:name w:val="Colorful Grid Accent 1"/>
    <w:basedOn w:val="Tab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dLliwgar-Acen2">
    <w:name w:val="Colorful Grid Accent 2"/>
    <w:basedOn w:val="Tab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dLliwgar-Acen3">
    <w:name w:val="Colorful Grid Accent 3"/>
    <w:basedOn w:val="Tab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dLliwgar-Acen4">
    <w:name w:val="Colorful Grid Accent 4"/>
    <w:basedOn w:val="Tab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dLliwgar-Acen5">
    <w:name w:val="Colorful Grid Accent 5"/>
    <w:basedOn w:val="Tab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dLliwgar-Acen6">
    <w:name w:val="Colorful Grid Accent 6"/>
    <w:basedOn w:val="Tab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240</Words>
  <Characters>1617</Characters>
  <Application>Microsoft Office Word</Application>
  <DocSecurity>0</DocSecurity>
  <Lines>161</Lines>
  <Paragraphs>88</Paragraphs>
  <ScaleCrop>false</ScaleCrop>
  <Manager/>
  <Company/>
  <LinksUpToDate>false</LinksUpToDate>
  <CharactersWithSpaces>1769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Menna Davies</cp:lastModifiedBy>
  <cp:revision>6</cp:revision>
  <dcterms:created xsi:type="dcterms:W3CDTF">2025-11-16T15:56:00Z</dcterms:created>
  <dcterms:modified xsi:type="dcterms:W3CDTF">2025-11-23T19:04:00Z</dcterms:modified>
  <cp:category/>
</cp:coreProperties>
</file>