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F64A9" w14:textId="77777777" w:rsidR="0079361E" w:rsidRPr="00025BA6" w:rsidRDefault="000D61B5">
      <w:pPr>
        <w:pStyle w:val="Heading1"/>
        <w:rPr>
          <w:color w:val="000000" w:themeColor="text1"/>
        </w:rPr>
      </w:pPr>
      <w:r w:rsidRPr="00025BA6">
        <w:rPr>
          <w:color w:val="000000" w:themeColor="text1"/>
        </w:rPr>
        <w:t>My Screenshots/Photos</w:t>
      </w:r>
    </w:p>
    <w:p w14:paraId="141565BD" w14:textId="77777777" w:rsidR="0079361E" w:rsidRDefault="000D61B5">
      <w:pPr>
        <w:pStyle w:val="Heading2"/>
        <w:rPr>
          <w:color w:val="000000" w:themeColor="text1"/>
        </w:rPr>
      </w:pPr>
      <w:r w:rsidRPr="00025BA6">
        <w:rPr>
          <w:color w:val="000000" w:themeColor="text1"/>
        </w:rPr>
        <w:t>Screenshot 1 – Instagram</w:t>
      </w:r>
    </w:p>
    <w:p w14:paraId="1B30ED70" w14:textId="77777777" w:rsidR="00025BA6" w:rsidRPr="00025BA6" w:rsidRDefault="00025BA6" w:rsidP="00025BA6"/>
    <w:p w14:paraId="13ECBBEF" w14:textId="77777777" w:rsidR="0079361E" w:rsidRDefault="000D61B5">
      <w:r>
        <w:rPr>
          <w:noProof/>
        </w:rPr>
        <w:drawing>
          <wp:inline distT="0" distB="0" distL="0" distR="0" wp14:anchorId="24D4EF17" wp14:editId="17E51754">
            <wp:extent cx="3474720" cy="69585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695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2831B" w14:textId="77777777" w:rsidR="0079361E" w:rsidRDefault="000D61B5">
      <w:r>
        <w:lastRenderedPageBreak/>
        <w:t>This screenshot shows Instagram. I use it to connect with friends, follow news and entertainment pages, and share photos and videos.</w:t>
      </w:r>
    </w:p>
    <w:p w14:paraId="219CA75C" w14:textId="77777777" w:rsidR="0079361E" w:rsidRDefault="000D61B5">
      <w:pPr>
        <w:pStyle w:val="Heading2"/>
        <w:rPr>
          <w:color w:val="000000" w:themeColor="text1"/>
        </w:rPr>
      </w:pPr>
      <w:r w:rsidRPr="00025BA6">
        <w:rPr>
          <w:color w:val="000000" w:themeColor="text1"/>
        </w:rPr>
        <w:t>Screenshot 2 – Spotify</w:t>
      </w:r>
    </w:p>
    <w:p w14:paraId="036BAABF" w14:textId="77777777" w:rsidR="00025BA6" w:rsidRPr="00025BA6" w:rsidRDefault="00025BA6" w:rsidP="00025BA6"/>
    <w:p w14:paraId="11CD3457" w14:textId="77777777" w:rsidR="0079361E" w:rsidRDefault="000D61B5">
      <w:r>
        <w:rPr>
          <w:noProof/>
        </w:rPr>
        <w:drawing>
          <wp:inline distT="0" distB="0" distL="0" distR="0" wp14:anchorId="4ABCC06A" wp14:editId="462E869D">
            <wp:extent cx="3474720" cy="686714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6867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D9EC3" w14:textId="77777777" w:rsidR="0079361E" w:rsidRDefault="000D61B5">
      <w:r>
        <w:lastRenderedPageBreak/>
        <w:t>This screenshot shows Spotify. I use it to listen to music and podcasts for relaxation and entertainment.</w:t>
      </w:r>
    </w:p>
    <w:p w14:paraId="0AA05850" w14:textId="77777777" w:rsidR="0079361E" w:rsidRPr="00025BA6" w:rsidRDefault="000D61B5">
      <w:pPr>
        <w:pStyle w:val="Heading2"/>
        <w:rPr>
          <w:color w:val="000000" w:themeColor="text1"/>
        </w:rPr>
      </w:pPr>
      <w:r w:rsidRPr="00025BA6">
        <w:rPr>
          <w:color w:val="000000" w:themeColor="text1"/>
        </w:rPr>
        <w:t>Screenshot 3 – Google Chrome</w:t>
      </w:r>
    </w:p>
    <w:p w14:paraId="217193F9" w14:textId="77777777" w:rsidR="00025BA6" w:rsidRPr="00025BA6" w:rsidRDefault="00025BA6" w:rsidP="00025BA6"/>
    <w:p w14:paraId="4468B4C0" w14:textId="77777777" w:rsidR="0079361E" w:rsidRDefault="000D61B5">
      <w:r>
        <w:rPr>
          <w:noProof/>
        </w:rPr>
        <w:drawing>
          <wp:inline distT="0" distB="0" distL="0" distR="0" wp14:anchorId="01EF024A" wp14:editId="49378EC6">
            <wp:extent cx="3474720" cy="67189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671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B12B9" w14:textId="77777777" w:rsidR="0079361E" w:rsidRDefault="000D61B5">
      <w:r>
        <w:lastRenderedPageBreak/>
        <w:t>This screenshot shows Google Chrome. I use it to search for information, access online resources, and complete university work.</w:t>
      </w:r>
    </w:p>
    <w:p w14:paraId="783A2F66" w14:textId="77777777" w:rsidR="0079361E" w:rsidRPr="00025BA6" w:rsidRDefault="000D61B5">
      <w:pPr>
        <w:pStyle w:val="Heading2"/>
        <w:rPr>
          <w:color w:val="000000" w:themeColor="text1"/>
        </w:rPr>
      </w:pPr>
      <w:r w:rsidRPr="00025BA6">
        <w:rPr>
          <w:color w:val="000000" w:themeColor="text1"/>
        </w:rPr>
        <w:t>Screenshot 4 – Gmail</w:t>
      </w:r>
    </w:p>
    <w:p w14:paraId="35A01509" w14:textId="77777777" w:rsidR="00025BA6" w:rsidRPr="00025BA6" w:rsidRDefault="00025BA6" w:rsidP="00025BA6"/>
    <w:p w14:paraId="6B396758" w14:textId="77777777" w:rsidR="0079361E" w:rsidRDefault="000D61B5">
      <w:r>
        <w:rPr>
          <w:noProof/>
        </w:rPr>
        <w:drawing>
          <wp:inline distT="0" distB="0" distL="0" distR="0" wp14:anchorId="736D1D1E" wp14:editId="3C02FAEA">
            <wp:extent cx="3474720" cy="688739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6887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E8E96" w14:textId="77777777" w:rsidR="0079361E" w:rsidRDefault="000D61B5">
      <w:r>
        <w:lastRenderedPageBreak/>
        <w:t>This screenshot shows Gmail. I use it to communicate with lecturers and receive important updates and messages.</w:t>
      </w:r>
    </w:p>
    <w:p w14:paraId="3EF0CE75" w14:textId="77777777" w:rsidR="0079361E" w:rsidRPr="00025BA6" w:rsidRDefault="000D61B5">
      <w:pPr>
        <w:pStyle w:val="Heading2"/>
        <w:rPr>
          <w:color w:val="000000" w:themeColor="text1"/>
        </w:rPr>
      </w:pPr>
      <w:r w:rsidRPr="00025BA6">
        <w:rPr>
          <w:color w:val="000000" w:themeColor="text1"/>
        </w:rPr>
        <w:t>Screenshot 5 – WhatsApp</w:t>
      </w:r>
    </w:p>
    <w:p w14:paraId="7D7C04AE" w14:textId="77777777" w:rsidR="00025BA6" w:rsidRPr="00025BA6" w:rsidRDefault="00025BA6" w:rsidP="00025BA6"/>
    <w:p w14:paraId="372D40A9" w14:textId="77777777" w:rsidR="0079361E" w:rsidRDefault="000D61B5">
      <w:r>
        <w:rPr>
          <w:noProof/>
        </w:rPr>
        <w:drawing>
          <wp:inline distT="0" distB="0" distL="0" distR="0" wp14:anchorId="5960B5F4" wp14:editId="6E312E66">
            <wp:extent cx="3474720" cy="47891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478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66B49" w14:textId="77777777" w:rsidR="0079361E" w:rsidRDefault="000D61B5">
      <w:r>
        <w:t>This screenshot shows WhatsApp. I use it to communicate with friends, family, and classmates and share information quickly.</w:t>
      </w:r>
    </w:p>
    <w:p w14:paraId="1D1EABD5" w14:textId="77777777" w:rsidR="0079361E" w:rsidRPr="00025BA6" w:rsidRDefault="000D61B5">
      <w:pPr>
        <w:pStyle w:val="Heading2"/>
        <w:rPr>
          <w:color w:val="000000" w:themeColor="text1"/>
        </w:rPr>
      </w:pPr>
      <w:r w:rsidRPr="00025BA6">
        <w:rPr>
          <w:color w:val="000000" w:themeColor="text1"/>
        </w:rPr>
        <w:t>Screenshot 6 – YouTube</w:t>
      </w:r>
    </w:p>
    <w:p w14:paraId="56206314" w14:textId="77777777" w:rsidR="00025BA6" w:rsidRPr="00025BA6" w:rsidRDefault="00025BA6" w:rsidP="00025BA6"/>
    <w:p w14:paraId="3CB2DBD4" w14:textId="77777777" w:rsidR="0079361E" w:rsidRDefault="000D61B5">
      <w:r>
        <w:rPr>
          <w:noProof/>
        </w:rPr>
        <w:lastRenderedPageBreak/>
        <w:drawing>
          <wp:inline distT="0" distB="0" distL="0" distR="0" wp14:anchorId="6FCDFA4F" wp14:editId="4C08A142">
            <wp:extent cx="3474720" cy="756716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7567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81880" w14:textId="77777777" w:rsidR="0079361E" w:rsidRDefault="000D61B5">
      <w:r>
        <w:t>This screenshot shows YouTube. I use it to watch educational videos, tutorials, and entertainment content.</w:t>
      </w:r>
    </w:p>
    <w:p w14:paraId="2FC0C117" w14:textId="77777777" w:rsidR="0079361E" w:rsidRPr="00025BA6" w:rsidRDefault="000D61B5">
      <w:pPr>
        <w:pStyle w:val="Heading1"/>
        <w:rPr>
          <w:color w:val="000000" w:themeColor="text1"/>
        </w:rPr>
      </w:pPr>
      <w:r w:rsidRPr="00025BA6">
        <w:rPr>
          <w:color w:val="000000" w:themeColor="text1"/>
        </w:rPr>
        <w:lastRenderedPageBreak/>
        <w:t>My Short Reflection</w:t>
      </w:r>
    </w:p>
    <w:p w14:paraId="10BC59FD" w14:textId="77777777" w:rsidR="0079361E" w:rsidRDefault="000D61B5">
      <w:r>
        <w:t>I use digital tools every day for studying, communication, and entertainment. I often use Instagram, Gmail, Google Chrome, WhatsApp, Spotify, and YouTube. I feel confident when using these tools because I have experience using them for university work and daily life. I would like to improve my digital skills, especially in using more advanced software. I sometimes worry about losing important files or dealing with technical problems. I hope this module will help me develop stronger digital skills and improv</w:t>
      </w:r>
      <w:r>
        <w:t>e my confidence. Digital skills are important for me because they support my education and future career.</w:t>
      </w:r>
    </w:p>
    <w:sectPr w:rsidR="0079361E" w:rsidSect="00034616">
      <w:headerReference w:type="default" r:id="rId1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BC7FF" w14:textId="77777777" w:rsidR="00025BA6" w:rsidRDefault="00025BA6" w:rsidP="00025BA6">
      <w:pPr>
        <w:spacing w:after="0" w:line="240" w:lineRule="auto"/>
      </w:pPr>
      <w:r>
        <w:separator/>
      </w:r>
    </w:p>
  </w:endnote>
  <w:endnote w:type="continuationSeparator" w:id="0">
    <w:p w14:paraId="68888241" w14:textId="77777777" w:rsidR="00025BA6" w:rsidRDefault="00025BA6" w:rsidP="00025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25F9C" w14:textId="77777777" w:rsidR="00025BA6" w:rsidRDefault="00025BA6" w:rsidP="00025BA6">
      <w:pPr>
        <w:spacing w:after="0" w:line="240" w:lineRule="auto"/>
      </w:pPr>
      <w:r>
        <w:separator/>
      </w:r>
    </w:p>
  </w:footnote>
  <w:footnote w:type="continuationSeparator" w:id="0">
    <w:p w14:paraId="2ED1D007" w14:textId="77777777" w:rsidR="00025BA6" w:rsidRDefault="00025BA6" w:rsidP="00025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D1853" w14:textId="3CE59297" w:rsidR="00025BA6" w:rsidRDefault="00025BA6">
    <w:pPr>
      <w:pStyle w:val="Header"/>
    </w:pPr>
    <w:r>
      <w:t>2541481</w:t>
    </w:r>
  </w:p>
  <w:p w14:paraId="5D6ABBC9" w14:textId="77777777" w:rsidR="00025BA6" w:rsidRDefault="00025B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16087262">
    <w:abstractNumId w:val="8"/>
  </w:num>
  <w:num w:numId="2" w16cid:durableId="1993362123">
    <w:abstractNumId w:val="6"/>
  </w:num>
  <w:num w:numId="3" w16cid:durableId="1561790628">
    <w:abstractNumId w:val="5"/>
  </w:num>
  <w:num w:numId="4" w16cid:durableId="152840624">
    <w:abstractNumId w:val="4"/>
  </w:num>
  <w:num w:numId="5" w16cid:durableId="58793397">
    <w:abstractNumId w:val="7"/>
  </w:num>
  <w:num w:numId="6" w16cid:durableId="1727605590">
    <w:abstractNumId w:val="3"/>
  </w:num>
  <w:num w:numId="7" w16cid:durableId="1108348707">
    <w:abstractNumId w:val="2"/>
  </w:num>
  <w:num w:numId="8" w16cid:durableId="1507204723">
    <w:abstractNumId w:val="1"/>
  </w:num>
  <w:num w:numId="9" w16cid:durableId="1711342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5BA6"/>
    <w:rsid w:val="00034616"/>
    <w:rsid w:val="0006063C"/>
    <w:rsid w:val="000D61B5"/>
    <w:rsid w:val="0015074B"/>
    <w:rsid w:val="0029639D"/>
    <w:rsid w:val="00326F90"/>
    <w:rsid w:val="00373602"/>
    <w:rsid w:val="0079361E"/>
    <w:rsid w:val="00AA1D8D"/>
    <w:rsid w:val="00B47730"/>
    <w:rsid w:val="00CB0664"/>
    <w:rsid w:val="00FC693F"/>
    <w:rsid w:val="00FF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907553"/>
  <w14:defaultImageDpi w14:val="300"/>
  <w15:docId w15:val="{729AC3C4-40E9-461A-8667-A5C03A46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215D023AD11E4E9D4F44E909E2D3E3" ma:contentTypeVersion="15" ma:contentTypeDescription="Create a new document." ma:contentTypeScope="" ma:versionID="0fd1cdb9e1d31f92566bf324bb9fc55d">
  <xsd:schema xmlns:xsd="http://www.w3.org/2001/XMLSchema" xmlns:xs="http://www.w3.org/2001/XMLSchema" xmlns:p="http://schemas.microsoft.com/office/2006/metadata/properties" xmlns:ns3="0c4efebe-2f40-4be7-8b6e-9f1fc2111132" xmlns:ns4="26bc303a-ce4a-4072-89da-e0fbdaac53da" targetNamespace="http://schemas.microsoft.com/office/2006/metadata/properties" ma:root="true" ma:fieldsID="79eec766f4d35819645ac4003e9a5ce4" ns3:_="" ns4:_="">
    <xsd:import namespace="0c4efebe-2f40-4be7-8b6e-9f1fc2111132"/>
    <xsd:import namespace="26bc303a-ce4a-4072-89da-e0fbdaac53d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efebe-2f40-4be7-8b6e-9f1fc2111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bc303a-ce4a-4072-89da-e0fbdaac53d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c4efebe-2f40-4be7-8b6e-9f1fc2111132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2AE60C-4C52-4293-90C6-2C90BD4E4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4efebe-2f40-4be7-8b6e-9f1fc2111132"/>
    <ds:schemaRef ds:uri="26bc303a-ce4a-4072-89da-e0fbdaac5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6E4712-908E-432D-9A0A-3F6DF7B5D53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0B28E7-7AC0-4FB5-9518-7CE06E1E0B1D}">
  <ds:schemaRefs>
    <ds:schemaRef ds:uri="26bc303a-ce4a-4072-89da-e0fbdaac53da"/>
    <ds:schemaRef ds:uri="http://schemas.microsoft.com/office/2006/documentManagement/types"/>
    <ds:schemaRef ds:uri="http://purl.org/dc/terms/"/>
    <ds:schemaRef ds:uri="http://www.w3.org/XML/1998/namespace"/>
    <ds:schemaRef ds:uri="0c4efebe-2f40-4be7-8b6e-9f1fc2111132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Dua Fatima LODHI</cp:lastModifiedBy>
  <cp:revision>2</cp:revision>
  <dcterms:created xsi:type="dcterms:W3CDTF">2026-06-19T15:27:00Z</dcterms:created>
  <dcterms:modified xsi:type="dcterms:W3CDTF">2026-06-19T15:27:00Z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0x01010006215D023AD11E4E9D4F44E909E2D3E3</vt:lpwstr>
  </property>
</Properties>
</file>