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C3C87" w14:textId="77777777" w:rsidR="00BD2D17" w:rsidRDefault="00000000">
      <w:pPr>
        <w:pStyle w:val="Title"/>
        <w:jc w:val="center"/>
      </w:pPr>
      <w:r>
        <w:t>Literature Review, Theoretical Framework &amp; Conceptual Framework</w:t>
      </w:r>
    </w:p>
    <w:p w14:paraId="7B9AD9C3" w14:textId="77777777" w:rsidR="00BD2D17" w:rsidRDefault="00000000">
      <w:pPr>
        <w:jc w:val="center"/>
      </w:pPr>
      <w:r>
        <w:rPr>
          <w:b/>
          <w:sz w:val="36"/>
        </w:rPr>
        <w:t>Re-Orientation for Doctoral Students</w:t>
      </w:r>
    </w:p>
    <w:p w14:paraId="7EA0FC0E" w14:textId="77777777" w:rsidR="00BD2D17" w:rsidRDefault="00000000">
      <w:pPr>
        <w:jc w:val="center"/>
      </w:pPr>
      <w:r>
        <w:rPr>
          <w:sz w:val="28"/>
        </w:rPr>
        <w:t>Dr Caroline Jawad</w:t>
      </w:r>
    </w:p>
    <w:p w14:paraId="00F2ACC9" w14:textId="77777777" w:rsidR="00BD2D17" w:rsidRDefault="00000000">
      <w:pPr>
        <w:jc w:val="center"/>
      </w:pPr>
      <w:r>
        <w:rPr>
          <w:sz w:val="28"/>
        </w:rPr>
        <w:t>5-Hour Doctoral Workshop</w:t>
      </w:r>
    </w:p>
    <w:p w14:paraId="78DB4CB2" w14:textId="77777777" w:rsidR="00BD2D17" w:rsidRDefault="00000000">
      <w:r>
        <w:br w:type="page"/>
      </w:r>
    </w:p>
    <w:p w14:paraId="6109234C" w14:textId="77777777" w:rsidR="00BD2D17" w:rsidRDefault="00000000">
      <w:r>
        <w:lastRenderedPageBreak/>
        <w:br w:type="page"/>
      </w:r>
    </w:p>
    <w:p w14:paraId="369BFFB0" w14:textId="77777777" w:rsidR="00BD2D17" w:rsidRDefault="00000000">
      <w:pPr>
        <w:pStyle w:val="Heading1"/>
      </w:pPr>
      <w:r>
        <w:lastRenderedPageBreak/>
        <w:t>SESSION 1: Foundations and Definitions (90 minutes)</w:t>
      </w:r>
    </w:p>
    <w:p w14:paraId="19ACDE0E" w14:textId="77777777" w:rsidR="00BD2D17" w:rsidRDefault="00000000">
      <w:pPr>
        <w:pStyle w:val="Heading2"/>
      </w:pPr>
      <w:r>
        <w:t>Welcome and Orientation (10 minutes)</w:t>
      </w:r>
    </w:p>
    <w:p w14:paraId="17CF6DC5" w14:textId="77777777" w:rsidR="00BD2D17" w:rsidRDefault="00000000">
      <w:r>
        <w:t>Important notes for this workshop:</w:t>
      </w:r>
    </w:p>
    <w:p w14:paraId="0BB2D844" w14:textId="77777777" w:rsidR="00BD2D17" w:rsidRDefault="00000000">
      <w:pPr>
        <w:pStyle w:val="ListBullet"/>
      </w:pPr>
      <w:r>
        <w:t>This presentation introduces aspects of research methods but does NOT replace key reading</w:t>
      </w:r>
    </w:p>
    <w:p w14:paraId="671F56EF" w14:textId="77777777" w:rsidR="00BD2D17" w:rsidRDefault="00000000">
      <w:pPr>
        <w:pStyle w:val="ListBullet"/>
      </w:pPr>
      <w:r>
        <w:t>You must read key texts: Bryman, Crotty, Creswell, Maxwell, Denscombe, Denzin, Guba and Lincoln, Cohen</w:t>
      </w:r>
    </w:p>
    <w:p w14:paraId="3856EB70" w14:textId="77777777" w:rsidR="00BD2D17" w:rsidRDefault="00000000">
      <w:pPr>
        <w:pStyle w:val="ListBullet"/>
      </w:pPr>
      <w:r>
        <w:t>Go beyond your module's reading list at doctoral level</w:t>
      </w:r>
    </w:p>
    <w:p w14:paraId="7992EEA4" w14:textId="77777777" w:rsidR="00BD2D17" w:rsidRDefault="00000000">
      <w:pPr>
        <w:pStyle w:val="ListBullet"/>
      </w:pPr>
      <w:r>
        <w:t>You are expected to be motivated, engaged, and explore areas independently</w:t>
      </w:r>
    </w:p>
    <w:p w14:paraId="14DA0A4F" w14:textId="77777777" w:rsidR="00BD2D17" w:rsidRDefault="00000000">
      <w:pPr>
        <w:pStyle w:val="ListBullet"/>
      </w:pPr>
      <w:r>
        <w:t>Use Rocco and Plahotnik (2012) for absolute accuracy and clarity of terms</w:t>
      </w:r>
    </w:p>
    <w:p w14:paraId="0BCA2E94" w14:textId="77777777" w:rsidR="00BD2D17" w:rsidRDefault="00000000">
      <w:pPr>
        <w:pStyle w:val="Heading2"/>
      </w:pPr>
      <w:r>
        <w:t>First and Foremost: Terminology Confusion</w:t>
      </w:r>
    </w:p>
    <w:p w14:paraId="666987E1" w14:textId="77777777" w:rsidR="00BD2D17" w:rsidRDefault="00000000">
      <w:r>
        <w:rPr>
          <w:b/>
        </w:rPr>
        <w:t xml:space="preserve">The terms literature reviews, theoretical frameworks, and conceptual frameworks are used interchangeably by many researchers. </w:t>
      </w:r>
      <w:r>
        <w:t>This can be very confusing. You are required to be consistent in your usage throughout your doctoral work.</w:t>
      </w:r>
    </w:p>
    <w:p w14:paraId="798EB1B4" w14:textId="77777777" w:rsidR="00BD2D17" w:rsidRDefault="00000000">
      <w:r>
        <w:rPr>
          <w:b/>
        </w:rPr>
        <w:t xml:space="preserve">Key Reference: </w:t>
      </w:r>
      <w:r>
        <w:t xml:space="preserve">Rocco, T. S., &amp; Plahotnik, M. S. (2012). "Literature reviews, conceptual frameworks, and theoretical frameworks: Terms, functions, and distinctions." </w:t>
      </w:r>
      <w:r>
        <w:rPr>
          <w:i/>
        </w:rPr>
        <w:t>Human Resource Development Review, 8</w:t>
      </w:r>
      <w:r>
        <w:t>(1), 120-130.</w:t>
      </w:r>
    </w:p>
    <w:p w14:paraId="724446F7" w14:textId="77777777" w:rsidR="00BD2D17" w:rsidRDefault="00000000">
      <w:r>
        <w:br w:type="page"/>
      </w:r>
    </w:p>
    <w:p w14:paraId="4063663F" w14:textId="77777777" w:rsidR="00BD2D17" w:rsidRDefault="00000000">
      <w:pPr>
        <w:pStyle w:val="Heading1"/>
      </w:pPr>
      <w:r>
        <w:lastRenderedPageBreak/>
        <w:t>Core Definitions</w:t>
      </w:r>
    </w:p>
    <w:p w14:paraId="405643BF" w14:textId="77777777" w:rsidR="00BD2D17" w:rsidRDefault="00000000">
      <w:pPr>
        <w:pStyle w:val="Heading2"/>
      </w:pPr>
      <w:r>
        <w:t>THEORY</w:t>
      </w:r>
    </w:p>
    <w:p w14:paraId="4871CD74" w14:textId="77777777" w:rsidR="00BD2D17" w:rsidRDefault="00000000">
      <w:r>
        <w:rPr>
          <w:b/>
          <w:color w:val="1C3A70"/>
        </w:rPr>
        <w:t xml:space="preserve">WHERE IN LITERATURE REVIEW: </w:t>
      </w:r>
      <w:r>
        <w:t>Theories are reviewed and explained in your literature review. You examine existing theories that scholars have developed to understand phenomena related to your research topic. These theories come from OTHER scholars' work.</w:t>
      </w:r>
    </w:p>
    <w:p w14:paraId="50E3B787" w14:textId="77777777" w:rsidR="00BD2D17" w:rsidRDefault="00BD2D17"/>
    <w:p w14:paraId="4B048E75" w14:textId="77777777" w:rsidR="00BD2D17" w:rsidRDefault="00000000">
      <w:r>
        <w:rPr>
          <w:b/>
        </w:rPr>
        <w:t xml:space="preserve">Example: </w:t>
      </w:r>
      <w:r>
        <w:t>Institutional Theory (DiMaggio &amp; Powell, 1983) describes how organisations become similar through coercive, mimetic, and normative isomorphism.</w:t>
      </w:r>
    </w:p>
    <w:p w14:paraId="08DA053C" w14:textId="77777777" w:rsidR="00BD2D17" w:rsidRDefault="00BD2D17"/>
    <w:p w14:paraId="2F078366" w14:textId="77777777" w:rsidR="00BD2D17" w:rsidRDefault="00000000">
      <w:pPr>
        <w:pStyle w:val="ListBullet"/>
      </w:pPr>
      <w:r>
        <w:t>Supports the research process at a foundational level</w:t>
      </w:r>
    </w:p>
    <w:p w14:paraId="4E48A729" w14:textId="77777777" w:rsidR="00BD2D17" w:rsidRDefault="00000000">
      <w:pPr>
        <w:pStyle w:val="ListBullet"/>
      </w:pPr>
      <w:r>
        <w:t>Can be supported by preliminary data or by a vast body of research—the more data supporting the theory, the stronger it becomes</w:t>
      </w:r>
    </w:p>
    <w:p w14:paraId="5441B832" w14:textId="77777777" w:rsidR="00BD2D17" w:rsidRDefault="00000000">
      <w:pPr>
        <w:pStyle w:val="ListBullet"/>
      </w:pPr>
      <w:r>
        <w:t>Abstract description of the relationships between concepts and ideas that help us understand the world</w:t>
      </w:r>
    </w:p>
    <w:p w14:paraId="78442A01" w14:textId="77777777" w:rsidR="00BD2D17" w:rsidRDefault="00000000">
      <w:pPr>
        <w:pStyle w:val="ListBullet"/>
      </w:pPr>
      <w:r>
        <w:t>A set of propositions that are logically related, expressing the relation(s) amongst several different constructs and propositions</w:t>
      </w:r>
    </w:p>
    <w:p w14:paraId="6A0C7261" w14:textId="77777777" w:rsidR="00BD2D17" w:rsidRDefault="00BD2D17"/>
    <w:p w14:paraId="7A8CE38D" w14:textId="77777777" w:rsidR="00BD2D17" w:rsidRDefault="00000000">
      <w:pPr>
        <w:pStyle w:val="Heading2"/>
      </w:pPr>
      <w:r>
        <w:t>THEORETICAL FRAMEWORK</w:t>
      </w:r>
    </w:p>
    <w:p w14:paraId="0A02A325" w14:textId="77777777" w:rsidR="00BD2D17" w:rsidRDefault="00000000">
      <w:r>
        <w:rPr>
          <w:b/>
          <w:color w:val="1C3A70"/>
        </w:rPr>
        <w:t xml:space="preserve">WHERE IN LITERATURE REVIEW: </w:t>
      </w:r>
      <w:r>
        <w:t>The theoretical framework is a dedicated section (or subsections) WITHIN Chapter 2 (typically Section 2.3 or 2.4). After reviewing relevant literature and theories, you select and explain which specific theories you will use to inform your study, and show how they relate to your research questions.</w:t>
      </w:r>
    </w:p>
    <w:p w14:paraId="22396CEE" w14:textId="77777777" w:rsidR="00BD2D17" w:rsidRDefault="00BD2D17"/>
    <w:p w14:paraId="10149991" w14:textId="77777777" w:rsidR="00BD2D17" w:rsidRDefault="00000000">
      <w:r>
        <w:rPr>
          <w:b/>
        </w:rPr>
        <w:t xml:space="preserve">Example: </w:t>
      </w:r>
      <w:r>
        <w:t>A study on HRDD implementation might use Legitimacy Theory and Institutional Theory as its theoretical framework, explaining how these theories help understand compliance behaviours.</w:t>
      </w:r>
    </w:p>
    <w:p w14:paraId="0153FE83" w14:textId="77777777" w:rsidR="00BD2D17" w:rsidRDefault="00BD2D17"/>
    <w:p w14:paraId="0E5788DD" w14:textId="77777777" w:rsidR="00BD2D17" w:rsidRDefault="00000000">
      <w:pPr>
        <w:pStyle w:val="ListBullet"/>
      </w:pPr>
      <w:r>
        <w:t>Explains how a theory (or theories) shaped the study</w:t>
      </w:r>
    </w:p>
    <w:p w14:paraId="4F2A2C46" w14:textId="77777777" w:rsidR="00BD2D17" w:rsidRDefault="00000000">
      <w:pPr>
        <w:pStyle w:val="ListBullet"/>
      </w:pPr>
      <w:r>
        <w:t>Reflects the work the researcher engages in to use a theory in a given study</w:t>
      </w:r>
    </w:p>
    <w:p w14:paraId="1FF1624B" w14:textId="77777777" w:rsidR="00BD2D17" w:rsidRDefault="00000000">
      <w:pPr>
        <w:pStyle w:val="ListBullet"/>
      </w:pPr>
      <w:r>
        <w:t>Requires the researcher to define concepts and theories that provide the grounding of the research, unite them through logical connections, and relate these concepts to the study</w:t>
      </w:r>
    </w:p>
    <w:p w14:paraId="0A54A5C6" w14:textId="77777777" w:rsidR="00BD2D17" w:rsidRDefault="00000000">
      <w:pPr>
        <w:pStyle w:val="ListBullet"/>
      </w:pPr>
      <w:r>
        <w:t>A logically developed and connected set of concepts and premises—developed from one or more theories—that a researcher creates to scaffold a study</w:t>
      </w:r>
    </w:p>
    <w:p w14:paraId="6C685E31" w14:textId="77777777" w:rsidR="00BD2D17" w:rsidRDefault="00BD2D17"/>
    <w:p w14:paraId="7AF25FA7" w14:textId="77777777" w:rsidR="00BD2D17" w:rsidRDefault="00000000">
      <w:pPr>
        <w:pStyle w:val="Heading2"/>
      </w:pPr>
      <w:r>
        <w:lastRenderedPageBreak/>
        <w:t>CONCEPTUAL FRAMEWORK</w:t>
      </w:r>
    </w:p>
    <w:p w14:paraId="3F4C9290" w14:textId="77777777" w:rsidR="00BD2D17" w:rsidRDefault="00000000">
      <w:r>
        <w:rPr>
          <w:b/>
          <w:color w:val="1C3A70"/>
        </w:rPr>
        <w:t xml:space="preserve">WHERE IN LITERATURE REVIEW: </w:t>
      </w:r>
      <w:r>
        <w:t>The preliminary conceptual framework appears as the final section of Chapter 2 (e.g., Section 2.7 or 2.8: "Conceptual Framework"). It brings together everything you've reviewed and argued in the preceding sections.</w:t>
      </w:r>
    </w:p>
    <w:p w14:paraId="779F72C1" w14:textId="77777777" w:rsidR="00BD2D17" w:rsidRDefault="00BD2D17"/>
    <w:p w14:paraId="3B024B27" w14:textId="77777777" w:rsidR="00BD2D17" w:rsidRDefault="00000000">
      <w:r>
        <w:rPr>
          <w:b/>
          <w:color w:val="E07856"/>
        </w:rPr>
        <w:t xml:space="preserve">CRITICAL TIMING: </w:t>
      </w:r>
      <w:r>
        <w:t>The preliminary conceptual framework is constructed BY YOU at the END of Chapter 2 (the literature review chapter). It synthesises everything: the problem you've identified, the gap in knowledge, your theoretical framework, and your methodological justification. It then evolves during data collection and analysis, with a refined version and/or conceptual model emerging in your Discussion chapter (Chapter 7).</w:t>
      </w:r>
    </w:p>
    <w:p w14:paraId="6209E684" w14:textId="77777777" w:rsidR="00BD2D17" w:rsidRDefault="00BD2D17"/>
    <w:p w14:paraId="30DD3D81" w14:textId="77777777" w:rsidR="00BD2D17" w:rsidRDefault="00000000">
      <w:pPr>
        <w:pStyle w:val="ListBullet"/>
      </w:pPr>
      <w:r>
        <w:t>Can be initially constructed prior to a study and may evolve during the research process</w:t>
      </w:r>
    </w:p>
    <w:p w14:paraId="328D58C1" w14:textId="77777777" w:rsidR="00BD2D17" w:rsidRDefault="00000000">
      <w:pPr>
        <w:pStyle w:val="ListBullet"/>
      </w:pPr>
      <w:r>
        <w:t>Encompasses both REASON (why the topic matters) and RIGOUR (why the methodology is appropriate)</w:t>
      </w:r>
    </w:p>
    <w:p w14:paraId="7392A440" w14:textId="77777777" w:rsidR="00BD2D17" w:rsidRDefault="00000000">
      <w:pPr>
        <w:pStyle w:val="ListBullet"/>
      </w:pPr>
      <w:r>
        <w:t>Justifies all aspects of the research: why it is important and why methodology is appropriate</w:t>
      </w:r>
    </w:p>
    <w:p w14:paraId="5BB417AB" w14:textId="77777777" w:rsidR="00BD2D17" w:rsidRDefault="00000000">
      <w:pPr>
        <w:pStyle w:val="ListBullet"/>
      </w:pPr>
      <w:r>
        <w:t>A coherent argument about why the topic you wish to study matters and why your research methodology is appropriate</w:t>
      </w:r>
    </w:p>
    <w:p w14:paraId="26FCF508" w14:textId="77777777" w:rsidR="00BD2D17" w:rsidRDefault="00BD2D17"/>
    <w:tbl>
      <w:tblPr>
        <w:tblStyle w:val="LightGrid-Accent1"/>
        <w:tblW w:w="0" w:type="auto"/>
        <w:tblLook w:val="04A0" w:firstRow="1" w:lastRow="0" w:firstColumn="1" w:lastColumn="0" w:noHBand="0" w:noVBand="1"/>
      </w:tblPr>
      <w:tblGrid>
        <w:gridCol w:w="3120"/>
        <w:gridCol w:w="3120"/>
        <w:gridCol w:w="3120"/>
      </w:tblGrid>
      <w:tr w:rsidR="00BD2D17" w14:paraId="6D153776" w14:textId="77777777" w:rsidTr="00BD2D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Pr>
          <w:p w14:paraId="5150FBB0" w14:textId="77777777" w:rsidR="00BD2D17" w:rsidRDefault="00000000">
            <w:r>
              <w:t>Component</w:t>
            </w:r>
          </w:p>
        </w:tc>
        <w:tc>
          <w:tcPr>
            <w:tcW w:w="3120" w:type="dxa"/>
          </w:tcPr>
          <w:p w14:paraId="2AD4693A" w14:textId="77777777" w:rsidR="00BD2D17" w:rsidRDefault="00000000">
            <w:pPr>
              <w:cnfStyle w:val="100000000000" w:firstRow="1" w:lastRow="0" w:firstColumn="0" w:lastColumn="0" w:oddVBand="0" w:evenVBand="0" w:oddHBand="0" w:evenHBand="0" w:firstRowFirstColumn="0" w:firstRowLastColumn="0" w:lastRowFirstColumn="0" w:lastRowLastColumn="0"/>
            </w:pPr>
            <w:r>
              <w:t>Source</w:t>
            </w:r>
          </w:p>
        </w:tc>
        <w:tc>
          <w:tcPr>
            <w:tcW w:w="3120" w:type="dxa"/>
          </w:tcPr>
          <w:p w14:paraId="31D5AB31" w14:textId="77777777" w:rsidR="00BD2D17" w:rsidRDefault="00000000">
            <w:pPr>
              <w:cnfStyle w:val="100000000000" w:firstRow="1" w:lastRow="0" w:firstColumn="0" w:lastColumn="0" w:oddVBand="0" w:evenVBand="0" w:oddHBand="0" w:evenHBand="0" w:firstRowFirstColumn="0" w:firstRowLastColumn="0" w:lastRowFirstColumn="0" w:lastRowLastColumn="0"/>
            </w:pPr>
            <w:r>
              <w:t>Function</w:t>
            </w:r>
          </w:p>
        </w:tc>
      </w:tr>
      <w:tr w:rsidR="00BD2D17" w14:paraId="321F4863" w14:textId="77777777" w:rsidTr="00BD2D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Pr>
          <w:p w14:paraId="61FDA0B4" w14:textId="77777777" w:rsidR="00BD2D17" w:rsidRDefault="00000000">
            <w:r>
              <w:t>Literature Review</w:t>
            </w:r>
          </w:p>
        </w:tc>
        <w:tc>
          <w:tcPr>
            <w:tcW w:w="3120" w:type="dxa"/>
          </w:tcPr>
          <w:p w14:paraId="5A0AF686" w14:textId="77777777" w:rsidR="00BD2D17" w:rsidRDefault="00000000">
            <w:pPr>
              <w:cnfStyle w:val="000000100000" w:firstRow="0" w:lastRow="0" w:firstColumn="0" w:lastColumn="0" w:oddVBand="0" w:evenVBand="0" w:oddHBand="1" w:evenHBand="0" w:firstRowFirstColumn="0" w:firstRowLastColumn="0" w:lastRowFirstColumn="0" w:lastRowLastColumn="0"/>
            </w:pPr>
            <w:r>
              <w:t>Synthesises OTHERS' work</w:t>
            </w:r>
          </w:p>
        </w:tc>
        <w:tc>
          <w:tcPr>
            <w:tcW w:w="3120" w:type="dxa"/>
          </w:tcPr>
          <w:p w14:paraId="71A06A6A" w14:textId="77777777" w:rsidR="00BD2D17" w:rsidRDefault="00000000">
            <w:pPr>
              <w:cnfStyle w:val="000000100000" w:firstRow="0" w:lastRow="0" w:firstColumn="0" w:lastColumn="0" w:oddVBand="0" w:evenVBand="0" w:oddHBand="1" w:evenHBand="0" w:firstRowFirstColumn="0" w:firstRowLastColumn="0" w:lastRowFirstColumn="0" w:lastRowLastColumn="0"/>
            </w:pPr>
            <w:r>
              <w:t>Shows what is known and unknown</w:t>
            </w:r>
          </w:p>
        </w:tc>
      </w:tr>
      <w:tr w:rsidR="00BD2D17" w14:paraId="69091001" w14:textId="77777777" w:rsidTr="00BD2D1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Pr>
          <w:p w14:paraId="7528DCBF" w14:textId="77777777" w:rsidR="00BD2D17" w:rsidRDefault="00000000">
            <w:r>
              <w:t>Theoretical Framework</w:t>
            </w:r>
          </w:p>
        </w:tc>
        <w:tc>
          <w:tcPr>
            <w:tcW w:w="3120" w:type="dxa"/>
          </w:tcPr>
          <w:p w14:paraId="3BA982F9" w14:textId="77777777" w:rsidR="00BD2D17" w:rsidRDefault="00000000">
            <w:pPr>
              <w:cnfStyle w:val="000000010000" w:firstRow="0" w:lastRow="0" w:firstColumn="0" w:lastColumn="0" w:oddVBand="0" w:evenVBand="0" w:oddHBand="0" w:evenHBand="1" w:firstRowFirstColumn="0" w:firstRowLastColumn="0" w:lastRowFirstColumn="0" w:lastRowLastColumn="0"/>
            </w:pPr>
            <w:r>
              <w:t>Uses OTHERS' theories</w:t>
            </w:r>
          </w:p>
        </w:tc>
        <w:tc>
          <w:tcPr>
            <w:tcW w:w="3120" w:type="dxa"/>
          </w:tcPr>
          <w:p w14:paraId="71126066" w14:textId="77777777" w:rsidR="00BD2D17" w:rsidRDefault="00000000">
            <w:pPr>
              <w:cnfStyle w:val="000000010000" w:firstRow="0" w:lastRow="0" w:firstColumn="0" w:lastColumn="0" w:oddVBand="0" w:evenVBand="0" w:oddHBand="0" w:evenHBand="1" w:firstRowFirstColumn="0" w:firstRowLastColumn="0" w:lastRowFirstColumn="0" w:lastRowLastColumn="0"/>
            </w:pPr>
            <w:r>
              <w:t>Explains which theories guide YOUR study</w:t>
            </w:r>
          </w:p>
        </w:tc>
      </w:tr>
      <w:tr w:rsidR="00BD2D17" w14:paraId="5685A8B5" w14:textId="77777777" w:rsidTr="00BD2D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Pr>
          <w:p w14:paraId="1BB7E662" w14:textId="77777777" w:rsidR="00BD2D17" w:rsidRDefault="00000000">
            <w:r>
              <w:t>Conceptual Framework</w:t>
            </w:r>
          </w:p>
        </w:tc>
        <w:tc>
          <w:tcPr>
            <w:tcW w:w="3120" w:type="dxa"/>
          </w:tcPr>
          <w:p w14:paraId="790E0647" w14:textId="77777777" w:rsidR="00BD2D17" w:rsidRDefault="00000000">
            <w:pPr>
              <w:cnfStyle w:val="000000100000" w:firstRow="0" w:lastRow="0" w:firstColumn="0" w:lastColumn="0" w:oddVBand="0" w:evenVBand="0" w:oddHBand="1" w:evenHBand="0" w:firstRowFirstColumn="0" w:firstRowLastColumn="0" w:lastRowFirstColumn="0" w:lastRowLastColumn="0"/>
            </w:pPr>
            <w:r>
              <w:t>YOUR original construction</w:t>
            </w:r>
          </w:p>
        </w:tc>
        <w:tc>
          <w:tcPr>
            <w:tcW w:w="3120" w:type="dxa"/>
          </w:tcPr>
          <w:p w14:paraId="2A13D957" w14:textId="77777777" w:rsidR="00BD2D17" w:rsidRDefault="00000000">
            <w:pPr>
              <w:cnfStyle w:val="000000100000" w:firstRow="0" w:lastRow="0" w:firstColumn="0" w:lastColumn="0" w:oddVBand="0" w:evenVBand="0" w:oddHBand="1" w:evenHBand="0" w:firstRowFirstColumn="0" w:firstRowLastColumn="0" w:lastRowFirstColumn="0" w:lastRowLastColumn="0"/>
            </w:pPr>
            <w:r>
              <w:t>Justifies why YOUR research matters and how it all fits together</w:t>
            </w:r>
          </w:p>
        </w:tc>
      </w:tr>
      <w:tr w:rsidR="00BD2D17" w14:paraId="18051648" w14:textId="77777777" w:rsidTr="00BD2D1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Pr>
          <w:p w14:paraId="60A61A3E" w14:textId="77777777" w:rsidR="00BD2D17" w:rsidRDefault="00000000">
            <w:r>
              <w:rPr>
                <w:color w:val="E07856"/>
              </w:rPr>
              <w:t>Conceptual Model</w:t>
            </w:r>
          </w:p>
        </w:tc>
        <w:tc>
          <w:tcPr>
            <w:tcW w:w="3120" w:type="dxa"/>
          </w:tcPr>
          <w:p w14:paraId="5F49AB57" w14:textId="77777777" w:rsidR="00BD2D17" w:rsidRDefault="00000000">
            <w:pPr>
              <w:cnfStyle w:val="000000010000" w:firstRow="0" w:lastRow="0" w:firstColumn="0" w:lastColumn="0" w:oddVBand="0" w:evenVBand="0" w:oddHBand="0" w:evenHBand="1" w:firstRowFirstColumn="0" w:firstRowLastColumn="0" w:lastRowFirstColumn="0" w:lastRowLastColumn="0"/>
            </w:pPr>
            <w:r>
              <w:rPr>
                <w:color w:val="E07856"/>
              </w:rPr>
              <w:t>YOUR original construction from data</w:t>
            </w:r>
          </w:p>
        </w:tc>
        <w:tc>
          <w:tcPr>
            <w:tcW w:w="3120" w:type="dxa"/>
          </w:tcPr>
          <w:p w14:paraId="283F1B3F" w14:textId="77777777" w:rsidR="00BD2D17" w:rsidRDefault="00000000">
            <w:pPr>
              <w:cnfStyle w:val="000000010000" w:firstRow="0" w:lastRow="0" w:firstColumn="0" w:lastColumn="0" w:oddVBand="0" w:evenVBand="0" w:oddHBand="0" w:evenHBand="1" w:firstRowFirstColumn="0" w:firstRowLastColumn="0" w:lastRowFirstColumn="0" w:lastRowLastColumn="0"/>
            </w:pPr>
            <w:r>
              <w:rPr>
                <w:color w:val="E07856"/>
              </w:rPr>
              <w:t>Visual diagram showing relationships/processes discovered in YOUR findings</w:t>
            </w:r>
          </w:p>
        </w:tc>
      </w:tr>
    </w:tbl>
    <w:p w14:paraId="16348C32" w14:textId="77777777" w:rsidR="00BD2D17" w:rsidRDefault="00000000">
      <w:r>
        <w:rPr>
          <w:b/>
        </w:rPr>
        <w:t xml:space="preserve">Note: </w:t>
      </w:r>
      <w:r>
        <w:t>The Conceptual Model typically emerges AFTER data collection and analysis (in your Discussion chapter), whereas the Conceptual Framework is developed BEFORE/DURING your study (at the end of your Literature Review chapter).</w:t>
      </w:r>
    </w:p>
    <w:p w14:paraId="78F30AF0" w14:textId="77777777" w:rsidR="00BD2D17" w:rsidRDefault="00BD2D17"/>
    <w:p w14:paraId="1EF7A2E8" w14:textId="77777777" w:rsidR="00BD2D17" w:rsidRDefault="00BD2D17"/>
    <w:p w14:paraId="1D3172BA" w14:textId="77777777" w:rsidR="00BD2D17" w:rsidRDefault="00000000">
      <w:r>
        <w:t>The following table summarises the key distinctions between these four critical components:</w:t>
      </w:r>
    </w:p>
    <w:p w14:paraId="0D0B1840" w14:textId="77777777" w:rsidR="00BD2D17" w:rsidRDefault="00BD2D17"/>
    <w:p w14:paraId="7DADF815" w14:textId="77777777" w:rsidR="00BD2D17" w:rsidRDefault="00000000">
      <w:pPr>
        <w:pStyle w:val="Heading2"/>
      </w:pPr>
      <w:r>
        <w:lastRenderedPageBreak/>
        <w:t>Complete Terminology Table</w:t>
      </w:r>
    </w:p>
    <w:p w14:paraId="16133D9C" w14:textId="77777777" w:rsidR="00BD2D17" w:rsidRDefault="00BD2D17"/>
    <w:p w14:paraId="7B2F466F" w14:textId="77777777" w:rsidR="00BD2D17" w:rsidRDefault="00000000">
      <w:pPr>
        <w:pStyle w:val="Heading1"/>
      </w:pPr>
      <w:r>
        <w:t>The Nested Relationship</w:t>
      </w:r>
    </w:p>
    <w:p w14:paraId="5FAE1C70" w14:textId="77777777" w:rsidR="00BD2D17" w:rsidRDefault="00000000">
      <w:r>
        <w:rPr>
          <w:i/>
        </w:rPr>
        <w:t>All three components (theories, theoretical framework, and conceptual framework) are INSIDE your Literature Review chapter, but they serve different purposes and appear in different sections.</w:t>
      </w:r>
    </w:p>
    <w:p w14:paraId="3585E84E" w14:textId="77777777" w:rsidR="00BD2D17" w:rsidRDefault="00BD2D17"/>
    <w:p w14:paraId="6D2DB639" w14:textId="77777777" w:rsidR="00BD2D17" w:rsidRDefault="00000000">
      <w:pPr>
        <w:pStyle w:val="ListBullet"/>
      </w:pPr>
      <w:r>
        <w:t>Conceptual Framework = The FINAL SECTION of Chapter 2 (YOUR unique synthesis of problem + gap + theory + methodology)</w:t>
      </w:r>
    </w:p>
    <w:p w14:paraId="0DB4AA43" w14:textId="77777777" w:rsidR="00BD2D17" w:rsidRDefault="00000000">
      <w:pPr>
        <w:pStyle w:val="ListBullet"/>
      </w:pPr>
      <w:r>
        <w:t>Theoretical Framework = A SECTION within Chapter 2 (which theories YOU select and how YOU use them)</w:t>
      </w:r>
    </w:p>
    <w:p w14:paraId="66F48210" w14:textId="77777777" w:rsidR="00BD2D17" w:rsidRDefault="00000000">
      <w:pPr>
        <w:pStyle w:val="ListBullet"/>
      </w:pPr>
      <w:r>
        <w:t>Theories = Reviewed WITHIN the literature review (what others have developed)</w:t>
      </w:r>
    </w:p>
    <w:p w14:paraId="4D2E82B8" w14:textId="77777777" w:rsidR="00BD2D17" w:rsidRDefault="00000000">
      <w:pPr>
        <w:pStyle w:val="ListBullet"/>
      </w:pPr>
      <w:r>
        <w:t>Literature Review (Chapter 2) = The entire chapter reviewing existing knowledge</w:t>
      </w:r>
    </w:p>
    <w:p w14:paraId="0C599DB2" w14:textId="77777777" w:rsidR="00BD2D17" w:rsidRDefault="00BD2D17"/>
    <w:p w14:paraId="650368C3" w14:textId="77777777" w:rsidR="00BD2D17" w:rsidRDefault="00000000">
      <w:r>
        <w:rPr>
          <w:b/>
          <w:sz w:val="28"/>
        </w:rPr>
        <w:t>Key Distinction:</w:t>
      </w:r>
    </w:p>
    <w:p w14:paraId="4ED6FC65" w14:textId="77777777" w:rsidR="00BD2D17" w:rsidRDefault="00BD2D17"/>
    <w:p w14:paraId="289D9CB0" w14:textId="77777777" w:rsidR="00BD2D17" w:rsidRDefault="00000000">
      <w:pPr>
        <w:pStyle w:val="ListBullet"/>
      </w:pPr>
      <w:r>
        <w:t>How all components connect logically</w:t>
      </w:r>
    </w:p>
    <w:p w14:paraId="4190D84A" w14:textId="77777777" w:rsidR="00BD2D17" w:rsidRDefault="00000000">
      <w:pPr>
        <w:pStyle w:val="ListBullet"/>
      </w:pPr>
      <w:r>
        <w:t>Visual diagram showing relationships</w:t>
      </w:r>
    </w:p>
    <w:p w14:paraId="6CC66C3E" w14:textId="77777777" w:rsidR="00BD2D17" w:rsidRDefault="00000000">
      <w:pPr>
        <w:pStyle w:val="ListBullet"/>
      </w:pPr>
      <w:r>
        <w:t>Methodological justification (why your approach is appropriate)</w:t>
      </w:r>
    </w:p>
    <w:p w14:paraId="13336CCE" w14:textId="77777777" w:rsidR="00BD2D17" w:rsidRDefault="00000000">
      <w:pPr>
        <w:pStyle w:val="ListBullet"/>
      </w:pPr>
      <w:r>
        <w:t>Theoretical positioning (your framework from 2.5)</w:t>
      </w:r>
    </w:p>
    <w:p w14:paraId="36E1CC11" w14:textId="77777777" w:rsidR="00BD2D17" w:rsidRDefault="00000000">
      <w:pPr>
        <w:pStyle w:val="ListBullet"/>
      </w:pPr>
      <w:r>
        <w:t>Gap in knowledge (what remains unknown)</w:t>
      </w:r>
    </w:p>
    <w:p w14:paraId="0F5E689E" w14:textId="77777777" w:rsidR="00BD2D17" w:rsidRDefault="00000000">
      <w:pPr>
        <w:pStyle w:val="ListBullet"/>
      </w:pPr>
      <w:r>
        <w:t>Problem statement (why it matters)</w:t>
      </w:r>
    </w:p>
    <w:p w14:paraId="33E030F8" w14:textId="77777777" w:rsidR="00BD2D17" w:rsidRDefault="00000000">
      <w:r>
        <w:rPr>
          <w:b/>
          <w:color w:val="E07856"/>
        </w:rPr>
        <w:t>2.7 Preliminary Conceptual Framework ← YOUR unique synthesis presented here</w:t>
      </w:r>
    </w:p>
    <w:p w14:paraId="3AC35D15" w14:textId="77777777" w:rsidR="00BD2D17" w:rsidRDefault="00BD2D17"/>
    <w:p w14:paraId="73D6B0F0" w14:textId="77777777" w:rsidR="00BD2D17" w:rsidRDefault="00000000">
      <w:pPr>
        <w:pStyle w:val="ListBullet"/>
      </w:pPr>
      <w:r>
        <w:t>How your research addresses the gap</w:t>
      </w:r>
    </w:p>
    <w:p w14:paraId="0E4EDDE1" w14:textId="77777777" w:rsidR="00BD2D17" w:rsidRDefault="00000000">
      <w:pPr>
        <w:pStyle w:val="ListBullet"/>
      </w:pPr>
      <w:r>
        <w:t>Statement of research gap</w:t>
      </w:r>
    </w:p>
    <w:p w14:paraId="02A2A96E" w14:textId="77777777" w:rsidR="00BD2D17" w:rsidRDefault="00000000">
      <w:pPr>
        <w:pStyle w:val="ListBullet"/>
      </w:pPr>
      <w:r>
        <w:t>Critical synthesis of what you've reviewed</w:t>
      </w:r>
    </w:p>
    <w:p w14:paraId="354A8647" w14:textId="77777777" w:rsidR="00BD2D17" w:rsidRDefault="00000000">
      <w:r>
        <w:rPr>
          <w:b/>
        </w:rPr>
        <w:t>2.6 Synthesis of Literature</w:t>
      </w:r>
    </w:p>
    <w:p w14:paraId="070E16CF" w14:textId="77777777" w:rsidR="00BD2D17" w:rsidRDefault="00BD2D17"/>
    <w:p w14:paraId="428DB27B" w14:textId="77777777" w:rsidR="00BD2D17" w:rsidRDefault="00000000">
      <w:pPr>
        <w:pStyle w:val="ListBullet"/>
      </w:pPr>
      <w:r>
        <w:t>Your paradigmatic positioning (e.g., theories as fore-understandings)</w:t>
      </w:r>
    </w:p>
    <w:p w14:paraId="5104E3C3" w14:textId="77777777" w:rsidR="00BD2D17" w:rsidRDefault="00000000">
      <w:pPr>
        <w:pStyle w:val="ListBullet"/>
      </w:pPr>
      <w:r>
        <w:t>How they work together in YOUR study</w:t>
      </w:r>
    </w:p>
    <w:p w14:paraId="43A289D4" w14:textId="77777777" w:rsidR="00BD2D17" w:rsidRDefault="00000000">
      <w:pPr>
        <w:pStyle w:val="ListBullet"/>
      </w:pPr>
      <w:r>
        <w:t>How they relate to YOUR research questions</w:t>
      </w:r>
    </w:p>
    <w:p w14:paraId="4D8E69A0" w14:textId="77777777" w:rsidR="00BD2D17" w:rsidRDefault="00000000">
      <w:pPr>
        <w:pStyle w:val="ListBullet"/>
      </w:pPr>
      <w:r>
        <w:t>Which theories YOU have selected</w:t>
      </w:r>
    </w:p>
    <w:p w14:paraId="6B76F045" w14:textId="77777777" w:rsidR="00BD2D17" w:rsidRDefault="00000000">
      <w:r>
        <w:rPr>
          <w:b/>
          <w:color w:val="E07856"/>
        </w:rPr>
        <w:lastRenderedPageBreak/>
        <w:t>2.5 Theoretical Framework ← YOUR selection of theories presented here</w:t>
      </w:r>
    </w:p>
    <w:p w14:paraId="4CEC7C67" w14:textId="77777777" w:rsidR="00BD2D17" w:rsidRDefault="00BD2D17"/>
    <w:p w14:paraId="276D66A4" w14:textId="77777777" w:rsidR="00BD2D17" w:rsidRDefault="00000000">
      <w:pPr>
        <w:pStyle w:val="ListBullet"/>
      </w:pPr>
      <w:r>
        <w:t>How theories have been used by other scholars</w:t>
      </w:r>
    </w:p>
    <w:p w14:paraId="2B0778A5" w14:textId="77777777" w:rsidR="00BD2D17" w:rsidRDefault="00000000">
      <w:pPr>
        <w:pStyle w:val="ListBullet"/>
      </w:pPr>
      <w:r>
        <w:t>Explanation of each theory</w:t>
      </w:r>
    </w:p>
    <w:p w14:paraId="58AC2E54" w14:textId="77777777" w:rsidR="00BD2D17" w:rsidRDefault="00000000">
      <w:pPr>
        <w:pStyle w:val="ListBullet"/>
      </w:pPr>
      <w:r>
        <w:t>Review of KEY relevant theories from literature</w:t>
      </w:r>
    </w:p>
    <w:p w14:paraId="607A24EE" w14:textId="77777777" w:rsidR="00BD2D17" w:rsidRDefault="00000000">
      <w:r>
        <w:rPr>
          <w:b/>
          <w:color w:val="E07856"/>
        </w:rPr>
        <w:t>2.4 Theoretical Perspectives ← THEORIES reviewed here</w:t>
      </w:r>
    </w:p>
    <w:p w14:paraId="48E7A530" w14:textId="77777777" w:rsidR="00BD2D17" w:rsidRDefault="00BD2D17"/>
    <w:p w14:paraId="79B8FD66" w14:textId="77777777" w:rsidR="00BD2D17" w:rsidRDefault="00000000">
      <w:pPr>
        <w:pStyle w:val="ListBullet"/>
      </w:pPr>
      <w:r>
        <w:t>Identification of the gap</w:t>
      </w:r>
    </w:p>
    <w:p w14:paraId="48DE1F86" w14:textId="77777777" w:rsidR="00BD2D17" w:rsidRDefault="00000000">
      <w:pPr>
        <w:pStyle w:val="ListBullet"/>
      </w:pPr>
      <w:r>
        <w:t>What is known, what remains unknown</w:t>
      </w:r>
    </w:p>
    <w:p w14:paraId="0C6C400F" w14:textId="77777777" w:rsidR="00BD2D17" w:rsidRDefault="00000000">
      <w:pPr>
        <w:pStyle w:val="ListBullet"/>
      </w:pPr>
      <w:r>
        <w:t>Empirical studies on your topic</w:t>
      </w:r>
    </w:p>
    <w:p w14:paraId="2FE233E6" w14:textId="77777777" w:rsidR="00BD2D17" w:rsidRDefault="00000000">
      <w:r>
        <w:rPr>
          <w:b/>
        </w:rPr>
        <w:t>2.3 Review of Existing Literature</w:t>
      </w:r>
    </w:p>
    <w:p w14:paraId="13EDDE17" w14:textId="77777777" w:rsidR="00BD2D17" w:rsidRDefault="00BD2D17"/>
    <w:p w14:paraId="276DE289" w14:textId="77777777" w:rsidR="00BD2D17" w:rsidRDefault="00000000">
      <w:pPr>
        <w:pStyle w:val="ListBullet"/>
      </w:pPr>
      <w:r>
        <w:t>Establish the phenomenon under study</w:t>
      </w:r>
    </w:p>
    <w:p w14:paraId="3D9874DE" w14:textId="77777777" w:rsidR="00BD2D17" w:rsidRDefault="00000000">
      <w:pPr>
        <w:pStyle w:val="ListBullet"/>
      </w:pPr>
      <w:r>
        <w:t>Define key terms and concepts</w:t>
      </w:r>
    </w:p>
    <w:p w14:paraId="1CC82CFC" w14:textId="77777777" w:rsidR="00BD2D17" w:rsidRDefault="00000000">
      <w:r>
        <w:rPr>
          <w:b/>
        </w:rPr>
        <w:t>2.2 Conceptual Foundations / Key Concepts</w:t>
      </w:r>
    </w:p>
    <w:p w14:paraId="46728C33" w14:textId="77777777" w:rsidR="00BD2D17" w:rsidRDefault="00BD2D17"/>
    <w:p w14:paraId="33795366" w14:textId="77777777" w:rsidR="00BD2D17" w:rsidRDefault="00000000">
      <w:pPr>
        <w:pStyle w:val="ListBullet"/>
      </w:pPr>
      <w:r>
        <w:t>Overview of chapter structure and purpose</w:t>
      </w:r>
    </w:p>
    <w:p w14:paraId="508145D9" w14:textId="77777777" w:rsidR="00BD2D17" w:rsidRDefault="00000000">
      <w:r>
        <w:rPr>
          <w:b/>
        </w:rPr>
        <w:t>2.1 Introduction</w:t>
      </w:r>
    </w:p>
    <w:p w14:paraId="0A616EDA" w14:textId="77777777" w:rsidR="00BD2D17" w:rsidRDefault="00BD2D17"/>
    <w:p w14:paraId="56E64C94" w14:textId="77777777" w:rsidR="00BD2D17" w:rsidRDefault="00000000">
      <w:pPr>
        <w:pStyle w:val="Heading3"/>
      </w:pPr>
      <w:r>
        <w:t>CHAPTER 2: LITERATURE REVIEW</w:t>
      </w:r>
    </w:p>
    <w:p w14:paraId="5C14AA1F" w14:textId="77777777" w:rsidR="00BD2D17" w:rsidRDefault="00BD2D17"/>
    <w:p w14:paraId="1FCF57BB" w14:textId="77777777" w:rsidR="00BD2D17" w:rsidRDefault="00000000">
      <w:pPr>
        <w:pStyle w:val="Heading2"/>
      </w:pPr>
      <w:r>
        <w:t>Typical Literature Review Chapter Structure Showing How They Fit:</w:t>
      </w:r>
    </w:p>
    <w:p w14:paraId="70656D0F" w14:textId="77777777" w:rsidR="00BD2D17" w:rsidRDefault="00BD2D17"/>
    <w:p w14:paraId="7E15C744" w14:textId="77777777" w:rsidR="00BD2D17" w:rsidRDefault="00000000">
      <w:r>
        <w:rPr>
          <w:b/>
        </w:rPr>
        <w:t xml:space="preserve">Key Insight: </w:t>
      </w:r>
      <w:r>
        <w:t>Your conceptual framework CONTAINS your theoretical framework, which in turn USES established theories. The conceptual framework is broader, encompassing not just theory but also the research problem, gap in knowledge, methodological justification, and significance.</w:t>
      </w:r>
    </w:p>
    <w:p w14:paraId="248A6E6C" w14:textId="77777777" w:rsidR="00BD2D17" w:rsidRDefault="00BD2D17"/>
    <w:p w14:paraId="6DBADC4E" w14:textId="77777777" w:rsidR="00BD2D17" w:rsidRDefault="00000000">
      <w:r>
        <w:rPr>
          <w:i/>
        </w:rPr>
        <w:t>[Visualisation: Create a diagram showing three nested circles with labels]</w:t>
      </w:r>
    </w:p>
    <w:p w14:paraId="34A28995" w14:textId="77777777" w:rsidR="00BD2D17" w:rsidRDefault="00BD2D17"/>
    <w:p w14:paraId="5A84ECAC" w14:textId="77777777" w:rsidR="00BD2D17" w:rsidRDefault="00000000">
      <w:pPr>
        <w:pStyle w:val="ListBullet"/>
      </w:pPr>
      <w:r>
        <w:lastRenderedPageBreak/>
        <w:t>In Chapter 2: Synthesised at the END of the chapter (e.g., Section 2.7 "Conceptual Framework")</w:t>
      </w:r>
    </w:p>
    <w:p w14:paraId="387870A1" w14:textId="77777777" w:rsidR="00BD2D17" w:rsidRDefault="00000000">
      <w:r>
        <w:rPr>
          <w:b/>
        </w:rPr>
        <w:t xml:space="preserve">Outer Circle (Conceptual Framework): </w:t>
      </w:r>
      <w:r>
        <w:t>Logical argument justifying all aspects of the research: why it is important and why methodology is appropriate</w:t>
      </w:r>
    </w:p>
    <w:p w14:paraId="7F85AAC6" w14:textId="77777777" w:rsidR="00BD2D17" w:rsidRDefault="00BD2D17"/>
    <w:p w14:paraId="45F56969" w14:textId="77777777" w:rsidR="00BD2D17" w:rsidRDefault="00000000">
      <w:pPr>
        <w:pStyle w:val="ListBullet"/>
      </w:pPr>
      <w:r>
        <w:t>In Chapter 2: Presented in a dedicated section (e.g., Section 2.4 "Theoretical Framework")</w:t>
      </w:r>
    </w:p>
    <w:p w14:paraId="72D9C82B" w14:textId="77777777" w:rsidR="00BD2D17" w:rsidRDefault="00000000">
      <w:r>
        <w:rPr>
          <w:b/>
        </w:rPr>
        <w:t xml:space="preserve">Middle Circle (Theoretical Framework): </w:t>
      </w:r>
      <w:r>
        <w:t>Explanation of how a theory (theories) shaped the study</w:t>
      </w:r>
    </w:p>
    <w:p w14:paraId="27E11076" w14:textId="77777777" w:rsidR="00BD2D17" w:rsidRDefault="00BD2D17"/>
    <w:p w14:paraId="004135A5" w14:textId="77777777" w:rsidR="00BD2D17" w:rsidRDefault="00000000">
      <w:pPr>
        <w:pStyle w:val="ListBullet"/>
      </w:pPr>
      <w:r>
        <w:t>In Chapter 2: Reviewed in your literature review (e.g., Section 2.2 "Key Theories")</w:t>
      </w:r>
    </w:p>
    <w:p w14:paraId="60B3A5F3" w14:textId="77777777" w:rsidR="00BD2D17" w:rsidRDefault="00000000">
      <w:r>
        <w:rPr>
          <w:b/>
        </w:rPr>
        <w:t xml:space="preserve">Inner Circle (Theory): </w:t>
      </w:r>
      <w:r>
        <w:t>Description of relationship between concepts and ideas that help us understand the world</w:t>
      </w:r>
    </w:p>
    <w:p w14:paraId="66F23F28" w14:textId="77777777" w:rsidR="00BD2D17" w:rsidRDefault="00BD2D17"/>
    <w:p w14:paraId="766DCEA0" w14:textId="77777777" w:rsidR="00BD2D17" w:rsidRDefault="00000000">
      <w:r>
        <w:t>The relationship between theory, theoretical framework, and conceptual framework can be visualised as three nested circles:</w:t>
      </w:r>
    </w:p>
    <w:p w14:paraId="6D9CBBF2" w14:textId="77777777" w:rsidR="00BD2D17" w:rsidRDefault="00000000">
      <w:pPr>
        <w:pStyle w:val="Heading1"/>
      </w:pPr>
      <w:r>
        <w:t>SESSION 2: The Qualitative Research Process (90 minutes)</w:t>
      </w:r>
    </w:p>
    <w:p w14:paraId="30E31B71" w14:textId="77777777" w:rsidR="00BD2D17" w:rsidRDefault="00000000">
      <w:pPr>
        <w:pStyle w:val="Heading2"/>
      </w:pPr>
      <w:r>
        <w:t>The Qualitative Research Process Overview</w:t>
      </w:r>
    </w:p>
    <w:p w14:paraId="13A08084" w14:textId="77777777" w:rsidR="00BD2D17" w:rsidRDefault="00000000">
      <w:r>
        <w:t>The qualitative research process typically flows through these interconnected stages:</w:t>
      </w:r>
    </w:p>
    <w:p w14:paraId="0F6EFFDA" w14:textId="77777777" w:rsidR="00BD2D17" w:rsidRDefault="00000000">
      <w:pPr>
        <w:pStyle w:val="ListNumber"/>
      </w:pPr>
      <w:r>
        <w:t>Research Question/Problem → Literature review → Research Aims/Inquiry Statement</w:t>
      </w:r>
    </w:p>
    <w:p w14:paraId="305A1501" w14:textId="77777777" w:rsidR="00BD2D17" w:rsidRDefault="00000000">
      <w:pPr>
        <w:pStyle w:val="ListNumber"/>
      </w:pPr>
      <w:r>
        <w:t>Refine Research Aims → Methodological approach selection → Ethics and feasibility exploration</w:t>
      </w:r>
    </w:p>
    <w:p w14:paraId="0AE493CB" w14:textId="77777777" w:rsidR="00BD2D17" w:rsidRDefault="00000000">
      <w:pPr>
        <w:pStyle w:val="ListNumber"/>
      </w:pPr>
      <w:r>
        <w:t>Develop Design → Sampling strategy, data collection methods → Field protocols, interview guides, observation frameworks</w:t>
      </w:r>
    </w:p>
    <w:p w14:paraId="7E0690B5" w14:textId="77777777" w:rsidR="00BD2D17" w:rsidRDefault="00000000">
      <w:pPr>
        <w:pStyle w:val="ListNumber"/>
      </w:pPr>
      <w:r>
        <w:t>Data Collection → Iterative analysis → Theoretical saturation assessment → Trustworthiness strategies</w:t>
      </w:r>
    </w:p>
    <w:p w14:paraId="5CEA7846" w14:textId="77777777" w:rsidR="00BD2D17" w:rsidRDefault="00000000">
      <w:pPr>
        <w:pStyle w:val="ListNumber"/>
      </w:pPr>
      <w:r>
        <w:t>Interpretation &amp; Meaning-Making → Theory development/refinement → Knowledge translation</w:t>
      </w:r>
    </w:p>
    <w:p w14:paraId="2A14ED79" w14:textId="77777777" w:rsidR="00BD2D17" w:rsidRDefault="00000000">
      <w:pPr>
        <w:pStyle w:val="Heading2"/>
      </w:pPr>
      <w:r>
        <w:t>Qualitative Research Characteristics</w:t>
      </w:r>
    </w:p>
    <w:p w14:paraId="7FE6FED7" w14:textId="77777777" w:rsidR="00BD2D17" w:rsidRDefault="00000000">
      <w:pPr>
        <w:pStyle w:val="ListBullet"/>
      </w:pPr>
      <w:r>
        <w:t>Focus on questions of "how" and "why" rather than hypothesis testing</w:t>
      </w:r>
    </w:p>
    <w:p w14:paraId="5BCB6DAC" w14:textId="77777777" w:rsidR="00BD2D17" w:rsidRDefault="00000000">
      <w:pPr>
        <w:pStyle w:val="ListBullet"/>
      </w:pPr>
      <w:r>
        <w:t>Often employ an iterative rather than linear process</w:t>
      </w:r>
    </w:p>
    <w:p w14:paraId="263B4B29" w14:textId="77777777" w:rsidR="00BD2D17" w:rsidRDefault="00000000">
      <w:pPr>
        <w:pStyle w:val="ListBullet"/>
      </w:pPr>
      <w:r>
        <w:t>May begin with sensitising concepts rather than variables</w:t>
      </w:r>
    </w:p>
    <w:p w14:paraId="4BBF180B" w14:textId="77777777" w:rsidR="00BD2D17" w:rsidRDefault="00000000">
      <w:pPr>
        <w:pStyle w:val="ListBullet"/>
      </w:pPr>
      <w:r>
        <w:t>Emphasise meaning, context, and lived experience</w:t>
      </w:r>
    </w:p>
    <w:p w14:paraId="7D0A4804" w14:textId="77777777" w:rsidR="00BD2D17" w:rsidRDefault="00000000">
      <w:pPr>
        <w:pStyle w:val="ListBullet"/>
      </w:pPr>
      <w:r>
        <w:t>Use theoretical sampling rather than power calculations</w:t>
      </w:r>
    </w:p>
    <w:p w14:paraId="0E79C27C" w14:textId="77777777" w:rsidR="00BD2D17" w:rsidRDefault="00000000">
      <w:pPr>
        <w:pStyle w:val="ListBullet"/>
      </w:pPr>
      <w:r>
        <w:t>Employ different trustworthiness criteria (credibility, transferability, dependability, confirmability) instead of validity and reliability measures</w:t>
      </w:r>
    </w:p>
    <w:p w14:paraId="7026BA6E" w14:textId="77777777" w:rsidR="00BD2D17" w:rsidRDefault="00000000">
      <w:pPr>
        <w:pStyle w:val="ListBullet"/>
      </w:pPr>
      <w:r>
        <w:t>Often involve researcher reflexivity as a critical component</w:t>
      </w:r>
    </w:p>
    <w:p w14:paraId="18CAEE52" w14:textId="77777777" w:rsidR="00BD2D17" w:rsidRDefault="00000000">
      <w:r>
        <w:lastRenderedPageBreak/>
        <w:br w:type="page"/>
      </w:r>
    </w:p>
    <w:p w14:paraId="3C258A0B" w14:textId="77777777" w:rsidR="00BD2D17" w:rsidRDefault="00000000">
      <w:pPr>
        <w:pStyle w:val="Heading2"/>
      </w:pPr>
      <w:r>
        <w:lastRenderedPageBreak/>
        <w:t>Literature Review Purposes Across Research Paradigms</w:t>
      </w:r>
    </w:p>
    <w:p w14:paraId="072DA210" w14:textId="77777777" w:rsidR="00BD2D17" w:rsidRDefault="00000000">
      <w:r>
        <w:rPr>
          <w:b/>
          <w:color w:val="E07856"/>
        </w:rPr>
        <w:t xml:space="preserve">CRITICAL UNDERSTANDING: </w:t>
      </w:r>
      <w:r>
        <w:t>The purpose of the literature review differs depending on your research paradigm.</w:t>
      </w:r>
    </w:p>
    <w:p w14:paraId="7CAF0006" w14:textId="77777777" w:rsidR="00BD2D17" w:rsidRDefault="00000000">
      <w:r>
        <w:br w:type="page"/>
      </w:r>
    </w:p>
    <w:p w14:paraId="60A0D991" w14:textId="77777777" w:rsidR="00BD2D17" w:rsidRDefault="00000000">
      <w:pPr>
        <w:pStyle w:val="Heading3"/>
      </w:pPr>
      <w:r>
        <w:lastRenderedPageBreak/>
        <w:t>Table 1: Literature Review Purpose by Paradigm</w:t>
      </w:r>
    </w:p>
    <w:tbl>
      <w:tblPr>
        <w:tblStyle w:val="LightGrid-Accent1"/>
        <w:tblW w:w="0" w:type="auto"/>
        <w:tblLook w:val="04A0" w:firstRow="1" w:lastRow="0" w:firstColumn="1" w:lastColumn="0" w:noHBand="0" w:noVBand="1"/>
      </w:tblPr>
      <w:tblGrid>
        <w:gridCol w:w="3120"/>
        <w:gridCol w:w="3120"/>
        <w:gridCol w:w="3120"/>
      </w:tblGrid>
      <w:tr w:rsidR="00BD2D17" w14:paraId="0031F69D" w14:textId="77777777" w:rsidTr="00BD2D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Pr>
          <w:p w14:paraId="15C78564" w14:textId="77777777" w:rsidR="00BD2D17" w:rsidRDefault="00000000">
            <w:r>
              <w:t>Paradigm</w:t>
            </w:r>
          </w:p>
        </w:tc>
        <w:tc>
          <w:tcPr>
            <w:tcW w:w="3120" w:type="dxa"/>
          </w:tcPr>
          <w:p w14:paraId="22550E85" w14:textId="77777777" w:rsidR="00BD2D17" w:rsidRDefault="00000000">
            <w:pPr>
              <w:cnfStyle w:val="100000000000" w:firstRow="1" w:lastRow="0" w:firstColumn="0" w:lastColumn="0" w:oddVBand="0" w:evenVBand="0" w:oddHBand="0" w:evenHBand="0" w:firstRowFirstColumn="0" w:firstRowLastColumn="0" w:lastRowFirstColumn="0" w:lastRowLastColumn="0"/>
            </w:pPr>
            <w:r>
              <w:t>Purpose of Literature Review</w:t>
            </w:r>
          </w:p>
        </w:tc>
        <w:tc>
          <w:tcPr>
            <w:tcW w:w="3120" w:type="dxa"/>
          </w:tcPr>
          <w:p w14:paraId="341AB8D8" w14:textId="77777777" w:rsidR="00BD2D17" w:rsidRDefault="00000000">
            <w:pPr>
              <w:cnfStyle w:val="100000000000" w:firstRow="1" w:lastRow="0" w:firstColumn="0" w:lastColumn="0" w:oddVBand="0" w:evenVBand="0" w:oddHBand="0" w:evenHBand="0" w:firstRowFirstColumn="0" w:firstRowLastColumn="0" w:lastRowFirstColumn="0" w:lastRowLastColumn="0"/>
            </w:pPr>
            <w:r>
              <w:t>Timing of Theory</w:t>
            </w:r>
          </w:p>
        </w:tc>
      </w:tr>
      <w:tr w:rsidR="00BD2D17" w14:paraId="27CA07DA" w14:textId="77777777" w:rsidTr="00BD2D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Pr>
          <w:p w14:paraId="17CE84BC" w14:textId="77777777" w:rsidR="00BD2D17" w:rsidRDefault="00000000">
            <w:r>
              <w:t>Positivism</w:t>
            </w:r>
          </w:p>
        </w:tc>
        <w:tc>
          <w:tcPr>
            <w:tcW w:w="3120" w:type="dxa"/>
          </w:tcPr>
          <w:p w14:paraId="68C6CD67" w14:textId="77777777" w:rsidR="00BD2D17" w:rsidRDefault="00000000">
            <w:pPr>
              <w:cnfStyle w:val="000000100000" w:firstRow="0" w:lastRow="0" w:firstColumn="0" w:lastColumn="0" w:oddVBand="0" w:evenVBand="0" w:oddHBand="1" w:evenHBand="0" w:firstRowFirstColumn="0" w:firstRowLastColumn="0" w:lastRowFirstColumn="0" w:lastRowLastColumn="0"/>
            </w:pPr>
            <w:r>
              <w:t>Test existing theory; identify variables to measure; establish hypotheses</w:t>
            </w:r>
          </w:p>
        </w:tc>
        <w:tc>
          <w:tcPr>
            <w:tcW w:w="3120" w:type="dxa"/>
          </w:tcPr>
          <w:p w14:paraId="2DC2DDF7" w14:textId="77777777" w:rsidR="00BD2D17" w:rsidRDefault="00000000">
            <w:pPr>
              <w:cnfStyle w:val="000000100000" w:firstRow="0" w:lastRow="0" w:firstColumn="0" w:lastColumn="0" w:oddVBand="0" w:evenVBand="0" w:oddHBand="1" w:evenHBand="0" w:firstRowFirstColumn="0" w:firstRowLastColumn="0" w:lastRowFirstColumn="0" w:lastRowLastColumn="0"/>
            </w:pPr>
            <w:r>
              <w:t>BEFORE data collection - theory drives hypotheses</w:t>
            </w:r>
          </w:p>
        </w:tc>
      </w:tr>
      <w:tr w:rsidR="00BD2D17" w14:paraId="1F899C9B" w14:textId="77777777" w:rsidTr="00BD2D1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Pr>
          <w:p w14:paraId="0C9BF5BD" w14:textId="77777777" w:rsidR="00BD2D17" w:rsidRDefault="00000000">
            <w:r>
              <w:t>Critical</w:t>
            </w:r>
          </w:p>
        </w:tc>
        <w:tc>
          <w:tcPr>
            <w:tcW w:w="3120" w:type="dxa"/>
          </w:tcPr>
          <w:p w14:paraId="562F0855" w14:textId="77777777" w:rsidR="00BD2D17" w:rsidRDefault="00000000">
            <w:pPr>
              <w:cnfStyle w:val="000000010000" w:firstRow="0" w:lastRow="0" w:firstColumn="0" w:lastColumn="0" w:oddVBand="0" w:evenVBand="0" w:oddHBand="0" w:evenHBand="1" w:firstRowFirstColumn="0" w:firstRowLastColumn="0" w:lastRowFirstColumn="0" w:lastRowLastColumn="0"/>
            </w:pPr>
            <w:r>
              <w:t>Identify power structures, injustices; establish critical theoretical lens; position research politically</w:t>
            </w:r>
          </w:p>
        </w:tc>
        <w:tc>
          <w:tcPr>
            <w:tcW w:w="3120" w:type="dxa"/>
          </w:tcPr>
          <w:p w14:paraId="655F9951" w14:textId="77777777" w:rsidR="00BD2D17" w:rsidRDefault="00000000">
            <w:pPr>
              <w:cnfStyle w:val="000000010000" w:firstRow="0" w:lastRow="0" w:firstColumn="0" w:lastColumn="0" w:oddVBand="0" w:evenVBand="0" w:oddHBand="0" w:evenHBand="1" w:firstRowFirstColumn="0" w:firstRowLastColumn="0" w:lastRowFirstColumn="0" w:lastRowLastColumn="0"/>
            </w:pPr>
            <w:r>
              <w:t>BEFORE - critical theory frames the inquiry explicitly</w:t>
            </w:r>
          </w:p>
        </w:tc>
      </w:tr>
      <w:tr w:rsidR="00BD2D17" w14:paraId="16B50D02" w14:textId="77777777" w:rsidTr="00BD2D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Pr>
          <w:p w14:paraId="7D49BA86" w14:textId="77777777" w:rsidR="00BD2D17" w:rsidRDefault="00000000">
            <w:r>
              <w:t>Post-Positivism</w:t>
            </w:r>
          </w:p>
        </w:tc>
        <w:tc>
          <w:tcPr>
            <w:tcW w:w="3120" w:type="dxa"/>
          </w:tcPr>
          <w:p w14:paraId="1085AD2E" w14:textId="77777777" w:rsidR="00BD2D17" w:rsidRDefault="00000000">
            <w:pPr>
              <w:cnfStyle w:val="000000100000" w:firstRow="0" w:lastRow="0" w:firstColumn="0" w:lastColumn="0" w:oddVBand="0" w:evenVBand="0" w:oddHBand="1" w:evenHBand="0" w:firstRowFirstColumn="0" w:firstRowLastColumn="0" w:lastRowFirstColumn="0" w:lastRowLastColumn="0"/>
            </w:pPr>
            <w:r>
              <w:t>Test theory whilst acknowledging limitations of objectivity; identify variables and relationships; recognise researcher influence</w:t>
            </w:r>
          </w:p>
        </w:tc>
        <w:tc>
          <w:tcPr>
            <w:tcW w:w="3120" w:type="dxa"/>
          </w:tcPr>
          <w:p w14:paraId="735172FB" w14:textId="77777777" w:rsidR="00BD2D17" w:rsidRDefault="00000000">
            <w:pPr>
              <w:cnfStyle w:val="000000100000" w:firstRow="0" w:lastRow="0" w:firstColumn="0" w:lastColumn="0" w:oddVBand="0" w:evenVBand="0" w:oddHBand="1" w:evenHBand="0" w:firstRowFirstColumn="0" w:firstRowLastColumn="0" w:lastRowFirstColumn="0" w:lastRowLastColumn="0"/>
            </w:pPr>
            <w:r>
              <w:t>BEFORE - theory generates hypotheses, but refined through probabilistic understanding</w:t>
            </w:r>
          </w:p>
        </w:tc>
      </w:tr>
      <w:tr w:rsidR="00BD2D17" w14:paraId="5DAFE49A" w14:textId="77777777" w:rsidTr="00BD2D1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Pr>
          <w:p w14:paraId="3AC0C916" w14:textId="77777777" w:rsidR="00BD2D17" w:rsidRDefault="00000000">
            <w:r>
              <w:t>Pragmatism</w:t>
            </w:r>
          </w:p>
        </w:tc>
        <w:tc>
          <w:tcPr>
            <w:tcW w:w="3120" w:type="dxa"/>
          </w:tcPr>
          <w:p w14:paraId="10EF3626" w14:textId="77777777" w:rsidR="00BD2D17" w:rsidRDefault="00000000">
            <w:pPr>
              <w:cnfStyle w:val="000000010000" w:firstRow="0" w:lastRow="0" w:firstColumn="0" w:lastColumn="0" w:oddVBand="0" w:evenVBand="0" w:oddHBand="0" w:evenHBand="1" w:firstRowFirstColumn="0" w:firstRowLastColumn="0" w:lastRowFirstColumn="0" w:lastRowLastColumn="0"/>
            </w:pPr>
            <w:r>
              <w:t>Focus on practical problem-solving; what works in practice; may combine qualitative and quantitative approaches</w:t>
            </w:r>
          </w:p>
        </w:tc>
        <w:tc>
          <w:tcPr>
            <w:tcW w:w="3120" w:type="dxa"/>
          </w:tcPr>
          <w:p w14:paraId="43FD0B86" w14:textId="77777777" w:rsidR="00BD2D17" w:rsidRDefault="00000000">
            <w:pPr>
              <w:cnfStyle w:val="000000010000" w:firstRow="0" w:lastRow="0" w:firstColumn="0" w:lastColumn="0" w:oddVBand="0" w:evenVBand="0" w:oddHBand="0" w:evenHBand="1" w:firstRowFirstColumn="0" w:firstRowLastColumn="0" w:lastRowFirstColumn="0" w:lastRowLastColumn="0"/>
            </w:pPr>
            <w:r>
              <w:t>FLEXIBLE - theory used pragmatically before and/or after as needed to solve problem</w:t>
            </w:r>
          </w:p>
        </w:tc>
      </w:tr>
      <w:tr w:rsidR="00BD2D17" w14:paraId="3BE19E5F" w14:textId="77777777" w:rsidTr="00BD2D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Pr>
          <w:p w14:paraId="3FE1C861" w14:textId="77777777" w:rsidR="00BD2D17" w:rsidRDefault="00000000">
            <w:r>
              <w:t>Interpretivism</w:t>
            </w:r>
          </w:p>
        </w:tc>
        <w:tc>
          <w:tcPr>
            <w:tcW w:w="3120" w:type="dxa"/>
          </w:tcPr>
          <w:p w14:paraId="53D1024F" w14:textId="77777777" w:rsidR="00BD2D17" w:rsidRDefault="00000000">
            <w:pPr>
              <w:cnfStyle w:val="000000100000" w:firstRow="0" w:lastRow="0" w:firstColumn="0" w:lastColumn="0" w:oddVBand="0" w:evenVBand="0" w:oddHBand="1" w:evenHBand="0" w:firstRowFirstColumn="0" w:firstRowLastColumn="0" w:lastRowFirstColumn="0" w:lastRowLastColumn="0"/>
            </w:pPr>
            <w:r>
              <w:t>Understand meanings and interpretations; explore subjective experiences and how people make sense of their world</w:t>
            </w:r>
          </w:p>
        </w:tc>
        <w:tc>
          <w:tcPr>
            <w:tcW w:w="3120" w:type="dxa"/>
          </w:tcPr>
          <w:p w14:paraId="14527F12" w14:textId="77777777" w:rsidR="00BD2D17" w:rsidRDefault="00000000">
            <w:pPr>
              <w:cnfStyle w:val="000000100000" w:firstRow="0" w:lastRow="0" w:firstColumn="0" w:lastColumn="0" w:oddVBand="0" w:evenVBand="0" w:oddHBand="1" w:evenHBand="0" w:firstRowFirstColumn="0" w:firstRowLastColumn="0" w:lastRowFirstColumn="0" w:lastRowLastColumn="0"/>
            </w:pPr>
            <w:r>
              <w:t>FLEXIBLE - theory as interpretive lens; before for sensitising concepts and after for understanding</w:t>
            </w:r>
          </w:p>
        </w:tc>
      </w:tr>
      <w:tr w:rsidR="00BD2D17" w14:paraId="25258B34" w14:textId="77777777" w:rsidTr="00BD2D1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Pr>
          <w:p w14:paraId="59856B44" w14:textId="77777777" w:rsidR="00BD2D17" w:rsidRDefault="00000000">
            <w:r>
              <w:t>Constructivism</w:t>
            </w:r>
          </w:p>
        </w:tc>
        <w:tc>
          <w:tcPr>
            <w:tcW w:w="3120" w:type="dxa"/>
          </w:tcPr>
          <w:p w14:paraId="6E70F7DA" w14:textId="77777777" w:rsidR="00BD2D17" w:rsidRDefault="00000000">
            <w:pPr>
              <w:cnfStyle w:val="000000010000" w:firstRow="0" w:lastRow="0" w:firstColumn="0" w:lastColumn="0" w:oddVBand="0" w:evenVBand="0" w:oddHBand="0" w:evenHBand="1" w:firstRowFirstColumn="0" w:firstRowLastColumn="0" w:lastRowFirstColumn="0" w:lastRowLastColumn="0"/>
            </w:pPr>
            <w:r>
              <w:t>Explore how individuals construct their own reality; examine multiple constructions of meaning</w:t>
            </w:r>
          </w:p>
        </w:tc>
        <w:tc>
          <w:tcPr>
            <w:tcW w:w="3120" w:type="dxa"/>
          </w:tcPr>
          <w:p w14:paraId="7EE15277" w14:textId="77777777" w:rsidR="00BD2D17" w:rsidRDefault="00000000">
            <w:pPr>
              <w:cnfStyle w:val="000000010000" w:firstRow="0" w:lastRow="0" w:firstColumn="0" w:lastColumn="0" w:oddVBand="0" w:evenVBand="0" w:oddHBand="0" w:evenHBand="1" w:firstRowFirstColumn="0" w:firstRowLastColumn="0" w:lastRowFirstColumn="0" w:lastRowLastColumn="0"/>
            </w:pPr>
            <w:r>
              <w:t>FLEXIBLE - theory emerges through interaction between researcher and participants</w:t>
            </w:r>
          </w:p>
        </w:tc>
      </w:tr>
      <w:tr w:rsidR="00BD2D17" w14:paraId="2A3A4BE5" w14:textId="77777777" w:rsidTr="00BD2D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20" w:type="dxa"/>
          </w:tcPr>
          <w:p w14:paraId="2C5A19FE" w14:textId="77777777" w:rsidR="00BD2D17" w:rsidRDefault="00000000">
            <w:r>
              <w:t>Social Constructionism</w:t>
            </w:r>
          </w:p>
        </w:tc>
        <w:tc>
          <w:tcPr>
            <w:tcW w:w="3120" w:type="dxa"/>
          </w:tcPr>
          <w:p w14:paraId="17A3DF6C" w14:textId="77777777" w:rsidR="00BD2D17" w:rsidRDefault="00000000">
            <w:pPr>
              <w:cnfStyle w:val="000000100000" w:firstRow="0" w:lastRow="0" w:firstColumn="0" w:lastColumn="0" w:oddVBand="0" w:evenVBand="0" w:oddHBand="1" w:evenHBand="0" w:firstRowFirstColumn="0" w:firstRowLastColumn="0" w:lastRowFirstColumn="0" w:lastRowLastColumn="0"/>
            </w:pPr>
            <w:r>
              <w:t>Examine how knowledge is socially constructed through discourse, language, and cultural practices</w:t>
            </w:r>
          </w:p>
        </w:tc>
        <w:tc>
          <w:tcPr>
            <w:tcW w:w="3120" w:type="dxa"/>
          </w:tcPr>
          <w:p w14:paraId="04BEE3EA" w14:textId="77777777" w:rsidR="00BD2D17" w:rsidRDefault="00000000">
            <w:pPr>
              <w:cnfStyle w:val="000000100000" w:firstRow="0" w:lastRow="0" w:firstColumn="0" w:lastColumn="0" w:oddVBand="0" w:evenVBand="0" w:oddHBand="1" w:evenHBand="0" w:firstRowFirstColumn="0" w:firstRowLastColumn="0" w:lastRowFirstColumn="0" w:lastRowLastColumn="0"/>
            </w:pPr>
            <w:r>
              <w:t>FLEXIBLE - theory examines social processes of knowledge production</w:t>
            </w:r>
          </w:p>
        </w:tc>
      </w:tr>
    </w:tbl>
    <w:p w14:paraId="197E5966" w14:textId="77777777" w:rsidR="00BD2D17" w:rsidRDefault="00000000">
      <w:r>
        <w:br w:type="page"/>
      </w:r>
    </w:p>
    <w:p w14:paraId="1F38634A" w14:textId="77777777" w:rsidR="00BD2D17" w:rsidRDefault="00000000">
      <w:r>
        <w:rPr>
          <w:b/>
        </w:rPr>
        <w:lastRenderedPageBreak/>
        <w:t xml:space="preserve">Note on Conceptual Model: </w:t>
      </w:r>
      <w:r>
        <w:t>The Conceptual Model typically emerges AFTER data collection and analysis (in your Discussion chapter), whereas the Conceptual Framework is developed BEFORE/DURING your study (at the end of your Literature Review chapter). A Conceptual Model is a visual diagram showing relationships/processes discovered in YOUR findings.</w:t>
      </w:r>
    </w:p>
    <w:p w14:paraId="5145E16D" w14:textId="77777777" w:rsidR="00BD2D17" w:rsidRDefault="00000000">
      <w:pPr>
        <w:pStyle w:val="Heading2"/>
      </w:pPr>
      <w:r>
        <w:t>PRAGMATISM: Purpose of Literature Review</w:t>
      </w:r>
    </w:p>
    <w:p w14:paraId="00E600BF" w14:textId="77777777" w:rsidR="00BD2D17" w:rsidRDefault="00000000">
      <w:r>
        <w:rPr>
          <w:b/>
        </w:rPr>
        <w:t xml:space="preserve">Key Reference: </w:t>
      </w:r>
      <w:r>
        <w:t xml:space="preserve">Guba, E. G., &amp; Lincoln, Y. S. (1994). Competing paradigms in qualitative research. In N. K. Denzin &amp; Y. S. Lincoln (Eds.), </w:t>
      </w:r>
      <w:r>
        <w:rPr>
          <w:i/>
        </w:rPr>
        <w:t xml:space="preserve">Handbook of Qualitative Research </w:t>
      </w:r>
      <w:r>
        <w:t>(pp. 105-117). Thousand Oaks, CA: Sage.</w:t>
      </w:r>
    </w:p>
    <w:p w14:paraId="12B75351" w14:textId="77777777" w:rsidR="00BD2D17" w:rsidRDefault="00000000">
      <w:pPr>
        <w:pStyle w:val="ListBullet"/>
      </w:pPr>
      <w:r>
        <w:t>Critical realist ontology: Real world exists but can only be imperfectly apprehended</w:t>
      </w:r>
    </w:p>
    <w:p w14:paraId="1E03F92F" w14:textId="77777777" w:rsidR="00BD2D17" w:rsidRDefault="00000000">
      <w:pPr>
        <w:pStyle w:val="ListBullet"/>
      </w:pPr>
      <w:r>
        <w:t>Theory generates testable propositions, but findings are probabilistic rather than deterministic</w:t>
      </w:r>
    </w:p>
    <w:p w14:paraId="197B4C3E" w14:textId="77777777" w:rsidR="00BD2D17" w:rsidRDefault="00000000">
      <w:pPr>
        <w:pStyle w:val="ListBullet"/>
      </w:pPr>
      <w:r>
        <w:t>Emphasises triangulation, multiple methods, and critical examination of findings</w:t>
      </w:r>
    </w:p>
    <w:p w14:paraId="2A289F49" w14:textId="77777777" w:rsidR="00BD2D17" w:rsidRDefault="00000000">
      <w:pPr>
        <w:pStyle w:val="ListBullet"/>
      </w:pPr>
      <w:r>
        <w:t>Recognises that all observation is fallible and theory-laden, but systematic inquiry can approximate truth</w:t>
      </w:r>
    </w:p>
    <w:p w14:paraId="73736A8D" w14:textId="77777777" w:rsidR="00BD2D17" w:rsidRDefault="00000000">
      <w:pPr>
        <w:pStyle w:val="ListBullet"/>
      </w:pPr>
      <w:r>
        <w:t>The literature review identifies theories to test whilst acknowledging that absolute objectivity is unattainable</w:t>
      </w:r>
    </w:p>
    <w:p w14:paraId="2DCBA02B" w14:textId="77777777" w:rsidR="00BD2D17" w:rsidRDefault="00000000">
      <w:r>
        <w:rPr>
          <w:i/>
        </w:rPr>
        <w:t xml:space="preserve">For post-positivist research (critical realism): </w:t>
      </w:r>
    </w:p>
    <w:p w14:paraId="77CC53EE" w14:textId="77777777" w:rsidR="00BD2D17" w:rsidRDefault="00000000">
      <w:r>
        <w:rPr>
          <w:b/>
        </w:rPr>
        <w:t xml:space="preserve">Key References: </w:t>
      </w:r>
      <w:r>
        <w:t>Burr (2015), Gergen (2009)</w:t>
      </w:r>
    </w:p>
    <w:p w14:paraId="74BCC825" w14:textId="77777777" w:rsidR="00BD2D17" w:rsidRDefault="00000000">
      <w:pPr>
        <w:pStyle w:val="ListBullet"/>
      </w:pPr>
      <w:r>
        <w:t>Theory examines discourse, language, power in knowledge production</w:t>
      </w:r>
    </w:p>
    <w:p w14:paraId="095728DC" w14:textId="77777777" w:rsidR="00BD2D17" w:rsidRDefault="00000000">
      <w:pPr>
        <w:pStyle w:val="ListBullet"/>
      </w:pPr>
      <w:r>
        <w:t>Explores how social/cultural contexts shape knowledge</w:t>
      </w:r>
    </w:p>
    <w:p w14:paraId="6FC7254F" w14:textId="77777777" w:rsidR="00BD2D17" w:rsidRDefault="00000000">
      <w:pPr>
        <w:pStyle w:val="ListBullet"/>
      </w:pPr>
      <w:r>
        <w:t>Focuses on collective meaning-making, not individual</w:t>
      </w:r>
    </w:p>
    <w:p w14:paraId="45EF3A0A" w14:textId="77777777" w:rsidR="00BD2D17" w:rsidRDefault="00000000">
      <w:pPr>
        <w:pStyle w:val="ListBullet"/>
      </w:pPr>
      <w:r>
        <w:t>Examines how knowledge is socially constructed through discourse and language</w:t>
      </w:r>
    </w:p>
    <w:p w14:paraId="059272AB" w14:textId="77777777" w:rsidR="00BD2D17" w:rsidRDefault="00000000">
      <w:r>
        <w:rPr>
          <w:i/>
        </w:rPr>
        <w:t xml:space="preserve">For social constructionist research: </w:t>
      </w:r>
    </w:p>
    <w:p w14:paraId="5E45C636" w14:textId="77777777" w:rsidR="00BD2D17" w:rsidRDefault="00000000">
      <w:pPr>
        <w:pStyle w:val="ListBullet"/>
      </w:pPr>
      <w:r>
        <w:t>Empirical research: What has worked in practice across contexts; refine problem</w:t>
      </w:r>
    </w:p>
    <w:p w14:paraId="35D1F962" w14:textId="77777777" w:rsidR="00BD2D17" w:rsidRDefault="00000000">
      <w:pPr>
        <w:pStyle w:val="Heading2"/>
      </w:pPr>
      <w:r>
        <w:t>SOCIAL CONSTRUCTIONISM: Purpose of Literature Review</w:t>
      </w:r>
    </w:p>
    <w:p w14:paraId="5358F06E" w14:textId="77777777" w:rsidR="00BD2D17" w:rsidRDefault="00BD2D17"/>
    <w:p w14:paraId="160C7EE9" w14:textId="77777777" w:rsidR="00BD2D17" w:rsidRDefault="00000000">
      <w:r>
        <w:rPr>
          <w:b/>
        </w:rPr>
        <w:t xml:space="preserve">Key Reference: </w:t>
      </w:r>
      <w:r>
        <w:t>Guba &amp; Lincoln (1994)</w:t>
      </w:r>
    </w:p>
    <w:p w14:paraId="786D670A" w14:textId="77777777" w:rsidR="00BD2D17" w:rsidRDefault="00000000">
      <w:pPr>
        <w:pStyle w:val="ListBullet"/>
      </w:pPr>
      <w:r>
        <w:t>Compares how different GROUPS (departments, professions, cultures, teams) construct the same phenomenon differently</w:t>
      </w:r>
    </w:p>
    <w:p w14:paraId="1816E5E5" w14:textId="77777777" w:rsidR="00BD2D17" w:rsidRDefault="00000000">
      <w:pPr>
        <w:pStyle w:val="ListBullet"/>
      </w:pPr>
      <w:r>
        <w:t>Literature review identifies what group constructions have been studied and which perspectives are missing</w:t>
      </w:r>
    </w:p>
    <w:p w14:paraId="417E2E06" w14:textId="77777777" w:rsidR="00BD2D17" w:rsidRDefault="00000000">
      <w:pPr>
        <w:pStyle w:val="ListBullet"/>
      </w:pPr>
      <w:r>
        <w:t>Focuses on group-level constructions maintained through shared practices and social agreements</w:t>
      </w:r>
    </w:p>
    <w:p w14:paraId="20B87FFD" w14:textId="77777777" w:rsidR="00BD2D17" w:rsidRDefault="00000000">
      <w:pPr>
        <w:pStyle w:val="ListBullet"/>
      </w:pPr>
      <w:r>
        <w:t>Theory explains why and how groups develop different shared understandings</w:t>
      </w:r>
    </w:p>
    <w:p w14:paraId="6112BE49" w14:textId="77777777" w:rsidR="00BD2D17" w:rsidRDefault="00000000">
      <w:r>
        <w:rPr>
          <w:i/>
        </w:rPr>
        <w:t xml:space="preserve">For constructivist research: </w:t>
      </w:r>
    </w:p>
    <w:p w14:paraId="271AEB42" w14:textId="77777777" w:rsidR="00BD2D17" w:rsidRDefault="00000000">
      <w:pPr>
        <w:pStyle w:val="ListBullet"/>
      </w:pPr>
      <w:r>
        <w:lastRenderedPageBreak/>
        <w:t>Empirical research: Identify what group constructions studied and which perspectives missing</w:t>
      </w:r>
    </w:p>
    <w:p w14:paraId="4EC01CAA" w14:textId="77777777" w:rsidR="00BD2D17" w:rsidRDefault="00000000">
      <w:pPr>
        <w:pStyle w:val="Heading2"/>
      </w:pPr>
      <w:r>
        <w:t>CONSTRUCTIVISM: Purpose of Literature Review</w:t>
      </w:r>
    </w:p>
    <w:p w14:paraId="3B188FDB" w14:textId="77777777" w:rsidR="00BD2D17" w:rsidRDefault="00BD2D17"/>
    <w:p w14:paraId="3853A631" w14:textId="77777777" w:rsidR="00BD2D17" w:rsidRDefault="00000000">
      <w:r>
        <w:rPr>
          <w:b/>
        </w:rPr>
        <w:t xml:space="preserve">Key Reference: </w:t>
      </w:r>
      <w:r>
        <w:t>Schwandt (2000), Guba &amp; Lincoln (1994)</w:t>
      </w:r>
    </w:p>
    <w:p w14:paraId="7C1B7346" w14:textId="77777777" w:rsidR="00BD2D17" w:rsidRDefault="00000000">
      <w:pPr>
        <w:pStyle w:val="ListBullet"/>
      </w:pPr>
      <w:r>
        <w:t>Flexible timing: before (sensitising) and after (understanding)</w:t>
      </w:r>
    </w:p>
    <w:p w14:paraId="44223D97" w14:textId="77777777" w:rsidR="00BD2D17" w:rsidRDefault="00000000">
      <w:pPr>
        <w:pStyle w:val="ListBullet"/>
      </w:pPr>
      <w:r>
        <w:t>Theory as interpretive lens, not for testing</w:t>
      </w:r>
    </w:p>
    <w:p w14:paraId="70A198C1" w14:textId="77777777" w:rsidR="00BD2D17" w:rsidRDefault="00000000">
      <w:pPr>
        <w:pStyle w:val="ListBullet"/>
      </w:pPr>
      <w:r>
        <w:t>Explores subjective experiences and how people make sense of their world</w:t>
      </w:r>
    </w:p>
    <w:p w14:paraId="026E0839" w14:textId="77777777" w:rsidR="00BD2D17" w:rsidRDefault="00000000">
      <w:pPr>
        <w:pStyle w:val="ListBullet"/>
      </w:pPr>
      <w:r>
        <w:t>The literature review seeks to understand meanings and interpretations people make</w:t>
      </w:r>
    </w:p>
    <w:p w14:paraId="523E1998" w14:textId="77777777" w:rsidR="00BD2D17" w:rsidRDefault="00000000">
      <w:r>
        <w:rPr>
          <w:i/>
        </w:rPr>
        <w:t xml:space="preserve">For interpretivist research: </w:t>
      </w:r>
    </w:p>
    <w:p w14:paraId="3368C07A" w14:textId="77777777" w:rsidR="00BD2D17" w:rsidRDefault="00000000">
      <w:pPr>
        <w:pStyle w:val="ListBullet"/>
      </w:pPr>
      <w:r>
        <w:t>Empirical research: Identify gaps in how knowledge co-constructed; explore methodologies</w:t>
      </w:r>
    </w:p>
    <w:p w14:paraId="54ACD426" w14:textId="77777777" w:rsidR="00BD2D17" w:rsidRDefault="00000000">
      <w:pPr>
        <w:pStyle w:val="Heading2"/>
      </w:pPr>
      <w:r>
        <w:t>INTERPRETIVISM: Purpose of Literature Review</w:t>
      </w:r>
    </w:p>
    <w:p w14:paraId="055388C1" w14:textId="77777777" w:rsidR="00BD2D17" w:rsidRDefault="00000000">
      <w:pPr>
        <w:pStyle w:val="ListBullet"/>
      </w:pPr>
      <w:r>
        <w:t>Empirical research: Understand meanings and lived experiences; identify gaps</w:t>
      </w:r>
    </w:p>
    <w:p w14:paraId="70B20A82" w14:textId="77777777" w:rsidR="00BD2D17" w:rsidRDefault="00000000">
      <w:pPr>
        <w:pStyle w:val="ListBullet"/>
      </w:pPr>
      <w:r>
        <w:t>Empirical research: Test theory acknowledging fallibility; triangulate across studies</w:t>
      </w:r>
    </w:p>
    <w:p w14:paraId="794A187B" w14:textId="77777777" w:rsidR="00BD2D17" w:rsidRDefault="00000000">
      <w:pPr>
        <w:pStyle w:val="Heading2"/>
      </w:pPr>
      <w:r>
        <w:t>POST-POSITIVISM: Purpose of Literature Review</w:t>
      </w:r>
    </w:p>
    <w:p w14:paraId="2A9A1F3F" w14:textId="77777777" w:rsidR="00BD2D17" w:rsidRDefault="00000000">
      <w:pPr>
        <w:pStyle w:val="Heading2"/>
      </w:pPr>
      <w:r>
        <w:t>Interactive Exercise: Matching Paradigms to Research Questions (30 minutes)</w:t>
      </w:r>
    </w:p>
    <w:p w14:paraId="75AD7166" w14:textId="77777777" w:rsidR="00BD2D17" w:rsidRDefault="00000000">
      <w:r>
        <w:t>In small groups, discuss which paradigm would be most appropriate for each research question below. Consider the purpose of the literature review for each paradigm.</w:t>
      </w:r>
    </w:p>
    <w:p w14:paraId="19E45B21" w14:textId="77777777" w:rsidR="00BD2D17" w:rsidRDefault="00000000">
      <w:pPr>
        <w:pStyle w:val="Heading3"/>
      </w:pPr>
      <w:r>
        <w:t>Research Questions:</w:t>
      </w:r>
    </w:p>
    <w:p w14:paraId="6888CB3D" w14:textId="77777777" w:rsidR="00BD2D17" w:rsidRDefault="00000000">
      <w:pPr>
        <w:pStyle w:val="ListNumber"/>
      </w:pPr>
      <w:r>
        <w:t>What is the relationship between emotional intelligence and leadership effectiveness? (n=500)</w:t>
      </w:r>
    </w:p>
    <w:p w14:paraId="62E9E396" w14:textId="77777777" w:rsidR="00BD2D17" w:rsidRDefault="00000000">
      <w:pPr>
        <w:pStyle w:val="ListNumber"/>
      </w:pPr>
      <w:r>
        <w:t>How do expert practitioners experience the implementation of mandatory due diligence legislation?</w:t>
      </w:r>
    </w:p>
    <w:p w14:paraId="41CCD812" w14:textId="77777777" w:rsidR="00BD2D17" w:rsidRDefault="00000000">
      <w:pPr>
        <w:pStyle w:val="ListNumber"/>
      </w:pPr>
      <w:r>
        <w:t>What theory of stakeholder resistance emerges from analysis of failed change initiatives?</w:t>
      </w:r>
    </w:p>
    <w:p w14:paraId="6A89F790" w14:textId="77777777" w:rsidR="00BD2D17" w:rsidRDefault="00000000">
      <w:pPr>
        <w:pStyle w:val="ListNumber"/>
      </w:pPr>
      <w:r>
        <w:t>How do neoliberal policies perpetuate inequalities in higher education access?</w:t>
      </w:r>
    </w:p>
    <w:p w14:paraId="49EB4506" w14:textId="77777777" w:rsidR="00BD2D17" w:rsidRDefault="00000000">
      <w:r>
        <w:t>Answers: 1) Positivism/Post-positivism; 2) Interpretivism/Phenomenology; 3) Grounded Theory; 4) Critical; 5) Positivism; 6) Interpretivism/Phenomenology; 7) Post-positivism; 8) Pragmatism</w:t>
      </w:r>
    </w:p>
    <w:p w14:paraId="61C3DEBB" w14:textId="77777777" w:rsidR="00BD2D17" w:rsidRDefault="00000000">
      <w:r>
        <w:br w:type="page"/>
      </w:r>
    </w:p>
    <w:p w14:paraId="324486D3" w14:textId="77777777" w:rsidR="00BD2D17" w:rsidRDefault="00000000">
      <w:pPr>
        <w:pStyle w:val="Heading1"/>
      </w:pPr>
      <w:r>
        <w:lastRenderedPageBreak/>
        <w:t>SESSION 3: Constructing Frameworks (90 minutes)</w:t>
      </w:r>
    </w:p>
    <w:p w14:paraId="09F50CCB" w14:textId="77777777" w:rsidR="00BD2D17" w:rsidRDefault="00000000">
      <w:pPr>
        <w:pStyle w:val="Heading2"/>
      </w:pPr>
      <w:r>
        <w:t>The Problem-Gap-Hook Framework</w:t>
      </w:r>
    </w:p>
    <w:p w14:paraId="18F88DCF" w14:textId="77777777" w:rsidR="00BD2D17" w:rsidRDefault="00000000">
      <w:r>
        <w:rPr>
          <w:b/>
        </w:rPr>
        <w:t>Your conceptual framework must address three fundamental questions:</w:t>
      </w:r>
    </w:p>
    <w:p w14:paraId="1264EB4F" w14:textId="77777777" w:rsidR="00BD2D17" w:rsidRDefault="00000000">
      <w:pPr>
        <w:pStyle w:val="Heading3"/>
      </w:pPr>
      <w:r>
        <w:t>1. PROBLEM: Why does this topic matter?</w:t>
      </w:r>
    </w:p>
    <w:p w14:paraId="44A3F683" w14:textId="77777777" w:rsidR="00BD2D17" w:rsidRDefault="00000000">
      <w:pPr>
        <w:pStyle w:val="ListBullet"/>
      </w:pPr>
      <w:r>
        <w:t>Clearly articulates the real-world issue or challenge being addressed</w:t>
      </w:r>
    </w:p>
    <w:p w14:paraId="6134DDFF" w14:textId="77777777" w:rsidR="00BD2D17" w:rsidRDefault="00000000">
      <w:pPr>
        <w:pStyle w:val="ListBullet"/>
      </w:pPr>
      <w:r>
        <w:t>Establishes its significance in the broader context (organisational, commercial, regulatory, etc.)</w:t>
      </w:r>
    </w:p>
    <w:p w14:paraId="44357ABE" w14:textId="77777777" w:rsidR="00BD2D17" w:rsidRDefault="00000000">
      <w:pPr>
        <w:pStyle w:val="ListBullet"/>
      </w:pPr>
      <w:r>
        <w:t>Explains why this problem deserves attention and resources</w:t>
      </w:r>
    </w:p>
    <w:p w14:paraId="52B2B592" w14:textId="77777777" w:rsidR="00BD2D17" w:rsidRDefault="00000000">
      <w:pPr>
        <w:pStyle w:val="ListBullet"/>
      </w:pPr>
      <w:r>
        <w:t>Identifies who is affected by this problem and how</w:t>
      </w:r>
    </w:p>
    <w:p w14:paraId="2CEC871E" w14:textId="77777777" w:rsidR="00BD2D17" w:rsidRDefault="00000000">
      <w:pPr>
        <w:pStyle w:val="ListBullet"/>
      </w:pPr>
      <w:r>
        <w:t>Links to relevant policy, practice, or theoretical concerns</w:t>
      </w:r>
    </w:p>
    <w:p w14:paraId="09086504" w14:textId="77777777" w:rsidR="00BD2D17" w:rsidRDefault="00000000">
      <w:pPr>
        <w:pStyle w:val="ListBullet"/>
      </w:pPr>
      <w:r>
        <w:t>Provides concrete examples that illustrate the problem's impact or consequences</w:t>
      </w:r>
    </w:p>
    <w:p w14:paraId="2217F923" w14:textId="77777777" w:rsidR="00BD2D17" w:rsidRDefault="00000000">
      <w:pPr>
        <w:pStyle w:val="Heading3"/>
      </w:pPr>
      <w:r>
        <w:t>2. GAP: What remains unknown?</w:t>
      </w:r>
    </w:p>
    <w:p w14:paraId="0CBD6D6A" w14:textId="77777777" w:rsidR="00BD2D17" w:rsidRDefault="00000000">
      <w:pPr>
        <w:pStyle w:val="ListBullet"/>
      </w:pPr>
      <w:r>
        <w:t>Identifies what is currently known about the topic (state of the field)</w:t>
      </w:r>
    </w:p>
    <w:p w14:paraId="5A1B29BD" w14:textId="77777777" w:rsidR="00BD2D17" w:rsidRDefault="00000000">
      <w:pPr>
        <w:pStyle w:val="ListBullet"/>
      </w:pPr>
      <w:r>
        <w:t>Articulates what remains unknown or inadequately understood</w:t>
      </w:r>
    </w:p>
    <w:p w14:paraId="5F1D1445" w14:textId="77777777" w:rsidR="00BD2D17" w:rsidRDefault="00000000">
      <w:pPr>
        <w:pStyle w:val="ListBullet"/>
      </w:pPr>
      <w:r>
        <w:t>Specifies limitations in existing research (methodological, conceptual, contextual)</w:t>
      </w:r>
    </w:p>
    <w:p w14:paraId="799F8862" w14:textId="77777777" w:rsidR="00BD2D17" w:rsidRDefault="00000000">
      <w:pPr>
        <w:pStyle w:val="ListBullet"/>
      </w:pPr>
      <w:r>
        <w:t>Highlights contradictions or inconsistencies in current understanding</w:t>
      </w:r>
    </w:p>
    <w:p w14:paraId="78401853" w14:textId="77777777" w:rsidR="00BD2D17" w:rsidRDefault="00000000">
      <w:pPr>
        <w:pStyle w:val="ListBullet"/>
      </w:pPr>
      <w:r>
        <w:t>Demonstrates how filling this gap would advance knowledge in meaningful ways</w:t>
      </w:r>
    </w:p>
    <w:p w14:paraId="4DF22AC0" w14:textId="77777777" w:rsidR="00BD2D17" w:rsidRDefault="00000000">
      <w:pPr>
        <w:pStyle w:val="ListBullet"/>
      </w:pPr>
      <w:r>
        <w:t>Shows how previous research has missed important perspectives or questions</w:t>
      </w:r>
    </w:p>
    <w:p w14:paraId="5E5EF8AA" w14:textId="77777777" w:rsidR="00BD2D17" w:rsidRDefault="00000000">
      <w:pPr>
        <w:pStyle w:val="Heading3"/>
      </w:pPr>
      <w:r>
        <w:t>3. HOOK: Why should anyone care? (Compelling Rationale)</w:t>
      </w:r>
    </w:p>
    <w:p w14:paraId="7C7687B1" w14:textId="77777777" w:rsidR="00BD2D17" w:rsidRDefault="00000000">
      <w:pPr>
        <w:pStyle w:val="ListBullet"/>
      </w:pPr>
      <w:r>
        <w:t>Creates a clear and persuasive "so what?" argument</w:t>
      </w:r>
    </w:p>
    <w:p w14:paraId="6A408DC1" w14:textId="77777777" w:rsidR="00BD2D17" w:rsidRDefault="00000000">
      <w:pPr>
        <w:pStyle w:val="ListBullet"/>
      </w:pPr>
      <w:r>
        <w:t>Demonstrates the practical implications or applications of the research</w:t>
      </w:r>
    </w:p>
    <w:p w14:paraId="498B1A13" w14:textId="77777777" w:rsidR="00BD2D17" w:rsidRDefault="00000000">
      <w:pPr>
        <w:pStyle w:val="ListBullet"/>
      </w:pPr>
      <w:r>
        <w:t>Connects to broader theoretical frameworks or paradigms</w:t>
      </w:r>
    </w:p>
    <w:p w14:paraId="7874397E" w14:textId="77777777" w:rsidR="00BD2D17" w:rsidRDefault="00000000">
      <w:pPr>
        <w:pStyle w:val="ListBullet"/>
      </w:pPr>
      <w:r>
        <w:t>Appeals to stakeholder interests and priorities</w:t>
      </w:r>
    </w:p>
    <w:p w14:paraId="1DCE9AE0" w14:textId="77777777" w:rsidR="00BD2D17" w:rsidRDefault="00000000">
      <w:pPr>
        <w:pStyle w:val="ListBullet"/>
      </w:pPr>
      <w:r>
        <w:t>Addresses timely concerns or emerging issues in the field</w:t>
      </w:r>
    </w:p>
    <w:p w14:paraId="1A183FD8" w14:textId="77777777" w:rsidR="00BD2D17" w:rsidRDefault="00000000">
      <w:pPr>
        <w:pStyle w:val="ListBullet"/>
      </w:pPr>
      <w:r>
        <w:t>Makes a case for how this research could inform future practice, policy, or research</w:t>
      </w:r>
    </w:p>
    <w:p w14:paraId="2F560B59" w14:textId="77777777" w:rsidR="00BD2D17" w:rsidRDefault="00000000">
      <w:r>
        <w:br w:type="page"/>
      </w:r>
    </w:p>
    <w:p w14:paraId="12FE32EC" w14:textId="77777777" w:rsidR="00BD2D17" w:rsidRDefault="00000000">
      <w:pPr>
        <w:pStyle w:val="Heading2"/>
      </w:pPr>
      <w:r>
        <w:lastRenderedPageBreak/>
        <w:t>Developing a Theoretical Framework</w:t>
      </w:r>
    </w:p>
    <w:p w14:paraId="3CF43631" w14:textId="77777777" w:rsidR="00BD2D17" w:rsidRDefault="00000000">
      <w:r>
        <w:t>The development of a theoretical framework involves four key pillars:</w:t>
      </w:r>
    </w:p>
    <w:p w14:paraId="7FCFC0F3" w14:textId="77777777" w:rsidR="00BD2D17" w:rsidRDefault="00000000">
      <w:pPr>
        <w:pStyle w:val="ListNumber"/>
      </w:pPr>
      <w:r>
        <w:t>Identifying the research question</w:t>
      </w:r>
    </w:p>
    <w:p w14:paraId="602A3199" w14:textId="77777777" w:rsidR="00BD2D17" w:rsidRDefault="00000000">
      <w:pPr>
        <w:pStyle w:val="ListNumber"/>
      </w:pPr>
      <w:r>
        <w:t>Researching literature (systematically reviewing relevant theories)</w:t>
      </w:r>
    </w:p>
    <w:p w14:paraId="4DBD9638" w14:textId="77777777" w:rsidR="00BD2D17" w:rsidRDefault="00000000">
      <w:pPr>
        <w:pStyle w:val="ListNumber"/>
      </w:pPr>
      <w:r>
        <w:t>Identifying key theories (selecting theories that best illuminate your research questions)</w:t>
      </w:r>
    </w:p>
    <w:p w14:paraId="7D38C1CD" w14:textId="77777777" w:rsidR="00BD2D17" w:rsidRDefault="00000000">
      <w:pPr>
        <w:pStyle w:val="ListNumber"/>
      </w:pPr>
      <w:r>
        <w:t>Summarising the findings (explaining how these theories relate to each other and your study)</w:t>
      </w:r>
    </w:p>
    <w:p w14:paraId="056FBF0D" w14:textId="77777777" w:rsidR="00BD2D17" w:rsidRDefault="00000000">
      <w:pPr>
        <w:pStyle w:val="Heading3"/>
      </w:pPr>
      <w:r>
        <w:t>Key Considerations When Selecting Theories:</w:t>
      </w:r>
    </w:p>
    <w:p w14:paraId="2B0106A7" w14:textId="77777777" w:rsidR="00BD2D17" w:rsidRDefault="00000000">
      <w:pPr>
        <w:pStyle w:val="ListBullet"/>
      </w:pPr>
      <w:r>
        <w:t>Relevance: Does the theory help answer your research questions?</w:t>
      </w:r>
    </w:p>
    <w:p w14:paraId="6168FF98" w14:textId="77777777" w:rsidR="00BD2D17" w:rsidRDefault="00000000">
      <w:pPr>
        <w:pStyle w:val="ListBullet"/>
      </w:pPr>
      <w:r>
        <w:t>Level of analysis: Does the theory operate at the appropriate level (individual, organisational, societal)?</w:t>
      </w:r>
    </w:p>
    <w:p w14:paraId="14225CA3" w14:textId="77777777" w:rsidR="00BD2D17" w:rsidRDefault="00000000">
      <w:pPr>
        <w:pStyle w:val="ListBullet"/>
      </w:pPr>
      <w:r>
        <w:t>Paradigm fit: Is the theory compatible with your ontological and epistemological position?</w:t>
      </w:r>
    </w:p>
    <w:p w14:paraId="05489AB5" w14:textId="77777777" w:rsidR="00BD2D17" w:rsidRDefault="00000000">
      <w:pPr>
        <w:pStyle w:val="ListBullet"/>
      </w:pPr>
      <w:r>
        <w:t>Complementarity: If using multiple theories, do they work together or create contradictions?</w:t>
      </w:r>
    </w:p>
    <w:p w14:paraId="4D63BBCA" w14:textId="77777777" w:rsidR="00BD2D17" w:rsidRDefault="00000000">
      <w:pPr>
        <w:pStyle w:val="ListBullet"/>
      </w:pPr>
      <w:r>
        <w:t>Currency: Is the theory still considered relevant and rigorous in your field?</w:t>
      </w:r>
    </w:p>
    <w:p w14:paraId="06280A68" w14:textId="77777777" w:rsidR="00BD2D17" w:rsidRDefault="00000000">
      <w:r>
        <w:rPr>
          <w:b/>
          <w:color w:val="E07856"/>
        </w:rPr>
        <w:t xml:space="preserve">WARNING: </w:t>
      </w:r>
      <w:r>
        <w:t>Avoid "theoretical tourism" - superficially mentioning many theories without deep engagement. Better to use 2-4 theories thoroughly than 6-8 theories superficially.</w:t>
      </w:r>
    </w:p>
    <w:p w14:paraId="4923D8F9" w14:textId="77777777" w:rsidR="00BD2D17" w:rsidRDefault="00000000">
      <w:r>
        <w:br w:type="page"/>
      </w:r>
    </w:p>
    <w:p w14:paraId="7F47B433" w14:textId="77777777" w:rsidR="00BD2D17" w:rsidRDefault="00000000">
      <w:pPr>
        <w:pStyle w:val="Heading2"/>
      </w:pPr>
      <w:r>
        <w:lastRenderedPageBreak/>
        <w:t>CRITICAL TIMING: When Does the Conceptual Framework Emerge?</w:t>
      </w:r>
    </w:p>
    <w:p w14:paraId="7CD9105E" w14:textId="77777777" w:rsidR="00BD2D17" w:rsidRDefault="00000000">
      <w:r>
        <w:rPr>
          <w:b/>
          <w:sz w:val="28"/>
        </w:rPr>
        <w:t>This is perhaps the most important clarification in this entire workshop.</w:t>
      </w:r>
    </w:p>
    <w:p w14:paraId="2E55F27E" w14:textId="77777777" w:rsidR="00BD2D17" w:rsidRDefault="00000000">
      <w:pPr>
        <w:pStyle w:val="Heading3"/>
      </w:pPr>
      <w:r>
        <w:t>THE PROGRESSION:</w:t>
      </w:r>
    </w:p>
    <w:p w14:paraId="3244877E" w14:textId="77777777" w:rsidR="00BD2D17" w:rsidRDefault="00000000">
      <w:pPr>
        <w:pStyle w:val="Heading4"/>
      </w:pPr>
      <w:r>
        <w:t>BEFORE Data Collection:</w:t>
      </w:r>
    </w:p>
    <w:p w14:paraId="0A0EBDB3" w14:textId="77777777" w:rsidR="00BD2D17" w:rsidRDefault="00000000">
      <w:pPr>
        <w:pStyle w:val="ListNumber2"/>
      </w:pPr>
      <w:r>
        <w:t>Chapter 1: Introduction (research problem, questions, significance)</w:t>
      </w:r>
    </w:p>
    <w:p w14:paraId="72903618" w14:textId="77777777" w:rsidR="00BD2D17" w:rsidRDefault="00000000">
      <w:pPr>
        <w:pStyle w:val="ListNumber2"/>
      </w:pPr>
      <w:r>
        <w:t>Chapter 2: Literature Review (what is known, what theories exist, what gaps remain)</w:t>
      </w:r>
    </w:p>
    <w:p w14:paraId="21782E28" w14:textId="77777777" w:rsidR="00BD2D17" w:rsidRDefault="00000000">
      <w:pPr>
        <w:pStyle w:val="ListBullet2"/>
      </w:pPr>
      <w:r>
        <w:t xml:space="preserve">   → Theoretical Framework is presented here (established theories that inform your study)</w:t>
      </w:r>
    </w:p>
    <w:p w14:paraId="1A8F7CB1" w14:textId="77777777" w:rsidR="00BD2D17" w:rsidRDefault="00000000">
      <w:pPr>
        <w:pStyle w:val="ListBullet2"/>
      </w:pPr>
      <w:r>
        <w:t xml:space="preserve">   → PRELIMINARY Conceptual Framework emerges at END of Chapter 2</w:t>
      </w:r>
    </w:p>
    <w:p w14:paraId="0DAF42B5" w14:textId="77777777" w:rsidR="00BD2D17" w:rsidRDefault="00000000">
      <w:pPr>
        <w:pStyle w:val="ListNumber2"/>
      </w:pPr>
      <w:r>
        <w:t>Chapter 3: Methodology (justifying your approach)</w:t>
      </w:r>
    </w:p>
    <w:p w14:paraId="179EDA45" w14:textId="77777777" w:rsidR="00BD2D17" w:rsidRDefault="00000000">
      <w:r>
        <w:rPr>
          <w:b/>
        </w:rPr>
        <w:t xml:space="preserve">Preliminary Conceptual Framework at end of Chapter 2: </w:t>
      </w:r>
      <w:r>
        <w:t>This synthesises: (a) the problem and gap, (b) your theoretical positioning, (c) why your methodology is appropriate, (d) how these elements connect logically. It sets up expectations for what your study will explore.</w:t>
      </w:r>
    </w:p>
    <w:p w14:paraId="44284B9A" w14:textId="77777777" w:rsidR="00BD2D17" w:rsidRDefault="00000000">
      <w:pPr>
        <w:pStyle w:val="Heading4"/>
      </w:pPr>
      <w:r>
        <w:t>DURING Data Collection:</w:t>
      </w:r>
    </w:p>
    <w:p w14:paraId="58E9382C" w14:textId="77777777" w:rsidR="00BD2D17" w:rsidRDefault="00000000">
      <w:pPr>
        <w:pStyle w:val="ListNumber2"/>
      </w:pPr>
      <w:r>
        <w:t>Chapter 4: Research Design and Methods (detailed procedures)</w:t>
      </w:r>
    </w:p>
    <w:p w14:paraId="061CD90A" w14:textId="77777777" w:rsidR="00BD2D17" w:rsidRDefault="00000000">
      <w:pPr>
        <w:pStyle w:val="ListNumber2"/>
      </w:pPr>
      <w:r>
        <w:t>Chapters 5-6: Findings/Results (what you discovered)</w:t>
      </w:r>
    </w:p>
    <w:p w14:paraId="1BBEFB13" w14:textId="77777777" w:rsidR="00BD2D17" w:rsidRDefault="00000000">
      <w:pPr>
        <w:pStyle w:val="ListBullet2"/>
      </w:pPr>
      <w:r>
        <w:t xml:space="preserve">   → Your preliminary conceptual framework may be challenged, refined, extended</w:t>
      </w:r>
    </w:p>
    <w:p w14:paraId="08B2C25A" w14:textId="77777777" w:rsidR="00BD2D17" w:rsidRDefault="00000000">
      <w:pPr>
        <w:pStyle w:val="ListBullet2"/>
      </w:pPr>
      <w:r>
        <w:t xml:space="preserve">   → New themes, patterns, relationships emerge from data</w:t>
      </w:r>
    </w:p>
    <w:p w14:paraId="4CD69DE2" w14:textId="77777777" w:rsidR="00BD2D17" w:rsidRDefault="00000000">
      <w:pPr>
        <w:pStyle w:val="Heading4"/>
      </w:pPr>
      <w:r>
        <w:t>AFTER Data Collection:</w:t>
      </w:r>
    </w:p>
    <w:p w14:paraId="6073C0DD" w14:textId="77777777" w:rsidR="00BD2D17" w:rsidRDefault="00000000">
      <w:pPr>
        <w:pStyle w:val="ListNumber2"/>
      </w:pPr>
      <w:r>
        <w:t>Chapter 7: Discussion (interpreting findings)</w:t>
      </w:r>
    </w:p>
    <w:p w14:paraId="53BACF5A" w14:textId="77777777" w:rsidR="00BD2D17" w:rsidRDefault="00000000">
      <w:pPr>
        <w:pStyle w:val="ListBullet2"/>
      </w:pPr>
      <w:r>
        <w:t xml:space="preserve">   → REFINED Conceptual Framework showing how your understanding evolved</w:t>
      </w:r>
    </w:p>
    <w:p w14:paraId="40B18D35" w14:textId="77777777" w:rsidR="00BD2D17" w:rsidRDefault="00000000">
      <w:pPr>
        <w:pStyle w:val="ListBullet2"/>
      </w:pPr>
      <w:r>
        <w:t xml:space="preserve">   → CONCEPTUAL MODEL (visual diagram) showing relationships discovered in your data</w:t>
      </w:r>
    </w:p>
    <w:p w14:paraId="7682F81A" w14:textId="77777777" w:rsidR="00BD2D17" w:rsidRDefault="00000000">
      <w:pPr>
        <w:pStyle w:val="ListNumber2"/>
      </w:pPr>
      <w:r>
        <w:t>Chapter 8: Conclusion (contributions, implications, limitations)</w:t>
      </w:r>
    </w:p>
    <w:p w14:paraId="1974F316" w14:textId="77777777" w:rsidR="00BD2D17" w:rsidRDefault="00000000">
      <w:r>
        <w:br w:type="page"/>
      </w:r>
    </w:p>
    <w:p w14:paraId="369E4D5D" w14:textId="77777777" w:rsidR="00BD2D17" w:rsidRDefault="00000000">
      <w:pPr>
        <w:pStyle w:val="Heading3"/>
      </w:pPr>
      <w:r>
        <w:lastRenderedPageBreak/>
        <w:t>Visual Representation of Framework Development</w:t>
      </w:r>
    </w:p>
    <w:p w14:paraId="720AAF5D" w14:textId="77777777" w:rsidR="00BD2D17" w:rsidRDefault="00000000">
      <w:r>
        <w:rPr>
          <w:i/>
        </w:rPr>
        <w:t>[Create a flowchart showing:]</w:t>
      </w:r>
    </w:p>
    <w:p w14:paraId="1EF68709" w14:textId="77777777" w:rsidR="00BD2D17" w:rsidRDefault="00000000">
      <w:pPr>
        <w:pStyle w:val="ListBullet"/>
      </w:pPr>
      <w:r>
        <w:t>Literature Review (Ch 2) → Identifies theories → Theoretical Framework</w:t>
      </w:r>
    </w:p>
    <w:p w14:paraId="72A72EAC" w14:textId="77777777" w:rsidR="00BD2D17" w:rsidRDefault="00000000">
      <w:pPr>
        <w:pStyle w:val="ListBullet"/>
      </w:pPr>
      <w:r>
        <w:t>↓</w:t>
      </w:r>
    </w:p>
    <w:p w14:paraId="12B6647D" w14:textId="77777777" w:rsidR="00BD2D17" w:rsidRDefault="00000000">
      <w:pPr>
        <w:pStyle w:val="ListBullet"/>
      </w:pPr>
      <w:r>
        <w:t>Problem + Gap + Theories + Methodology Justification = PRELIMINARY Conceptual Framework (end of Ch 2)</w:t>
      </w:r>
    </w:p>
    <w:p w14:paraId="7A39C761" w14:textId="77777777" w:rsidR="00BD2D17" w:rsidRDefault="00000000">
      <w:pPr>
        <w:pStyle w:val="ListBullet"/>
      </w:pPr>
      <w:r>
        <w:t>↓</w:t>
      </w:r>
    </w:p>
    <w:p w14:paraId="15A2C861" w14:textId="77777777" w:rsidR="00BD2D17" w:rsidRDefault="00000000">
      <w:pPr>
        <w:pStyle w:val="ListBullet"/>
      </w:pPr>
      <w:r>
        <w:t>Data Collection &amp; Analysis (Ch 4-6)</w:t>
      </w:r>
    </w:p>
    <w:p w14:paraId="20EDF9B2" w14:textId="77777777" w:rsidR="00BD2D17" w:rsidRDefault="00000000">
      <w:pPr>
        <w:pStyle w:val="ListBullet"/>
      </w:pPr>
      <w:r>
        <w:t>↓</w:t>
      </w:r>
    </w:p>
    <w:p w14:paraId="6490EDF0" w14:textId="77777777" w:rsidR="00BD2D17" w:rsidRDefault="00000000">
      <w:pPr>
        <w:pStyle w:val="ListBullet"/>
      </w:pPr>
      <w:r>
        <w:t>Findings challenge/extend preliminary framework</w:t>
      </w:r>
    </w:p>
    <w:p w14:paraId="27050CF2" w14:textId="77777777" w:rsidR="00BD2D17" w:rsidRDefault="00000000">
      <w:pPr>
        <w:pStyle w:val="ListBullet"/>
      </w:pPr>
      <w:r>
        <w:t>↓</w:t>
      </w:r>
    </w:p>
    <w:p w14:paraId="07CE63F4" w14:textId="77777777" w:rsidR="00BD2D17" w:rsidRDefault="00000000">
      <w:pPr>
        <w:pStyle w:val="ListBullet"/>
      </w:pPr>
      <w:r>
        <w:t>Discussion (Ch 7) → REFINED Conceptual Framework + CONCEPTUAL MODEL</w:t>
      </w:r>
    </w:p>
    <w:p w14:paraId="13DD386C" w14:textId="77777777" w:rsidR="00BD2D17" w:rsidRDefault="00000000">
      <w:r>
        <w:br w:type="page"/>
      </w:r>
    </w:p>
    <w:p w14:paraId="28CA443A" w14:textId="77777777" w:rsidR="00BD2D17" w:rsidRDefault="00000000">
      <w:pPr>
        <w:pStyle w:val="Heading1"/>
      </w:pPr>
      <w:r>
        <w:lastRenderedPageBreak/>
        <w:t>SESSION 4: From Literature to Frameworks (60 minutes)</w:t>
      </w:r>
    </w:p>
    <w:p w14:paraId="72A8395D" w14:textId="77777777" w:rsidR="00BD2D17" w:rsidRDefault="00000000">
      <w:pPr>
        <w:pStyle w:val="Heading2"/>
      </w:pPr>
      <w:r>
        <w:t>The Journey: Literature Review to Conceptual Framework</w:t>
      </w:r>
    </w:p>
    <w:p w14:paraId="3AAD8BE3" w14:textId="77777777" w:rsidR="00BD2D17" w:rsidRDefault="00000000">
      <w:r>
        <w:rPr>
          <w:b/>
        </w:rPr>
        <w:t>Step-by-Step Process:</w:t>
      </w:r>
    </w:p>
    <w:p w14:paraId="2EDC5AE8" w14:textId="77777777" w:rsidR="00BD2D17" w:rsidRDefault="00000000">
      <w:pPr>
        <w:pStyle w:val="Heading3"/>
      </w:pPr>
      <w:r>
        <w:t>Step 1: Comprehensive Literature Review</w:t>
      </w:r>
    </w:p>
    <w:p w14:paraId="56984F25" w14:textId="77777777" w:rsidR="00BD2D17" w:rsidRDefault="00000000">
      <w:pPr>
        <w:pStyle w:val="ListBullet"/>
      </w:pPr>
      <w:r>
        <w:t>Systematic search and selection of relevant literature</w:t>
      </w:r>
    </w:p>
    <w:p w14:paraId="2C21289E" w14:textId="77777777" w:rsidR="00BD2D17" w:rsidRDefault="00000000">
      <w:pPr>
        <w:pStyle w:val="ListBullet"/>
      </w:pPr>
      <w:r>
        <w:t>Critical analysis and synthesis (not just description)</w:t>
      </w:r>
    </w:p>
    <w:p w14:paraId="0F1FF7A3" w14:textId="77777777" w:rsidR="00BD2D17" w:rsidRDefault="00000000">
      <w:pPr>
        <w:pStyle w:val="ListBullet"/>
      </w:pPr>
      <w:r>
        <w:t>Identification of themes, debates, contradictions</w:t>
      </w:r>
    </w:p>
    <w:p w14:paraId="586BF192" w14:textId="77777777" w:rsidR="00BD2D17" w:rsidRDefault="00000000">
      <w:pPr>
        <w:pStyle w:val="ListBullet"/>
      </w:pPr>
      <w:r>
        <w:t>Recognition of what remains unknown or contested</w:t>
      </w:r>
    </w:p>
    <w:p w14:paraId="401F4136" w14:textId="77777777" w:rsidR="00BD2D17" w:rsidRDefault="00000000">
      <w:pPr>
        <w:pStyle w:val="Heading3"/>
      </w:pPr>
      <w:r>
        <w:t>Step 2: Identify Relevant Theories</w:t>
      </w:r>
    </w:p>
    <w:p w14:paraId="0A157FEC" w14:textId="77777777" w:rsidR="00BD2D17" w:rsidRDefault="00000000">
      <w:pPr>
        <w:pStyle w:val="ListBullet"/>
      </w:pPr>
      <w:r>
        <w:t>Which theories help explain the phenomenon you're studying?</w:t>
      </w:r>
    </w:p>
    <w:p w14:paraId="75D94943" w14:textId="77777777" w:rsidR="00BD2D17" w:rsidRDefault="00000000">
      <w:pPr>
        <w:pStyle w:val="ListBullet"/>
      </w:pPr>
      <w:r>
        <w:t>Which theories have been used by others in similar research?</w:t>
      </w:r>
    </w:p>
    <w:p w14:paraId="2BDC88F3" w14:textId="77777777" w:rsidR="00BD2D17" w:rsidRDefault="00000000">
      <w:pPr>
        <w:pStyle w:val="ListBullet"/>
      </w:pPr>
      <w:r>
        <w:t>Which theories align with your paradigmatic stance?</w:t>
      </w:r>
    </w:p>
    <w:p w14:paraId="467EA4A0" w14:textId="77777777" w:rsidR="00BD2D17" w:rsidRDefault="00000000">
      <w:pPr>
        <w:pStyle w:val="ListBullet"/>
      </w:pPr>
      <w:r>
        <w:t>How do these theories complement each other?</w:t>
      </w:r>
    </w:p>
    <w:p w14:paraId="037E5982" w14:textId="77777777" w:rsidR="00BD2D17" w:rsidRDefault="00000000">
      <w:pPr>
        <w:pStyle w:val="Heading3"/>
      </w:pPr>
      <w:r>
        <w:t>Step 3: Construct Theoretical Framework</w:t>
      </w:r>
    </w:p>
    <w:p w14:paraId="213C795D" w14:textId="77777777" w:rsidR="00BD2D17" w:rsidRDefault="00000000">
      <w:pPr>
        <w:pStyle w:val="ListBullet"/>
      </w:pPr>
      <w:r>
        <w:t>Explain each theory thoroughly</w:t>
      </w:r>
    </w:p>
    <w:p w14:paraId="2808B3E9" w14:textId="77777777" w:rsidR="00BD2D17" w:rsidRDefault="00000000">
      <w:pPr>
        <w:pStyle w:val="ListBullet"/>
      </w:pPr>
      <w:r>
        <w:t>Show how each theory relates to your research questions</w:t>
      </w:r>
    </w:p>
    <w:p w14:paraId="70EAC44A" w14:textId="77777777" w:rsidR="00BD2D17" w:rsidRDefault="00000000">
      <w:pPr>
        <w:pStyle w:val="ListBullet"/>
      </w:pPr>
      <w:r>
        <w:t>Explain how theories work together (if using multiple theories)</w:t>
      </w:r>
    </w:p>
    <w:p w14:paraId="79793221" w14:textId="77777777" w:rsidR="00BD2D17" w:rsidRDefault="00000000">
      <w:pPr>
        <w:pStyle w:val="ListBullet"/>
      </w:pPr>
      <w:r>
        <w:t>Acknowledge limitations of each theoretical perspective</w:t>
      </w:r>
    </w:p>
    <w:p w14:paraId="398527E1" w14:textId="77777777" w:rsidR="00BD2D17" w:rsidRDefault="00000000">
      <w:pPr>
        <w:pStyle w:val="Heading3"/>
      </w:pPr>
      <w:r>
        <w:t>Step 4: Build Preliminary Conceptual Framework</w:t>
      </w:r>
    </w:p>
    <w:p w14:paraId="4457C15F" w14:textId="77777777" w:rsidR="00BD2D17" w:rsidRDefault="00000000">
      <w:pPr>
        <w:pStyle w:val="ListBullet"/>
      </w:pPr>
      <w:r>
        <w:t>Synthesise: Problem + Gap + Theoretical Framework + Methodological Justification</w:t>
      </w:r>
    </w:p>
    <w:p w14:paraId="75A24328" w14:textId="77777777" w:rsidR="00BD2D17" w:rsidRDefault="00000000">
      <w:pPr>
        <w:pStyle w:val="ListBullet"/>
      </w:pPr>
      <w:r>
        <w:t>Create a coherent narrative showing why and how your research matters</w:t>
      </w:r>
    </w:p>
    <w:p w14:paraId="6CF75A14" w14:textId="77777777" w:rsidR="00BD2D17" w:rsidRDefault="00000000">
      <w:pPr>
        <w:pStyle w:val="ListBullet"/>
      </w:pPr>
      <w:r>
        <w:t>Often includes a visual diagram showing relationships between key concepts</w:t>
      </w:r>
    </w:p>
    <w:p w14:paraId="6847978A" w14:textId="77777777" w:rsidR="00BD2D17" w:rsidRDefault="00000000">
      <w:pPr>
        <w:pStyle w:val="ListBullet"/>
      </w:pPr>
      <w:r>
        <w:t>Positions your research within the broader scholarly conversation</w:t>
      </w:r>
    </w:p>
    <w:p w14:paraId="1D8D8717" w14:textId="77777777" w:rsidR="00BD2D17" w:rsidRDefault="00000000">
      <w:r>
        <w:br w:type="page"/>
      </w:r>
    </w:p>
    <w:p w14:paraId="59843DCB" w14:textId="77777777" w:rsidR="00BD2D17" w:rsidRDefault="00000000">
      <w:pPr>
        <w:pStyle w:val="Heading2"/>
      </w:pPr>
      <w:r>
        <w:lastRenderedPageBreak/>
        <w:t>From Data Collection to Conceptual Model</w:t>
      </w:r>
    </w:p>
    <w:p w14:paraId="414376AD" w14:textId="77777777" w:rsidR="00BD2D17" w:rsidRDefault="00000000">
      <w:pPr>
        <w:pStyle w:val="Heading3"/>
      </w:pPr>
      <w:r>
        <w:t>During Data Collection and Analysis:</w:t>
      </w:r>
    </w:p>
    <w:p w14:paraId="542CB432" w14:textId="77777777" w:rsidR="00BD2D17" w:rsidRDefault="00000000">
      <w:pPr>
        <w:pStyle w:val="ListBullet"/>
      </w:pPr>
      <w:r>
        <w:t>Your preliminary conceptual framework guides but does not constrain your inquiry</w:t>
      </w:r>
    </w:p>
    <w:p w14:paraId="5209CAD7" w14:textId="77777777" w:rsidR="00BD2D17" w:rsidRDefault="00000000">
      <w:pPr>
        <w:pStyle w:val="ListBullet"/>
      </w:pPr>
      <w:r>
        <w:t>Remain open to unexpected findings, themes, relationships</w:t>
      </w:r>
    </w:p>
    <w:p w14:paraId="5CB76A6D" w14:textId="77777777" w:rsidR="00BD2D17" w:rsidRDefault="00000000">
      <w:pPr>
        <w:pStyle w:val="ListBullet"/>
      </w:pPr>
      <w:r>
        <w:t>Document when findings challenge your initial framework</w:t>
      </w:r>
    </w:p>
    <w:p w14:paraId="037ACD04" w14:textId="77777777" w:rsidR="00BD2D17" w:rsidRDefault="00000000">
      <w:pPr>
        <w:pStyle w:val="ListBullet"/>
      </w:pPr>
      <w:r>
        <w:t>Engage in iterative reflection: data ↔ theory ↔ literature</w:t>
      </w:r>
    </w:p>
    <w:p w14:paraId="1917B7C5" w14:textId="77777777" w:rsidR="00BD2D17" w:rsidRDefault="00000000">
      <w:pPr>
        <w:pStyle w:val="Heading3"/>
      </w:pPr>
      <w:r>
        <w:t>In Your Findings Chapters:</w:t>
      </w:r>
    </w:p>
    <w:p w14:paraId="3DF1C593" w14:textId="77777777" w:rsidR="00BD2D17" w:rsidRDefault="00000000">
      <w:pPr>
        <w:pStyle w:val="ListBullet"/>
      </w:pPr>
      <w:r>
        <w:t>Present themes/patterns that emerged from your data</w:t>
      </w:r>
    </w:p>
    <w:p w14:paraId="7F357D67" w14:textId="77777777" w:rsidR="00BD2D17" w:rsidRDefault="00000000">
      <w:pPr>
        <w:pStyle w:val="ListBullet"/>
      </w:pPr>
      <w:r>
        <w:t>Show relationships between themes</w:t>
      </w:r>
    </w:p>
    <w:p w14:paraId="4218D2ED" w14:textId="77777777" w:rsidR="00BD2D17" w:rsidRDefault="00000000">
      <w:pPr>
        <w:pStyle w:val="ListBullet"/>
      </w:pPr>
      <w:r>
        <w:t>Note where findings align with or diverge from existing theory</w:t>
      </w:r>
    </w:p>
    <w:p w14:paraId="4D60A756" w14:textId="77777777" w:rsidR="00BD2D17" w:rsidRDefault="00000000">
      <w:pPr>
        <w:pStyle w:val="ListBullet"/>
      </w:pPr>
      <w:r>
        <w:t>Build toward a refined understanding</w:t>
      </w:r>
    </w:p>
    <w:p w14:paraId="100074E6" w14:textId="77777777" w:rsidR="00BD2D17" w:rsidRDefault="00000000">
      <w:pPr>
        <w:pStyle w:val="Heading3"/>
      </w:pPr>
      <w:r>
        <w:t>In Your Discussion Chapter:</w:t>
      </w:r>
    </w:p>
    <w:p w14:paraId="7C91492F" w14:textId="77777777" w:rsidR="00BD2D17" w:rsidRDefault="00000000">
      <w:pPr>
        <w:pStyle w:val="ListBullet"/>
      </w:pPr>
      <w:r>
        <w:t>Present REFINED Conceptual Framework showing evolved understanding</w:t>
      </w:r>
    </w:p>
    <w:p w14:paraId="6CB181AA" w14:textId="77777777" w:rsidR="00BD2D17" w:rsidRDefault="00000000">
      <w:pPr>
        <w:pStyle w:val="ListBullet"/>
      </w:pPr>
      <w:r>
        <w:t>Create CONCEPTUAL MODEL (visual diagram) showing relationships discovered</w:t>
      </w:r>
    </w:p>
    <w:p w14:paraId="70C83EAE" w14:textId="77777777" w:rsidR="00BD2D17" w:rsidRDefault="00000000">
      <w:pPr>
        <w:pStyle w:val="ListBullet"/>
      </w:pPr>
      <w:r>
        <w:t>Explain how your framework extends, challenges, or refines existing theory</w:t>
      </w:r>
    </w:p>
    <w:p w14:paraId="4D199704" w14:textId="77777777" w:rsidR="00BD2D17" w:rsidRDefault="00000000">
      <w:pPr>
        <w:pStyle w:val="ListBullet"/>
      </w:pPr>
      <w:r>
        <w:t>Demonstrate original contribution to knowledge</w:t>
      </w:r>
    </w:p>
    <w:p w14:paraId="69C34D64" w14:textId="77777777" w:rsidR="00BD2D17" w:rsidRDefault="00000000">
      <w:r>
        <w:br w:type="page"/>
      </w:r>
    </w:p>
    <w:p w14:paraId="047CE679" w14:textId="77777777" w:rsidR="00BD2D17" w:rsidRDefault="00000000">
      <w:pPr>
        <w:pStyle w:val="Heading2"/>
      </w:pPr>
      <w:r>
        <w:lastRenderedPageBreak/>
        <w:t>Case Study Examples</w:t>
      </w:r>
    </w:p>
    <w:p w14:paraId="46A26E13" w14:textId="77777777" w:rsidR="00BD2D17" w:rsidRDefault="00000000">
      <w:pPr>
        <w:pStyle w:val="Heading3"/>
      </w:pPr>
      <w:r>
        <w:t>Example 1: Phenomenological Business Research</w:t>
      </w:r>
    </w:p>
    <w:p w14:paraId="606598A1" w14:textId="77777777" w:rsidR="00BD2D17" w:rsidRDefault="00000000">
      <w:r>
        <w:rPr>
          <w:b/>
        </w:rPr>
        <w:t xml:space="preserve">Topic: </w:t>
      </w:r>
      <w:r>
        <w:t>Expert perspectives on implementing supply chain due diligence legislation</w:t>
      </w:r>
    </w:p>
    <w:p w14:paraId="349D4E80" w14:textId="77777777" w:rsidR="00BD2D17" w:rsidRDefault="00000000">
      <w:r>
        <w:rPr>
          <w:b/>
        </w:rPr>
        <w:t>Chapter 2 - Literature Review:</w:t>
      </w:r>
    </w:p>
    <w:p w14:paraId="11D96190" w14:textId="77777777" w:rsidR="00BD2D17" w:rsidRDefault="00000000">
      <w:pPr>
        <w:pStyle w:val="ListBullet2"/>
      </w:pPr>
      <w:r>
        <w:t>Reviews existing literature on supply chain regulation, corporate accountability, due diligence practices</w:t>
      </w:r>
    </w:p>
    <w:p w14:paraId="5B809BB7" w14:textId="77777777" w:rsidR="00BD2D17" w:rsidRDefault="00000000">
      <w:pPr>
        <w:pStyle w:val="ListBullet2"/>
      </w:pPr>
      <w:r>
        <w:t>Identifies theories: Legitimacy Theory, Institutional Theory, Stakeholder Theory</w:t>
      </w:r>
    </w:p>
    <w:p w14:paraId="6FE2A37A" w14:textId="77777777" w:rsidR="00BD2D17" w:rsidRDefault="00000000">
      <w:pPr>
        <w:pStyle w:val="ListBullet2"/>
      </w:pPr>
      <w:r>
        <w:t>Presents these as "fore-understandings" (Gadamer, 1975) not as hypotheses to test</w:t>
      </w:r>
    </w:p>
    <w:p w14:paraId="64A68404" w14:textId="77777777" w:rsidR="00BD2D17" w:rsidRDefault="00000000">
      <w:pPr>
        <w:pStyle w:val="ListBullet2"/>
      </w:pPr>
      <w:r>
        <w:t>Identifies gap: Limited understanding of how experts EXPERIENCE implementation challenges</w:t>
      </w:r>
    </w:p>
    <w:p w14:paraId="632381AA" w14:textId="77777777" w:rsidR="00BD2D17" w:rsidRDefault="00000000">
      <w:r>
        <w:rPr>
          <w:b/>
        </w:rPr>
        <w:t>End of Chapter 2 - Preliminary Conceptual Framework:</w:t>
      </w:r>
    </w:p>
    <w:p w14:paraId="64324C65" w14:textId="77777777" w:rsidR="00BD2D17" w:rsidRDefault="00000000">
      <w:pPr>
        <w:pStyle w:val="ListBullet2"/>
      </w:pPr>
      <w:r>
        <w:t>Synthesises: Regulatory gap (problem) + Missing expert perspectives (gap) + Theoretical lenses + Phenomenological methodology justification</w:t>
      </w:r>
    </w:p>
    <w:p w14:paraId="78A99F45" w14:textId="77777777" w:rsidR="00BD2D17" w:rsidRDefault="00000000">
      <w:pPr>
        <w:pStyle w:val="ListBullet2"/>
      </w:pPr>
      <w:r>
        <w:t>Includes diagram showing: Legislation → Organisational Response (legitimacy/institutional pressures) → Implementation Challenges (unexplored) → Expert Recommendations (unexplored)</w:t>
      </w:r>
    </w:p>
    <w:p w14:paraId="1E501F71" w14:textId="77777777" w:rsidR="00BD2D17" w:rsidRDefault="00000000">
      <w:r>
        <w:rPr>
          <w:b/>
        </w:rPr>
        <w:t>Chapter 7 - Discussion - Refined Conceptual Framework:</w:t>
      </w:r>
    </w:p>
    <w:p w14:paraId="02D2F1D2" w14:textId="77777777" w:rsidR="00BD2D17" w:rsidRDefault="00000000">
      <w:pPr>
        <w:pStyle w:val="ListBullet2"/>
      </w:pPr>
      <w:r>
        <w:t>Presents model showing: Types of barriers discovered (structural, operational, cultural)</w:t>
      </w:r>
    </w:p>
    <w:p w14:paraId="7193A881" w14:textId="77777777" w:rsidR="00BD2D17" w:rsidRDefault="00000000">
      <w:pPr>
        <w:pStyle w:val="ListBullet2"/>
      </w:pPr>
      <w:r>
        <w:t>Shows relationships: Resource constraints ↔ Legitimacy concerns ↔ Stakeholder pressures</w:t>
      </w:r>
    </w:p>
    <w:p w14:paraId="48B444F1" w14:textId="77777777" w:rsidR="00BD2D17" w:rsidRDefault="00000000">
      <w:pPr>
        <w:pStyle w:val="ListBullet2"/>
      </w:pPr>
      <w:r>
        <w:t>Identifies new dimension not in original framework: "Compliance fatigue"</w:t>
      </w:r>
    </w:p>
    <w:p w14:paraId="46C5A77E" w14:textId="77777777" w:rsidR="00BD2D17" w:rsidRDefault="00000000">
      <w:pPr>
        <w:pStyle w:val="ListBullet2"/>
      </w:pPr>
      <w:r>
        <w:t>Demonstrates how findings extend Institutional Theory in this context</w:t>
      </w:r>
    </w:p>
    <w:p w14:paraId="27B773BA" w14:textId="77777777" w:rsidR="00BD2D17" w:rsidRDefault="00000000">
      <w:r>
        <w:br w:type="page"/>
      </w:r>
    </w:p>
    <w:p w14:paraId="43DF7013" w14:textId="77777777" w:rsidR="00BD2D17" w:rsidRDefault="00000000">
      <w:pPr>
        <w:pStyle w:val="Heading3"/>
      </w:pPr>
      <w:r>
        <w:lastRenderedPageBreak/>
        <w:t>Example 2: Grounded Theory Business Research</w:t>
      </w:r>
    </w:p>
    <w:p w14:paraId="6DDB6A02" w14:textId="77777777" w:rsidR="00BD2D17" w:rsidRDefault="00000000">
      <w:r>
        <w:rPr>
          <w:b/>
        </w:rPr>
        <w:t xml:space="preserve">Topic: </w:t>
      </w:r>
      <w:r>
        <w:t>How small businesses respond to digital transformation pressures</w:t>
      </w:r>
    </w:p>
    <w:p w14:paraId="157EB827" w14:textId="77777777" w:rsidR="00BD2D17" w:rsidRDefault="00000000">
      <w:r>
        <w:rPr>
          <w:b/>
        </w:rPr>
        <w:t>Chapter 2 - Literature Review (Minimal):</w:t>
      </w:r>
    </w:p>
    <w:p w14:paraId="396B7986" w14:textId="77777777" w:rsidR="00BD2D17" w:rsidRDefault="00000000">
      <w:pPr>
        <w:pStyle w:val="ListBullet2"/>
      </w:pPr>
      <w:r>
        <w:t>Brief review establishing what digital transformation means</w:t>
      </w:r>
    </w:p>
    <w:p w14:paraId="6B21DCD9" w14:textId="77777777" w:rsidR="00BD2D17" w:rsidRDefault="00000000">
      <w:pPr>
        <w:pStyle w:val="ListBullet2"/>
      </w:pPr>
      <w:r>
        <w:t>Identifies sensitising concepts: resistance to change, resource constraints, competitive pressure</w:t>
      </w:r>
    </w:p>
    <w:p w14:paraId="0D226280" w14:textId="77777777" w:rsidR="00BD2D17" w:rsidRDefault="00000000">
      <w:pPr>
        <w:pStyle w:val="ListBullet2"/>
      </w:pPr>
      <w:r>
        <w:t>Does NOT present extensive theoretical framework (characteristic of GT)</w:t>
      </w:r>
    </w:p>
    <w:p w14:paraId="7B29911A" w14:textId="77777777" w:rsidR="00BD2D17" w:rsidRDefault="00000000">
      <w:pPr>
        <w:pStyle w:val="ListBullet2"/>
      </w:pPr>
      <w:r>
        <w:t>Identifies gap: No theory explaining small business digital transformation process</w:t>
      </w:r>
    </w:p>
    <w:p w14:paraId="04B09307" w14:textId="77777777" w:rsidR="00BD2D17" w:rsidRDefault="00000000">
      <w:r>
        <w:rPr>
          <w:b/>
        </w:rPr>
        <w:t>End of Chapter 2 - Preliminary Conceptual Framework:</w:t>
      </w:r>
    </w:p>
    <w:p w14:paraId="05051B55" w14:textId="77777777" w:rsidR="00BD2D17" w:rsidRDefault="00000000">
      <w:pPr>
        <w:pStyle w:val="ListBullet2"/>
      </w:pPr>
      <w:r>
        <w:t>Synthesises: Problem (small businesses struggling with digitalisation) + Gap (no process theory) + Grounded theory methodology justification</w:t>
      </w:r>
    </w:p>
    <w:p w14:paraId="2FF650AA" w14:textId="77777777" w:rsidR="00BD2D17" w:rsidRDefault="00000000">
      <w:pPr>
        <w:pStyle w:val="ListBullet2"/>
      </w:pPr>
      <w:r>
        <w:t>Explicitly states theory will EMERGE from data</w:t>
      </w:r>
    </w:p>
    <w:p w14:paraId="178159DC" w14:textId="77777777" w:rsidR="00BD2D17" w:rsidRDefault="00000000">
      <w:r>
        <w:rPr>
          <w:b/>
        </w:rPr>
        <w:t>Chapter 7 - Discussion - Conceptual Model (NEW THEORY):</w:t>
      </w:r>
    </w:p>
    <w:p w14:paraId="58610711" w14:textId="77777777" w:rsidR="00BD2D17" w:rsidRDefault="00000000">
      <w:pPr>
        <w:pStyle w:val="ListBullet2"/>
      </w:pPr>
      <w:r>
        <w:t>Presents "Staged Digital Adaptation Model" that emerged from data</w:t>
      </w:r>
    </w:p>
    <w:p w14:paraId="1D58EF38" w14:textId="77777777" w:rsidR="00BD2D17" w:rsidRDefault="00000000">
      <w:pPr>
        <w:pStyle w:val="ListBullet2"/>
      </w:pPr>
      <w:r>
        <w:t>Shows stages: Denial → Experimenting → Selective Adoption → Integration</w:t>
      </w:r>
    </w:p>
    <w:p w14:paraId="77DDFB3A" w14:textId="77777777" w:rsidR="00BD2D17" w:rsidRDefault="00000000">
      <w:pPr>
        <w:pStyle w:val="ListBullet2"/>
      </w:pPr>
      <w:r>
        <w:t>Identifies moderating factors: Owner age, Industry sector, Resource availability</w:t>
      </w:r>
    </w:p>
    <w:p w14:paraId="19FBCFA4" w14:textId="77777777" w:rsidR="00BD2D17" w:rsidRDefault="00000000">
      <w:pPr>
        <w:pStyle w:val="ListBullet2"/>
      </w:pPr>
      <w:r>
        <w:t>Extended literature review NOW conducted, showing how model relates to existing theories</w:t>
      </w:r>
    </w:p>
    <w:p w14:paraId="6C598BE2" w14:textId="77777777" w:rsidR="00BD2D17" w:rsidRDefault="00000000">
      <w:r>
        <w:br w:type="page"/>
      </w:r>
    </w:p>
    <w:p w14:paraId="42585DFA" w14:textId="77777777" w:rsidR="00BD2D17" w:rsidRDefault="00000000">
      <w:pPr>
        <w:pStyle w:val="Heading2"/>
      </w:pPr>
      <w:r>
        <w:lastRenderedPageBreak/>
        <w:t>Constructing YOUR Conceptual Framework: Practical Guidance</w:t>
      </w:r>
    </w:p>
    <w:p w14:paraId="531A29D8" w14:textId="77777777" w:rsidR="00BD2D17" w:rsidRDefault="00000000">
      <w:pPr>
        <w:pStyle w:val="Heading3"/>
      </w:pPr>
      <w:r>
        <w:t>A conceptual framework is constructed BY YOU</w:t>
      </w:r>
    </w:p>
    <w:p w14:paraId="2DC41E22" w14:textId="77777777" w:rsidR="00BD2D17" w:rsidRDefault="00000000">
      <w:r>
        <w:rPr>
          <w:b/>
        </w:rPr>
        <w:t>You construct a preliminary conceptual framework prior to a study.</w:t>
      </w:r>
    </w:p>
    <w:p w14:paraId="57C4CFF3" w14:textId="77777777" w:rsidR="00BD2D17" w:rsidRDefault="00000000">
      <w:pPr>
        <w:pStyle w:val="ListBullet"/>
      </w:pPr>
      <w:r>
        <w:t>Your conceptual framework may evolve during a study:</w:t>
      </w:r>
    </w:p>
    <w:p w14:paraId="346A6FB3" w14:textId="77777777" w:rsidR="00BD2D17" w:rsidRDefault="00000000">
      <w:pPr>
        <w:pStyle w:val="ListBullet2"/>
      </w:pPr>
      <w:r>
        <w:t>New information and ideas emerge that strengthen previous framework</w:t>
      </w:r>
    </w:p>
    <w:p w14:paraId="724BF85F" w14:textId="77777777" w:rsidR="00BD2D17" w:rsidRDefault="00000000">
      <w:pPr>
        <w:pStyle w:val="ListBullet2"/>
      </w:pPr>
      <w:r>
        <w:t>Unexpected findings may challenge initial assumptions</w:t>
      </w:r>
    </w:p>
    <w:p w14:paraId="67844640" w14:textId="77777777" w:rsidR="00BD2D17" w:rsidRDefault="00000000">
      <w:pPr>
        <w:pStyle w:val="ListBullet2"/>
      </w:pPr>
      <w:r>
        <w:t>Alternative explanations may require integration</w:t>
      </w:r>
    </w:p>
    <w:p w14:paraId="5887FB43" w14:textId="77777777" w:rsidR="00BD2D17" w:rsidRDefault="00000000">
      <w:pPr>
        <w:pStyle w:val="ListBullet2"/>
      </w:pPr>
      <w:r>
        <w:t>Contextual factors may necessitate adaptation</w:t>
      </w:r>
    </w:p>
    <w:p w14:paraId="73BF1666" w14:textId="77777777" w:rsidR="00BD2D17" w:rsidRDefault="00000000">
      <w:r>
        <w:t>The conceptual framework is not simply adopted from elsewhere but is actively constructed by the researcher to fit the specific research context. It represents your unique understanding of:</w:t>
      </w:r>
    </w:p>
    <w:p w14:paraId="04CB37D3" w14:textId="77777777" w:rsidR="00BD2D17" w:rsidRDefault="00000000">
      <w:pPr>
        <w:pStyle w:val="ListBullet"/>
      </w:pPr>
      <w:r>
        <w:t>How existing theories apply to your specific research problem</w:t>
      </w:r>
    </w:p>
    <w:p w14:paraId="03295B5E" w14:textId="77777777" w:rsidR="00BD2D17" w:rsidRDefault="00000000">
      <w:pPr>
        <w:pStyle w:val="ListBullet"/>
      </w:pPr>
      <w:r>
        <w:t>Which methodological approaches are most appropriate to address your questions</w:t>
      </w:r>
    </w:p>
    <w:p w14:paraId="64A2E416" w14:textId="77777777" w:rsidR="00BD2D17" w:rsidRDefault="00000000">
      <w:pPr>
        <w:pStyle w:val="ListBullet"/>
      </w:pPr>
      <w:r>
        <w:t>What significance your study holds within the broader landscape of knowledge</w:t>
      </w:r>
    </w:p>
    <w:p w14:paraId="58151003" w14:textId="77777777" w:rsidR="00BD2D17" w:rsidRDefault="00000000">
      <w:pPr>
        <w:pStyle w:val="ListBullet"/>
      </w:pPr>
      <w:r>
        <w:t>How various components of your research design work together coherently</w:t>
      </w:r>
    </w:p>
    <w:p w14:paraId="3B1422C6" w14:textId="77777777" w:rsidR="00BD2D17" w:rsidRDefault="00000000">
      <w:pPr>
        <w:pStyle w:val="Heading3"/>
      </w:pPr>
      <w:r>
        <w:t>A robust conceptual framework serves multiple functions:</w:t>
      </w:r>
    </w:p>
    <w:p w14:paraId="0E86DE0C" w14:textId="77777777" w:rsidR="00BD2D17" w:rsidRDefault="00000000">
      <w:pPr>
        <w:pStyle w:val="ListBullet"/>
      </w:pPr>
      <w:r>
        <w:t>Guides research decisions throughout the process</w:t>
      </w:r>
    </w:p>
    <w:p w14:paraId="67013D36" w14:textId="77777777" w:rsidR="00BD2D17" w:rsidRDefault="00000000">
      <w:pPr>
        <w:pStyle w:val="ListBullet"/>
      </w:pPr>
      <w:r>
        <w:t>Provides justification for methodological choices</w:t>
      </w:r>
    </w:p>
    <w:p w14:paraId="35962C11" w14:textId="77777777" w:rsidR="00BD2D17" w:rsidRDefault="00000000">
      <w:pPr>
        <w:pStyle w:val="ListBullet"/>
      </w:pPr>
      <w:r>
        <w:t>Offers a lens through which to interpret findings</w:t>
      </w:r>
    </w:p>
    <w:p w14:paraId="5D254DC8" w14:textId="77777777" w:rsidR="00BD2D17" w:rsidRDefault="00000000">
      <w:pPr>
        <w:pStyle w:val="ListBullet"/>
      </w:pPr>
      <w:r>
        <w:t>Helps communicate the research logic to others</w:t>
      </w:r>
    </w:p>
    <w:p w14:paraId="7B25E80A" w14:textId="77777777" w:rsidR="00BD2D17" w:rsidRDefault="00000000">
      <w:pPr>
        <w:pStyle w:val="ListBullet"/>
      </w:pPr>
      <w:r>
        <w:t>Positions your work within existing knowledge structures</w:t>
      </w:r>
    </w:p>
    <w:p w14:paraId="7843C788" w14:textId="77777777" w:rsidR="00BD2D17" w:rsidRDefault="00000000">
      <w:pPr>
        <w:pStyle w:val="ListBullet"/>
      </w:pPr>
      <w:r>
        <w:t>Establishes boundaries and scope for the investigation</w:t>
      </w:r>
    </w:p>
    <w:p w14:paraId="5B4AAF01" w14:textId="77777777" w:rsidR="00BD2D17" w:rsidRDefault="00000000">
      <w:r>
        <w:br w:type="page"/>
      </w:r>
    </w:p>
    <w:p w14:paraId="5B28AA47" w14:textId="77777777" w:rsidR="00BD2D17" w:rsidRDefault="00000000">
      <w:pPr>
        <w:pStyle w:val="Heading2"/>
      </w:pPr>
      <w:r>
        <w:lastRenderedPageBreak/>
        <w:t>Key Components Your Conceptual Framework Must Address</w:t>
      </w:r>
    </w:p>
    <w:p w14:paraId="42195BBB" w14:textId="77777777" w:rsidR="00BD2D17" w:rsidRDefault="00000000">
      <w:pPr>
        <w:pStyle w:val="Heading3"/>
      </w:pPr>
      <w:r>
        <w:t>1. Why the Topic Matters (Problem Statement)</w:t>
      </w:r>
    </w:p>
    <w:p w14:paraId="61E0EB06" w14:textId="77777777" w:rsidR="00BD2D17" w:rsidRDefault="00000000">
      <w:pPr>
        <w:pStyle w:val="ListBullet"/>
      </w:pPr>
      <w:r>
        <w:t>Real-world issue or challenge</w:t>
      </w:r>
    </w:p>
    <w:p w14:paraId="0CA53A12" w14:textId="77777777" w:rsidR="00BD2D17" w:rsidRDefault="00000000">
      <w:pPr>
        <w:pStyle w:val="ListBullet"/>
      </w:pPr>
      <w:r>
        <w:t>Significance in broader context</w:t>
      </w:r>
    </w:p>
    <w:p w14:paraId="39B185CD" w14:textId="77777777" w:rsidR="00BD2D17" w:rsidRDefault="00000000">
      <w:pPr>
        <w:pStyle w:val="ListBullet"/>
      </w:pPr>
      <w:r>
        <w:t>Who is affected and how</w:t>
      </w:r>
    </w:p>
    <w:p w14:paraId="6A66EB54" w14:textId="77777777" w:rsidR="00BD2D17" w:rsidRDefault="00000000">
      <w:pPr>
        <w:pStyle w:val="ListBullet"/>
      </w:pPr>
      <w:r>
        <w:t>Links to policy, practice, or theory</w:t>
      </w:r>
    </w:p>
    <w:p w14:paraId="095ED7E6" w14:textId="77777777" w:rsidR="00BD2D17" w:rsidRDefault="00000000">
      <w:pPr>
        <w:pStyle w:val="Heading3"/>
      </w:pPr>
      <w:r>
        <w:t>2. Gap in Knowledge</w:t>
      </w:r>
    </w:p>
    <w:p w14:paraId="168D58FD" w14:textId="77777777" w:rsidR="00BD2D17" w:rsidRDefault="00000000">
      <w:pPr>
        <w:pStyle w:val="ListBullet"/>
      </w:pPr>
      <w:r>
        <w:t>What is currently known (state of field)</w:t>
      </w:r>
    </w:p>
    <w:p w14:paraId="479BB1DC" w14:textId="77777777" w:rsidR="00BD2D17" w:rsidRDefault="00000000">
      <w:pPr>
        <w:pStyle w:val="ListBullet"/>
      </w:pPr>
      <w:r>
        <w:t>What remains unknown or inadequately understood</w:t>
      </w:r>
    </w:p>
    <w:p w14:paraId="3B03177E" w14:textId="77777777" w:rsidR="00BD2D17" w:rsidRDefault="00000000">
      <w:pPr>
        <w:pStyle w:val="ListBullet"/>
      </w:pPr>
      <w:r>
        <w:t>Limitations in existing research</w:t>
      </w:r>
    </w:p>
    <w:p w14:paraId="00A91D0F" w14:textId="77777777" w:rsidR="00BD2D17" w:rsidRDefault="00000000">
      <w:pPr>
        <w:pStyle w:val="ListBullet"/>
      </w:pPr>
      <w:r>
        <w:t>How filling this gap advances knowledge</w:t>
      </w:r>
    </w:p>
    <w:p w14:paraId="72CC8B95" w14:textId="77777777" w:rsidR="00BD2D17" w:rsidRDefault="00000000">
      <w:pPr>
        <w:pStyle w:val="Heading3"/>
      </w:pPr>
      <w:r>
        <w:t>3. Theoretical Positioning</w:t>
      </w:r>
    </w:p>
    <w:p w14:paraId="2C13C9BE" w14:textId="77777777" w:rsidR="00BD2D17" w:rsidRDefault="00000000">
      <w:pPr>
        <w:pStyle w:val="ListBullet"/>
      </w:pPr>
      <w:r>
        <w:t>Which theories inform your understanding</w:t>
      </w:r>
    </w:p>
    <w:p w14:paraId="0E2F51B9" w14:textId="77777777" w:rsidR="00BD2D17" w:rsidRDefault="00000000">
      <w:pPr>
        <w:pStyle w:val="ListBullet"/>
      </w:pPr>
      <w:r>
        <w:t>How these theories relate to your research questions</w:t>
      </w:r>
    </w:p>
    <w:p w14:paraId="485ED590" w14:textId="77777777" w:rsidR="00BD2D17" w:rsidRDefault="00000000">
      <w:pPr>
        <w:pStyle w:val="ListBullet"/>
      </w:pPr>
      <w:r>
        <w:t>Relationship between theories (if multiple)</w:t>
      </w:r>
    </w:p>
    <w:p w14:paraId="7933C75B" w14:textId="77777777" w:rsidR="00BD2D17" w:rsidRDefault="00000000">
      <w:pPr>
        <w:pStyle w:val="ListBullet"/>
      </w:pPr>
      <w:r>
        <w:t>Role of theory in your paradigm (fore-understanding vs. hypothesis)</w:t>
      </w:r>
    </w:p>
    <w:p w14:paraId="5273EA4A" w14:textId="77777777" w:rsidR="00BD2D17" w:rsidRDefault="00000000">
      <w:pPr>
        <w:pStyle w:val="Heading3"/>
      </w:pPr>
      <w:r>
        <w:t>4. Methodological Justification</w:t>
      </w:r>
    </w:p>
    <w:p w14:paraId="43EFF904" w14:textId="77777777" w:rsidR="00BD2D17" w:rsidRDefault="00000000">
      <w:pPr>
        <w:pStyle w:val="ListBullet"/>
      </w:pPr>
      <w:r>
        <w:t>Why your chosen methodology is appropriate</w:t>
      </w:r>
    </w:p>
    <w:p w14:paraId="6830EA03" w14:textId="77777777" w:rsidR="00BD2D17" w:rsidRDefault="00000000">
      <w:pPr>
        <w:pStyle w:val="ListBullet"/>
      </w:pPr>
      <w:r>
        <w:t>Paradigmatic alignment (ontology, epistemology)</w:t>
      </w:r>
    </w:p>
    <w:p w14:paraId="378E73F2" w14:textId="77777777" w:rsidR="00BD2D17" w:rsidRDefault="00000000">
      <w:pPr>
        <w:pStyle w:val="ListBullet"/>
      </w:pPr>
      <w:r>
        <w:t>How methods address your research questions</w:t>
      </w:r>
    </w:p>
    <w:p w14:paraId="6F02D23E" w14:textId="77777777" w:rsidR="00BD2D17" w:rsidRDefault="00000000">
      <w:pPr>
        <w:pStyle w:val="ListBullet"/>
      </w:pPr>
      <w:r>
        <w:t>Quality criteria and ethical considerations</w:t>
      </w:r>
    </w:p>
    <w:p w14:paraId="5A4891BA" w14:textId="77777777" w:rsidR="00BD2D17" w:rsidRDefault="00000000">
      <w:pPr>
        <w:pStyle w:val="Heading3"/>
      </w:pPr>
      <w:r>
        <w:t>5. Visual Representation (Often Included)</w:t>
      </w:r>
    </w:p>
    <w:p w14:paraId="2D0B7A7E" w14:textId="77777777" w:rsidR="00BD2D17" w:rsidRDefault="00000000">
      <w:pPr>
        <w:pStyle w:val="ListBullet"/>
      </w:pPr>
      <w:r>
        <w:t>Diagram showing relationships between key concepts</w:t>
      </w:r>
    </w:p>
    <w:p w14:paraId="2C66F929" w14:textId="77777777" w:rsidR="00BD2D17" w:rsidRDefault="00000000">
      <w:pPr>
        <w:pStyle w:val="ListBullet"/>
      </w:pPr>
      <w:r>
        <w:t>Illustrates how components connect logically</w:t>
      </w:r>
    </w:p>
    <w:p w14:paraId="05715504" w14:textId="77777777" w:rsidR="00BD2D17" w:rsidRDefault="00000000">
      <w:pPr>
        <w:pStyle w:val="ListBullet"/>
      </w:pPr>
      <w:r>
        <w:t>Makes complex relationships visible</w:t>
      </w:r>
    </w:p>
    <w:p w14:paraId="67D739FD" w14:textId="77777777" w:rsidR="00BD2D17" w:rsidRDefault="00000000">
      <w:pPr>
        <w:pStyle w:val="ListBullet"/>
      </w:pPr>
      <w:r>
        <w:t>Helps readers grasp your research logic quickly</w:t>
      </w:r>
    </w:p>
    <w:p w14:paraId="46D8A050" w14:textId="77777777" w:rsidR="00BD2D17" w:rsidRDefault="00000000">
      <w:r>
        <w:br w:type="page"/>
      </w:r>
    </w:p>
    <w:p w14:paraId="7F8AEB22" w14:textId="77777777" w:rsidR="00BD2D17" w:rsidRDefault="00000000">
      <w:pPr>
        <w:pStyle w:val="Heading1"/>
      </w:pPr>
      <w:r>
        <w:lastRenderedPageBreak/>
        <w:t>SESSION 5: Common Pitfalls and Q&amp;A (30 minutes)</w:t>
      </w:r>
    </w:p>
    <w:p w14:paraId="0F6B81E6" w14:textId="77777777" w:rsidR="00BD2D17" w:rsidRDefault="00000000">
      <w:pPr>
        <w:pStyle w:val="Heading2"/>
      </w:pPr>
      <w:r>
        <w:t>Common Pitfalls in Framework Development</w:t>
      </w:r>
    </w:p>
    <w:p w14:paraId="2A63027D" w14:textId="77777777" w:rsidR="00BD2D17" w:rsidRDefault="00000000">
      <w:pPr>
        <w:pStyle w:val="Heading3"/>
      </w:pPr>
      <w:r>
        <w:t>Theory-Related Pitfalls</w:t>
      </w:r>
    </w:p>
    <w:p w14:paraId="33633626" w14:textId="77777777" w:rsidR="00BD2D17" w:rsidRDefault="00000000">
      <w:pPr>
        <w:pStyle w:val="ListBullet"/>
      </w:pPr>
      <w:r>
        <w:t>Selecting theories that are misaligned with research questions</w:t>
      </w:r>
    </w:p>
    <w:p w14:paraId="00212740" w14:textId="77777777" w:rsidR="00BD2D17" w:rsidRDefault="00000000">
      <w:pPr>
        <w:pStyle w:val="ListBullet"/>
      </w:pPr>
      <w:r>
        <w:t>Using outdated or discredited theoretical perspectives without acknowledging critiques</w:t>
      </w:r>
    </w:p>
    <w:p w14:paraId="12EB74C1" w14:textId="77777777" w:rsidR="00BD2D17" w:rsidRDefault="00000000">
      <w:pPr>
        <w:pStyle w:val="ListBullet"/>
      </w:pPr>
      <w:r>
        <w:t>Failing to acknowledge theoretical limitations or critiques</w:t>
      </w:r>
    </w:p>
    <w:p w14:paraId="6DEAD3EC" w14:textId="77777777" w:rsidR="00BD2D17" w:rsidRDefault="00000000">
      <w:pPr>
        <w:pStyle w:val="ListBullet"/>
      </w:pPr>
      <w:r>
        <w:t>Superficial application of theory without deep understanding ("name-dropping")</w:t>
      </w:r>
    </w:p>
    <w:p w14:paraId="64D0FBB3" w14:textId="77777777" w:rsidR="00BD2D17" w:rsidRDefault="00000000">
      <w:pPr>
        <w:pStyle w:val="ListBullet"/>
      </w:pPr>
      <w:r>
        <w:t>Forcing data into theoretical categories rather than allowing emergence</w:t>
      </w:r>
    </w:p>
    <w:p w14:paraId="4054F4E5" w14:textId="77777777" w:rsidR="00BD2D17" w:rsidRDefault="00000000">
      <w:pPr>
        <w:pStyle w:val="Heading3"/>
      </w:pPr>
      <w:r>
        <w:t>Theoretical Framework Pitfalls</w:t>
      </w:r>
    </w:p>
    <w:p w14:paraId="1643BA21" w14:textId="77777777" w:rsidR="00BD2D17" w:rsidRDefault="00000000">
      <w:pPr>
        <w:pStyle w:val="ListBullet"/>
      </w:pPr>
      <w:r>
        <w:t>Attempting to incorporate too many theoretical perspectives (theoretical tourism)</w:t>
      </w:r>
    </w:p>
    <w:p w14:paraId="3F483BA9" w14:textId="77777777" w:rsidR="00BD2D17" w:rsidRDefault="00000000">
      <w:pPr>
        <w:pStyle w:val="ListBullet"/>
      </w:pPr>
      <w:r>
        <w:t>Failing to connect theoretical concepts to specific study elements</w:t>
      </w:r>
    </w:p>
    <w:p w14:paraId="51259AA9" w14:textId="77777777" w:rsidR="00BD2D17" w:rsidRDefault="00000000">
      <w:pPr>
        <w:pStyle w:val="ListBullet"/>
      </w:pPr>
      <w:r>
        <w:t>Creating disconnection between theoretical framework and methods</w:t>
      </w:r>
    </w:p>
    <w:p w14:paraId="2AAB1E30" w14:textId="77777777" w:rsidR="00BD2D17" w:rsidRDefault="00000000">
      <w:pPr>
        <w:pStyle w:val="ListBullet"/>
      </w:pPr>
      <w:r>
        <w:t>Not explaining HOW theoretical framework influenced research design</w:t>
      </w:r>
    </w:p>
    <w:p w14:paraId="01B1D449" w14:textId="77777777" w:rsidR="00BD2D17" w:rsidRDefault="00000000">
      <w:pPr>
        <w:pStyle w:val="ListBullet"/>
      </w:pPr>
      <w:r>
        <w:t>Treating all theories as equally important regardless of relevance</w:t>
      </w:r>
    </w:p>
    <w:p w14:paraId="1E299484" w14:textId="77777777" w:rsidR="00BD2D17" w:rsidRDefault="00000000">
      <w:pPr>
        <w:pStyle w:val="Heading3"/>
      </w:pPr>
      <w:r>
        <w:t>Conceptual Framework Pitfalls</w:t>
      </w:r>
    </w:p>
    <w:p w14:paraId="3C3354F0" w14:textId="77777777" w:rsidR="00BD2D17" w:rsidRDefault="00000000">
      <w:pPr>
        <w:pStyle w:val="ListBullet"/>
      </w:pPr>
      <w:r>
        <w:t>Constructing frameworks that are too broad or too narrow</w:t>
      </w:r>
    </w:p>
    <w:p w14:paraId="184E4286" w14:textId="77777777" w:rsidR="00BD2D17" w:rsidRDefault="00000000">
      <w:pPr>
        <w:pStyle w:val="ListBullet"/>
      </w:pPr>
      <w:r>
        <w:t>Failing to establish clear links between concepts</w:t>
      </w:r>
    </w:p>
    <w:p w14:paraId="0D5ABF29" w14:textId="77777777" w:rsidR="00BD2D17" w:rsidRDefault="00000000">
      <w:pPr>
        <w:pStyle w:val="ListBullet"/>
      </w:pPr>
      <w:r>
        <w:t>Not addressing methodological alignment with research questions</w:t>
      </w:r>
    </w:p>
    <w:p w14:paraId="6D644F60" w14:textId="77777777" w:rsidR="00BD2D17" w:rsidRDefault="00000000">
      <w:pPr>
        <w:pStyle w:val="ListBullet"/>
      </w:pPr>
      <w:r>
        <w:t>Ignoring contextual factors that affect the research problem</w:t>
      </w:r>
    </w:p>
    <w:p w14:paraId="3C45FAA7" w14:textId="77777777" w:rsidR="00BD2D17" w:rsidRDefault="00000000">
      <w:pPr>
        <w:pStyle w:val="ListBullet"/>
      </w:pPr>
      <w:r>
        <w:t>Neglecting to revise the framework as the study evolves</w:t>
      </w:r>
    </w:p>
    <w:p w14:paraId="63ADBE58" w14:textId="77777777" w:rsidR="00BD2D17" w:rsidRDefault="00000000">
      <w:pPr>
        <w:pStyle w:val="ListBullet"/>
      </w:pPr>
      <w:r>
        <w:t>Adopting someone else's framework without adaptation</w:t>
      </w:r>
    </w:p>
    <w:p w14:paraId="1B6C2278" w14:textId="77777777" w:rsidR="00BD2D17" w:rsidRDefault="00000000">
      <w:pPr>
        <w:pStyle w:val="ListBullet"/>
      </w:pPr>
      <w:r>
        <w:t>Creating framework as afterthought rather than integral part of research design</w:t>
      </w:r>
    </w:p>
    <w:p w14:paraId="1E7309AC" w14:textId="77777777" w:rsidR="00BD2D17" w:rsidRDefault="00000000">
      <w:r>
        <w:br w:type="page"/>
      </w:r>
    </w:p>
    <w:p w14:paraId="3E46C82D" w14:textId="77777777" w:rsidR="00BD2D17" w:rsidRDefault="00000000">
      <w:pPr>
        <w:pStyle w:val="Heading2"/>
      </w:pPr>
      <w:r>
        <w:lastRenderedPageBreak/>
        <w:t>Paradigm-Specific Pitfalls</w:t>
      </w:r>
    </w:p>
    <w:p w14:paraId="3C7A4522" w14:textId="77777777" w:rsidR="00BD2D17" w:rsidRDefault="00000000">
      <w:pPr>
        <w:pStyle w:val="Heading3"/>
      </w:pPr>
      <w:r>
        <w:t>Positivist/Post-Positivist Research:</w:t>
      </w:r>
    </w:p>
    <w:p w14:paraId="39BAFA93" w14:textId="77777777" w:rsidR="00BD2D17" w:rsidRDefault="00000000">
      <w:pPr>
        <w:pStyle w:val="ListBullet"/>
      </w:pPr>
      <w:r>
        <w:t>Using literature review merely to justify rather than to build testable hypotheses</w:t>
      </w:r>
    </w:p>
    <w:p w14:paraId="552BAF58" w14:textId="77777777" w:rsidR="00BD2D17" w:rsidRDefault="00000000">
      <w:pPr>
        <w:pStyle w:val="ListBullet"/>
      </w:pPr>
      <w:r>
        <w:t>Failing to operationalise theoretical concepts into measurable variables</w:t>
      </w:r>
    </w:p>
    <w:p w14:paraId="07F2A9ED" w14:textId="77777777" w:rsidR="00BD2D17" w:rsidRDefault="00000000">
      <w:pPr>
        <w:pStyle w:val="ListBullet"/>
      </w:pPr>
      <w:r>
        <w:t>Not clearly stating hypotheses derived from theoretical framework</w:t>
      </w:r>
    </w:p>
    <w:p w14:paraId="036D8C3E" w14:textId="77777777" w:rsidR="00BD2D17" w:rsidRDefault="00000000">
      <w:pPr>
        <w:pStyle w:val="Heading3"/>
      </w:pPr>
      <w:r>
        <w:t>Interpretivist/Phenomenological Research:</w:t>
      </w:r>
    </w:p>
    <w:p w14:paraId="1CA9E145" w14:textId="77777777" w:rsidR="00BD2D17" w:rsidRDefault="00000000">
      <w:pPr>
        <w:pStyle w:val="ListBullet"/>
      </w:pPr>
      <w:r>
        <w:t>Presenting theories as "hypotheses to test" rather than "fore-understandings"</w:t>
      </w:r>
    </w:p>
    <w:p w14:paraId="3C33D721" w14:textId="77777777" w:rsidR="00BD2D17" w:rsidRDefault="00000000">
      <w:pPr>
        <w:pStyle w:val="ListBullet"/>
      </w:pPr>
      <w:r>
        <w:t>Using language that suggests theory determines findings</w:t>
      </w:r>
    </w:p>
    <w:p w14:paraId="2BD0D645" w14:textId="77777777" w:rsidR="00BD2D17" w:rsidRDefault="00000000">
      <w:pPr>
        <w:pStyle w:val="ListBullet"/>
      </w:pPr>
      <w:r>
        <w:t>Failing to maintain "phenomenological openness" to unexpected meanings</w:t>
      </w:r>
    </w:p>
    <w:p w14:paraId="05B8E146" w14:textId="77777777" w:rsidR="00BD2D17" w:rsidRDefault="00000000">
      <w:pPr>
        <w:pStyle w:val="ListBullet"/>
      </w:pPr>
      <w:r>
        <w:t>Not explaining hermeneutic circle between description and interpretation</w:t>
      </w:r>
    </w:p>
    <w:p w14:paraId="20A6E37E" w14:textId="77777777" w:rsidR="00BD2D17" w:rsidRDefault="00000000">
      <w:pPr>
        <w:pStyle w:val="Heading3"/>
      </w:pPr>
      <w:r>
        <w:t>Grounded Theory Research:</w:t>
      </w:r>
    </w:p>
    <w:p w14:paraId="3D7220EE" w14:textId="77777777" w:rsidR="00BD2D17" w:rsidRDefault="00000000">
      <w:pPr>
        <w:pStyle w:val="ListBullet"/>
      </w:pPr>
      <w:r>
        <w:t>Conducting extensive literature review BEFORE data collection (violates GT principles)</w:t>
      </w:r>
    </w:p>
    <w:p w14:paraId="5E66213A" w14:textId="77777777" w:rsidR="00BD2D17" w:rsidRDefault="00000000">
      <w:pPr>
        <w:pStyle w:val="ListBullet"/>
      </w:pPr>
      <w:r>
        <w:t>Imposing predetermined theoretical framework on emerging theory</w:t>
      </w:r>
    </w:p>
    <w:p w14:paraId="0F1594F3" w14:textId="77777777" w:rsidR="00BD2D17" w:rsidRDefault="00000000">
      <w:pPr>
        <w:pStyle w:val="ListBullet"/>
      </w:pPr>
      <w:r>
        <w:t>Not returning to literature AFTER theory emerges to position findings</w:t>
      </w:r>
    </w:p>
    <w:p w14:paraId="49FFF0D0" w14:textId="77777777" w:rsidR="00BD2D17" w:rsidRDefault="00000000">
      <w:pPr>
        <w:pStyle w:val="Heading3"/>
      </w:pPr>
      <w:r>
        <w:t>Critical Research:</w:t>
      </w:r>
    </w:p>
    <w:p w14:paraId="7AC640CA" w14:textId="77777777" w:rsidR="00BD2D17" w:rsidRDefault="00000000">
      <w:pPr>
        <w:pStyle w:val="ListBullet"/>
      </w:pPr>
      <w:r>
        <w:t>Not making political and theoretical stance explicit from the outset</w:t>
      </w:r>
    </w:p>
    <w:p w14:paraId="22B06E6F" w14:textId="77777777" w:rsidR="00BD2D17" w:rsidRDefault="00000000">
      <w:pPr>
        <w:pStyle w:val="ListBullet"/>
      </w:pPr>
      <w:r>
        <w:t>Failing to acknowledge how researcher's values shape inquiry</w:t>
      </w:r>
    </w:p>
    <w:p w14:paraId="65896546" w14:textId="77777777" w:rsidR="00BD2D17" w:rsidRDefault="00000000">
      <w:pPr>
        <w:pStyle w:val="ListBullet"/>
      </w:pPr>
      <w:r>
        <w:t>Using critical theory superficially without engaging with power dynamics</w:t>
      </w:r>
    </w:p>
    <w:p w14:paraId="62FF1D2C" w14:textId="77777777" w:rsidR="00BD2D17" w:rsidRDefault="00000000">
      <w:r>
        <w:br w:type="page"/>
      </w:r>
    </w:p>
    <w:p w14:paraId="700F0CA7" w14:textId="77777777" w:rsidR="00BD2D17" w:rsidRDefault="00000000">
      <w:pPr>
        <w:pStyle w:val="Heading2"/>
      </w:pPr>
      <w:r>
        <w:lastRenderedPageBreak/>
        <w:t>Quality Checklist: Evaluating Your Frameworks</w:t>
      </w:r>
    </w:p>
    <w:p w14:paraId="0C65638C" w14:textId="77777777" w:rsidR="00BD2D17" w:rsidRDefault="00000000">
      <w:pPr>
        <w:pStyle w:val="Heading3"/>
      </w:pPr>
      <w:r>
        <w:t>Theory</w:t>
      </w:r>
    </w:p>
    <w:p w14:paraId="28A8B585" w14:textId="77777777" w:rsidR="00BD2D17" w:rsidRDefault="00000000">
      <w:pPr>
        <w:pStyle w:val="ListBullet"/>
      </w:pPr>
      <w:r>
        <w:t>Is the theory clearly explained and properly cited?</w:t>
      </w:r>
    </w:p>
    <w:p w14:paraId="6B4889FA" w14:textId="77777777" w:rsidR="00BD2D17" w:rsidRDefault="00000000">
      <w:pPr>
        <w:pStyle w:val="ListBullet"/>
      </w:pPr>
      <w:r>
        <w:t>Is the theory current and still considered rigorous in your field?</w:t>
      </w:r>
    </w:p>
    <w:p w14:paraId="58E233C8" w14:textId="77777777" w:rsidR="00BD2D17" w:rsidRDefault="00000000">
      <w:pPr>
        <w:pStyle w:val="ListBullet"/>
      </w:pPr>
      <w:r>
        <w:t>Are critiques and limitations of the theory acknowledged?</w:t>
      </w:r>
    </w:p>
    <w:p w14:paraId="78E95226" w14:textId="77777777" w:rsidR="00BD2D17" w:rsidRDefault="00000000">
      <w:pPr>
        <w:pStyle w:val="Heading3"/>
      </w:pPr>
      <w:r>
        <w:t>Theoretical Framework</w:t>
      </w:r>
    </w:p>
    <w:p w14:paraId="2A017B7C" w14:textId="77777777" w:rsidR="00BD2D17" w:rsidRDefault="00000000">
      <w:pPr>
        <w:pStyle w:val="ListBullet"/>
      </w:pPr>
      <w:r>
        <w:t>Does each theory clearly relate to specific research questions?</w:t>
      </w:r>
    </w:p>
    <w:p w14:paraId="15EB0B4E" w14:textId="77777777" w:rsidR="00BD2D17" w:rsidRDefault="00000000">
      <w:pPr>
        <w:pStyle w:val="ListBullet"/>
      </w:pPr>
      <w:r>
        <w:t>If multiple theories, is their relationship explained?</w:t>
      </w:r>
    </w:p>
    <w:p w14:paraId="751D7F35" w14:textId="77777777" w:rsidR="00BD2D17" w:rsidRDefault="00000000">
      <w:pPr>
        <w:pStyle w:val="ListBullet"/>
      </w:pPr>
      <w:r>
        <w:t>Is there logical coherence between theories and methodology?</w:t>
      </w:r>
    </w:p>
    <w:p w14:paraId="07A60639" w14:textId="77777777" w:rsidR="00BD2D17" w:rsidRDefault="00000000">
      <w:pPr>
        <w:pStyle w:val="ListBullet"/>
      </w:pPr>
      <w:r>
        <w:t>Is the role of theory appropriate for your paradigm?</w:t>
      </w:r>
    </w:p>
    <w:p w14:paraId="074976D4" w14:textId="77777777" w:rsidR="00BD2D17" w:rsidRDefault="00000000">
      <w:pPr>
        <w:pStyle w:val="Heading3"/>
      </w:pPr>
      <w:r>
        <w:t>Conceptual Framework</w:t>
      </w:r>
    </w:p>
    <w:p w14:paraId="28604662" w14:textId="77777777" w:rsidR="00BD2D17" w:rsidRDefault="00000000">
      <w:pPr>
        <w:pStyle w:val="ListBullet"/>
      </w:pPr>
      <w:r>
        <w:t>Is there a compelling problem statement?</w:t>
      </w:r>
    </w:p>
    <w:p w14:paraId="1078ED41" w14:textId="77777777" w:rsidR="00BD2D17" w:rsidRDefault="00000000">
      <w:pPr>
        <w:pStyle w:val="ListBullet"/>
      </w:pPr>
      <w:r>
        <w:t>Is the gap in knowledge clearly articulated?</w:t>
      </w:r>
    </w:p>
    <w:p w14:paraId="0A328D51" w14:textId="77777777" w:rsidR="00BD2D17" w:rsidRDefault="00000000">
      <w:pPr>
        <w:pStyle w:val="ListBullet"/>
      </w:pPr>
      <w:r>
        <w:t>Is the "hook" (significance) persuasive?</w:t>
      </w:r>
    </w:p>
    <w:p w14:paraId="50640077" w14:textId="77777777" w:rsidR="00BD2D17" w:rsidRDefault="00000000">
      <w:pPr>
        <w:pStyle w:val="ListBullet"/>
      </w:pPr>
      <w:r>
        <w:t>Is methodological choice well-justified?</w:t>
      </w:r>
    </w:p>
    <w:p w14:paraId="2772BD3C" w14:textId="77777777" w:rsidR="00BD2D17" w:rsidRDefault="00000000">
      <w:pPr>
        <w:pStyle w:val="ListBullet"/>
      </w:pPr>
      <w:r>
        <w:t>Are all components logically connected?</w:t>
      </w:r>
    </w:p>
    <w:p w14:paraId="77D25EC4" w14:textId="77777777" w:rsidR="00BD2D17" w:rsidRDefault="00000000">
      <w:pPr>
        <w:pStyle w:val="ListBullet"/>
      </w:pPr>
      <w:r>
        <w:t>Does it guide research decisions throughout the study?</w:t>
      </w:r>
    </w:p>
    <w:p w14:paraId="5C8A7957" w14:textId="77777777" w:rsidR="00BD2D17" w:rsidRDefault="00000000">
      <w:pPr>
        <w:pStyle w:val="ListBullet"/>
      </w:pPr>
      <w:r>
        <w:t>Will it likely evolve as the study progresses?</w:t>
      </w:r>
    </w:p>
    <w:p w14:paraId="475DED6D" w14:textId="77777777" w:rsidR="00BD2D17" w:rsidRDefault="00000000">
      <w:r>
        <w:br w:type="page"/>
      </w:r>
    </w:p>
    <w:p w14:paraId="796A3ADF" w14:textId="77777777" w:rsidR="00BD2D17" w:rsidRDefault="00000000">
      <w:pPr>
        <w:pStyle w:val="Heading2"/>
      </w:pPr>
      <w:r>
        <w:lastRenderedPageBreak/>
        <w:t>Practical Applications: Questions to Consider</w:t>
      </w:r>
    </w:p>
    <w:p w14:paraId="7B6179C4" w14:textId="77777777" w:rsidR="00BD2D17" w:rsidRDefault="00000000">
      <w:r>
        <w:rPr>
          <w:b/>
        </w:rPr>
        <w:t>When developing your own research, consider:</w:t>
      </w:r>
    </w:p>
    <w:p w14:paraId="65893EAD" w14:textId="77777777" w:rsidR="00BD2D17" w:rsidRDefault="00000000">
      <w:pPr>
        <w:pStyle w:val="ListNumber"/>
      </w:pPr>
      <w:r>
        <w:t>Which theories could make up your theoretical framework?</w:t>
      </w:r>
    </w:p>
    <w:p w14:paraId="5D365108" w14:textId="77777777" w:rsidR="00BD2D17" w:rsidRDefault="00000000">
      <w:pPr>
        <w:pStyle w:val="ListBullet2"/>
      </w:pPr>
      <w:r>
        <w:t xml:space="preserve">   Why these theories specifically?</w:t>
      </w:r>
    </w:p>
    <w:p w14:paraId="07CF861D" w14:textId="77777777" w:rsidR="00BD2D17" w:rsidRDefault="00000000">
      <w:pPr>
        <w:pStyle w:val="ListBullet2"/>
      </w:pPr>
      <w:r>
        <w:t xml:space="preserve">   How do they relate to each other?</w:t>
      </w:r>
    </w:p>
    <w:p w14:paraId="3F58B0B8" w14:textId="77777777" w:rsidR="00BD2D17" w:rsidRDefault="00000000">
      <w:pPr>
        <w:pStyle w:val="ListBullet2"/>
      </w:pPr>
      <w:r>
        <w:t xml:space="preserve">   What is their role in your paradigm?</w:t>
      </w:r>
    </w:p>
    <w:p w14:paraId="488066CC" w14:textId="77777777" w:rsidR="00BD2D17" w:rsidRDefault="00000000">
      <w:pPr>
        <w:pStyle w:val="ListNumber"/>
      </w:pPr>
      <w:r>
        <w:t>Why is your research design and method appropriate?</w:t>
      </w:r>
    </w:p>
    <w:p w14:paraId="00F485CB" w14:textId="77777777" w:rsidR="00BD2D17" w:rsidRDefault="00000000">
      <w:pPr>
        <w:pStyle w:val="ListBullet2"/>
      </w:pPr>
      <w:r>
        <w:t xml:space="preserve">   Does it align with your ontological and epistemological stance?</w:t>
      </w:r>
    </w:p>
    <w:p w14:paraId="3FBD5C84" w14:textId="77777777" w:rsidR="00BD2D17" w:rsidRDefault="00000000">
      <w:pPr>
        <w:pStyle w:val="ListBullet2"/>
      </w:pPr>
      <w:r>
        <w:t xml:space="preserve">   Does it suit your research questions?</w:t>
      </w:r>
    </w:p>
    <w:p w14:paraId="5E930E64" w14:textId="77777777" w:rsidR="00BD2D17" w:rsidRDefault="00000000">
      <w:pPr>
        <w:pStyle w:val="ListBullet2"/>
      </w:pPr>
      <w:r>
        <w:t xml:space="preserve">   Is it feasible and ethical?</w:t>
      </w:r>
    </w:p>
    <w:p w14:paraId="4A9C00D9" w14:textId="77777777" w:rsidR="00BD2D17" w:rsidRDefault="00000000">
      <w:pPr>
        <w:pStyle w:val="ListNumber"/>
      </w:pPr>
      <w:r>
        <w:t>How will you construct your conceptual framework?</w:t>
      </w:r>
    </w:p>
    <w:p w14:paraId="5DD95B99" w14:textId="77777777" w:rsidR="00BD2D17" w:rsidRDefault="00000000">
      <w:pPr>
        <w:pStyle w:val="ListBullet2"/>
      </w:pPr>
      <w:r>
        <w:t xml:space="preserve">   What is the problem?</w:t>
      </w:r>
    </w:p>
    <w:p w14:paraId="769BE375" w14:textId="77777777" w:rsidR="00BD2D17" w:rsidRDefault="00000000">
      <w:pPr>
        <w:pStyle w:val="ListBullet2"/>
      </w:pPr>
      <w:r>
        <w:t xml:space="preserve">   What is the gap?</w:t>
      </w:r>
    </w:p>
    <w:p w14:paraId="5571E867" w14:textId="77777777" w:rsidR="00BD2D17" w:rsidRDefault="00000000">
      <w:pPr>
        <w:pStyle w:val="ListBullet2"/>
      </w:pPr>
      <w:r>
        <w:t xml:space="preserve">   What is the hook?</w:t>
      </w:r>
    </w:p>
    <w:p w14:paraId="0DED9CA6" w14:textId="77777777" w:rsidR="00BD2D17" w:rsidRDefault="00000000">
      <w:pPr>
        <w:pStyle w:val="ListBullet2"/>
      </w:pPr>
      <w:r>
        <w:t xml:space="preserve">   How do all components connect?</w:t>
      </w:r>
    </w:p>
    <w:p w14:paraId="6F9F4EFD" w14:textId="77777777" w:rsidR="00BD2D17" w:rsidRDefault="00000000">
      <w:pPr>
        <w:pStyle w:val="ListNumber"/>
      </w:pPr>
      <w:r>
        <w:t>How might your framework evolve?</w:t>
      </w:r>
    </w:p>
    <w:p w14:paraId="4DA63313" w14:textId="77777777" w:rsidR="00BD2D17" w:rsidRDefault="00000000">
      <w:pPr>
        <w:pStyle w:val="ListBullet2"/>
      </w:pPr>
      <w:r>
        <w:t xml:space="preserve">   What would challenge your initial framework?</w:t>
      </w:r>
    </w:p>
    <w:p w14:paraId="7C0240C8" w14:textId="77777777" w:rsidR="00BD2D17" w:rsidRDefault="00000000">
      <w:pPr>
        <w:pStyle w:val="ListBullet2"/>
      </w:pPr>
      <w:r>
        <w:t xml:space="preserve">   How will you document evolution?</w:t>
      </w:r>
    </w:p>
    <w:p w14:paraId="7D7C3389" w14:textId="77777777" w:rsidR="00BD2D17" w:rsidRDefault="00000000">
      <w:pPr>
        <w:pStyle w:val="ListBullet2"/>
      </w:pPr>
      <w:r>
        <w:t xml:space="preserve">   When will you present refined framework?</w:t>
      </w:r>
    </w:p>
    <w:p w14:paraId="20D20AC7" w14:textId="77777777" w:rsidR="00BD2D17" w:rsidRDefault="00000000">
      <w:r>
        <w:br w:type="page"/>
      </w:r>
    </w:p>
    <w:p w14:paraId="34F43F72" w14:textId="77777777" w:rsidR="00BD2D17" w:rsidRDefault="00000000">
      <w:pPr>
        <w:pStyle w:val="Heading1"/>
      </w:pPr>
      <w:r>
        <w:lastRenderedPageBreak/>
        <w:t>KEY TAKEAWAYS FROM THIS WORKSHOP</w:t>
      </w:r>
    </w:p>
    <w:p w14:paraId="1932D960" w14:textId="77777777" w:rsidR="00BD2D17" w:rsidRDefault="00000000">
      <w:r>
        <w:rPr>
          <w:b/>
          <w:sz w:val="28"/>
        </w:rPr>
        <w:t>1. Terminology Matters:</w:t>
      </w:r>
      <w:r>
        <w:t xml:space="preserve"> Theory ≠ Theoretical Framework ≠ Conceptual Framework. Use terms consistently.</w:t>
      </w:r>
    </w:p>
    <w:p w14:paraId="4EC9ED00" w14:textId="77777777" w:rsidR="00BD2D17" w:rsidRDefault="00000000">
      <w:r>
        <w:rPr>
          <w:b/>
          <w:sz w:val="28"/>
        </w:rPr>
        <w:t>2. Paradigm Shapes Everything:</w:t>
      </w:r>
      <w:r>
        <w:t xml:space="preserve"> The purpose of your literature review and the role of theory differ across paradigms.</w:t>
      </w:r>
    </w:p>
    <w:p w14:paraId="3395EA86" w14:textId="77777777" w:rsidR="00BD2D17" w:rsidRDefault="00000000">
      <w:r>
        <w:rPr>
          <w:b/>
          <w:sz w:val="28"/>
        </w:rPr>
        <w:t>3. Timing is Critical:</w:t>
      </w:r>
      <w:r>
        <w:t xml:space="preserve"> Preliminary conceptual framework at END of Chapter 2. Refined framework and conceptual model in Discussion chapter.</w:t>
      </w:r>
    </w:p>
    <w:p w14:paraId="1952E223" w14:textId="77777777" w:rsidR="00BD2D17" w:rsidRDefault="00000000">
      <w:r>
        <w:rPr>
          <w:b/>
          <w:sz w:val="28"/>
        </w:rPr>
        <w:t>4. YOU Construct the Framework:</w:t>
      </w:r>
      <w:r>
        <w:t xml:space="preserve"> Don't just adopt someone else's framework. Build one that fits YOUR specific research context.</w:t>
      </w:r>
    </w:p>
    <w:p w14:paraId="1BBA08D2" w14:textId="77777777" w:rsidR="00BD2D17" w:rsidRDefault="00000000">
      <w:r>
        <w:rPr>
          <w:b/>
          <w:sz w:val="28"/>
        </w:rPr>
        <w:t>5. Frameworks Evolve:</w:t>
      </w:r>
      <w:r>
        <w:t xml:space="preserve"> Expect and document how your understanding changes through the research process.</w:t>
      </w:r>
    </w:p>
    <w:p w14:paraId="4AF12B4B" w14:textId="77777777" w:rsidR="00BD2D17" w:rsidRDefault="00000000">
      <w:r>
        <w:rPr>
          <w:b/>
          <w:sz w:val="28"/>
        </w:rPr>
        <w:t>6. Integration is Key:</w:t>
      </w:r>
      <w:r>
        <w:t xml:space="preserve"> Problem + Gap + Theory + Methodology must connect logically in your conceptual framework.</w:t>
      </w:r>
    </w:p>
    <w:p w14:paraId="2116AF45" w14:textId="77777777" w:rsidR="00BD2D17" w:rsidRDefault="00000000">
      <w:r>
        <w:br w:type="page"/>
      </w:r>
    </w:p>
    <w:p w14:paraId="7E4EA76E" w14:textId="77777777" w:rsidR="00BD2D17" w:rsidRDefault="00000000">
      <w:pPr>
        <w:pStyle w:val="Heading1"/>
      </w:pPr>
      <w:r>
        <w:lastRenderedPageBreak/>
        <w:t>KEY REFERENCES</w:t>
      </w:r>
    </w:p>
    <w:p w14:paraId="2A7A1E19" w14:textId="77777777" w:rsidR="00BD2D17" w:rsidRDefault="00000000">
      <w:r>
        <w:t xml:space="preserve">Crotty, M. (1998). </w:t>
      </w:r>
      <w:r>
        <w:rPr>
          <w:i/>
        </w:rPr>
        <w:t xml:space="preserve">The Foundations of Social Research: Meaning and Perspective in the Research Process. </w:t>
      </w:r>
      <w:r>
        <w:t>London: Sage.</w:t>
      </w:r>
    </w:p>
    <w:p w14:paraId="29E177BB" w14:textId="77777777" w:rsidR="00BD2D17" w:rsidRDefault="00000000">
      <w:r>
        <w:t xml:space="preserve">Gadamer, H-G. (1975). </w:t>
      </w:r>
      <w:r>
        <w:rPr>
          <w:i/>
        </w:rPr>
        <w:t xml:space="preserve">Truth and Method. </w:t>
      </w:r>
      <w:r>
        <w:t>London: Continuum.</w:t>
      </w:r>
    </w:p>
    <w:p w14:paraId="49BB01D2" w14:textId="77777777" w:rsidR="00BD2D17" w:rsidRDefault="00000000">
      <w:r>
        <w:t xml:space="preserve">Maxwell, J. A. (2012). </w:t>
      </w:r>
      <w:r>
        <w:rPr>
          <w:i/>
        </w:rPr>
        <w:t xml:space="preserve">Qualitative Research Design: An Interactive Approach </w:t>
      </w:r>
      <w:r>
        <w:t>(3rd ed.). Thousand Oaks, CA: Sage.</w:t>
      </w:r>
    </w:p>
    <w:p w14:paraId="2641BAAB" w14:textId="77777777" w:rsidR="00BD2D17" w:rsidRDefault="00000000">
      <w:r>
        <w:t xml:space="preserve">Rocco, T. S., &amp; Plahotnik, M. S. (2012). Literature reviews, conceptual frameworks, and theoretical frameworks: Terms, functions, and distinctions. </w:t>
      </w:r>
      <w:r>
        <w:rPr>
          <w:i/>
        </w:rPr>
        <w:t>Human Resource Development Review, 8</w:t>
      </w:r>
      <w:r>
        <w:t>(1), 120-130.</w:t>
      </w:r>
    </w:p>
    <w:p w14:paraId="42A302BE" w14:textId="77777777" w:rsidR="00BD2D17" w:rsidRDefault="00000000">
      <w:r>
        <w:t xml:space="preserve">Smith, J. A., Flowers, P., &amp; Larkin, M. (2009). </w:t>
      </w:r>
      <w:r>
        <w:rPr>
          <w:i/>
        </w:rPr>
        <w:t xml:space="preserve">Interpretative Phenomenological Analysis: Theory, Method and Research. </w:t>
      </w:r>
      <w:r>
        <w:t>London: Sage.</w:t>
      </w:r>
    </w:p>
    <w:p w14:paraId="02AD1DF3" w14:textId="77777777" w:rsidR="00BD2D17" w:rsidRDefault="00000000">
      <w:r>
        <w:t xml:space="preserve">van Manen, M. (2014). </w:t>
      </w:r>
      <w:r>
        <w:rPr>
          <w:i/>
        </w:rPr>
        <w:t xml:space="preserve">Phenomenology of Practice: Meaning-Giving Methods in Phenomenological Research and Writing. </w:t>
      </w:r>
      <w:r>
        <w:t>Walnut Creek, CA: Left Coast Press.</w:t>
      </w:r>
    </w:p>
    <w:p w14:paraId="4662AE78" w14:textId="77777777" w:rsidR="00BD2D17" w:rsidRDefault="00000000">
      <w:r>
        <w:br w:type="page"/>
      </w:r>
    </w:p>
    <w:p w14:paraId="52CC1E77" w14:textId="77777777" w:rsidR="00BD2D17" w:rsidRDefault="00000000">
      <w:pPr>
        <w:pStyle w:val="Heading1"/>
      </w:pPr>
      <w:r>
        <w:lastRenderedPageBreak/>
        <w:t>APPENDIX: Workshop Activities and Handouts</w:t>
      </w:r>
    </w:p>
    <w:p w14:paraId="7BB9A926" w14:textId="77777777" w:rsidR="00BD2D17" w:rsidRDefault="00000000">
      <w:pPr>
        <w:pStyle w:val="Heading2"/>
      </w:pPr>
      <w:r>
        <w:t>Activity 1: Paradigm Matching Exercise (30 mins)</w:t>
      </w:r>
    </w:p>
    <w:p w14:paraId="1C9B028E" w14:textId="77777777" w:rsidR="00BD2D17" w:rsidRDefault="00000000">
      <w:r>
        <w:t>Work in small groups of 3-4 students. For each research question below, discuss:</w:t>
      </w:r>
    </w:p>
    <w:p w14:paraId="01BDBCDC" w14:textId="77777777" w:rsidR="00BD2D17" w:rsidRDefault="00000000">
      <w:pPr>
        <w:pStyle w:val="ListNumber2"/>
      </w:pPr>
      <w:r>
        <w:t>Which paradigm is most appropriate?</w:t>
      </w:r>
    </w:p>
    <w:p w14:paraId="6702EB08" w14:textId="77777777" w:rsidR="00BD2D17" w:rsidRDefault="00000000">
      <w:pPr>
        <w:pStyle w:val="ListNumber2"/>
      </w:pPr>
      <w:r>
        <w:t>What would the purpose of the literature review be?</w:t>
      </w:r>
    </w:p>
    <w:p w14:paraId="75FF8B11" w14:textId="77777777" w:rsidR="00BD2D17" w:rsidRDefault="00000000">
      <w:pPr>
        <w:pStyle w:val="ListNumber2"/>
      </w:pPr>
      <w:r>
        <w:t>When would theory be developed/presented?</w:t>
      </w:r>
    </w:p>
    <w:p w14:paraId="6786F100" w14:textId="77777777" w:rsidR="00BD2D17" w:rsidRDefault="00000000">
      <w:pPr>
        <w:pStyle w:val="ListNumber2"/>
      </w:pPr>
      <w:r>
        <w:t>What would the conceptual framework look like?</w:t>
      </w:r>
    </w:p>
    <w:p w14:paraId="3ED88782" w14:textId="77777777" w:rsidR="00BD2D17" w:rsidRDefault="00000000">
      <w:r>
        <w:t>Present findings to the larger group for discussion.</w:t>
      </w:r>
    </w:p>
    <w:p w14:paraId="13D35F65" w14:textId="77777777" w:rsidR="00BD2D17" w:rsidRDefault="00000000">
      <w:pPr>
        <w:pStyle w:val="Heading2"/>
      </w:pPr>
      <w:r>
        <w:t>Activity 2: Framework Construction Workshop (45 mins)</w:t>
      </w:r>
    </w:p>
    <w:p w14:paraId="2EFF5F03" w14:textId="77777777" w:rsidR="00BD2D17" w:rsidRDefault="00000000">
      <w:r>
        <w:t>Using your own research (or a provided case study):</w:t>
      </w:r>
    </w:p>
    <w:p w14:paraId="15ECCE35" w14:textId="77777777" w:rsidR="00BD2D17" w:rsidRDefault="00000000">
      <w:pPr>
        <w:pStyle w:val="ListNumber2"/>
      </w:pPr>
      <w:r>
        <w:t>Identify the problem (why does it matter?)</w:t>
      </w:r>
    </w:p>
    <w:p w14:paraId="38AF921C" w14:textId="77777777" w:rsidR="00BD2D17" w:rsidRDefault="00000000">
      <w:pPr>
        <w:pStyle w:val="ListNumber2"/>
      </w:pPr>
      <w:r>
        <w:t>Articulate the gap (what remains unknown?)</w:t>
      </w:r>
    </w:p>
    <w:p w14:paraId="42850142" w14:textId="77777777" w:rsidR="00BD2D17" w:rsidRDefault="00000000">
      <w:pPr>
        <w:pStyle w:val="ListNumber2"/>
      </w:pPr>
      <w:r>
        <w:t>Create the hook (why should anyone care?)</w:t>
      </w:r>
    </w:p>
    <w:p w14:paraId="038E0697" w14:textId="77777777" w:rsidR="00BD2D17" w:rsidRDefault="00000000">
      <w:pPr>
        <w:pStyle w:val="ListNumber2"/>
      </w:pPr>
      <w:r>
        <w:t>Select 2-3 relevant theories</w:t>
      </w:r>
    </w:p>
    <w:p w14:paraId="7A9F7883" w14:textId="77777777" w:rsidR="00BD2D17" w:rsidRDefault="00000000">
      <w:pPr>
        <w:pStyle w:val="ListNumber2"/>
      </w:pPr>
      <w:r>
        <w:t>Sketch a preliminary conceptual framework</w:t>
      </w:r>
    </w:p>
    <w:p w14:paraId="52DF397E" w14:textId="77777777" w:rsidR="00BD2D17" w:rsidRDefault="00000000">
      <w:r>
        <w:t>Share with a partner for peer feedback.</w:t>
      </w:r>
    </w:p>
    <w:p w14:paraId="58AD7302" w14:textId="77777777" w:rsidR="00BD2D17" w:rsidRDefault="00000000">
      <w:pPr>
        <w:pStyle w:val="Heading2"/>
      </w:pPr>
      <w:r>
        <w:t>Activity 3: Pitfall Identification (20 mins)</w:t>
      </w:r>
    </w:p>
    <w:p w14:paraId="11220492" w14:textId="77777777" w:rsidR="00BD2D17" w:rsidRDefault="00000000">
      <w:r>
        <w:t>Review the provided literature review excerpt [provide sample]. Identify:</w:t>
      </w:r>
    </w:p>
    <w:p w14:paraId="61161DA5" w14:textId="77777777" w:rsidR="00BD2D17" w:rsidRDefault="00000000">
      <w:pPr>
        <w:pStyle w:val="ListNumber2"/>
      </w:pPr>
      <w:r>
        <w:t>Which pitfalls are present?</w:t>
      </w:r>
    </w:p>
    <w:p w14:paraId="287C1D28" w14:textId="77777777" w:rsidR="00BD2D17" w:rsidRDefault="00000000">
      <w:pPr>
        <w:pStyle w:val="ListNumber2"/>
      </w:pPr>
      <w:r>
        <w:t>How could it be improved?</w:t>
      </w:r>
    </w:p>
    <w:p w14:paraId="3C7755AF" w14:textId="77777777" w:rsidR="00BD2D17" w:rsidRDefault="00000000">
      <w:pPr>
        <w:pStyle w:val="ListNumber2"/>
      </w:pPr>
      <w:r>
        <w:t>Is the paradigm clear?</w:t>
      </w:r>
    </w:p>
    <w:p w14:paraId="491EDF5C" w14:textId="77777777" w:rsidR="00BD2D17" w:rsidRDefault="00000000">
      <w:pPr>
        <w:pStyle w:val="ListNumber2"/>
      </w:pPr>
      <w:r>
        <w:t>Where would the conceptual framework fit?</w:t>
      </w:r>
    </w:p>
    <w:p w14:paraId="406B9C85" w14:textId="77777777" w:rsidR="00BD2D17" w:rsidRDefault="00BD2D17"/>
    <w:p w14:paraId="7B607AD2" w14:textId="77777777" w:rsidR="00BD2D17" w:rsidRDefault="00000000">
      <w:r>
        <w:rPr>
          <w:i/>
        </w:rPr>
        <w:t>Thank you for your engagement in this workshop. Remember: frameworks are tools for thinking, not rigid structures. Use them to guide, not constrain, your scholarly inquiry.</w:t>
      </w:r>
    </w:p>
    <w:p w14:paraId="3F54C8B2" w14:textId="77777777" w:rsidR="00BD2D17" w:rsidRDefault="00BD2D17"/>
    <w:p w14:paraId="32A418A0" w14:textId="77777777" w:rsidR="00BD2D17" w:rsidRDefault="00000000">
      <w:pPr>
        <w:pStyle w:val="Heading1"/>
      </w:pPr>
      <w:r>
        <w:t>Key References</w:t>
      </w:r>
    </w:p>
    <w:p w14:paraId="5C51824C" w14:textId="77777777" w:rsidR="00BD2D17" w:rsidRDefault="00000000">
      <w:r>
        <w:t xml:space="preserve">Burr, V. (2015). </w:t>
      </w:r>
      <w:r>
        <w:rPr>
          <w:i/>
        </w:rPr>
        <w:t xml:space="preserve">Social Constructionism </w:t>
      </w:r>
      <w:r>
        <w:t>(3rd ed.). London: Routledge.</w:t>
      </w:r>
    </w:p>
    <w:p w14:paraId="3E008516" w14:textId="77777777" w:rsidR="00BD2D17" w:rsidRDefault="00000000">
      <w:r>
        <w:t xml:space="preserve">Creswell, J. W., &amp; Creswell, J. D. (2018). </w:t>
      </w:r>
      <w:r>
        <w:rPr>
          <w:i/>
        </w:rPr>
        <w:t xml:space="preserve">Research Design: Qualitative, Quantitative, and Mixed Methods Approaches </w:t>
      </w:r>
      <w:r>
        <w:t>(5th ed.). Thousand Oaks, CA: Sage.</w:t>
      </w:r>
    </w:p>
    <w:p w14:paraId="34FE70EA" w14:textId="77777777" w:rsidR="00BD2D17" w:rsidRDefault="00000000">
      <w:r>
        <w:t xml:space="preserve">Crotty, M. (1998). </w:t>
      </w:r>
      <w:r>
        <w:rPr>
          <w:i/>
        </w:rPr>
        <w:t xml:space="preserve">The Foundations of Social Research: Meaning and Perspective in the Research Process. </w:t>
      </w:r>
      <w:r>
        <w:t>London: Sage.</w:t>
      </w:r>
    </w:p>
    <w:p w14:paraId="203E8545" w14:textId="77777777" w:rsidR="00BD2D17" w:rsidRDefault="00000000">
      <w:r>
        <w:lastRenderedPageBreak/>
        <w:t xml:space="preserve">Gergen, K. J. (2009). </w:t>
      </w:r>
      <w:r>
        <w:rPr>
          <w:i/>
        </w:rPr>
        <w:t xml:space="preserve">An Invitation to Social Construction </w:t>
      </w:r>
      <w:r>
        <w:t>(2nd ed.). London: Sage.</w:t>
      </w:r>
    </w:p>
    <w:p w14:paraId="198B6DC1" w14:textId="77777777" w:rsidR="00BD2D17" w:rsidRDefault="00000000">
      <w:r>
        <w:t xml:space="preserve">Guba, E. G., &amp; Lincoln, Y. S. (1994). Competing paradigms in qualitative research. In N. K. Denzin &amp; Y. S. Lincoln (Eds.), </w:t>
      </w:r>
      <w:r>
        <w:rPr>
          <w:i/>
        </w:rPr>
        <w:t xml:space="preserve">Handbook of Qualitative Research </w:t>
      </w:r>
      <w:r>
        <w:t>(pp. 105-117). Thousand Oaks, CA: Sage.</w:t>
      </w:r>
    </w:p>
    <w:p w14:paraId="14FE35BF" w14:textId="77777777" w:rsidR="00BD2D17" w:rsidRDefault="00000000">
      <w:r>
        <w:t xml:space="preserve">Maxwell, J. A. (2012). </w:t>
      </w:r>
      <w:r>
        <w:rPr>
          <w:i/>
        </w:rPr>
        <w:t xml:space="preserve">Qualitative Research Design: An Interactive Approach </w:t>
      </w:r>
      <w:r>
        <w:t>(3rd ed.). Thousand Oaks, CA: Sage.</w:t>
      </w:r>
    </w:p>
    <w:p w14:paraId="77608F70" w14:textId="77777777" w:rsidR="00BD2D17" w:rsidRDefault="00000000">
      <w:r>
        <w:t xml:space="preserve">Morgan, D. L. (2014). Pragmatism as a paradigm for social research. </w:t>
      </w:r>
      <w:r>
        <w:rPr>
          <w:i/>
        </w:rPr>
        <w:t>Qualitative Inquiry, 20</w:t>
      </w:r>
      <w:r>
        <w:t>(8), 1045-1053.</w:t>
      </w:r>
    </w:p>
    <w:p w14:paraId="4E6BBE96" w14:textId="77777777" w:rsidR="00BD2D17" w:rsidRDefault="00000000">
      <w:r>
        <w:t xml:space="preserve">Rocco, T. S., &amp; Plahotnik, M. S. (2012). Literature reviews, conceptual frameworks, and theoretical frameworks: Terms, functions, and distinctions. </w:t>
      </w:r>
      <w:r>
        <w:rPr>
          <w:i/>
        </w:rPr>
        <w:t>Human Resource Development Review, 8</w:t>
      </w:r>
      <w:r>
        <w:t>(1), 120-130.</w:t>
      </w:r>
    </w:p>
    <w:sectPr w:rsidR="00BD2D17" w:rsidSect="00034616">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E8D21" w14:textId="77777777" w:rsidR="005A3AE4" w:rsidRDefault="005A3AE4" w:rsidP="002A1BB6">
      <w:pPr>
        <w:spacing w:after="0" w:line="240" w:lineRule="auto"/>
      </w:pPr>
      <w:r>
        <w:separator/>
      </w:r>
    </w:p>
  </w:endnote>
  <w:endnote w:type="continuationSeparator" w:id="0">
    <w:p w14:paraId="429EE351" w14:textId="77777777" w:rsidR="005A3AE4" w:rsidRDefault="005A3AE4" w:rsidP="002A1B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E52F5" w14:textId="77777777" w:rsidR="002A1BB6" w:rsidRDefault="002A1BB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8149737"/>
      <w:docPartObj>
        <w:docPartGallery w:val="Page Numbers (Bottom of Page)"/>
        <w:docPartUnique/>
      </w:docPartObj>
    </w:sdtPr>
    <w:sdtEndPr>
      <w:rPr>
        <w:noProof/>
      </w:rPr>
    </w:sdtEndPr>
    <w:sdtContent>
      <w:p w14:paraId="126221A0" w14:textId="5BFA0701" w:rsidR="002A1BB6" w:rsidRDefault="002A1B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F04F00" w14:textId="77777777" w:rsidR="002A1BB6" w:rsidRDefault="002A1B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25D20" w14:textId="77777777" w:rsidR="002A1BB6" w:rsidRDefault="002A1B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B526F" w14:textId="77777777" w:rsidR="005A3AE4" w:rsidRDefault="005A3AE4" w:rsidP="002A1BB6">
      <w:pPr>
        <w:spacing w:after="0" w:line="240" w:lineRule="auto"/>
      </w:pPr>
      <w:r>
        <w:separator/>
      </w:r>
    </w:p>
  </w:footnote>
  <w:footnote w:type="continuationSeparator" w:id="0">
    <w:p w14:paraId="2F6130A3" w14:textId="77777777" w:rsidR="005A3AE4" w:rsidRDefault="005A3AE4" w:rsidP="002A1B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25AF0" w14:textId="77777777" w:rsidR="002A1BB6" w:rsidRDefault="002A1BB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B7E34" w14:textId="7A0ECA4E" w:rsidR="002A1BB6" w:rsidRDefault="002A1BB6">
    <w:pPr>
      <w:pStyle w:val="Header"/>
    </w:pPr>
    <w:r>
      <w:t>Dr Caroline Jawad RPP 2025 LR TF CF</w:t>
    </w:r>
  </w:p>
  <w:p w14:paraId="54D06ADE" w14:textId="77777777" w:rsidR="002A1BB6" w:rsidRDefault="002A1BB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931FD4" w14:textId="77777777" w:rsidR="002A1BB6" w:rsidRDefault="002A1B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29214551">
    <w:abstractNumId w:val="8"/>
  </w:num>
  <w:num w:numId="2" w16cid:durableId="482547332">
    <w:abstractNumId w:val="6"/>
  </w:num>
  <w:num w:numId="3" w16cid:durableId="86775579">
    <w:abstractNumId w:val="5"/>
  </w:num>
  <w:num w:numId="4" w16cid:durableId="1375615568">
    <w:abstractNumId w:val="4"/>
  </w:num>
  <w:num w:numId="5" w16cid:durableId="340281805">
    <w:abstractNumId w:val="7"/>
  </w:num>
  <w:num w:numId="6" w16cid:durableId="2046637216">
    <w:abstractNumId w:val="3"/>
  </w:num>
  <w:num w:numId="7" w16cid:durableId="510221544">
    <w:abstractNumId w:val="2"/>
  </w:num>
  <w:num w:numId="8" w16cid:durableId="1399866765">
    <w:abstractNumId w:val="1"/>
  </w:num>
  <w:num w:numId="9" w16cid:durableId="6134446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2A1BB6"/>
    <w:rsid w:val="00326F90"/>
    <w:rsid w:val="00455FD1"/>
    <w:rsid w:val="005A3AE4"/>
    <w:rsid w:val="00AA1D8D"/>
    <w:rsid w:val="00B47730"/>
    <w:rsid w:val="00BD2D17"/>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F4C0953"/>
  <w14:defaultImageDpi w14:val="300"/>
  <w15:docId w15:val="{5A17FB7B-8758-46AE-A21B-45E7F771B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4435</Words>
  <Characters>28829</Characters>
  <Application>Microsoft Office Word</Application>
  <DocSecurity>0</DocSecurity>
  <Lines>686</Lines>
  <Paragraphs>563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32701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Caroline Jawad</cp:lastModifiedBy>
  <cp:revision>2</cp:revision>
  <dcterms:created xsi:type="dcterms:W3CDTF">2025-11-23T15:36:00Z</dcterms:created>
  <dcterms:modified xsi:type="dcterms:W3CDTF">2025-11-23T15:36:00Z</dcterms:modified>
  <cp:category/>
</cp:coreProperties>
</file>