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0CC6" w14:textId="77777777" w:rsidR="00207A17" w:rsidRDefault="00207A17">
      <w:pPr>
        <w:jc w:val="center"/>
        <w:rPr>
          <w:rFonts w:cs="Arial"/>
          <w:sz w:val="32"/>
          <w:szCs w:val="32"/>
        </w:rPr>
      </w:pPr>
    </w:p>
    <w:p w14:paraId="1DD21CFC" w14:textId="652C78FA" w:rsidR="00C1353F" w:rsidRDefault="00207A17">
      <w:pPr>
        <w:jc w:val="center"/>
        <w:rPr>
          <w:rFonts w:cs="Arial"/>
          <w:sz w:val="32"/>
          <w:szCs w:val="32"/>
        </w:rPr>
      </w:pPr>
      <w:r>
        <w:rPr>
          <w:noProof/>
        </w:rPr>
        <w:drawing>
          <wp:inline distT="0" distB="0" distL="0" distR="0" wp14:anchorId="1800B503" wp14:editId="7E10CA43">
            <wp:extent cx="5486400" cy="1777944"/>
            <wp:effectExtent l="0" t="0" r="0" b="0"/>
            <wp:docPr id="601911999"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777944"/>
                    </a:xfrm>
                    <a:prstGeom prst="rect">
                      <a:avLst/>
                    </a:prstGeom>
                    <a:noFill/>
                    <a:ln>
                      <a:noFill/>
                    </a:ln>
                  </pic:spPr>
                </pic:pic>
              </a:graphicData>
            </a:graphic>
          </wp:inline>
        </w:drawing>
      </w:r>
    </w:p>
    <w:p w14:paraId="66BC6E55" w14:textId="77777777" w:rsidR="00C1353F" w:rsidRDefault="00C1353F">
      <w:pPr>
        <w:jc w:val="center"/>
        <w:rPr>
          <w:rFonts w:cs="Arial"/>
          <w:sz w:val="32"/>
          <w:szCs w:val="32"/>
        </w:rPr>
      </w:pPr>
    </w:p>
    <w:p w14:paraId="11D11A98" w14:textId="77777777" w:rsidR="00C1353F" w:rsidRDefault="00C1353F">
      <w:pPr>
        <w:jc w:val="center"/>
        <w:rPr>
          <w:rFonts w:cs="Arial"/>
          <w:sz w:val="32"/>
          <w:szCs w:val="32"/>
        </w:rPr>
      </w:pPr>
    </w:p>
    <w:p w14:paraId="7F60B081" w14:textId="77777777" w:rsidR="00C1353F" w:rsidRDefault="00C1353F">
      <w:pPr>
        <w:jc w:val="center"/>
        <w:rPr>
          <w:rFonts w:cs="Arial"/>
          <w:sz w:val="32"/>
          <w:szCs w:val="32"/>
        </w:rPr>
      </w:pPr>
    </w:p>
    <w:p w14:paraId="5A310A50" w14:textId="1DF5F264" w:rsidR="001A6E52" w:rsidRPr="00C1353F" w:rsidRDefault="00281488">
      <w:pPr>
        <w:jc w:val="center"/>
        <w:rPr>
          <w:rFonts w:cs="Arial"/>
          <w:sz w:val="32"/>
          <w:szCs w:val="32"/>
        </w:rPr>
      </w:pPr>
      <w:r w:rsidRPr="00C1353F">
        <w:rPr>
          <w:rFonts w:cs="Arial"/>
          <w:sz w:val="32"/>
          <w:szCs w:val="32"/>
        </w:rPr>
        <w:t>Module Title: Understanding and Engaging Stakeholders</w:t>
      </w:r>
    </w:p>
    <w:p w14:paraId="2665923B" w14:textId="77777777" w:rsidR="001A6E52" w:rsidRPr="00C1353F" w:rsidRDefault="00281488">
      <w:pPr>
        <w:jc w:val="center"/>
        <w:rPr>
          <w:rFonts w:cs="Arial"/>
          <w:sz w:val="32"/>
          <w:szCs w:val="32"/>
        </w:rPr>
      </w:pPr>
      <w:r w:rsidRPr="00C1353F">
        <w:rPr>
          <w:rFonts w:cs="Arial"/>
          <w:sz w:val="32"/>
          <w:szCs w:val="32"/>
        </w:rPr>
        <w:t>Module Code: LCLM 5001</w:t>
      </w:r>
    </w:p>
    <w:p w14:paraId="21A79BE1" w14:textId="77777777" w:rsidR="001A6E52" w:rsidRPr="00C1353F" w:rsidRDefault="00281488">
      <w:pPr>
        <w:jc w:val="center"/>
        <w:rPr>
          <w:rFonts w:cs="Arial"/>
          <w:sz w:val="32"/>
          <w:szCs w:val="32"/>
        </w:rPr>
      </w:pPr>
      <w:r w:rsidRPr="00C1353F">
        <w:rPr>
          <w:rFonts w:cs="Arial"/>
          <w:sz w:val="32"/>
          <w:szCs w:val="32"/>
        </w:rPr>
        <w:t>Assessment: Component 1</w:t>
      </w:r>
    </w:p>
    <w:p w14:paraId="31C3F4A6" w14:textId="77777777" w:rsidR="001A6E52" w:rsidRPr="00C1353F" w:rsidRDefault="00281488">
      <w:pPr>
        <w:jc w:val="center"/>
        <w:rPr>
          <w:rFonts w:cs="Arial"/>
          <w:sz w:val="32"/>
          <w:szCs w:val="32"/>
          <w:lang w:val="pt-BR"/>
        </w:rPr>
      </w:pPr>
      <w:proofErr w:type="spellStart"/>
      <w:r w:rsidRPr="00C1353F">
        <w:rPr>
          <w:rFonts w:cs="Arial"/>
          <w:sz w:val="32"/>
          <w:szCs w:val="32"/>
          <w:lang w:val="pt-BR"/>
        </w:rPr>
        <w:t>Student</w:t>
      </w:r>
      <w:proofErr w:type="spellEnd"/>
      <w:r w:rsidRPr="00C1353F">
        <w:rPr>
          <w:rFonts w:cs="Arial"/>
          <w:sz w:val="32"/>
          <w:szCs w:val="32"/>
          <w:lang w:val="pt-BR"/>
        </w:rPr>
        <w:t xml:space="preserve"> </w:t>
      </w:r>
      <w:proofErr w:type="spellStart"/>
      <w:r w:rsidRPr="00C1353F">
        <w:rPr>
          <w:rFonts w:cs="Arial"/>
          <w:sz w:val="32"/>
          <w:szCs w:val="32"/>
          <w:lang w:val="pt-BR"/>
        </w:rPr>
        <w:t>Name</w:t>
      </w:r>
      <w:proofErr w:type="spellEnd"/>
      <w:r w:rsidRPr="00C1353F">
        <w:rPr>
          <w:rFonts w:cs="Arial"/>
          <w:sz w:val="32"/>
          <w:szCs w:val="32"/>
          <w:lang w:val="pt-BR"/>
        </w:rPr>
        <w:t>: Luciana de Lara Franco</w:t>
      </w:r>
    </w:p>
    <w:p w14:paraId="458D4F02" w14:textId="77777777" w:rsidR="001A6E52" w:rsidRPr="00C1353F" w:rsidRDefault="00281488">
      <w:pPr>
        <w:jc w:val="center"/>
        <w:rPr>
          <w:rFonts w:cs="Arial"/>
          <w:sz w:val="32"/>
          <w:szCs w:val="32"/>
        </w:rPr>
      </w:pPr>
      <w:r w:rsidRPr="00C1353F">
        <w:rPr>
          <w:rFonts w:cs="Arial"/>
          <w:sz w:val="32"/>
          <w:szCs w:val="32"/>
        </w:rPr>
        <w:t>Student Number: 2431984</w:t>
      </w:r>
    </w:p>
    <w:p w14:paraId="591CDD3C" w14:textId="77777777" w:rsidR="001A6E52" w:rsidRPr="00C1353F" w:rsidRDefault="00281488">
      <w:pPr>
        <w:jc w:val="center"/>
        <w:rPr>
          <w:rFonts w:cs="Arial"/>
          <w:sz w:val="32"/>
          <w:szCs w:val="32"/>
        </w:rPr>
      </w:pPr>
      <w:r w:rsidRPr="00C1353F">
        <w:rPr>
          <w:rFonts w:cs="Arial"/>
          <w:sz w:val="32"/>
          <w:szCs w:val="32"/>
        </w:rPr>
        <w:t>Lecturer’s Name: Aso Abdullah</w:t>
      </w:r>
    </w:p>
    <w:p w14:paraId="43603B03" w14:textId="77777777" w:rsidR="001A6E52" w:rsidRPr="00A51736" w:rsidRDefault="00281488">
      <w:pPr>
        <w:rPr>
          <w:rFonts w:cs="Arial"/>
        </w:rPr>
      </w:pPr>
      <w:r w:rsidRPr="00A51736">
        <w:rPr>
          <w:rFonts w:cs="Arial"/>
        </w:rPr>
        <w:br w:type="page"/>
      </w:r>
    </w:p>
    <w:p w14:paraId="1B13304B" w14:textId="77777777" w:rsidR="00D62C48" w:rsidRDefault="00D62C48">
      <w:pPr>
        <w:rPr>
          <w:rFonts w:cs="Arial"/>
        </w:rPr>
      </w:pPr>
    </w:p>
    <w:p w14:paraId="3C26B473" w14:textId="77777777" w:rsidR="00D62C48" w:rsidRDefault="00D62C48">
      <w:pPr>
        <w:rPr>
          <w:rFonts w:cs="Arial"/>
        </w:rPr>
      </w:pPr>
    </w:p>
    <w:sdt>
      <w:sdtPr>
        <w:id w:val="-1646967195"/>
        <w:docPartObj>
          <w:docPartGallery w:val="Table of Contents"/>
          <w:docPartUnique/>
        </w:docPartObj>
      </w:sdtPr>
      <w:sdtEndPr>
        <w:rPr>
          <w:rFonts w:ascii="Arial" w:eastAsiaTheme="minorEastAsia" w:hAnsi="Arial" w:cstheme="minorBidi"/>
          <w:noProof/>
          <w:color w:val="auto"/>
          <w:sz w:val="22"/>
          <w:szCs w:val="22"/>
        </w:rPr>
      </w:sdtEndPr>
      <w:sdtContent>
        <w:p w14:paraId="2E238D0A" w14:textId="70678875" w:rsidR="00C1353F" w:rsidRDefault="00C1353F">
          <w:pPr>
            <w:pStyle w:val="TOCHeading"/>
          </w:pPr>
          <w:r>
            <w:t>Contents</w:t>
          </w:r>
        </w:p>
        <w:p w14:paraId="61FCE966" w14:textId="3575921F" w:rsidR="00C1353F" w:rsidRDefault="00C1353F">
          <w:pPr>
            <w:pStyle w:val="TOC1"/>
            <w:tabs>
              <w:tab w:val="right" w:leader="dot" w:pos="8630"/>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34781030" w:history="1">
            <w:r w:rsidRPr="00CB5C81">
              <w:rPr>
                <w:rStyle w:val="Hyperlink"/>
                <w:rFonts w:cs="Arial"/>
                <w:noProof/>
              </w:rPr>
              <w:t>Executive Summary</w:t>
            </w:r>
            <w:r>
              <w:rPr>
                <w:noProof/>
                <w:webHidden/>
              </w:rPr>
              <w:tab/>
            </w:r>
            <w:r>
              <w:rPr>
                <w:noProof/>
                <w:webHidden/>
              </w:rPr>
              <w:fldChar w:fldCharType="begin"/>
            </w:r>
            <w:r>
              <w:rPr>
                <w:noProof/>
                <w:webHidden/>
              </w:rPr>
              <w:instrText xml:space="preserve"> PAGEREF _Toc234781030 \h </w:instrText>
            </w:r>
            <w:r>
              <w:rPr>
                <w:noProof/>
                <w:webHidden/>
              </w:rPr>
            </w:r>
            <w:r>
              <w:rPr>
                <w:noProof/>
                <w:webHidden/>
              </w:rPr>
              <w:fldChar w:fldCharType="separate"/>
            </w:r>
            <w:r>
              <w:rPr>
                <w:noProof/>
                <w:webHidden/>
              </w:rPr>
              <w:t>3</w:t>
            </w:r>
            <w:r>
              <w:rPr>
                <w:noProof/>
                <w:webHidden/>
              </w:rPr>
              <w:fldChar w:fldCharType="end"/>
            </w:r>
          </w:hyperlink>
        </w:p>
        <w:p w14:paraId="3E92DC50" w14:textId="3C096B82"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1" w:history="1">
            <w:r w:rsidRPr="00CB5C81">
              <w:rPr>
                <w:rStyle w:val="Hyperlink"/>
                <w:rFonts w:cs="Arial"/>
                <w:noProof/>
              </w:rPr>
              <w:t>1. Introduction</w:t>
            </w:r>
            <w:r>
              <w:rPr>
                <w:noProof/>
                <w:webHidden/>
              </w:rPr>
              <w:tab/>
            </w:r>
            <w:r>
              <w:rPr>
                <w:noProof/>
                <w:webHidden/>
              </w:rPr>
              <w:fldChar w:fldCharType="begin"/>
            </w:r>
            <w:r>
              <w:rPr>
                <w:noProof/>
                <w:webHidden/>
              </w:rPr>
              <w:instrText xml:space="preserve"> PAGEREF _Toc234781031 \h </w:instrText>
            </w:r>
            <w:r>
              <w:rPr>
                <w:noProof/>
                <w:webHidden/>
              </w:rPr>
            </w:r>
            <w:r>
              <w:rPr>
                <w:noProof/>
                <w:webHidden/>
              </w:rPr>
              <w:fldChar w:fldCharType="separate"/>
            </w:r>
            <w:r>
              <w:rPr>
                <w:noProof/>
                <w:webHidden/>
              </w:rPr>
              <w:t>4</w:t>
            </w:r>
            <w:r>
              <w:rPr>
                <w:noProof/>
                <w:webHidden/>
              </w:rPr>
              <w:fldChar w:fldCharType="end"/>
            </w:r>
          </w:hyperlink>
        </w:p>
        <w:p w14:paraId="231ABA96" w14:textId="2D82D0DA"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2" w:history="1">
            <w:r w:rsidRPr="00CB5C81">
              <w:rPr>
                <w:rStyle w:val="Hyperlink"/>
                <w:rFonts w:cs="Arial"/>
                <w:noProof/>
              </w:rPr>
              <w:t>2. SMART Objectives</w:t>
            </w:r>
            <w:r>
              <w:rPr>
                <w:noProof/>
                <w:webHidden/>
              </w:rPr>
              <w:tab/>
            </w:r>
            <w:r>
              <w:rPr>
                <w:noProof/>
                <w:webHidden/>
              </w:rPr>
              <w:fldChar w:fldCharType="begin"/>
            </w:r>
            <w:r>
              <w:rPr>
                <w:noProof/>
                <w:webHidden/>
              </w:rPr>
              <w:instrText xml:space="preserve"> PAGEREF _Toc234781032 \h </w:instrText>
            </w:r>
            <w:r>
              <w:rPr>
                <w:noProof/>
                <w:webHidden/>
              </w:rPr>
            </w:r>
            <w:r>
              <w:rPr>
                <w:noProof/>
                <w:webHidden/>
              </w:rPr>
              <w:fldChar w:fldCharType="separate"/>
            </w:r>
            <w:r>
              <w:rPr>
                <w:noProof/>
                <w:webHidden/>
              </w:rPr>
              <w:t>5</w:t>
            </w:r>
            <w:r>
              <w:rPr>
                <w:noProof/>
                <w:webHidden/>
              </w:rPr>
              <w:fldChar w:fldCharType="end"/>
            </w:r>
          </w:hyperlink>
        </w:p>
        <w:p w14:paraId="5374D7F2" w14:textId="38703069"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3" w:history="1">
            <w:r w:rsidRPr="00CB5C81">
              <w:rPr>
                <w:rStyle w:val="Hyperlink"/>
                <w:rFonts w:cs="Arial"/>
                <w:noProof/>
              </w:rPr>
              <w:t>3. Stakeholder Identification and Analysis</w:t>
            </w:r>
            <w:r>
              <w:rPr>
                <w:noProof/>
                <w:webHidden/>
              </w:rPr>
              <w:tab/>
            </w:r>
            <w:r>
              <w:rPr>
                <w:noProof/>
                <w:webHidden/>
              </w:rPr>
              <w:fldChar w:fldCharType="begin"/>
            </w:r>
            <w:r>
              <w:rPr>
                <w:noProof/>
                <w:webHidden/>
              </w:rPr>
              <w:instrText xml:space="preserve"> PAGEREF _Toc234781033 \h </w:instrText>
            </w:r>
            <w:r>
              <w:rPr>
                <w:noProof/>
                <w:webHidden/>
              </w:rPr>
            </w:r>
            <w:r>
              <w:rPr>
                <w:noProof/>
                <w:webHidden/>
              </w:rPr>
              <w:fldChar w:fldCharType="separate"/>
            </w:r>
            <w:r>
              <w:rPr>
                <w:noProof/>
                <w:webHidden/>
              </w:rPr>
              <w:t>5</w:t>
            </w:r>
            <w:r>
              <w:rPr>
                <w:noProof/>
                <w:webHidden/>
              </w:rPr>
              <w:fldChar w:fldCharType="end"/>
            </w:r>
          </w:hyperlink>
        </w:p>
        <w:p w14:paraId="448D3562" w14:textId="27D65399" w:rsidR="00C1353F" w:rsidRDefault="00C1353F">
          <w:pPr>
            <w:pStyle w:val="TOC2"/>
            <w:tabs>
              <w:tab w:val="right" w:leader="dot" w:pos="8630"/>
            </w:tabs>
            <w:rPr>
              <w:rFonts w:asciiTheme="minorHAnsi" w:hAnsiTheme="minorHAnsi"/>
              <w:noProof/>
              <w:kern w:val="2"/>
              <w:sz w:val="24"/>
              <w:szCs w:val="24"/>
              <w14:ligatures w14:val="standardContextual"/>
            </w:rPr>
          </w:pPr>
          <w:hyperlink w:anchor="_Toc234781034" w:history="1">
            <w:r w:rsidRPr="00CB5C81">
              <w:rPr>
                <w:rStyle w:val="Hyperlink"/>
                <w:rFonts w:cs="Arial"/>
                <w:noProof/>
              </w:rPr>
              <w:t>3.1 Primary Internal Stakeholders</w:t>
            </w:r>
            <w:r>
              <w:rPr>
                <w:noProof/>
                <w:webHidden/>
              </w:rPr>
              <w:tab/>
            </w:r>
            <w:r>
              <w:rPr>
                <w:noProof/>
                <w:webHidden/>
              </w:rPr>
              <w:fldChar w:fldCharType="begin"/>
            </w:r>
            <w:r>
              <w:rPr>
                <w:noProof/>
                <w:webHidden/>
              </w:rPr>
              <w:instrText xml:space="preserve"> PAGEREF _Toc234781034 \h </w:instrText>
            </w:r>
            <w:r>
              <w:rPr>
                <w:noProof/>
                <w:webHidden/>
              </w:rPr>
            </w:r>
            <w:r>
              <w:rPr>
                <w:noProof/>
                <w:webHidden/>
              </w:rPr>
              <w:fldChar w:fldCharType="separate"/>
            </w:r>
            <w:r>
              <w:rPr>
                <w:noProof/>
                <w:webHidden/>
              </w:rPr>
              <w:t>5</w:t>
            </w:r>
            <w:r>
              <w:rPr>
                <w:noProof/>
                <w:webHidden/>
              </w:rPr>
              <w:fldChar w:fldCharType="end"/>
            </w:r>
          </w:hyperlink>
        </w:p>
        <w:p w14:paraId="7845BB9A" w14:textId="337156B9" w:rsidR="00C1353F" w:rsidRDefault="00C1353F">
          <w:pPr>
            <w:pStyle w:val="TOC2"/>
            <w:tabs>
              <w:tab w:val="right" w:leader="dot" w:pos="8630"/>
            </w:tabs>
            <w:rPr>
              <w:rFonts w:asciiTheme="minorHAnsi" w:hAnsiTheme="minorHAnsi"/>
              <w:noProof/>
              <w:kern w:val="2"/>
              <w:sz w:val="24"/>
              <w:szCs w:val="24"/>
              <w14:ligatures w14:val="standardContextual"/>
            </w:rPr>
          </w:pPr>
          <w:hyperlink w:anchor="_Toc234781035" w:history="1">
            <w:r w:rsidRPr="00CB5C81">
              <w:rPr>
                <w:rStyle w:val="Hyperlink"/>
                <w:rFonts w:cs="Arial"/>
                <w:noProof/>
              </w:rPr>
              <w:t>3.2 Primary External Stakeholders</w:t>
            </w:r>
            <w:r>
              <w:rPr>
                <w:noProof/>
                <w:webHidden/>
              </w:rPr>
              <w:tab/>
            </w:r>
            <w:r>
              <w:rPr>
                <w:noProof/>
                <w:webHidden/>
              </w:rPr>
              <w:fldChar w:fldCharType="begin"/>
            </w:r>
            <w:r>
              <w:rPr>
                <w:noProof/>
                <w:webHidden/>
              </w:rPr>
              <w:instrText xml:space="preserve"> PAGEREF _Toc234781035 \h </w:instrText>
            </w:r>
            <w:r>
              <w:rPr>
                <w:noProof/>
                <w:webHidden/>
              </w:rPr>
            </w:r>
            <w:r>
              <w:rPr>
                <w:noProof/>
                <w:webHidden/>
              </w:rPr>
              <w:fldChar w:fldCharType="separate"/>
            </w:r>
            <w:r>
              <w:rPr>
                <w:noProof/>
                <w:webHidden/>
              </w:rPr>
              <w:t>6</w:t>
            </w:r>
            <w:r>
              <w:rPr>
                <w:noProof/>
                <w:webHidden/>
              </w:rPr>
              <w:fldChar w:fldCharType="end"/>
            </w:r>
          </w:hyperlink>
        </w:p>
        <w:p w14:paraId="263AFC55" w14:textId="35BA31D4" w:rsidR="00C1353F" w:rsidRDefault="00C1353F">
          <w:pPr>
            <w:pStyle w:val="TOC2"/>
            <w:tabs>
              <w:tab w:val="right" w:leader="dot" w:pos="8630"/>
            </w:tabs>
            <w:rPr>
              <w:rFonts w:asciiTheme="minorHAnsi" w:hAnsiTheme="minorHAnsi"/>
              <w:noProof/>
              <w:kern w:val="2"/>
              <w:sz w:val="24"/>
              <w:szCs w:val="24"/>
              <w14:ligatures w14:val="standardContextual"/>
            </w:rPr>
          </w:pPr>
          <w:hyperlink w:anchor="_Toc234781036" w:history="1">
            <w:r w:rsidRPr="00CB5C81">
              <w:rPr>
                <w:rStyle w:val="Hyperlink"/>
                <w:rFonts w:cs="Arial"/>
                <w:noProof/>
              </w:rPr>
              <w:t>3.3 Stakeholder Analysis Framework</w:t>
            </w:r>
            <w:r>
              <w:rPr>
                <w:noProof/>
                <w:webHidden/>
              </w:rPr>
              <w:tab/>
            </w:r>
            <w:r>
              <w:rPr>
                <w:noProof/>
                <w:webHidden/>
              </w:rPr>
              <w:fldChar w:fldCharType="begin"/>
            </w:r>
            <w:r>
              <w:rPr>
                <w:noProof/>
                <w:webHidden/>
              </w:rPr>
              <w:instrText xml:space="preserve"> PAGEREF _Toc234781036 \h </w:instrText>
            </w:r>
            <w:r>
              <w:rPr>
                <w:noProof/>
                <w:webHidden/>
              </w:rPr>
            </w:r>
            <w:r>
              <w:rPr>
                <w:noProof/>
                <w:webHidden/>
              </w:rPr>
              <w:fldChar w:fldCharType="separate"/>
            </w:r>
            <w:r>
              <w:rPr>
                <w:noProof/>
                <w:webHidden/>
              </w:rPr>
              <w:t>6</w:t>
            </w:r>
            <w:r>
              <w:rPr>
                <w:noProof/>
                <w:webHidden/>
              </w:rPr>
              <w:fldChar w:fldCharType="end"/>
            </w:r>
          </w:hyperlink>
        </w:p>
        <w:p w14:paraId="3FEF063F" w14:textId="4F70B401"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7" w:history="1">
            <w:r w:rsidRPr="00CB5C81">
              <w:rPr>
                <w:rStyle w:val="Hyperlink"/>
                <w:rFonts w:cs="Arial"/>
                <w:noProof/>
              </w:rPr>
              <w:t>4. Stakeholder Roles and Communication</w:t>
            </w:r>
            <w:r>
              <w:rPr>
                <w:noProof/>
                <w:webHidden/>
              </w:rPr>
              <w:tab/>
            </w:r>
            <w:r>
              <w:rPr>
                <w:noProof/>
                <w:webHidden/>
              </w:rPr>
              <w:fldChar w:fldCharType="begin"/>
            </w:r>
            <w:r>
              <w:rPr>
                <w:noProof/>
                <w:webHidden/>
              </w:rPr>
              <w:instrText xml:space="preserve"> PAGEREF _Toc234781037 \h </w:instrText>
            </w:r>
            <w:r>
              <w:rPr>
                <w:noProof/>
                <w:webHidden/>
              </w:rPr>
            </w:r>
            <w:r>
              <w:rPr>
                <w:noProof/>
                <w:webHidden/>
              </w:rPr>
              <w:fldChar w:fldCharType="separate"/>
            </w:r>
            <w:r>
              <w:rPr>
                <w:noProof/>
                <w:webHidden/>
              </w:rPr>
              <w:t>7</w:t>
            </w:r>
            <w:r>
              <w:rPr>
                <w:noProof/>
                <w:webHidden/>
              </w:rPr>
              <w:fldChar w:fldCharType="end"/>
            </w:r>
          </w:hyperlink>
        </w:p>
        <w:p w14:paraId="4FCF6FA9" w14:textId="3E2BE52F"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8" w:history="1">
            <w:r w:rsidRPr="00CB5C81">
              <w:rPr>
                <w:rStyle w:val="Hyperlink"/>
                <w:rFonts w:cs="Arial"/>
                <w:noProof/>
              </w:rPr>
              <w:t>5. Stakeholder Engagement Process and Conflict Management</w:t>
            </w:r>
            <w:r>
              <w:rPr>
                <w:noProof/>
                <w:webHidden/>
              </w:rPr>
              <w:tab/>
            </w:r>
            <w:r>
              <w:rPr>
                <w:noProof/>
                <w:webHidden/>
              </w:rPr>
              <w:fldChar w:fldCharType="begin"/>
            </w:r>
            <w:r>
              <w:rPr>
                <w:noProof/>
                <w:webHidden/>
              </w:rPr>
              <w:instrText xml:space="preserve"> PAGEREF _Toc234781038 \h </w:instrText>
            </w:r>
            <w:r>
              <w:rPr>
                <w:noProof/>
                <w:webHidden/>
              </w:rPr>
            </w:r>
            <w:r>
              <w:rPr>
                <w:noProof/>
                <w:webHidden/>
              </w:rPr>
              <w:fldChar w:fldCharType="separate"/>
            </w:r>
            <w:r>
              <w:rPr>
                <w:noProof/>
                <w:webHidden/>
              </w:rPr>
              <w:t>8</w:t>
            </w:r>
            <w:r>
              <w:rPr>
                <w:noProof/>
                <w:webHidden/>
              </w:rPr>
              <w:fldChar w:fldCharType="end"/>
            </w:r>
          </w:hyperlink>
        </w:p>
        <w:p w14:paraId="63FB78E4" w14:textId="761D6275"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39" w:history="1">
            <w:r w:rsidRPr="00CB5C81">
              <w:rPr>
                <w:rStyle w:val="Hyperlink"/>
                <w:rFonts w:cs="Arial"/>
                <w:noProof/>
              </w:rPr>
              <w:t>6. Impact of Sustainable Stakeholder Engagement on Business Performance</w:t>
            </w:r>
            <w:r>
              <w:rPr>
                <w:noProof/>
                <w:webHidden/>
              </w:rPr>
              <w:tab/>
            </w:r>
            <w:r>
              <w:rPr>
                <w:noProof/>
                <w:webHidden/>
              </w:rPr>
              <w:fldChar w:fldCharType="begin"/>
            </w:r>
            <w:r>
              <w:rPr>
                <w:noProof/>
                <w:webHidden/>
              </w:rPr>
              <w:instrText xml:space="preserve"> PAGEREF _Toc234781039 \h </w:instrText>
            </w:r>
            <w:r>
              <w:rPr>
                <w:noProof/>
                <w:webHidden/>
              </w:rPr>
            </w:r>
            <w:r>
              <w:rPr>
                <w:noProof/>
                <w:webHidden/>
              </w:rPr>
              <w:fldChar w:fldCharType="separate"/>
            </w:r>
            <w:r>
              <w:rPr>
                <w:noProof/>
                <w:webHidden/>
              </w:rPr>
              <w:t>9</w:t>
            </w:r>
            <w:r>
              <w:rPr>
                <w:noProof/>
                <w:webHidden/>
              </w:rPr>
              <w:fldChar w:fldCharType="end"/>
            </w:r>
          </w:hyperlink>
        </w:p>
        <w:p w14:paraId="41599C25" w14:textId="074BE8FE"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40" w:history="1">
            <w:r w:rsidRPr="00CB5C81">
              <w:rPr>
                <w:rStyle w:val="Hyperlink"/>
                <w:rFonts w:cs="Arial"/>
                <w:noProof/>
              </w:rPr>
              <w:t>7. Recommendations and Conclusion</w:t>
            </w:r>
            <w:r>
              <w:rPr>
                <w:noProof/>
                <w:webHidden/>
              </w:rPr>
              <w:tab/>
            </w:r>
            <w:r>
              <w:rPr>
                <w:noProof/>
                <w:webHidden/>
              </w:rPr>
              <w:fldChar w:fldCharType="begin"/>
            </w:r>
            <w:r>
              <w:rPr>
                <w:noProof/>
                <w:webHidden/>
              </w:rPr>
              <w:instrText xml:space="preserve"> PAGEREF _Toc234781040 \h </w:instrText>
            </w:r>
            <w:r>
              <w:rPr>
                <w:noProof/>
                <w:webHidden/>
              </w:rPr>
            </w:r>
            <w:r>
              <w:rPr>
                <w:noProof/>
                <w:webHidden/>
              </w:rPr>
              <w:fldChar w:fldCharType="separate"/>
            </w:r>
            <w:r>
              <w:rPr>
                <w:noProof/>
                <w:webHidden/>
              </w:rPr>
              <w:t>9</w:t>
            </w:r>
            <w:r>
              <w:rPr>
                <w:noProof/>
                <w:webHidden/>
              </w:rPr>
              <w:fldChar w:fldCharType="end"/>
            </w:r>
          </w:hyperlink>
        </w:p>
        <w:p w14:paraId="25C7FEB3" w14:textId="607C4CCB" w:rsidR="00C1353F" w:rsidRDefault="00C1353F">
          <w:pPr>
            <w:pStyle w:val="TOC2"/>
            <w:tabs>
              <w:tab w:val="right" w:leader="dot" w:pos="8630"/>
            </w:tabs>
            <w:rPr>
              <w:rFonts w:asciiTheme="minorHAnsi" w:hAnsiTheme="minorHAnsi"/>
              <w:noProof/>
              <w:kern w:val="2"/>
              <w:sz w:val="24"/>
              <w:szCs w:val="24"/>
              <w14:ligatures w14:val="standardContextual"/>
            </w:rPr>
          </w:pPr>
          <w:hyperlink w:anchor="_Toc234781041" w:history="1">
            <w:r w:rsidRPr="00CB5C81">
              <w:rPr>
                <w:rStyle w:val="Hyperlink"/>
                <w:rFonts w:cs="Arial"/>
                <w:noProof/>
              </w:rPr>
              <w:t>7.1 Recommendations</w:t>
            </w:r>
            <w:r>
              <w:rPr>
                <w:noProof/>
                <w:webHidden/>
              </w:rPr>
              <w:tab/>
            </w:r>
            <w:r>
              <w:rPr>
                <w:noProof/>
                <w:webHidden/>
              </w:rPr>
              <w:fldChar w:fldCharType="begin"/>
            </w:r>
            <w:r>
              <w:rPr>
                <w:noProof/>
                <w:webHidden/>
              </w:rPr>
              <w:instrText xml:space="preserve"> PAGEREF _Toc234781041 \h </w:instrText>
            </w:r>
            <w:r>
              <w:rPr>
                <w:noProof/>
                <w:webHidden/>
              </w:rPr>
            </w:r>
            <w:r>
              <w:rPr>
                <w:noProof/>
                <w:webHidden/>
              </w:rPr>
              <w:fldChar w:fldCharType="separate"/>
            </w:r>
            <w:r>
              <w:rPr>
                <w:noProof/>
                <w:webHidden/>
              </w:rPr>
              <w:t>9</w:t>
            </w:r>
            <w:r>
              <w:rPr>
                <w:noProof/>
                <w:webHidden/>
              </w:rPr>
              <w:fldChar w:fldCharType="end"/>
            </w:r>
          </w:hyperlink>
        </w:p>
        <w:p w14:paraId="0482E8E8" w14:textId="23174346" w:rsidR="00C1353F" w:rsidRDefault="00C1353F">
          <w:pPr>
            <w:pStyle w:val="TOC2"/>
            <w:tabs>
              <w:tab w:val="right" w:leader="dot" w:pos="8630"/>
            </w:tabs>
            <w:rPr>
              <w:rFonts w:asciiTheme="minorHAnsi" w:hAnsiTheme="minorHAnsi"/>
              <w:noProof/>
              <w:kern w:val="2"/>
              <w:sz w:val="24"/>
              <w:szCs w:val="24"/>
              <w14:ligatures w14:val="standardContextual"/>
            </w:rPr>
          </w:pPr>
          <w:hyperlink w:anchor="_Toc234781042" w:history="1">
            <w:r w:rsidRPr="00CB5C81">
              <w:rPr>
                <w:rStyle w:val="Hyperlink"/>
                <w:rFonts w:cs="Arial"/>
                <w:noProof/>
              </w:rPr>
              <w:t>7.2 Conclusion</w:t>
            </w:r>
            <w:r>
              <w:rPr>
                <w:noProof/>
                <w:webHidden/>
              </w:rPr>
              <w:tab/>
            </w:r>
            <w:r>
              <w:rPr>
                <w:noProof/>
                <w:webHidden/>
              </w:rPr>
              <w:fldChar w:fldCharType="begin"/>
            </w:r>
            <w:r>
              <w:rPr>
                <w:noProof/>
                <w:webHidden/>
              </w:rPr>
              <w:instrText xml:space="preserve"> PAGEREF _Toc234781042 \h </w:instrText>
            </w:r>
            <w:r>
              <w:rPr>
                <w:noProof/>
                <w:webHidden/>
              </w:rPr>
            </w:r>
            <w:r>
              <w:rPr>
                <w:noProof/>
                <w:webHidden/>
              </w:rPr>
              <w:fldChar w:fldCharType="separate"/>
            </w:r>
            <w:r>
              <w:rPr>
                <w:noProof/>
                <w:webHidden/>
              </w:rPr>
              <w:t>10</w:t>
            </w:r>
            <w:r>
              <w:rPr>
                <w:noProof/>
                <w:webHidden/>
              </w:rPr>
              <w:fldChar w:fldCharType="end"/>
            </w:r>
          </w:hyperlink>
        </w:p>
        <w:p w14:paraId="2D2DB186" w14:textId="1D6A9EF1" w:rsidR="00C1353F" w:rsidRDefault="00C1353F">
          <w:pPr>
            <w:pStyle w:val="TOC1"/>
            <w:tabs>
              <w:tab w:val="right" w:leader="dot" w:pos="8630"/>
            </w:tabs>
            <w:rPr>
              <w:rFonts w:asciiTheme="minorHAnsi" w:hAnsiTheme="minorHAnsi"/>
              <w:noProof/>
              <w:kern w:val="2"/>
              <w:sz w:val="24"/>
              <w:szCs w:val="24"/>
              <w14:ligatures w14:val="standardContextual"/>
            </w:rPr>
          </w:pPr>
          <w:hyperlink w:anchor="_Toc234781043" w:history="1">
            <w:r w:rsidRPr="00CB5C81">
              <w:rPr>
                <w:rStyle w:val="Hyperlink"/>
                <w:rFonts w:cs="Arial"/>
                <w:noProof/>
              </w:rPr>
              <w:t>8. References</w:t>
            </w:r>
            <w:r>
              <w:rPr>
                <w:noProof/>
                <w:webHidden/>
              </w:rPr>
              <w:tab/>
            </w:r>
            <w:r>
              <w:rPr>
                <w:noProof/>
                <w:webHidden/>
              </w:rPr>
              <w:fldChar w:fldCharType="begin"/>
            </w:r>
            <w:r>
              <w:rPr>
                <w:noProof/>
                <w:webHidden/>
              </w:rPr>
              <w:instrText xml:space="preserve"> PAGEREF _Toc234781043 \h </w:instrText>
            </w:r>
            <w:r>
              <w:rPr>
                <w:noProof/>
                <w:webHidden/>
              </w:rPr>
            </w:r>
            <w:r>
              <w:rPr>
                <w:noProof/>
                <w:webHidden/>
              </w:rPr>
              <w:fldChar w:fldCharType="separate"/>
            </w:r>
            <w:r>
              <w:rPr>
                <w:noProof/>
                <w:webHidden/>
              </w:rPr>
              <w:t>11</w:t>
            </w:r>
            <w:r>
              <w:rPr>
                <w:noProof/>
                <w:webHidden/>
              </w:rPr>
              <w:fldChar w:fldCharType="end"/>
            </w:r>
          </w:hyperlink>
        </w:p>
        <w:p w14:paraId="24E6751A" w14:textId="1E605347" w:rsidR="00C1353F" w:rsidRDefault="00C1353F">
          <w:r>
            <w:rPr>
              <w:b/>
              <w:bCs/>
              <w:noProof/>
            </w:rPr>
            <w:fldChar w:fldCharType="end"/>
          </w:r>
        </w:p>
      </w:sdtContent>
    </w:sdt>
    <w:p w14:paraId="051B7836" w14:textId="77777777" w:rsidR="00D62C48" w:rsidRDefault="00D62C48">
      <w:pPr>
        <w:rPr>
          <w:rFonts w:cs="Arial"/>
        </w:rPr>
      </w:pPr>
    </w:p>
    <w:p w14:paraId="5C5C0532" w14:textId="77777777" w:rsidR="00D62C48" w:rsidRDefault="00D62C48">
      <w:pPr>
        <w:rPr>
          <w:rFonts w:cs="Arial"/>
        </w:rPr>
      </w:pPr>
    </w:p>
    <w:p w14:paraId="3AAC6B29" w14:textId="77777777" w:rsidR="001A6E52" w:rsidRPr="00A51736" w:rsidRDefault="00281488">
      <w:pPr>
        <w:rPr>
          <w:rFonts w:cs="Arial"/>
        </w:rPr>
      </w:pPr>
      <w:r w:rsidRPr="00A51736">
        <w:rPr>
          <w:rFonts w:cs="Arial"/>
        </w:rPr>
        <w:br w:type="page"/>
      </w:r>
    </w:p>
    <w:p w14:paraId="0397D772" w14:textId="77777777" w:rsidR="001A6E52" w:rsidRPr="00A51736" w:rsidRDefault="00281488" w:rsidP="00A51736">
      <w:pPr>
        <w:pStyle w:val="Heading1"/>
        <w:jc w:val="both"/>
        <w:rPr>
          <w:rFonts w:ascii="Arial" w:hAnsi="Arial" w:cs="Arial"/>
        </w:rPr>
      </w:pPr>
      <w:bookmarkStart w:id="0" w:name="_Toc234781030"/>
      <w:r w:rsidRPr="00A51736">
        <w:rPr>
          <w:rFonts w:ascii="Arial" w:hAnsi="Arial" w:cs="Arial"/>
        </w:rPr>
        <w:lastRenderedPageBreak/>
        <w:t>Executive Summary</w:t>
      </w:r>
      <w:bookmarkEnd w:id="0"/>
    </w:p>
    <w:p w14:paraId="7330D1D4" w14:textId="2BDDF8C5" w:rsidR="001A6E52" w:rsidRPr="00A51736" w:rsidRDefault="00281488" w:rsidP="00A51736">
      <w:pPr>
        <w:jc w:val="both"/>
        <w:rPr>
          <w:rFonts w:cs="Arial"/>
        </w:rPr>
      </w:pPr>
      <w:r w:rsidRPr="00A51736">
        <w:rPr>
          <w:rFonts w:cs="Arial"/>
        </w:rPr>
        <w:t xml:space="preserve">The </w:t>
      </w:r>
      <w:r w:rsidR="00591301">
        <w:rPr>
          <w:rFonts w:cs="Arial"/>
        </w:rPr>
        <w:t xml:space="preserve">Amazon </w:t>
      </w:r>
      <w:proofErr w:type="spellStart"/>
      <w:r w:rsidR="00591301">
        <w:rPr>
          <w:rFonts w:cs="Arial"/>
        </w:rPr>
        <w:t>ConnectPlus</w:t>
      </w:r>
      <w:proofErr w:type="spellEnd"/>
      <w:r w:rsidR="00591301">
        <w:rPr>
          <w:rFonts w:cs="Arial"/>
        </w:rPr>
        <w:t xml:space="preserve"> project</w:t>
      </w:r>
      <w:r w:rsidRPr="00A51736">
        <w:rPr>
          <w:rFonts w:cs="Arial"/>
        </w:rPr>
        <w:t xml:space="preserve"> represents a strategic initiative to launch an AI-powered customer loyalty and engagement platform across five major markets within eighteen months. This report provides a comprehensive stakeholder analysis and engagement strategy grounded in Freema</w:t>
      </w:r>
      <w:r w:rsidR="00A51736" w:rsidRPr="00A51736">
        <w:rPr>
          <w:rFonts w:cs="Arial"/>
        </w:rPr>
        <w:t>n’s</w:t>
      </w:r>
      <w:r w:rsidRPr="00A51736">
        <w:rPr>
          <w:rFonts w:cs="Arial"/>
        </w:rPr>
        <w:t xml:space="preserve"> Stakeholder Theory, examining the complex ecosystem of internal and external stakeholders whose interests must be managed for project success. The project is critical for Amazo</w:t>
      </w:r>
      <w:r w:rsidR="00A51736" w:rsidRPr="00A51736">
        <w:rPr>
          <w:rFonts w:cs="Arial"/>
        </w:rPr>
        <w:t>n’s</w:t>
      </w:r>
      <w:r w:rsidRPr="00A51736">
        <w:rPr>
          <w:rFonts w:cs="Arial"/>
        </w:rPr>
        <w:t xml:space="preserve"> competitive positioning in the increasingly competitive e-commerce market, where customer acquisition costs continue to rise and customer retention becomes increasingly important.</w:t>
      </w:r>
    </w:p>
    <w:p w14:paraId="32EEB2AB" w14:textId="3C67B2D9" w:rsidR="001A6E52" w:rsidRPr="00A51736" w:rsidRDefault="00281488" w:rsidP="00A51736">
      <w:pPr>
        <w:jc w:val="both"/>
        <w:rPr>
          <w:rFonts w:cs="Arial"/>
        </w:rPr>
      </w:pPr>
      <w:r w:rsidRPr="00A51736">
        <w:rPr>
          <w:rFonts w:cs="Arial"/>
        </w:rPr>
        <w:t xml:space="preserve">The analysis identifies six primary stakeholder categories: executive leadership, product development teams, marketing and sales departments, customers and end users, regulatory bodies, and technology partners. A critical finding is that stakeholder interests are fundamentally misaligned and asymmetrically distributed, creating inevitable tensions that require explicit management rather than consensus-seeking approaches. For example, executive leadership prioritises rapid market launch and financial returns, while regulatory bodies </w:t>
      </w:r>
      <w:proofErr w:type="spellStart"/>
      <w:r w:rsidR="00AB1EA3">
        <w:rPr>
          <w:rFonts w:cs="Arial"/>
        </w:rPr>
        <w:t>emphasise</w:t>
      </w:r>
      <w:proofErr w:type="spellEnd"/>
      <w:r w:rsidRPr="00A51736">
        <w:rPr>
          <w:rFonts w:cs="Arial"/>
        </w:rPr>
        <w:t xml:space="preserve"> data protection compliance and algorithmic fairness. These tensions cannot be eliminated but must be managed transparently.</w:t>
      </w:r>
    </w:p>
    <w:p w14:paraId="0A491F51" w14:textId="4C15CF17" w:rsidR="001A6E52" w:rsidRPr="00A51736" w:rsidRDefault="00281488" w:rsidP="00A51736">
      <w:pPr>
        <w:jc w:val="both"/>
        <w:rPr>
          <w:rFonts w:cs="Arial"/>
        </w:rPr>
      </w:pPr>
      <w:r w:rsidRPr="00A51736">
        <w:rPr>
          <w:rFonts w:cs="Arial"/>
        </w:rPr>
        <w:t>This report critically examines the importance of stakeholder engagement in ensuring the successful implementation of ConnectPlus. Drawing upon Freema</w:t>
      </w:r>
      <w:r w:rsidR="00A51736" w:rsidRPr="00A51736">
        <w:rPr>
          <w:rFonts w:cs="Arial"/>
        </w:rPr>
        <w:t>n’s</w:t>
      </w:r>
      <w:r w:rsidRPr="00A51736">
        <w:rPr>
          <w:rFonts w:cs="Arial"/>
        </w:rPr>
        <w:t xml:space="preserve"> Stakeholder Theory, the Mendelow Power–Interest Matrix, the Mitchell, Agle and Wood (1997) Salience Model, the 4Cs Model, and the RACI Matrix, the report identifies and analyses the project</w:t>
      </w:r>
      <w:r w:rsidR="00FF5ABB">
        <w:rPr>
          <w:rFonts w:cs="Arial"/>
        </w:rPr>
        <w:t>’</w:t>
      </w:r>
      <w:r w:rsidRPr="00A51736">
        <w:rPr>
          <w:rFonts w:cs="Arial"/>
        </w:rPr>
        <w:t>s key stakeholders, evaluates their influence and expectations, and proposes appropriate engagement strategies. Furthermore, the report examines the benefits and challenges of stakeholder engagement and concludes with practical recommendations to support successful project implementation and long-term organisational performance.</w:t>
      </w:r>
    </w:p>
    <w:p w14:paraId="32432E0F" w14:textId="77777777" w:rsidR="001A6E52" w:rsidRPr="00A51736" w:rsidRDefault="00281488" w:rsidP="00A51736">
      <w:pPr>
        <w:jc w:val="both"/>
        <w:rPr>
          <w:rFonts w:cs="Arial"/>
        </w:rPr>
      </w:pPr>
      <w:r w:rsidRPr="00A51736">
        <w:rPr>
          <w:rFonts w:cs="Arial"/>
        </w:rPr>
        <w:br w:type="page"/>
      </w:r>
    </w:p>
    <w:p w14:paraId="564AC1CD" w14:textId="77777777" w:rsidR="001A6E52" w:rsidRPr="00A51736" w:rsidRDefault="00281488" w:rsidP="00A51736">
      <w:pPr>
        <w:pStyle w:val="Heading1"/>
        <w:jc w:val="both"/>
        <w:rPr>
          <w:rFonts w:ascii="Arial" w:hAnsi="Arial" w:cs="Arial"/>
        </w:rPr>
      </w:pPr>
      <w:bookmarkStart w:id="1" w:name="_Toc234781031"/>
      <w:r w:rsidRPr="00A51736">
        <w:rPr>
          <w:rFonts w:ascii="Arial" w:hAnsi="Arial" w:cs="Arial"/>
        </w:rPr>
        <w:lastRenderedPageBreak/>
        <w:t>1. Introduction</w:t>
      </w:r>
      <w:bookmarkEnd w:id="1"/>
    </w:p>
    <w:p w14:paraId="0CF9B2D6" w14:textId="25E973EE" w:rsidR="001A6E52" w:rsidRPr="00A51736" w:rsidRDefault="00281488" w:rsidP="00A51736">
      <w:pPr>
        <w:jc w:val="both"/>
        <w:rPr>
          <w:rFonts w:cs="Arial"/>
        </w:rPr>
      </w:pPr>
      <w:r w:rsidRPr="00A51736">
        <w:rPr>
          <w:rFonts w:cs="Arial"/>
        </w:rPr>
        <w:t>Amazon is one of the world</w:t>
      </w:r>
      <w:r w:rsidR="00FF5ABB">
        <w:rPr>
          <w:rFonts w:cs="Arial"/>
        </w:rPr>
        <w:t>’</w:t>
      </w:r>
      <w:r w:rsidRPr="00A51736">
        <w:rPr>
          <w:rFonts w:cs="Arial"/>
        </w:rPr>
        <w:t>s leading e-commerce and technology companies, continuously investing in innovation to enhance customer experience, operational efficiency, and market competitiveness. In line with this commitment, the company is preparing to launch ConnectPlus, an AI-powered customer loyalty and engagement platform designed to strengthen customer relationships and optimise interactions across domestic and international markets. The platform represents a strategic investment in customer retention and lifetime customer value, responding to increasing competition within the global e-commerce sector. The successful implementation of this initiative requires not only technological innovation but also effective stakeholder engagement throughout the project lifecycle.</w:t>
      </w:r>
    </w:p>
    <w:p w14:paraId="624E7BA7" w14:textId="77777777" w:rsidR="001A6E52" w:rsidRPr="00A51736" w:rsidRDefault="00281488" w:rsidP="00A51736">
      <w:pPr>
        <w:jc w:val="both"/>
        <w:rPr>
          <w:rFonts w:cs="Arial"/>
        </w:rPr>
      </w:pPr>
      <w:r w:rsidRPr="00A51736">
        <w:rPr>
          <w:rFonts w:cs="Arial"/>
        </w:rPr>
        <w:t>ConnectPlus will provide several key features intended to improve customer engagement and competitive advantage. These include personalised product recommendations based on machine learning algorithms, digital reward programmes, customer data analytics to generate valuable business insights, and an enhanced user experience through intelligent and responsive digital interfaces. Together, these features are expected to improve customer satisfaction, encourage repeat purchases, and strengthen long-term customer loyalty.</w:t>
      </w:r>
    </w:p>
    <w:p w14:paraId="77EAB38B" w14:textId="0742079B" w:rsidR="001A6E52" w:rsidRPr="00A51736" w:rsidRDefault="00281488" w:rsidP="00A51736">
      <w:pPr>
        <w:jc w:val="both"/>
        <w:rPr>
          <w:rFonts w:cs="Arial"/>
        </w:rPr>
      </w:pPr>
      <w:r w:rsidRPr="00A51736">
        <w:rPr>
          <w:rFonts w:cs="Arial"/>
        </w:rPr>
        <w:t>The successful implementation of ConnectPlus depends on the effective engagement of both internal and external stakeholders. Large-scale digital transformation projects frequently experience delays, increased costs, or implementation failure when stakeholder expectations are not effectively managed. This report is underpinned by Freema</w:t>
      </w:r>
      <w:r w:rsidR="00A51736" w:rsidRPr="00A51736">
        <w:rPr>
          <w:rFonts w:cs="Arial"/>
        </w:rPr>
        <w:t>n’s</w:t>
      </w:r>
      <w:r w:rsidRPr="00A51736">
        <w:rPr>
          <w:rFonts w:cs="Arial"/>
        </w:rPr>
        <w:t xml:space="preserve"> (1984) Stakeholder Theory, which argues that organisations should consider the interests of all individuals and groups that can affect or be affected by organisational activities. This theoretical perspective provides the foundation for analysing stakeholder relationships and their contribution to project success.</w:t>
      </w:r>
    </w:p>
    <w:p w14:paraId="01F6E1B2" w14:textId="77777777" w:rsidR="001A6E52" w:rsidRPr="00A51736" w:rsidRDefault="00281488" w:rsidP="00A51736">
      <w:pPr>
        <w:jc w:val="both"/>
        <w:rPr>
          <w:rFonts w:cs="Arial"/>
        </w:rPr>
      </w:pPr>
      <w:r w:rsidRPr="00A51736">
        <w:rPr>
          <w:rFonts w:cs="Arial"/>
        </w:rPr>
        <w:t>To support this analysis, the report also applies the Mendelow Power–Interest Matrix (Mendelow, 1991) and the Stakeholder Salience Model developed by Mitchell, Agle and Wood (1997). These frameworks are used to identify, prioritise and evaluate stakeholders according to their influence, interests, legitimacy and urgency, enabling the development of appropriate stakeholder engagement strategies throughout the project lifecycle.</w:t>
      </w:r>
    </w:p>
    <w:p w14:paraId="773D296D" w14:textId="77777777" w:rsidR="001A6E52" w:rsidRPr="00A51736" w:rsidRDefault="00281488" w:rsidP="00A51736">
      <w:pPr>
        <w:jc w:val="both"/>
        <w:rPr>
          <w:rFonts w:cs="Arial"/>
        </w:rPr>
      </w:pPr>
      <w:r w:rsidRPr="00A51736">
        <w:rPr>
          <w:rFonts w:cs="Arial"/>
        </w:rPr>
        <w:t>Therefore, this report aims to identify and critically evaluate the key stakeholders involved in the ConnectPlus project, assess their roles, interests and influence, and recommend appropriate stakeholder engagement strategies. Furthermore, the report examines the benefits and challenges and ethical considerations associated with implementing an AI-powered customer engagement platform, demonstrating how effective stakeholder engagement contributes to organisational performance, sustainable business growth and long-term competitive advantage.</w:t>
      </w:r>
    </w:p>
    <w:p w14:paraId="006B2A8C" w14:textId="77777777" w:rsidR="001A6E52" w:rsidRPr="00A51736" w:rsidRDefault="00281488" w:rsidP="00A51736">
      <w:pPr>
        <w:pStyle w:val="Heading1"/>
        <w:jc w:val="both"/>
        <w:rPr>
          <w:rFonts w:ascii="Arial" w:hAnsi="Arial" w:cs="Arial"/>
        </w:rPr>
      </w:pPr>
      <w:bookmarkStart w:id="2" w:name="_Toc234781032"/>
      <w:r w:rsidRPr="00A51736">
        <w:rPr>
          <w:rFonts w:ascii="Arial" w:hAnsi="Arial" w:cs="Arial"/>
        </w:rPr>
        <w:lastRenderedPageBreak/>
        <w:t>2. SMART Objectives</w:t>
      </w:r>
      <w:bookmarkEnd w:id="2"/>
    </w:p>
    <w:p w14:paraId="2A4BEF4A" w14:textId="169487E9" w:rsidR="001A6E52" w:rsidRPr="00A51736" w:rsidRDefault="00281488" w:rsidP="00A51736">
      <w:pPr>
        <w:jc w:val="both"/>
        <w:rPr>
          <w:rFonts w:cs="Arial"/>
        </w:rPr>
      </w:pPr>
      <w:r w:rsidRPr="00A51736">
        <w:rPr>
          <w:rFonts w:cs="Arial"/>
        </w:rPr>
        <w:t>To ensure the project</w:t>
      </w:r>
      <w:r w:rsidR="00FF5ABB">
        <w:rPr>
          <w:rFonts w:cs="Arial"/>
        </w:rPr>
        <w:t>’</w:t>
      </w:r>
      <w:r w:rsidRPr="00A51736">
        <w:rPr>
          <w:rFonts w:cs="Arial"/>
        </w:rPr>
        <w:t>s success, the following SMART objectives have been defined for the ConnectPlus platform rollout:</w:t>
      </w:r>
    </w:p>
    <w:p w14:paraId="3E27A6BA" w14:textId="77777777" w:rsidR="001A6E52" w:rsidRPr="00A51736" w:rsidRDefault="00281488" w:rsidP="00A51736">
      <w:pPr>
        <w:jc w:val="both"/>
        <w:rPr>
          <w:rFonts w:cs="Arial"/>
        </w:rPr>
      </w:pPr>
      <w:r w:rsidRPr="00A51736">
        <w:rPr>
          <w:rFonts w:cs="Arial"/>
        </w:rPr>
        <w:t>Table 1. SMART Objectives for the ConnectPlus Platform Rollout</w:t>
      </w:r>
    </w:p>
    <w:tbl>
      <w:tblPr>
        <w:tblStyle w:val="TableGrid"/>
        <w:tblW w:w="0" w:type="auto"/>
        <w:tblLook w:val="04A0" w:firstRow="1" w:lastRow="0" w:firstColumn="1" w:lastColumn="0" w:noHBand="0" w:noVBand="1"/>
      </w:tblPr>
      <w:tblGrid>
        <w:gridCol w:w="4315"/>
        <w:gridCol w:w="4315"/>
      </w:tblGrid>
      <w:tr w:rsidR="001A6E52" w:rsidRPr="00A51736" w14:paraId="3E3445E5" w14:textId="77777777">
        <w:tc>
          <w:tcPr>
            <w:tcW w:w="4320" w:type="dxa"/>
          </w:tcPr>
          <w:p w14:paraId="1233FF6F" w14:textId="77777777" w:rsidR="001A6E52" w:rsidRPr="00796E6D" w:rsidRDefault="00281488" w:rsidP="00796E6D">
            <w:pPr>
              <w:jc w:val="center"/>
              <w:rPr>
                <w:rFonts w:cs="Arial"/>
                <w:b/>
                <w:bCs/>
              </w:rPr>
            </w:pPr>
            <w:r w:rsidRPr="00796E6D">
              <w:rPr>
                <w:rFonts w:cs="Arial"/>
                <w:b/>
                <w:bCs/>
              </w:rPr>
              <w:t>SMART Element</w:t>
            </w:r>
          </w:p>
        </w:tc>
        <w:tc>
          <w:tcPr>
            <w:tcW w:w="4320" w:type="dxa"/>
          </w:tcPr>
          <w:p w14:paraId="6FDAF6A0" w14:textId="77777777" w:rsidR="001A6E52" w:rsidRPr="00796E6D" w:rsidRDefault="00281488" w:rsidP="00796E6D">
            <w:pPr>
              <w:jc w:val="center"/>
              <w:rPr>
                <w:rFonts w:cs="Arial"/>
                <w:b/>
                <w:bCs/>
              </w:rPr>
            </w:pPr>
            <w:r w:rsidRPr="00796E6D">
              <w:rPr>
                <w:rFonts w:cs="Arial"/>
                <w:b/>
                <w:bCs/>
              </w:rPr>
              <w:t>Objective</w:t>
            </w:r>
          </w:p>
        </w:tc>
      </w:tr>
      <w:tr w:rsidR="001A6E52" w:rsidRPr="00A51736" w14:paraId="7261ED40" w14:textId="77777777">
        <w:tc>
          <w:tcPr>
            <w:tcW w:w="4320" w:type="dxa"/>
          </w:tcPr>
          <w:p w14:paraId="766A4013" w14:textId="77777777" w:rsidR="001A6E52" w:rsidRPr="00A51736" w:rsidRDefault="00281488" w:rsidP="00A51736">
            <w:pPr>
              <w:jc w:val="both"/>
              <w:rPr>
                <w:rFonts w:cs="Arial"/>
              </w:rPr>
            </w:pPr>
            <w:r w:rsidRPr="00A51736">
              <w:rPr>
                <w:rFonts w:cs="Arial"/>
              </w:rPr>
              <w:t>Specific</w:t>
            </w:r>
          </w:p>
        </w:tc>
        <w:tc>
          <w:tcPr>
            <w:tcW w:w="4320" w:type="dxa"/>
          </w:tcPr>
          <w:p w14:paraId="65290998" w14:textId="77777777" w:rsidR="001A6E52" w:rsidRPr="00A51736" w:rsidRDefault="00281488" w:rsidP="00A51736">
            <w:pPr>
              <w:jc w:val="both"/>
              <w:rPr>
                <w:rFonts w:cs="Arial"/>
              </w:rPr>
            </w:pPr>
            <w:r w:rsidRPr="00A51736">
              <w:rPr>
                <w:rFonts w:cs="Arial"/>
              </w:rPr>
              <w:t>Launch ConnectPlus in five major markets (UK, Germany, France, Japan, and USA) within 18 months.</w:t>
            </w:r>
          </w:p>
        </w:tc>
      </w:tr>
      <w:tr w:rsidR="001A6E52" w:rsidRPr="00A51736" w14:paraId="1CD3451A" w14:textId="77777777">
        <w:tc>
          <w:tcPr>
            <w:tcW w:w="4320" w:type="dxa"/>
          </w:tcPr>
          <w:p w14:paraId="31D792B5" w14:textId="77777777" w:rsidR="001A6E52" w:rsidRPr="00A51736" w:rsidRDefault="00281488" w:rsidP="00A51736">
            <w:pPr>
              <w:jc w:val="both"/>
              <w:rPr>
                <w:rFonts w:cs="Arial"/>
              </w:rPr>
            </w:pPr>
            <w:r w:rsidRPr="00A51736">
              <w:rPr>
                <w:rFonts w:cs="Arial"/>
              </w:rPr>
              <w:t>Measurable</w:t>
            </w:r>
          </w:p>
        </w:tc>
        <w:tc>
          <w:tcPr>
            <w:tcW w:w="4320" w:type="dxa"/>
          </w:tcPr>
          <w:p w14:paraId="3623F74E" w14:textId="77777777" w:rsidR="001A6E52" w:rsidRPr="00A51736" w:rsidRDefault="00281488" w:rsidP="00A51736">
            <w:pPr>
              <w:jc w:val="both"/>
              <w:rPr>
                <w:rFonts w:cs="Arial"/>
              </w:rPr>
            </w:pPr>
            <w:r w:rsidRPr="00A51736">
              <w:rPr>
                <w:rFonts w:cs="Arial"/>
              </w:rPr>
              <w:t>Achieve at least 70% customer engagement rate and increase customer retention by 40% within the first year of rollout.</w:t>
            </w:r>
          </w:p>
        </w:tc>
      </w:tr>
      <w:tr w:rsidR="001A6E52" w:rsidRPr="00A51736" w14:paraId="11236D48" w14:textId="77777777">
        <w:tc>
          <w:tcPr>
            <w:tcW w:w="4320" w:type="dxa"/>
          </w:tcPr>
          <w:p w14:paraId="700EC125" w14:textId="77777777" w:rsidR="001A6E52" w:rsidRPr="00A51736" w:rsidRDefault="00281488" w:rsidP="00A51736">
            <w:pPr>
              <w:jc w:val="both"/>
              <w:rPr>
                <w:rFonts w:cs="Arial"/>
              </w:rPr>
            </w:pPr>
            <w:r w:rsidRPr="00A51736">
              <w:rPr>
                <w:rFonts w:cs="Arial"/>
              </w:rPr>
              <w:t>Achievable</w:t>
            </w:r>
          </w:p>
        </w:tc>
        <w:tc>
          <w:tcPr>
            <w:tcW w:w="4320" w:type="dxa"/>
          </w:tcPr>
          <w:p w14:paraId="0114AC52" w14:textId="77777777" w:rsidR="001A6E52" w:rsidRPr="00A51736" w:rsidRDefault="00281488" w:rsidP="00A51736">
            <w:pPr>
              <w:jc w:val="both"/>
              <w:rPr>
                <w:rFonts w:cs="Arial"/>
              </w:rPr>
            </w:pPr>
            <w:r w:rsidRPr="00A51736">
              <w:rPr>
                <w:rFonts w:cs="Arial"/>
              </w:rPr>
              <w:t>Allocate sufficient AI specialists, marketing personnel, and customer service staff to support successful implementation.</w:t>
            </w:r>
          </w:p>
        </w:tc>
      </w:tr>
      <w:tr w:rsidR="001A6E52" w:rsidRPr="00A51736" w14:paraId="77AED5A2" w14:textId="77777777">
        <w:tc>
          <w:tcPr>
            <w:tcW w:w="4320" w:type="dxa"/>
          </w:tcPr>
          <w:p w14:paraId="17240C12" w14:textId="77777777" w:rsidR="001A6E52" w:rsidRPr="00A51736" w:rsidRDefault="00281488" w:rsidP="00A51736">
            <w:pPr>
              <w:jc w:val="both"/>
              <w:rPr>
                <w:rFonts w:cs="Arial"/>
              </w:rPr>
            </w:pPr>
            <w:r w:rsidRPr="00A51736">
              <w:rPr>
                <w:rFonts w:cs="Arial"/>
              </w:rPr>
              <w:t>Relevant</w:t>
            </w:r>
          </w:p>
        </w:tc>
        <w:tc>
          <w:tcPr>
            <w:tcW w:w="4320" w:type="dxa"/>
          </w:tcPr>
          <w:p w14:paraId="5CEFD442" w14:textId="07E5D732" w:rsidR="001A6E52" w:rsidRPr="00A51736" w:rsidRDefault="00281488" w:rsidP="00A51736">
            <w:pPr>
              <w:jc w:val="both"/>
              <w:rPr>
                <w:rFonts w:cs="Arial"/>
              </w:rPr>
            </w:pPr>
            <w:r w:rsidRPr="00A51736">
              <w:rPr>
                <w:rFonts w:cs="Arial"/>
              </w:rPr>
              <w:t xml:space="preserve">Strengthen customer loyalty and improve </w:t>
            </w:r>
            <w:r w:rsidR="002C647E">
              <w:rPr>
                <w:rFonts w:cs="Arial"/>
              </w:rPr>
              <w:t>Amazon’s</w:t>
            </w:r>
            <w:r w:rsidRPr="00A51736">
              <w:rPr>
                <w:rFonts w:cs="Arial"/>
              </w:rPr>
              <w:t xml:space="preserve"> competitive advantage by leveraging AI-driven personalisation.</w:t>
            </w:r>
          </w:p>
        </w:tc>
      </w:tr>
      <w:tr w:rsidR="001A6E52" w:rsidRPr="00A51736" w14:paraId="307AF55F" w14:textId="77777777">
        <w:tc>
          <w:tcPr>
            <w:tcW w:w="4320" w:type="dxa"/>
          </w:tcPr>
          <w:p w14:paraId="09468E5B" w14:textId="77777777" w:rsidR="001A6E52" w:rsidRPr="00A51736" w:rsidRDefault="00281488" w:rsidP="00A51736">
            <w:pPr>
              <w:jc w:val="both"/>
              <w:rPr>
                <w:rFonts w:cs="Arial"/>
              </w:rPr>
            </w:pPr>
            <w:r w:rsidRPr="00A51736">
              <w:rPr>
                <w:rFonts w:cs="Arial"/>
              </w:rPr>
              <w:t>Time-bound</w:t>
            </w:r>
          </w:p>
        </w:tc>
        <w:tc>
          <w:tcPr>
            <w:tcW w:w="4320" w:type="dxa"/>
          </w:tcPr>
          <w:p w14:paraId="72CFFF1D" w14:textId="77777777" w:rsidR="001A6E52" w:rsidRPr="00A51736" w:rsidRDefault="00281488" w:rsidP="00A51736">
            <w:pPr>
              <w:jc w:val="both"/>
              <w:rPr>
                <w:rFonts w:cs="Arial"/>
              </w:rPr>
            </w:pPr>
            <w:r w:rsidRPr="00A51736">
              <w:rPr>
                <w:rFonts w:cs="Arial"/>
              </w:rPr>
              <w:t>Complete platform development by Month 12 and achieve full global rollout by Month 18.</w:t>
            </w:r>
          </w:p>
        </w:tc>
      </w:tr>
    </w:tbl>
    <w:p w14:paraId="7823FE79" w14:textId="77777777" w:rsidR="001A6E52" w:rsidRPr="00A51736" w:rsidRDefault="00281488" w:rsidP="00A51736">
      <w:pPr>
        <w:jc w:val="both"/>
        <w:rPr>
          <w:rFonts w:cs="Arial"/>
        </w:rPr>
      </w:pPr>
      <w:r w:rsidRPr="00A51736">
        <w:rPr>
          <w:rFonts w:cs="Arial"/>
        </w:rPr>
        <w:t>Source: Author (2026).</w:t>
      </w:r>
    </w:p>
    <w:p w14:paraId="17E6544E" w14:textId="77777777" w:rsidR="001A6E52" w:rsidRPr="00A51736" w:rsidRDefault="00281488" w:rsidP="00A51736">
      <w:pPr>
        <w:pStyle w:val="Heading1"/>
        <w:jc w:val="both"/>
        <w:rPr>
          <w:rFonts w:ascii="Arial" w:hAnsi="Arial" w:cs="Arial"/>
        </w:rPr>
      </w:pPr>
      <w:bookmarkStart w:id="3" w:name="_Toc234781033"/>
      <w:r w:rsidRPr="00A51736">
        <w:rPr>
          <w:rFonts w:ascii="Arial" w:hAnsi="Arial" w:cs="Arial"/>
        </w:rPr>
        <w:t>3. Stakeholder Identification and Analysis</w:t>
      </w:r>
      <w:bookmarkEnd w:id="3"/>
    </w:p>
    <w:p w14:paraId="7A3D00FC" w14:textId="795CB22F" w:rsidR="001A6E52" w:rsidRPr="00A51736" w:rsidRDefault="00281488" w:rsidP="00A51736">
      <w:pPr>
        <w:jc w:val="both"/>
        <w:rPr>
          <w:rFonts w:cs="Arial"/>
        </w:rPr>
      </w:pPr>
      <w:r w:rsidRPr="00A51736">
        <w:rPr>
          <w:rFonts w:cs="Arial"/>
        </w:rPr>
        <w:t>Stakeholder identification and analysis is a critical component of project management, particularly for large-scale initiatives such as the ConnectPlus platform launch. Freema</w:t>
      </w:r>
      <w:r w:rsidR="00A51736" w:rsidRPr="00A51736">
        <w:rPr>
          <w:rFonts w:cs="Arial"/>
        </w:rPr>
        <w:t>n’s</w:t>
      </w:r>
      <w:r w:rsidRPr="00A51736">
        <w:rPr>
          <w:rFonts w:cs="Arial"/>
        </w:rPr>
        <w:t xml:space="preserve"> Stakeholder Theory provides a robust framework for understanding the diverse groups whose interests must be considered for project success (Freeman, 1984).</w:t>
      </w:r>
    </w:p>
    <w:p w14:paraId="115BBCC9" w14:textId="77777777" w:rsidR="001A6E52" w:rsidRPr="00A51736" w:rsidRDefault="00281488" w:rsidP="00A51736">
      <w:pPr>
        <w:pStyle w:val="Heading2"/>
        <w:jc w:val="both"/>
        <w:rPr>
          <w:rFonts w:ascii="Arial" w:hAnsi="Arial" w:cs="Arial"/>
          <w:sz w:val="24"/>
          <w:szCs w:val="24"/>
        </w:rPr>
      </w:pPr>
      <w:bookmarkStart w:id="4" w:name="_Toc234781034"/>
      <w:r w:rsidRPr="00A51736">
        <w:rPr>
          <w:rFonts w:ascii="Arial" w:hAnsi="Arial" w:cs="Arial"/>
          <w:sz w:val="24"/>
          <w:szCs w:val="24"/>
        </w:rPr>
        <w:t>3.1 Primary Internal Stakeholders</w:t>
      </w:r>
      <w:bookmarkEnd w:id="4"/>
    </w:p>
    <w:p w14:paraId="07661A9A" w14:textId="77777777" w:rsidR="001A6E52" w:rsidRPr="00A51736" w:rsidRDefault="00281488" w:rsidP="00A51736">
      <w:pPr>
        <w:jc w:val="both"/>
        <w:rPr>
          <w:rFonts w:cs="Arial"/>
        </w:rPr>
      </w:pPr>
      <w:r w:rsidRPr="00A51736">
        <w:rPr>
          <w:rFonts w:cs="Arial"/>
        </w:rPr>
        <w:t>Executive Leadership and Board of Directors: This group is primarily concerned with strategic alignment, financial returns, and competitive positioning. Their interest in ConnectPlus stems from its potential to generate revenue and establish Amazon as a leader in AI-driven engagement.</w:t>
      </w:r>
    </w:p>
    <w:p w14:paraId="73174688" w14:textId="77777777" w:rsidR="001A6E52" w:rsidRPr="00A51736" w:rsidRDefault="00281488" w:rsidP="00A51736">
      <w:pPr>
        <w:jc w:val="both"/>
        <w:rPr>
          <w:rFonts w:cs="Arial"/>
        </w:rPr>
      </w:pPr>
      <w:r w:rsidRPr="00A51736">
        <w:rPr>
          <w:rFonts w:cs="Arial"/>
        </w:rPr>
        <w:t>Product Development and Engineering Teams: Responsible for designing and maintaining the platform. They are invested in technical feasibility, innovation, and product quality.</w:t>
      </w:r>
    </w:p>
    <w:p w14:paraId="5EF9BF46" w14:textId="77777777" w:rsidR="001A6E52" w:rsidRPr="00A51736" w:rsidRDefault="00281488" w:rsidP="00A51736">
      <w:pPr>
        <w:jc w:val="both"/>
        <w:rPr>
          <w:rFonts w:cs="Arial"/>
        </w:rPr>
      </w:pPr>
      <w:r w:rsidRPr="00A51736">
        <w:rPr>
          <w:rFonts w:cs="Arial"/>
        </w:rPr>
        <w:t>Marketing and Sales Departments: Crucial for promoting ConnectPlus and driving customer adoption. They focus on market positioning and revenue generation.</w:t>
      </w:r>
    </w:p>
    <w:p w14:paraId="2E2BC19D" w14:textId="646A781D" w:rsidR="001A6E52" w:rsidRPr="00A51736" w:rsidRDefault="00B550DD" w:rsidP="00A51736">
      <w:pPr>
        <w:jc w:val="both"/>
        <w:rPr>
          <w:rFonts w:cs="Arial"/>
        </w:rPr>
      </w:pPr>
      <w:r>
        <w:rPr>
          <w:rFonts w:cs="Arial"/>
        </w:rPr>
        <w:t xml:space="preserve">Human Resources and </w:t>
      </w:r>
      <w:proofErr w:type="spellStart"/>
      <w:r>
        <w:rPr>
          <w:rFonts w:cs="Arial"/>
        </w:rPr>
        <w:t>Organisational</w:t>
      </w:r>
      <w:proofErr w:type="spellEnd"/>
      <w:r>
        <w:rPr>
          <w:rFonts w:cs="Arial"/>
        </w:rPr>
        <w:t xml:space="preserve"> Development: Responsible for managing workforce requirements, training programmes, and </w:t>
      </w:r>
      <w:proofErr w:type="spellStart"/>
      <w:r>
        <w:rPr>
          <w:rFonts w:cs="Arial"/>
        </w:rPr>
        <w:t>organisational</w:t>
      </w:r>
      <w:proofErr w:type="spellEnd"/>
      <w:r>
        <w:rPr>
          <w:rFonts w:cs="Arial"/>
        </w:rPr>
        <w:t xml:space="preserve"> change management.</w:t>
      </w:r>
      <w:r w:rsidR="00281488" w:rsidRPr="00A51736">
        <w:rPr>
          <w:rFonts w:cs="Arial"/>
        </w:rPr>
        <w:t xml:space="preserve"> </w:t>
      </w:r>
      <w:r w:rsidR="00281488" w:rsidRPr="00A51736">
        <w:rPr>
          <w:rFonts w:cs="Arial"/>
        </w:rPr>
        <w:lastRenderedPageBreak/>
        <w:t>Their interests include employee engagement, skill development, and ensuring staff are prepared for the platform launch.</w:t>
      </w:r>
    </w:p>
    <w:p w14:paraId="5FAF6E10" w14:textId="77777777" w:rsidR="001A6E52" w:rsidRPr="00A51736" w:rsidRDefault="00281488" w:rsidP="00A51736">
      <w:pPr>
        <w:pStyle w:val="Heading2"/>
        <w:jc w:val="both"/>
        <w:rPr>
          <w:rFonts w:ascii="Arial" w:hAnsi="Arial" w:cs="Arial"/>
          <w:sz w:val="24"/>
          <w:szCs w:val="24"/>
        </w:rPr>
      </w:pPr>
      <w:bookmarkStart w:id="5" w:name="_Toc234781035"/>
      <w:r w:rsidRPr="00A51736">
        <w:rPr>
          <w:rFonts w:ascii="Arial" w:hAnsi="Arial" w:cs="Arial"/>
          <w:sz w:val="24"/>
          <w:szCs w:val="24"/>
        </w:rPr>
        <w:t>3.2 Primary External Stakeholders</w:t>
      </w:r>
      <w:bookmarkEnd w:id="5"/>
    </w:p>
    <w:p w14:paraId="681E4755" w14:textId="282275ED" w:rsidR="001A6E52" w:rsidRPr="00A51736" w:rsidRDefault="00281488" w:rsidP="00A51736">
      <w:pPr>
        <w:jc w:val="both"/>
        <w:rPr>
          <w:rFonts w:cs="Arial"/>
        </w:rPr>
      </w:pPr>
      <w:r w:rsidRPr="00A51736">
        <w:rPr>
          <w:rFonts w:cs="Arial"/>
        </w:rPr>
        <w:t xml:space="preserve">Customers and End Users: The ultimate beneficiaries. </w:t>
      </w:r>
      <w:r w:rsidR="00B550DD">
        <w:rPr>
          <w:rFonts w:cs="Arial"/>
        </w:rPr>
        <w:t xml:space="preserve">Their interests </w:t>
      </w:r>
      <w:proofErr w:type="spellStart"/>
      <w:r w:rsidR="00B550DD">
        <w:rPr>
          <w:rFonts w:cs="Arial"/>
        </w:rPr>
        <w:t>centre</w:t>
      </w:r>
      <w:proofErr w:type="spellEnd"/>
      <w:r w:rsidR="00B550DD">
        <w:rPr>
          <w:rFonts w:cs="Arial"/>
        </w:rPr>
        <w:t xml:space="preserve"> on </w:t>
      </w:r>
      <w:proofErr w:type="spellStart"/>
      <w:r w:rsidR="00B550DD">
        <w:rPr>
          <w:rFonts w:cs="Arial"/>
        </w:rPr>
        <w:t>personalised</w:t>
      </w:r>
      <w:proofErr w:type="spellEnd"/>
      <w:r w:rsidR="00B550DD">
        <w:rPr>
          <w:rFonts w:cs="Arial"/>
        </w:rPr>
        <w:t xml:space="preserve"> experiences</w:t>
      </w:r>
      <w:r w:rsidRPr="00A51736">
        <w:rPr>
          <w:rFonts w:cs="Arial"/>
        </w:rPr>
        <w:t>, data privacy, and value for money.</w:t>
      </w:r>
    </w:p>
    <w:p w14:paraId="6CA37AD1" w14:textId="77777777" w:rsidR="001A6E52" w:rsidRPr="00A51736" w:rsidRDefault="00281488" w:rsidP="00A51736">
      <w:pPr>
        <w:jc w:val="both"/>
        <w:rPr>
          <w:rFonts w:cs="Arial"/>
        </w:rPr>
      </w:pPr>
      <w:r w:rsidRPr="00A51736">
        <w:rPr>
          <w:rFonts w:cs="Arial"/>
        </w:rPr>
        <w:t>Regulatory Bodies and Government Agencies: Oversee compliance with data protection laws (e.g., GDPR, CCPA). They require transparency regarding data handling and algorithmic fairness.</w:t>
      </w:r>
    </w:p>
    <w:p w14:paraId="56AB9631" w14:textId="77777777" w:rsidR="001A6E52" w:rsidRPr="00A51736" w:rsidRDefault="00281488" w:rsidP="00A51736">
      <w:pPr>
        <w:jc w:val="both"/>
        <w:rPr>
          <w:rFonts w:cs="Arial"/>
        </w:rPr>
      </w:pPr>
      <w:r w:rsidRPr="00A51736">
        <w:rPr>
          <w:rFonts w:cs="Arial"/>
        </w:rPr>
        <w:t>Technology Partners and Vendors: Provide essential infrastructure. They are interested in long-term business relationships and revenue opportunities.</w:t>
      </w:r>
    </w:p>
    <w:p w14:paraId="0FADAFCB" w14:textId="77777777" w:rsidR="001A6E52" w:rsidRPr="00A51736" w:rsidRDefault="00281488" w:rsidP="00A51736">
      <w:pPr>
        <w:jc w:val="both"/>
        <w:rPr>
          <w:rFonts w:cs="Arial"/>
        </w:rPr>
      </w:pPr>
      <w:r w:rsidRPr="00A51736">
        <w:rPr>
          <w:rFonts w:cs="Arial"/>
        </w:rPr>
        <w:t>Media and Public Opinion: Shape public perception and brand reputation. Their interests relate to corporate responsibility, innovation, ethical practices, and data privacy.</w:t>
      </w:r>
    </w:p>
    <w:p w14:paraId="153DB7FF" w14:textId="77777777" w:rsidR="001A6E52" w:rsidRPr="00A51736" w:rsidRDefault="00281488" w:rsidP="00A51736">
      <w:pPr>
        <w:pStyle w:val="Heading2"/>
        <w:jc w:val="both"/>
        <w:rPr>
          <w:rFonts w:ascii="Arial" w:hAnsi="Arial" w:cs="Arial"/>
          <w:sz w:val="24"/>
          <w:szCs w:val="24"/>
        </w:rPr>
      </w:pPr>
      <w:bookmarkStart w:id="6" w:name="_Toc234781036"/>
      <w:r w:rsidRPr="00A51736">
        <w:rPr>
          <w:rFonts w:ascii="Arial" w:hAnsi="Arial" w:cs="Arial"/>
          <w:sz w:val="24"/>
          <w:szCs w:val="24"/>
        </w:rPr>
        <w:t>3.3 Stakeholder Analysis Framework</w:t>
      </w:r>
      <w:bookmarkEnd w:id="6"/>
    </w:p>
    <w:p w14:paraId="7BC85C6B" w14:textId="7D8AB379" w:rsidR="001A6E52" w:rsidRPr="00A51736" w:rsidRDefault="00281488" w:rsidP="00A51736">
      <w:pPr>
        <w:jc w:val="both"/>
        <w:rPr>
          <w:rFonts w:cs="Arial"/>
        </w:rPr>
      </w:pPr>
      <w:r w:rsidRPr="00A51736">
        <w:rPr>
          <w:rFonts w:cs="Arial"/>
        </w:rPr>
        <w:t xml:space="preserve">To effectively manage stakeholder relationships, it is essential to </w:t>
      </w:r>
      <w:proofErr w:type="spellStart"/>
      <w:r w:rsidR="002C647E">
        <w:rPr>
          <w:rFonts w:cs="Arial"/>
        </w:rPr>
        <w:t>analyse</w:t>
      </w:r>
      <w:proofErr w:type="spellEnd"/>
      <w:r w:rsidR="002C647E">
        <w:rPr>
          <w:rFonts w:cs="Arial"/>
        </w:rPr>
        <w:t xml:space="preserve"> stakeholders</w:t>
      </w:r>
      <w:r w:rsidRPr="00A51736">
        <w:rPr>
          <w:rFonts w:cs="Arial"/>
        </w:rPr>
        <w:t xml:space="preserve"> based on their power and interest in the project. The Mendelow Matrix provides a practical tool for prioritising stakeholders according to their level of power and interest in the project, helping project managers allocate engagement resources efficiently (Mendelow, 1991). Additionally, according to Mitchell, Agle and Wood (1997), stakeholder salience is determined by three attributes: power, legitimacy and urgency. Executive leadership and regulatory bodies may be classified as definitive stakeholders because they possess all three attributes and therefore require the highest level of engagement and management attention. This Salience Model complements the Mendelow Matrix by providing a deeper understanding of stakeholder classification based on these three critical dimensions.</w:t>
      </w:r>
    </w:p>
    <w:p w14:paraId="508E6A35" w14:textId="4831BE09" w:rsidR="001A6E52" w:rsidRPr="00A51736" w:rsidRDefault="00281488" w:rsidP="00A51736">
      <w:pPr>
        <w:jc w:val="both"/>
        <w:rPr>
          <w:rFonts w:cs="Arial"/>
        </w:rPr>
      </w:pPr>
      <w:r w:rsidRPr="00A51736">
        <w:rPr>
          <w:rFonts w:cs="Arial"/>
        </w:rPr>
        <w:t>Table 2. Mendelow</w:t>
      </w:r>
      <w:r w:rsidR="00FF5ABB">
        <w:rPr>
          <w:rFonts w:cs="Arial"/>
        </w:rPr>
        <w:t>’</w:t>
      </w:r>
      <w:r w:rsidRPr="00A51736">
        <w:rPr>
          <w:rFonts w:cs="Arial"/>
        </w:rPr>
        <w:t>s Power–Interest Matrix for the ConnectPlus Project</w:t>
      </w:r>
    </w:p>
    <w:tbl>
      <w:tblPr>
        <w:tblStyle w:val="TableGrid"/>
        <w:tblW w:w="0" w:type="auto"/>
        <w:tblLook w:val="04A0" w:firstRow="1" w:lastRow="0" w:firstColumn="1" w:lastColumn="0" w:noHBand="0" w:noVBand="1"/>
      </w:tblPr>
      <w:tblGrid>
        <w:gridCol w:w="2876"/>
        <w:gridCol w:w="2877"/>
        <w:gridCol w:w="2877"/>
      </w:tblGrid>
      <w:tr w:rsidR="001A6E52" w:rsidRPr="00A51736" w14:paraId="6F1B431A" w14:textId="77777777">
        <w:tc>
          <w:tcPr>
            <w:tcW w:w="2880" w:type="dxa"/>
          </w:tcPr>
          <w:p w14:paraId="028D5E7B" w14:textId="77777777" w:rsidR="001A6E52" w:rsidRPr="00A51736" w:rsidRDefault="001A6E52" w:rsidP="00A51736">
            <w:pPr>
              <w:jc w:val="both"/>
              <w:rPr>
                <w:rFonts w:cs="Arial"/>
              </w:rPr>
            </w:pPr>
          </w:p>
        </w:tc>
        <w:tc>
          <w:tcPr>
            <w:tcW w:w="2880" w:type="dxa"/>
          </w:tcPr>
          <w:p w14:paraId="046E4564" w14:textId="77777777" w:rsidR="001A6E52" w:rsidRPr="00796E6D" w:rsidRDefault="00281488" w:rsidP="00796E6D">
            <w:pPr>
              <w:jc w:val="center"/>
              <w:rPr>
                <w:rFonts w:cs="Arial"/>
                <w:b/>
                <w:bCs/>
              </w:rPr>
            </w:pPr>
            <w:r w:rsidRPr="00796E6D">
              <w:rPr>
                <w:rFonts w:cs="Arial"/>
                <w:b/>
                <w:bCs/>
              </w:rPr>
              <w:t>High Interest</w:t>
            </w:r>
          </w:p>
        </w:tc>
        <w:tc>
          <w:tcPr>
            <w:tcW w:w="2880" w:type="dxa"/>
          </w:tcPr>
          <w:p w14:paraId="1568C35B" w14:textId="77777777" w:rsidR="001A6E52" w:rsidRPr="00796E6D" w:rsidRDefault="00281488" w:rsidP="00796E6D">
            <w:pPr>
              <w:jc w:val="center"/>
              <w:rPr>
                <w:rFonts w:cs="Arial"/>
                <w:b/>
                <w:bCs/>
              </w:rPr>
            </w:pPr>
            <w:r w:rsidRPr="00796E6D">
              <w:rPr>
                <w:rFonts w:cs="Arial"/>
                <w:b/>
                <w:bCs/>
              </w:rPr>
              <w:t>Low Interest</w:t>
            </w:r>
          </w:p>
        </w:tc>
      </w:tr>
      <w:tr w:rsidR="001A6E52" w:rsidRPr="00A51736" w14:paraId="1C67F2C2" w14:textId="77777777">
        <w:tc>
          <w:tcPr>
            <w:tcW w:w="2880" w:type="dxa"/>
          </w:tcPr>
          <w:p w14:paraId="03EA313A" w14:textId="77777777" w:rsidR="001A6E52" w:rsidRPr="00A51736" w:rsidRDefault="00281488" w:rsidP="00A51736">
            <w:pPr>
              <w:jc w:val="both"/>
              <w:rPr>
                <w:rFonts w:cs="Arial"/>
              </w:rPr>
            </w:pPr>
            <w:r w:rsidRPr="00A51736">
              <w:rPr>
                <w:rFonts w:cs="Arial"/>
              </w:rPr>
              <w:t>High Power</w:t>
            </w:r>
          </w:p>
        </w:tc>
        <w:tc>
          <w:tcPr>
            <w:tcW w:w="2880" w:type="dxa"/>
          </w:tcPr>
          <w:p w14:paraId="4A6F21D0" w14:textId="77777777" w:rsidR="001A6E52" w:rsidRPr="00A51736" w:rsidRDefault="00281488" w:rsidP="00A51736">
            <w:pPr>
              <w:jc w:val="both"/>
              <w:rPr>
                <w:rFonts w:cs="Arial"/>
              </w:rPr>
            </w:pPr>
            <w:r w:rsidRPr="00A51736">
              <w:rPr>
                <w:rFonts w:cs="Arial"/>
              </w:rPr>
              <w:t>Manage Closely: Executive Leadership, Product Development Teams</w:t>
            </w:r>
          </w:p>
        </w:tc>
        <w:tc>
          <w:tcPr>
            <w:tcW w:w="2880" w:type="dxa"/>
          </w:tcPr>
          <w:p w14:paraId="2470F4B1" w14:textId="77777777" w:rsidR="001A6E52" w:rsidRPr="00A51736" w:rsidRDefault="00281488" w:rsidP="00A51736">
            <w:pPr>
              <w:jc w:val="both"/>
              <w:rPr>
                <w:rFonts w:cs="Arial"/>
              </w:rPr>
            </w:pPr>
            <w:r w:rsidRPr="00A51736">
              <w:rPr>
                <w:rFonts w:cs="Arial"/>
              </w:rPr>
              <w:t>Keep Satisfied: Regulatory Bodies, Government Agencies</w:t>
            </w:r>
          </w:p>
        </w:tc>
      </w:tr>
      <w:tr w:rsidR="001A6E52" w:rsidRPr="00A51736" w14:paraId="1FA6FE7C" w14:textId="77777777">
        <w:tc>
          <w:tcPr>
            <w:tcW w:w="2880" w:type="dxa"/>
          </w:tcPr>
          <w:p w14:paraId="5AD8C8C1" w14:textId="77777777" w:rsidR="001A6E52" w:rsidRPr="00A51736" w:rsidRDefault="00281488" w:rsidP="00A51736">
            <w:pPr>
              <w:jc w:val="both"/>
              <w:rPr>
                <w:rFonts w:cs="Arial"/>
              </w:rPr>
            </w:pPr>
            <w:r w:rsidRPr="00A51736">
              <w:rPr>
                <w:rFonts w:cs="Arial"/>
              </w:rPr>
              <w:t>Low Power</w:t>
            </w:r>
          </w:p>
        </w:tc>
        <w:tc>
          <w:tcPr>
            <w:tcW w:w="2880" w:type="dxa"/>
          </w:tcPr>
          <w:p w14:paraId="499A6A81" w14:textId="77777777" w:rsidR="001A6E52" w:rsidRPr="00A51736" w:rsidRDefault="00281488" w:rsidP="00A51736">
            <w:pPr>
              <w:jc w:val="both"/>
              <w:rPr>
                <w:rFonts w:cs="Arial"/>
              </w:rPr>
            </w:pPr>
            <w:r w:rsidRPr="00A51736">
              <w:rPr>
                <w:rFonts w:cs="Arial"/>
              </w:rPr>
              <w:t>Keep Informed: Customers, Employees</w:t>
            </w:r>
          </w:p>
        </w:tc>
        <w:tc>
          <w:tcPr>
            <w:tcW w:w="2880" w:type="dxa"/>
          </w:tcPr>
          <w:p w14:paraId="43F4C143" w14:textId="77777777" w:rsidR="001A6E52" w:rsidRPr="00A51736" w:rsidRDefault="00281488" w:rsidP="00A51736">
            <w:pPr>
              <w:jc w:val="both"/>
              <w:rPr>
                <w:rFonts w:cs="Arial"/>
              </w:rPr>
            </w:pPr>
            <w:r w:rsidRPr="00A51736">
              <w:rPr>
                <w:rFonts w:cs="Arial"/>
              </w:rPr>
              <w:t>Monitor: Competitors, General Public, Industry Peers</w:t>
            </w:r>
          </w:p>
        </w:tc>
      </w:tr>
    </w:tbl>
    <w:p w14:paraId="647D9809" w14:textId="77777777" w:rsidR="001A6E52" w:rsidRPr="00A51736" w:rsidRDefault="00281488" w:rsidP="00A51736">
      <w:pPr>
        <w:jc w:val="both"/>
        <w:rPr>
          <w:rFonts w:cs="Arial"/>
        </w:rPr>
      </w:pPr>
      <w:r w:rsidRPr="00A51736">
        <w:rPr>
          <w:rFonts w:cs="Arial"/>
        </w:rPr>
        <w:t>Source: Adapted from Mendelow (1991).</w:t>
      </w:r>
    </w:p>
    <w:p w14:paraId="413E8BED" w14:textId="77777777" w:rsidR="001A6E52" w:rsidRPr="00A51736" w:rsidRDefault="00281488" w:rsidP="00A51736">
      <w:pPr>
        <w:jc w:val="both"/>
        <w:rPr>
          <w:rFonts w:cs="Arial"/>
        </w:rPr>
      </w:pPr>
      <w:r w:rsidRPr="00A51736">
        <w:rPr>
          <w:rFonts w:cs="Arial"/>
        </w:rPr>
        <w:t xml:space="preserve">The Mendelow Power–Interest Matrix demonstrates that Executive Leadership and Product Development Teams should be managed closely because they possess both high levels of power and interest in the ConnectPlus project. Regulatory Bodies should be kept satisfied due to their significant influence over compliance and legal approval, despite having lower day-to-day involvement. Customers and employees should be kept informed throughout the project lifecycle to encourage engagement and reduce resistance to </w:t>
      </w:r>
      <w:r w:rsidRPr="00A51736">
        <w:rPr>
          <w:rFonts w:cs="Arial"/>
        </w:rPr>
        <w:lastRenderedPageBreak/>
        <w:t>change, while competitors and the general public require regular monitoring to identify any changes in their level of influence or interest (Mendelow, 1991).</w:t>
      </w:r>
    </w:p>
    <w:p w14:paraId="178AEA34" w14:textId="4CC0C3F2" w:rsidR="001A6E52" w:rsidRPr="00A51736" w:rsidRDefault="00281488" w:rsidP="00A51736">
      <w:pPr>
        <w:pStyle w:val="Heading1"/>
        <w:jc w:val="both"/>
        <w:rPr>
          <w:rFonts w:ascii="Arial" w:hAnsi="Arial" w:cs="Arial"/>
        </w:rPr>
      </w:pPr>
      <w:bookmarkStart w:id="7" w:name="_Toc234781037"/>
      <w:r w:rsidRPr="00A51736">
        <w:rPr>
          <w:rFonts w:ascii="Arial" w:hAnsi="Arial" w:cs="Arial"/>
        </w:rPr>
        <w:t xml:space="preserve">4. </w:t>
      </w:r>
      <w:r w:rsidR="004E5A0A" w:rsidRPr="004E5A0A">
        <w:rPr>
          <w:rFonts w:ascii="Arial" w:hAnsi="Arial" w:cs="Arial"/>
        </w:rPr>
        <w:t>Stakeholder Roles and Communication</w:t>
      </w:r>
      <w:bookmarkEnd w:id="7"/>
    </w:p>
    <w:p w14:paraId="47477DF8" w14:textId="77777777" w:rsidR="001A6E52" w:rsidRPr="00A51736" w:rsidRDefault="00281488" w:rsidP="00A51736">
      <w:pPr>
        <w:jc w:val="both"/>
        <w:rPr>
          <w:rFonts w:cs="Arial"/>
        </w:rPr>
      </w:pPr>
      <w:r w:rsidRPr="00A51736">
        <w:rPr>
          <w:rFonts w:cs="Arial"/>
        </w:rPr>
        <w:t>Table 3. Communication Plan for Key Stakeholders</w:t>
      </w:r>
    </w:p>
    <w:tbl>
      <w:tblPr>
        <w:tblStyle w:val="TableGrid"/>
        <w:tblW w:w="0" w:type="auto"/>
        <w:tblLook w:val="04A0" w:firstRow="1" w:lastRow="0" w:firstColumn="1" w:lastColumn="0" w:noHBand="0" w:noVBand="1"/>
      </w:tblPr>
      <w:tblGrid>
        <w:gridCol w:w="1668"/>
        <w:gridCol w:w="1964"/>
        <w:gridCol w:w="1709"/>
        <w:gridCol w:w="1617"/>
        <w:gridCol w:w="1672"/>
      </w:tblGrid>
      <w:tr w:rsidR="001A6E52" w:rsidRPr="00A51736" w14:paraId="7058EC7B" w14:textId="77777777">
        <w:tc>
          <w:tcPr>
            <w:tcW w:w="1728" w:type="dxa"/>
          </w:tcPr>
          <w:p w14:paraId="1CB86BF6" w14:textId="77777777" w:rsidR="001A6E52" w:rsidRPr="00796E6D" w:rsidRDefault="00281488" w:rsidP="00796E6D">
            <w:pPr>
              <w:jc w:val="center"/>
              <w:rPr>
                <w:rFonts w:cs="Arial"/>
                <w:b/>
                <w:bCs/>
              </w:rPr>
            </w:pPr>
            <w:r w:rsidRPr="00796E6D">
              <w:rPr>
                <w:rFonts w:cs="Arial"/>
                <w:b/>
                <w:bCs/>
              </w:rPr>
              <w:t>Stakeholder</w:t>
            </w:r>
          </w:p>
        </w:tc>
        <w:tc>
          <w:tcPr>
            <w:tcW w:w="1728" w:type="dxa"/>
          </w:tcPr>
          <w:p w14:paraId="6A12802D" w14:textId="77777777" w:rsidR="001A6E52" w:rsidRPr="00796E6D" w:rsidRDefault="00281488" w:rsidP="00796E6D">
            <w:pPr>
              <w:jc w:val="center"/>
              <w:rPr>
                <w:rFonts w:cs="Arial"/>
                <w:b/>
                <w:bCs/>
              </w:rPr>
            </w:pPr>
            <w:r w:rsidRPr="00796E6D">
              <w:rPr>
                <w:rFonts w:cs="Arial"/>
                <w:b/>
                <w:bCs/>
              </w:rPr>
              <w:t>Role/Information Needs</w:t>
            </w:r>
          </w:p>
        </w:tc>
        <w:tc>
          <w:tcPr>
            <w:tcW w:w="1728" w:type="dxa"/>
          </w:tcPr>
          <w:p w14:paraId="62CC26F2" w14:textId="77777777" w:rsidR="001A6E52" w:rsidRPr="00796E6D" w:rsidRDefault="00281488" w:rsidP="00796E6D">
            <w:pPr>
              <w:jc w:val="center"/>
              <w:rPr>
                <w:rFonts w:cs="Arial"/>
                <w:b/>
                <w:bCs/>
              </w:rPr>
            </w:pPr>
            <w:r w:rsidRPr="00796E6D">
              <w:rPr>
                <w:rFonts w:cs="Arial"/>
                <w:b/>
                <w:bCs/>
              </w:rPr>
              <w:t>Channel</w:t>
            </w:r>
          </w:p>
        </w:tc>
        <w:tc>
          <w:tcPr>
            <w:tcW w:w="1728" w:type="dxa"/>
          </w:tcPr>
          <w:p w14:paraId="4CFF01A2" w14:textId="77777777" w:rsidR="001A6E52" w:rsidRPr="00796E6D" w:rsidRDefault="00281488" w:rsidP="00796E6D">
            <w:pPr>
              <w:jc w:val="center"/>
              <w:rPr>
                <w:rFonts w:cs="Arial"/>
                <w:b/>
                <w:bCs/>
              </w:rPr>
            </w:pPr>
            <w:r w:rsidRPr="00796E6D">
              <w:rPr>
                <w:rFonts w:cs="Arial"/>
                <w:b/>
                <w:bCs/>
              </w:rPr>
              <w:t>Frequency</w:t>
            </w:r>
          </w:p>
        </w:tc>
        <w:tc>
          <w:tcPr>
            <w:tcW w:w="1728" w:type="dxa"/>
          </w:tcPr>
          <w:p w14:paraId="6DEE7705" w14:textId="77777777" w:rsidR="001A6E52" w:rsidRPr="00796E6D" w:rsidRDefault="00281488" w:rsidP="00796E6D">
            <w:pPr>
              <w:jc w:val="center"/>
              <w:rPr>
                <w:rFonts w:cs="Arial"/>
                <w:b/>
                <w:bCs/>
              </w:rPr>
            </w:pPr>
            <w:r w:rsidRPr="00796E6D">
              <w:rPr>
                <w:rFonts w:cs="Arial"/>
                <w:b/>
                <w:bCs/>
              </w:rPr>
              <w:t>Responsible</w:t>
            </w:r>
          </w:p>
        </w:tc>
      </w:tr>
      <w:tr w:rsidR="001A6E52" w:rsidRPr="00A51736" w14:paraId="5F5E1831" w14:textId="77777777">
        <w:tc>
          <w:tcPr>
            <w:tcW w:w="1728" w:type="dxa"/>
          </w:tcPr>
          <w:p w14:paraId="1E7519A8" w14:textId="77777777" w:rsidR="001A6E52" w:rsidRPr="00A51736" w:rsidRDefault="00281488" w:rsidP="00A51736">
            <w:pPr>
              <w:jc w:val="both"/>
              <w:rPr>
                <w:rFonts w:cs="Arial"/>
              </w:rPr>
            </w:pPr>
            <w:r w:rsidRPr="00A51736">
              <w:rPr>
                <w:rFonts w:cs="Arial"/>
              </w:rPr>
              <w:t>Executive Leadership</w:t>
            </w:r>
          </w:p>
        </w:tc>
        <w:tc>
          <w:tcPr>
            <w:tcW w:w="1728" w:type="dxa"/>
          </w:tcPr>
          <w:p w14:paraId="0D65F5F6" w14:textId="77777777" w:rsidR="001A6E52" w:rsidRPr="00A51736" w:rsidRDefault="00281488" w:rsidP="00A51736">
            <w:pPr>
              <w:jc w:val="both"/>
              <w:rPr>
                <w:rFonts w:cs="Arial"/>
              </w:rPr>
            </w:pPr>
            <w:r w:rsidRPr="00A51736">
              <w:rPr>
                <w:rFonts w:cs="Arial"/>
              </w:rPr>
              <w:t>Strategic progress &amp; ROI</w:t>
            </w:r>
          </w:p>
        </w:tc>
        <w:tc>
          <w:tcPr>
            <w:tcW w:w="1728" w:type="dxa"/>
          </w:tcPr>
          <w:p w14:paraId="1B998D20" w14:textId="77777777" w:rsidR="001A6E52" w:rsidRPr="00A51736" w:rsidRDefault="00281488" w:rsidP="00A51736">
            <w:pPr>
              <w:jc w:val="both"/>
              <w:rPr>
                <w:rFonts w:cs="Arial"/>
              </w:rPr>
            </w:pPr>
            <w:r w:rsidRPr="00A51736">
              <w:rPr>
                <w:rFonts w:cs="Arial"/>
              </w:rPr>
              <w:t>Executive meetings</w:t>
            </w:r>
          </w:p>
        </w:tc>
        <w:tc>
          <w:tcPr>
            <w:tcW w:w="1728" w:type="dxa"/>
          </w:tcPr>
          <w:p w14:paraId="6CC7C549" w14:textId="77777777" w:rsidR="001A6E52" w:rsidRPr="00A51736" w:rsidRDefault="00281488" w:rsidP="00A51736">
            <w:pPr>
              <w:jc w:val="both"/>
              <w:rPr>
                <w:rFonts w:cs="Arial"/>
              </w:rPr>
            </w:pPr>
            <w:r w:rsidRPr="00A51736">
              <w:rPr>
                <w:rFonts w:cs="Arial"/>
              </w:rPr>
              <w:t>Weekly</w:t>
            </w:r>
          </w:p>
        </w:tc>
        <w:tc>
          <w:tcPr>
            <w:tcW w:w="1728" w:type="dxa"/>
          </w:tcPr>
          <w:p w14:paraId="46E8785B" w14:textId="77777777" w:rsidR="001A6E52" w:rsidRPr="00A51736" w:rsidRDefault="00281488" w:rsidP="00A51736">
            <w:pPr>
              <w:jc w:val="both"/>
              <w:rPr>
                <w:rFonts w:cs="Arial"/>
              </w:rPr>
            </w:pPr>
            <w:r w:rsidRPr="00A51736">
              <w:rPr>
                <w:rFonts w:cs="Arial"/>
              </w:rPr>
              <w:t>Project Manager</w:t>
            </w:r>
          </w:p>
        </w:tc>
      </w:tr>
      <w:tr w:rsidR="001A6E52" w:rsidRPr="00A51736" w14:paraId="380CF981" w14:textId="77777777">
        <w:tc>
          <w:tcPr>
            <w:tcW w:w="1728" w:type="dxa"/>
          </w:tcPr>
          <w:p w14:paraId="37D30789" w14:textId="77777777" w:rsidR="001A6E52" w:rsidRPr="00A51736" w:rsidRDefault="00281488" w:rsidP="00A51736">
            <w:pPr>
              <w:jc w:val="both"/>
              <w:rPr>
                <w:rFonts w:cs="Arial"/>
              </w:rPr>
            </w:pPr>
            <w:r w:rsidRPr="00A51736">
              <w:rPr>
                <w:rFonts w:cs="Arial"/>
              </w:rPr>
              <w:t>Product Development</w:t>
            </w:r>
          </w:p>
        </w:tc>
        <w:tc>
          <w:tcPr>
            <w:tcW w:w="1728" w:type="dxa"/>
          </w:tcPr>
          <w:p w14:paraId="35D4F6A6" w14:textId="77777777" w:rsidR="001A6E52" w:rsidRPr="00A51736" w:rsidRDefault="00281488" w:rsidP="00A51736">
            <w:pPr>
              <w:jc w:val="both"/>
              <w:rPr>
                <w:rFonts w:cs="Arial"/>
              </w:rPr>
            </w:pPr>
            <w:r w:rsidRPr="00A51736">
              <w:rPr>
                <w:rFonts w:cs="Arial"/>
              </w:rPr>
              <w:t>Technical updates &amp; issues</w:t>
            </w:r>
          </w:p>
        </w:tc>
        <w:tc>
          <w:tcPr>
            <w:tcW w:w="1728" w:type="dxa"/>
          </w:tcPr>
          <w:p w14:paraId="46071D04" w14:textId="77777777" w:rsidR="001A6E52" w:rsidRPr="00A51736" w:rsidRDefault="00281488" w:rsidP="00A51736">
            <w:pPr>
              <w:jc w:val="both"/>
              <w:rPr>
                <w:rFonts w:cs="Arial"/>
              </w:rPr>
            </w:pPr>
            <w:r w:rsidRPr="00A51736">
              <w:rPr>
                <w:rFonts w:cs="Arial"/>
              </w:rPr>
              <w:t>Scrum meetings</w:t>
            </w:r>
          </w:p>
        </w:tc>
        <w:tc>
          <w:tcPr>
            <w:tcW w:w="1728" w:type="dxa"/>
          </w:tcPr>
          <w:p w14:paraId="19F0ECB6" w14:textId="77777777" w:rsidR="001A6E52" w:rsidRPr="00A51736" w:rsidRDefault="00281488" w:rsidP="00A51736">
            <w:pPr>
              <w:jc w:val="both"/>
              <w:rPr>
                <w:rFonts w:cs="Arial"/>
              </w:rPr>
            </w:pPr>
            <w:r w:rsidRPr="00A51736">
              <w:rPr>
                <w:rFonts w:cs="Arial"/>
              </w:rPr>
              <w:t>Daily</w:t>
            </w:r>
          </w:p>
        </w:tc>
        <w:tc>
          <w:tcPr>
            <w:tcW w:w="1728" w:type="dxa"/>
          </w:tcPr>
          <w:p w14:paraId="4AB5B5D1" w14:textId="77777777" w:rsidR="001A6E52" w:rsidRPr="00A51736" w:rsidRDefault="00281488" w:rsidP="00A51736">
            <w:pPr>
              <w:jc w:val="both"/>
              <w:rPr>
                <w:rFonts w:cs="Arial"/>
              </w:rPr>
            </w:pPr>
            <w:r w:rsidRPr="00A51736">
              <w:rPr>
                <w:rFonts w:cs="Arial"/>
              </w:rPr>
              <w:t>Technical Lead</w:t>
            </w:r>
          </w:p>
        </w:tc>
      </w:tr>
      <w:tr w:rsidR="001A6E52" w:rsidRPr="00A51736" w14:paraId="131101A6" w14:textId="77777777">
        <w:tc>
          <w:tcPr>
            <w:tcW w:w="1728" w:type="dxa"/>
          </w:tcPr>
          <w:p w14:paraId="64CC96E3" w14:textId="77777777" w:rsidR="001A6E52" w:rsidRPr="00A51736" w:rsidRDefault="00281488" w:rsidP="00A51736">
            <w:pPr>
              <w:jc w:val="both"/>
              <w:rPr>
                <w:rFonts w:cs="Arial"/>
              </w:rPr>
            </w:pPr>
            <w:r w:rsidRPr="00A51736">
              <w:rPr>
                <w:rFonts w:cs="Arial"/>
              </w:rPr>
              <w:t>Customers</w:t>
            </w:r>
          </w:p>
        </w:tc>
        <w:tc>
          <w:tcPr>
            <w:tcW w:w="1728" w:type="dxa"/>
          </w:tcPr>
          <w:p w14:paraId="17C5782E" w14:textId="77777777" w:rsidR="001A6E52" w:rsidRPr="00A51736" w:rsidRDefault="00281488" w:rsidP="00A51736">
            <w:pPr>
              <w:jc w:val="both"/>
              <w:rPr>
                <w:rFonts w:cs="Arial"/>
              </w:rPr>
            </w:pPr>
            <w:r w:rsidRPr="00A51736">
              <w:rPr>
                <w:rFonts w:cs="Arial"/>
              </w:rPr>
              <w:t>New features &amp; benefits</w:t>
            </w:r>
          </w:p>
        </w:tc>
        <w:tc>
          <w:tcPr>
            <w:tcW w:w="1728" w:type="dxa"/>
          </w:tcPr>
          <w:p w14:paraId="0DA03DE7" w14:textId="77777777" w:rsidR="001A6E52" w:rsidRPr="00A51736" w:rsidRDefault="00281488" w:rsidP="00A51736">
            <w:pPr>
              <w:jc w:val="both"/>
              <w:rPr>
                <w:rFonts w:cs="Arial"/>
              </w:rPr>
            </w:pPr>
            <w:r w:rsidRPr="00A51736">
              <w:rPr>
                <w:rFonts w:cs="Arial"/>
              </w:rPr>
              <w:t>Email/App notifications</w:t>
            </w:r>
          </w:p>
        </w:tc>
        <w:tc>
          <w:tcPr>
            <w:tcW w:w="1728" w:type="dxa"/>
          </w:tcPr>
          <w:p w14:paraId="57737B71" w14:textId="77777777" w:rsidR="001A6E52" w:rsidRPr="00A51736" w:rsidRDefault="00281488" w:rsidP="00A51736">
            <w:pPr>
              <w:jc w:val="both"/>
              <w:rPr>
                <w:rFonts w:cs="Arial"/>
              </w:rPr>
            </w:pPr>
            <w:r w:rsidRPr="00A51736">
              <w:rPr>
                <w:rFonts w:cs="Arial"/>
              </w:rPr>
              <w:t>Monthly</w:t>
            </w:r>
          </w:p>
        </w:tc>
        <w:tc>
          <w:tcPr>
            <w:tcW w:w="1728" w:type="dxa"/>
          </w:tcPr>
          <w:p w14:paraId="0453848F" w14:textId="77777777" w:rsidR="001A6E52" w:rsidRPr="00A51736" w:rsidRDefault="00281488" w:rsidP="00A51736">
            <w:pPr>
              <w:jc w:val="both"/>
              <w:rPr>
                <w:rFonts w:cs="Arial"/>
              </w:rPr>
            </w:pPr>
            <w:r w:rsidRPr="00A51736">
              <w:rPr>
                <w:rFonts w:cs="Arial"/>
              </w:rPr>
              <w:t>Marketing Team</w:t>
            </w:r>
          </w:p>
        </w:tc>
      </w:tr>
      <w:tr w:rsidR="001A6E52" w:rsidRPr="00A51736" w14:paraId="7A2466FB" w14:textId="77777777">
        <w:tc>
          <w:tcPr>
            <w:tcW w:w="1728" w:type="dxa"/>
          </w:tcPr>
          <w:p w14:paraId="0E78EA6A" w14:textId="77777777" w:rsidR="001A6E52" w:rsidRPr="00A51736" w:rsidRDefault="00281488" w:rsidP="00A51736">
            <w:pPr>
              <w:jc w:val="both"/>
              <w:rPr>
                <w:rFonts w:cs="Arial"/>
              </w:rPr>
            </w:pPr>
            <w:r w:rsidRPr="00A51736">
              <w:rPr>
                <w:rFonts w:cs="Arial"/>
              </w:rPr>
              <w:t>Regulatory Bodies</w:t>
            </w:r>
          </w:p>
        </w:tc>
        <w:tc>
          <w:tcPr>
            <w:tcW w:w="1728" w:type="dxa"/>
          </w:tcPr>
          <w:p w14:paraId="4FC5A552" w14:textId="77777777" w:rsidR="001A6E52" w:rsidRPr="00A51736" w:rsidRDefault="00281488" w:rsidP="00A51736">
            <w:pPr>
              <w:jc w:val="both"/>
              <w:rPr>
                <w:rFonts w:cs="Arial"/>
              </w:rPr>
            </w:pPr>
            <w:r w:rsidRPr="00A51736">
              <w:rPr>
                <w:rFonts w:cs="Arial"/>
              </w:rPr>
              <w:t>Compliance reports</w:t>
            </w:r>
          </w:p>
        </w:tc>
        <w:tc>
          <w:tcPr>
            <w:tcW w:w="1728" w:type="dxa"/>
          </w:tcPr>
          <w:p w14:paraId="6C641932" w14:textId="77777777" w:rsidR="001A6E52" w:rsidRPr="00A51736" w:rsidRDefault="00281488" w:rsidP="00A51736">
            <w:pPr>
              <w:jc w:val="both"/>
              <w:rPr>
                <w:rFonts w:cs="Arial"/>
              </w:rPr>
            </w:pPr>
            <w:r w:rsidRPr="00A51736">
              <w:rPr>
                <w:rFonts w:cs="Arial"/>
              </w:rPr>
              <w:t>Formal documentation</w:t>
            </w:r>
          </w:p>
        </w:tc>
        <w:tc>
          <w:tcPr>
            <w:tcW w:w="1728" w:type="dxa"/>
          </w:tcPr>
          <w:p w14:paraId="57278E45" w14:textId="77777777" w:rsidR="001A6E52" w:rsidRPr="00A51736" w:rsidRDefault="00281488" w:rsidP="00A51736">
            <w:pPr>
              <w:jc w:val="both"/>
              <w:rPr>
                <w:rFonts w:cs="Arial"/>
              </w:rPr>
            </w:pPr>
            <w:r w:rsidRPr="00A51736">
              <w:rPr>
                <w:rFonts w:cs="Arial"/>
              </w:rPr>
              <w:t>Quarterly</w:t>
            </w:r>
          </w:p>
        </w:tc>
        <w:tc>
          <w:tcPr>
            <w:tcW w:w="1728" w:type="dxa"/>
          </w:tcPr>
          <w:p w14:paraId="2389D7B1" w14:textId="77777777" w:rsidR="001A6E52" w:rsidRPr="00A51736" w:rsidRDefault="00281488" w:rsidP="00A51736">
            <w:pPr>
              <w:jc w:val="both"/>
              <w:rPr>
                <w:rFonts w:cs="Arial"/>
              </w:rPr>
            </w:pPr>
            <w:r w:rsidRPr="00A51736">
              <w:rPr>
                <w:rFonts w:cs="Arial"/>
              </w:rPr>
              <w:t>Legal Team</w:t>
            </w:r>
          </w:p>
        </w:tc>
      </w:tr>
      <w:tr w:rsidR="001A6E52" w:rsidRPr="00A51736" w14:paraId="18FA1C74" w14:textId="77777777">
        <w:tc>
          <w:tcPr>
            <w:tcW w:w="1728" w:type="dxa"/>
          </w:tcPr>
          <w:p w14:paraId="618FA889" w14:textId="77777777" w:rsidR="001A6E52" w:rsidRPr="00A51736" w:rsidRDefault="00281488" w:rsidP="00A51736">
            <w:pPr>
              <w:jc w:val="both"/>
              <w:rPr>
                <w:rFonts w:cs="Arial"/>
              </w:rPr>
            </w:pPr>
            <w:r w:rsidRPr="00A51736">
              <w:rPr>
                <w:rFonts w:cs="Arial"/>
              </w:rPr>
              <w:t>Technology Partners</w:t>
            </w:r>
          </w:p>
        </w:tc>
        <w:tc>
          <w:tcPr>
            <w:tcW w:w="1728" w:type="dxa"/>
          </w:tcPr>
          <w:p w14:paraId="5F418BA0" w14:textId="77777777" w:rsidR="001A6E52" w:rsidRPr="00A51736" w:rsidRDefault="00281488" w:rsidP="00A51736">
            <w:pPr>
              <w:jc w:val="both"/>
              <w:rPr>
                <w:rFonts w:cs="Arial"/>
              </w:rPr>
            </w:pPr>
            <w:r w:rsidRPr="00A51736">
              <w:rPr>
                <w:rFonts w:cs="Arial"/>
              </w:rPr>
              <w:t>Integration status</w:t>
            </w:r>
          </w:p>
        </w:tc>
        <w:tc>
          <w:tcPr>
            <w:tcW w:w="1728" w:type="dxa"/>
          </w:tcPr>
          <w:p w14:paraId="70965CA1" w14:textId="77777777" w:rsidR="001A6E52" w:rsidRPr="00A51736" w:rsidRDefault="00281488" w:rsidP="00A51736">
            <w:pPr>
              <w:jc w:val="both"/>
              <w:rPr>
                <w:rFonts w:cs="Arial"/>
              </w:rPr>
            </w:pPr>
            <w:r w:rsidRPr="00A51736">
              <w:rPr>
                <w:rFonts w:cs="Arial"/>
              </w:rPr>
              <w:t>Online meetings</w:t>
            </w:r>
          </w:p>
        </w:tc>
        <w:tc>
          <w:tcPr>
            <w:tcW w:w="1728" w:type="dxa"/>
          </w:tcPr>
          <w:p w14:paraId="536C6EB8" w14:textId="77777777" w:rsidR="001A6E52" w:rsidRPr="00A51736" w:rsidRDefault="00281488" w:rsidP="00A51736">
            <w:pPr>
              <w:jc w:val="both"/>
              <w:rPr>
                <w:rFonts w:cs="Arial"/>
              </w:rPr>
            </w:pPr>
            <w:r w:rsidRPr="00A51736">
              <w:rPr>
                <w:rFonts w:cs="Arial"/>
              </w:rPr>
              <w:t>Monthly</w:t>
            </w:r>
          </w:p>
        </w:tc>
        <w:tc>
          <w:tcPr>
            <w:tcW w:w="1728" w:type="dxa"/>
          </w:tcPr>
          <w:p w14:paraId="01E067C8" w14:textId="77777777" w:rsidR="001A6E52" w:rsidRPr="00A51736" w:rsidRDefault="00281488" w:rsidP="00A51736">
            <w:pPr>
              <w:jc w:val="both"/>
              <w:rPr>
                <w:rFonts w:cs="Arial"/>
              </w:rPr>
            </w:pPr>
            <w:r w:rsidRPr="00A51736">
              <w:rPr>
                <w:rFonts w:cs="Arial"/>
              </w:rPr>
              <w:t>Project Manager</w:t>
            </w:r>
          </w:p>
        </w:tc>
      </w:tr>
    </w:tbl>
    <w:p w14:paraId="4E225BD8" w14:textId="77777777" w:rsidR="001A6E52" w:rsidRPr="00A51736" w:rsidRDefault="00281488" w:rsidP="00A51736">
      <w:pPr>
        <w:jc w:val="both"/>
        <w:rPr>
          <w:rFonts w:cs="Arial"/>
        </w:rPr>
      </w:pPr>
      <w:r w:rsidRPr="00A51736">
        <w:rPr>
          <w:rFonts w:cs="Arial"/>
        </w:rPr>
        <w:t>Source: Author (2026).</w:t>
      </w:r>
    </w:p>
    <w:p w14:paraId="172A45D0" w14:textId="77777777" w:rsidR="001A6E52" w:rsidRPr="00A51736" w:rsidRDefault="00281488" w:rsidP="00A51736">
      <w:pPr>
        <w:jc w:val="both"/>
        <w:rPr>
          <w:rFonts w:cs="Arial"/>
        </w:rPr>
      </w:pPr>
      <w:r w:rsidRPr="00A51736">
        <w:rPr>
          <w:rFonts w:cs="Arial"/>
        </w:rPr>
        <w:t>The communication plan outlines how information will be shared with each stakeholder group throughout the ConnectPlus project. Regular and transparent communication helps build trust, manage expectations, and improve stakeholder engagement.</w:t>
      </w:r>
    </w:p>
    <w:p w14:paraId="4BC4F5F5" w14:textId="0BBC03C9" w:rsidR="001A6E52" w:rsidRPr="00A51736" w:rsidRDefault="00281488" w:rsidP="00A51736">
      <w:pPr>
        <w:jc w:val="both"/>
        <w:rPr>
          <w:rFonts w:cs="Arial"/>
        </w:rPr>
      </w:pPr>
      <w:r w:rsidRPr="005773FE">
        <w:rPr>
          <w:rFonts w:cs="Arial"/>
          <w:b/>
          <w:bCs/>
        </w:rPr>
        <w:t>Executive Leadership</w:t>
      </w:r>
      <w:r w:rsidR="005773FE">
        <w:rPr>
          <w:rFonts w:cs="Arial"/>
          <w:b/>
          <w:bCs/>
        </w:rPr>
        <w:t>:</w:t>
      </w:r>
      <w:r w:rsidRPr="00A51736">
        <w:rPr>
          <w:rFonts w:cs="Arial"/>
        </w:rPr>
        <w:t xml:space="preserve"> </w:t>
      </w:r>
      <w:r w:rsidR="001051DA">
        <w:rPr>
          <w:rFonts w:cs="Arial"/>
        </w:rPr>
        <w:t>B</w:t>
      </w:r>
      <w:r w:rsidRPr="00A51736">
        <w:rPr>
          <w:rFonts w:cs="Arial"/>
        </w:rPr>
        <w:t>ears ultimate responsibility for strategic direction, resource allocation, and organisational accountability. Benefits include positioning Amazon as an innovation leader in AI-driven customer engagement, generating substantial revenue streams, and enhancing shareholder value. However, executives face significant financial risk, as large-scale technology projects frequently experience cost overruns and timeline delays (Flyvbjerg et al., 2003).</w:t>
      </w:r>
    </w:p>
    <w:p w14:paraId="5E1C9716" w14:textId="6686ADE7" w:rsidR="001A6E52" w:rsidRPr="00A51736" w:rsidRDefault="00FE547D" w:rsidP="00A51736">
      <w:pPr>
        <w:jc w:val="both"/>
        <w:rPr>
          <w:rFonts w:cs="Arial"/>
        </w:rPr>
      </w:pPr>
      <w:r w:rsidRPr="00FE547D">
        <w:rPr>
          <w:rFonts w:cs="Arial"/>
          <w:b/>
          <w:bCs/>
        </w:rPr>
        <w:t xml:space="preserve">Product Development Teams: </w:t>
      </w:r>
      <w:r w:rsidRPr="001051DA">
        <w:rPr>
          <w:rFonts w:cs="Arial"/>
        </w:rPr>
        <w:t>Translate the strategic vision into functional reality</w:t>
      </w:r>
      <w:r w:rsidR="00281488" w:rsidRPr="001051DA">
        <w:rPr>
          <w:rFonts w:cs="Arial"/>
        </w:rPr>
        <w:t>.</w:t>
      </w:r>
      <w:r w:rsidR="00281488" w:rsidRPr="00A51736">
        <w:rPr>
          <w:rFonts w:cs="Arial"/>
        </w:rPr>
        <w:t xml:space="preserve"> Benefits include enhanced team reputation, opportunities for career advancement, and skill development in cutting-edge AI technologies. Challenges include intense pressure to meet aggressive timelines while maintaining code quality and system security (Brynjolfsson and McAfee, 2014).</w:t>
      </w:r>
    </w:p>
    <w:p w14:paraId="09DD1417" w14:textId="159B8B3A" w:rsidR="001A6E52" w:rsidRPr="00A51736" w:rsidRDefault="00281488" w:rsidP="00A51736">
      <w:pPr>
        <w:jc w:val="both"/>
        <w:rPr>
          <w:rFonts w:cs="Arial"/>
        </w:rPr>
      </w:pPr>
      <w:r w:rsidRPr="004F5399">
        <w:rPr>
          <w:rFonts w:cs="Arial"/>
          <w:b/>
          <w:bCs/>
        </w:rPr>
        <w:t>Marketing and Sales Departments</w:t>
      </w:r>
      <w:r w:rsidR="00822494">
        <w:rPr>
          <w:rFonts w:cs="Arial"/>
          <w:b/>
          <w:bCs/>
        </w:rPr>
        <w:t>:</w:t>
      </w:r>
      <w:r w:rsidRPr="00A51736">
        <w:rPr>
          <w:rFonts w:cs="Arial"/>
        </w:rPr>
        <w:t xml:space="preserve"> </w:t>
      </w:r>
      <w:r w:rsidR="001051DA">
        <w:rPr>
          <w:rFonts w:cs="Arial"/>
        </w:rPr>
        <w:t>M</w:t>
      </w:r>
      <w:r w:rsidRPr="00A51736">
        <w:rPr>
          <w:rFonts w:cs="Arial"/>
        </w:rPr>
        <w:t>ust create compelling narratives about platform capabilities and drive adoption. Benefits include revenue generation and increased organisational visibility. A critical tension emerges between marketing promises and product reality, requiring careful expectation management (Kotler and Keller, 2016).</w:t>
      </w:r>
    </w:p>
    <w:p w14:paraId="01587BD1" w14:textId="2238EF9E" w:rsidR="001A6E52" w:rsidRPr="00A51736" w:rsidRDefault="00281488" w:rsidP="00A51736">
      <w:pPr>
        <w:jc w:val="both"/>
        <w:rPr>
          <w:rFonts w:cs="Arial"/>
        </w:rPr>
      </w:pPr>
      <w:r w:rsidRPr="00822494">
        <w:rPr>
          <w:rFonts w:cs="Arial"/>
          <w:b/>
          <w:bCs/>
        </w:rPr>
        <w:t>Customers and End Users</w:t>
      </w:r>
      <w:r w:rsidR="00822494" w:rsidRPr="00DA4615">
        <w:rPr>
          <w:rFonts w:cs="Arial"/>
          <w:b/>
          <w:bCs/>
        </w:rPr>
        <w:t>:</w:t>
      </w:r>
      <w:r w:rsidRPr="00A51736">
        <w:rPr>
          <w:rFonts w:cs="Arial"/>
        </w:rPr>
        <w:t xml:space="preserve"> </w:t>
      </w:r>
      <w:r w:rsidR="001051DA">
        <w:rPr>
          <w:rFonts w:cs="Arial"/>
        </w:rPr>
        <w:t>G</w:t>
      </w:r>
      <w:r w:rsidRPr="00A51736">
        <w:rPr>
          <w:rFonts w:cs="Arial"/>
        </w:rPr>
        <w:t xml:space="preserve">ain access to </w:t>
      </w:r>
      <w:proofErr w:type="spellStart"/>
      <w:r w:rsidRPr="00A51736">
        <w:rPr>
          <w:rFonts w:cs="Arial"/>
        </w:rPr>
        <w:t>personalised</w:t>
      </w:r>
      <w:proofErr w:type="spellEnd"/>
      <w:r w:rsidRPr="00A51736">
        <w:rPr>
          <w:rFonts w:cs="Arial"/>
        </w:rPr>
        <w:t xml:space="preserve"> recommendations and tailored rewards. However, a fundamental tension exists between personalisation benefits and data privacy concerns, requiring trust in Amazo</w:t>
      </w:r>
      <w:r w:rsidR="00A51736" w:rsidRPr="00A51736">
        <w:rPr>
          <w:rFonts w:cs="Arial"/>
        </w:rPr>
        <w:t>n’s</w:t>
      </w:r>
      <w:r w:rsidRPr="00A51736">
        <w:rPr>
          <w:rFonts w:cs="Arial"/>
        </w:rPr>
        <w:t xml:space="preserve"> data handling (Zuboff, 2019).</w:t>
      </w:r>
    </w:p>
    <w:p w14:paraId="3A92C303" w14:textId="185B4C90" w:rsidR="001A6E52" w:rsidRPr="00A51736" w:rsidRDefault="00281488" w:rsidP="00A51736">
      <w:pPr>
        <w:jc w:val="both"/>
        <w:rPr>
          <w:rFonts w:cs="Arial"/>
        </w:rPr>
      </w:pPr>
      <w:r w:rsidRPr="005773FE">
        <w:rPr>
          <w:rFonts w:cs="Arial"/>
          <w:b/>
          <w:bCs/>
        </w:rPr>
        <w:lastRenderedPageBreak/>
        <w:t>Regulatory Bodies</w:t>
      </w:r>
      <w:r w:rsidR="00FF5ABB">
        <w:rPr>
          <w:rFonts w:cs="Arial"/>
        </w:rPr>
        <w:t xml:space="preserve">: </w:t>
      </w:r>
      <w:r w:rsidR="001051DA">
        <w:rPr>
          <w:rFonts w:cs="Arial"/>
        </w:rPr>
        <w:t>M</w:t>
      </w:r>
      <w:r w:rsidRPr="00A51736">
        <w:rPr>
          <w:rFonts w:cs="Arial"/>
        </w:rPr>
        <w:t>ust ensure compliance with data protection laws and consumer protection regulations. They increasingly scrutinise AI systems for bias and fairness, requiring transparent communication regarding data handling practices.</w:t>
      </w:r>
    </w:p>
    <w:p w14:paraId="2B502BE0" w14:textId="4AD36CF2" w:rsidR="001A6E52" w:rsidRPr="00A51736" w:rsidRDefault="00FF5ABB" w:rsidP="00A51736">
      <w:pPr>
        <w:jc w:val="both"/>
        <w:rPr>
          <w:rFonts w:cs="Arial"/>
        </w:rPr>
      </w:pPr>
      <w:r>
        <w:rPr>
          <w:rFonts w:cs="Arial"/>
          <w:b/>
          <w:bCs/>
        </w:rPr>
        <w:t>Te</w:t>
      </w:r>
      <w:r w:rsidR="00281488" w:rsidRPr="00FF5ABB">
        <w:rPr>
          <w:rFonts w:cs="Arial"/>
          <w:b/>
          <w:bCs/>
        </w:rPr>
        <w:t>chnology Partners and Vendors</w:t>
      </w:r>
      <w:r>
        <w:rPr>
          <w:rFonts w:cs="Arial"/>
          <w:b/>
          <w:bCs/>
        </w:rPr>
        <w:t>:</w:t>
      </w:r>
      <w:r w:rsidR="00281488" w:rsidRPr="00A51736">
        <w:rPr>
          <w:rFonts w:cs="Arial"/>
        </w:rPr>
        <w:t xml:space="preserve"> </w:t>
      </w:r>
      <w:r w:rsidR="001051DA">
        <w:rPr>
          <w:rFonts w:cs="Arial"/>
        </w:rPr>
        <w:t>P</w:t>
      </w:r>
      <w:r w:rsidR="00281488" w:rsidRPr="00A51736">
        <w:rPr>
          <w:rFonts w:cs="Arial"/>
        </w:rPr>
        <w:t>rovide critical infrastructure. Benefits include revenue opportunities and long-term business relationships. A tension exists between vendor dependency and Amazo</w:t>
      </w:r>
      <w:r w:rsidR="00A51736" w:rsidRPr="00A51736">
        <w:rPr>
          <w:rFonts w:cs="Arial"/>
        </w:rPr>
        <w:t>n’s</w:t>
      </w:r>
      <w:r w:rsidR="00281488" w:rsidRPr="00A51736">
        <w:rPr>
          <w:rFonts w:cs="Arial"/>
        </w:rPr>
        <w:t xml:space="preserve"> desire for technological autonomy (Porter, 1985).</w:t>
      </w:r>
    </w:p>
    <w:p w14:paraId="3DAFF0E4" w14:textId="77777777" w:rsidR="001A6E52" w:rsidRPr="00A51736" w:rsidRDefault="00281488" w:rsidP="00A51736">
      <w:pPr>
        <w:pStyle w:val="Heading1"/>
        <w:jc w:val="both"/>
        <w:rPr>
          <w:rFonts w:ascii="Arial" w:hAnsi="Arial" w:cs="Arial"/>
        </w:rPr>
      </w:pPr>
      <w:bookmarkStart w:id="8" w:name="_Toc234781038"/>
      <w:r w:rsidRPr="00A51736">
        <w:rPr>
          <w:rFonts w:ascii="Arial" w:hAnsi="Arial" w:cs="Arial"/>
        </w:rPr>
        <w:t>5. Stakeholder Engagement Process and Conflict Management</w:t>
      </w:r>
      <w:bookmarkEnd w:id="8"/>
    </w:p>
    <w:p w14:paraId="21B91D5E" w14:textId="23B22D5C" w:rsidR="001A6E52" w:rsidRPr="00A51736" w:rsidRDefault="00281488" w:rsidP="00A51736">
      <w:pPr>
        <w:jc w:val="both"/>
        <w:rPr>
          <w:rFonts w:cs="Arial"/>
        </w:rPr>
      </w:pPr>
      <w:r w:rsidRPr="00A51736">
        <w:rPr>
          <w:rFonts w:cs="Arial"/>
        </w:rPr>
        <w:t>Effective stakeholder engagement requires a systematic five-step process: Planning and Preparation (identifying interests and concerns), Engagement and Communication (tailored communication), Collaboration and Partnership Development (forums for input), Conflict Resolution and Issue Management (negotiation and compromise), and Evaluation and Relationship Maintenance (ongoing assessment) (Savage et al., 1991).</w:t>
      </w:r>
    </w:p>
    <w:p w14:paraId="55A85E03" w14:textId="1A703094" w:rsidR="001A6E52" w:rsidRPr="00A51736" w:rsidRDefault="00281488" w:rsidP="00A51736">
      <w:pPr>
        <w:jc w:val="both"/>
        <w:rPr>
          <w:rFonts w:cs="Arial"/>
        </w:rPr>
      </w:pPr>
      <w:r w:rsidRPr="00A51736">
        <w:rPr>
          <w:rFonts w:cs="Arial"/>
        </w:rPr>
        <w:t xml:space="preserve">To manage the gap between Stakeholder Wants and Needs (SWANS) and the </w:t>
      </w:r>
      <w:proofErr w:type="spellStart"/>
      <w:r w:rsidR="002C647E">
        <w:rPr>
          <w:rFonts w:cs="Arial"/>
        </w:rPr>
        <w:t>Organisation’s</w:t>
      </w:r>
      <w:proofErr w:type="spellEnd"/>
      <w:r w:rsidRPr="00A51736">
        <w:rPr>
          <w:rFonts w:cs="Arial"/>
        </w:rPr>
        <w:t xml:space="preserve"> Wants and Needs (OWANS), the project manager must align expectations early in the project lifecycle. SWANS refers to what stakeholders expect and desire from the project, while OWANS represents the </w:t>
      </w:r>
      <w:proofErr w:type="spellStart"/>
      <w:r w:rsidRPr="00A51736">
        <w:rPr>
          <w:rFonts w:cs="Arial"/>
        </w:rPr>
        <w:t>organisatio</w:t>
      </w:r>
      <w:r w:rsidR="00A51736" w:rsidRPr="00A51736">
        <w:rPr>
          <w:rFonts w:cs="Arial"/>
        </w:rPr>
        <w:t>n’s</w:t>
      </w:r>
      <w:proofErr w:type="spellEnd"/>
      <w:r w:rsidRPr="00A51736">
        <w:rPr>
          <w:rFonts w:cs="Arial"/>
        </w:rPr>
        <w:t xml:space="preserve"> objectives and requirements. Effective alignment between SWANS and OWANS is crucial for reducing risks and increasing opportunities for project success, ensuring that the expectations of both parties are considered and managed transparently.</w:t>
      </w:r>
    </w:p>
    <w:p w14:paraId="372B8224" w14:textId="0AA4A414" w:rsidR="001A6E52" w:rsidRPr="00A51736" w:rsidRDefault="00281488" w:rsidP="00A51736">
      <w:pPr>
        <w:jc w:val="both"/>
        <w:rPr>
          <w:rFonts w:cs="Arial"/>
        </w:rPr>
      </w:pPr>
      <w:r w:rsidRPr="00A51736">
        <w:rPr>
          <w:rFonts w:cs="Arial"/>
        </w:rPr>
        <w:t>The RACI Matrix (Responsible, Accountable, Consulted, Informed) is fundamental for clarifying decision-making authority and preventing confusion about who is responsible for each activity, who is ultimately accountable, who should be consulted during decision-making, and who should be informed about project progress.</w:t>
      </w:r>
    </w:p>
    <w:p w14:paraId="1B2C6BE2" w14:textId="77777777" w:rsidR="001A6E52" w:rsidRPr="00A51736" w:rsidRDefault="00281488" w:rsidP="00A51736">
      <w:pPr>
        <w:jc w:val="both"/>
        <w:rPr>
          <w:rFonts w:cs="Arial"/>
        </w:rPr>
      </w:pPr>
      <w:r w:rsidRPr="00A51736">
        <w:rPr>
          <w:rFonts w:cs="Arial"/>
        </w:rPr>
        <w:t>Table 4. RACI Matrix for the ConnectPlus Project</w:t>
      </w:r>
    </w:p>
    <w:tbl>
      <w:tblPr>
        <w:tblStyle w:val="TableGrid"/>
        <w:tblW w:w="0" w:type="auto"/>
        <w:tblLook w:val="04A0" w:firstRow="1" w:lastRow="0" w:firstColumn="1" w:lastColumn="0" w:noHBand="0" w:noVBand="1"/>
      </w:tblPr>
      <w:tblGrid>
        <w:gridCol w:w="1726"/>
        <w:gridCol w:w="1726"/>
        <w:gridCol w:w="1726"/>
        <w:gridCol w:w="1726"/>
        <w:gridCol w:w="1726"/>
      </w:tblGrid>
      <w:tr w:rsidR="001A6E52" w:rsidRPr="00A51736" w14:paraId="63662C51" w14:textId="77777777">
        <w:tc>
          <w:tcPr>
            <w:tcW w:w="1728" w:type="dxa"/>
          </w:tcPr>
          <w:p w14:paraId="1233778C" w14:textId="77777777" w:rsidR="001A6E52" w:rsidRPr="00796E6D" w:rsidRDefault="00281488" w:rsidP="00A73D6A">
            <w:pPr>
              <w:jc w:val="center"/>
              <w:rPr>
                <w:rFonts w:cs="Arial"/>
                <w:b/>
                <w:bCs/>
              </w:rPr>
            </w:pPr>
            <w:r w:rsidRPr="00796E6D">
              <w:rPr>
                <w:rFonts w:cs="Arial"/>
                <w:b/>
                <w:bCs/>
              </w:rPr>
              <w:t>Project Activity</w:t>
            </w:r>
          </w:p>
        </w:tc>
        <w:tc>
          <w:tcPr>
            <w:tcW w:w="1728" w:type="dxa"/>
          </w:tcPr>
          <w:p w14:paraId="5B7E0369" w14:textId="77777777" w:rsidR="001A6E52" w:rsidRPr="00796E6D" w:rsidRDefault="00281488" w:rsidP="00A73D6A">
            <w:pPr>
              <w:jc w:val="center"/>
              <w:rPr>
                <w:rFonts w:cs="Arial"/>
                <w:b/>
                <w:bCs/>
              </w:rPr>
            </w:pPr>
            <w:r w:rsidRPr="00796E6D">
              <w:rPr>
                <w:rFonts w:cs="Arial"/>
                <w:b/>
                <w:bCs/>
              </w:rPr>
              <w:t>Responsible (R)</w:t>
            </w:r>
          </w:p>
        </w:tc>
        <w:tc>
          <w:tcPr>
            <w:tcW w:w="1728" w:type="dxa"/>
          </w:tcPr>
          <w:p w14:paraId="0C55ACE9" w14:textId="77777777" w:rsidR="001A6E52" w:rsidRPr="00796E6D" w:rsidRDefault="00281488" w:rsidP="00A73D6A">
            <w:pPr>
              <w:jc w:val="center"/>
              <w:rPr>
                <w:rFonts w:cs="Arial"/>
                <w:b/>
                <w:bCs/>
              </w:rPr>
            </w:pPr>
            <w:r w:rsidRPr="00796E6D">
              <w:rPr>
                <w:rFonts w:cs="Arial"/>
                <w:b/>
                <w:bCs/>
              </w:rPr>
              <w:t>Accountable (A)</w:t>
            </w:r>
          </w:p>
        </w:tc>
        <w:tc>
          <w:tcPr>
            <w:tcW w:w="1728" w:type="dxa"/>
          </w:tcPr>
          <w:p w14:paraId="1536E635" w14:textId="77777777" w:rsidR="00A73D6A" w:rsidRPr="00796E6D" w:rsidRDefault="00281488" w:rsidP="00A73D6A">
            <w:pPr>
              <w:jc w:val="center"/>
              <w:rPr>
                <w:rFonts w:cs="Arial"/>
                <w:b/>
                <w:bCs/>
              </w:rPr>
            </w:pPr>
            <w:r w:rsidRPr="00796E6D">
              <w:rPr>
                <w:rFonts w:cs="Arial"/>
                <w:b/>
                <w:bCs/>
              </w:rPr>
              <w:t>Consulted</w:t>
            </w:r>
          </w:p>
          <w:p w14:paraId="4DD73159" w14:textId="2730F0AC" w:rsidR="001A6E52" w:rsidRPr="00796E6D" w:rsidRDefault="00281488" w:rsidP="00A73D6A">
            <w:pPr>
              <w:jc w:val="center"/>
              <w:rPr>
                <w:rFonts w:cs="Arial"/>
                <w:b/>
                <w:bCs/>
              </w:rPr>
            </w:pPr>
            <w:r w:rsidRPr="00796E6D">
              <w:rPr>
                <w:rFonts w:cs="Arial"/>
                <w:b/>
                <w:bCs/>
              </w:rPr>
              <w:t>(C)</w:t>
            </w:r>
          </w:p>
        </w:tc>
        <w:tc>
          <w:tcPr>
            <w:tcW w:w="1728" w:type="dxa"/>
          </w:tcPr>
          <w:p w14:paraId="4D253361" w14:textId="77777777" w:rsidR="00A73D6A" w:rsidRPr="00796E6D" w:rsidRDefault="00281488" w:rsidP="00A73D6A">
            <w:pPr>
              <w:jc w:val="center"/>
              <w:rPr>
                <w:rFonts w:cs="Arial"/>
                <w:b/>
                <w:bCs/>
              </w:rPr>
            </w:pPr>
            <w:r w:rsidRPr="00796E6D">
              <w:rPr>
                <w:rFonts w:cs="Arial"/>
                <w:b/>
                <w:bCs/>
              </w:rPr>
              <w:t>Informed</w:t>
            </w:r>
          </w:p>
          <w:p w14:paraId="538D00D7" w14:textId="1B8DC78F" w:rsidR="001A6E52" w:rsidRPr="00796E6D" w:rsidRDefault="00281488" w:rsidP="00A73D6A">
            <w:pPr>
              <w:jc w:val="center"/>
              <w:rPr>
                <w:rFonts w:cs="Arial"/>
                <w:b/>
                <w:bCs/>
              </w:rPr>
            </w:pPr>
            <w:r w:rsidRPr="00796E6D">
              <w:rPr>
                <w:rFonts w:cs="Arial"/>
                <w:b/>
                <w:bCs/>
              </w:rPr>
              <w:t>(I)</w:t>
            </w:r>
          </w:p>
        </w:tc>
      </w:tr>
      <w:tr w:rsidR="001A6E52" w:rsidRPr="00A51736" w14:paraId="36A19F40" w14:textId="77777777">
        <w:tc>
          <w:tcPr>
            <w:tcW w:w="1728" w:type="dxa"/>
          </w:tcPr>
          <w:p w14:paraId="61BF1510" w14:textId="77777777" w:rsidR="001A6E52" w:rsidRPr="00A51736" w:rsidRDefault="00281488" w:rsidP="00A51736">
            <w:pPr>
              <w:jc w:val="both"/>
              <w:rPr>
                <w:rFonts w:cs="Arial"/>
              </w:rPr>
            </w:pPr>
            <w:r w:rsidRPr="00A51736">
              <w:rPr>
                <w:rFonts w:cs="Arial"/>
              </w:rPr>
              <w:t>Platform Development</w:t>
            </w:r>
          </w:p>
        </w:tc>
        <w:tc>
          <w:tcPr>
            <w:tcW w:w="1728" w:type="dxa"/>
          </w:tcPr>
          <w:p w14:paraId="7A97E764" w14:textId="5E2E4E88" w:rsidR="001A6E52" w:rsidRPr="00A51736" w:rsidRDefault="00B203CB" w:rsidP="00A51736">
            <w:pPr>
              <w:jc w:val="both"/>
              <w:rPr>
                <w:rFonts w:cs="Arial"/>
              </w:rPr>
            </w:pPr>
            <w:r w:rsidRPr="00B203CB">
              <w:rPr>
                <w:rFonts w:cs="Arial"/>
              </w:rPr>
              <w:t>Development Team</w:t>
            </w:r>
          </w:p>
        </w:tc>
        <w:tc>
          <w:tcPr>
            <w:tcW w:w="1728" w:type="dxa"/>
          </w:tcPr>
          <w:p w14:paraId="3094ECB4" w14:textId="77777777" w:rsidR="001A6E52" w:rsidRPr="00A51736" w:rsidRDefault="00281488" w:rsidP="00A51736">
            <w:pPr>
              <w:jc w:val="both"/>
              <w:rPr>
                <w:rFonts w:cs="Arial"/>
              </w:rPr>
            </w:pPr>
            <w:r w:rsidRPr="00A51736">
              <w:rPr>
                <w:rFonts w:cs="Arial"/>
              </w:rPr>
              <w:t>Project Manager</w:t>
            </w:r>
          </w:p>
        </w:tc>
        <w:tc>
          <w:tcPr>
            <w:tcW w:w="1728" w:type="dxa"/>
          </w:tcPr>
          <w:p w14:paraId="5C497527" w14:textId="41E06711" w:rsidR="001A6E52" w:rsidRPr="00A51736" w:rsidRDefault="0056733E" w:rsidP="00A51736">
            <w:pPr>
              <w:jc w:val="both"/>
              <w:rPr>
                <w:rFonts w:cs="Arial"/>
              </w:rPr>
            </w:pPr>
            <w:r w:rsidRPr="0056733E">
              <w:rPr>
                <w:rFonts w:cs="Arial"/>
              </w:rPr>
              <w:t>Product Management</w:t>
            </w:r>
          </w:p>
        </w:tc>
        <w:tc>
          <w:tcPr>
            <w:tcW w:w="1728" w:type="dxa"/>
          </w:tcPr>
          <w:p w14:paraId="0920491D" w14:textId="569A9DAA" w:rsidR="001A6E52" w:rsidRPr="00A51736" w:rsidRDefault="009524CE" w:rsidP="00A51736">
            <w:pPr>
              <w:jc w:val="both"/>
              <w:rPr>
                <w:rFonts w:cs="Arial"/>
              </w:rPr>
            </w:pPr>
            <w:r w:rsidRPr="009524CE">
              <w:rPr>
                <w:rFonts w:cs="Arial"/>
              </w:rPr>
              <w:t>Board of Directors</w:t>
            </w:r>
          </w:p>
        </w:tc>
      </w:tr>
      <w:tr w:rsidR="001A6E52" w:rsidRPr="00A51736" w14:paraId="5EAE8F16" w14:textId="77777777">
        <w:tc>
          <w:tcPr>
            <w:tcW w:w="1728" w:type="dxa"/>
          </w:tcPr>
          <w:p w14:paraId="71671930" w14:textId="77777777" w:rsidR="001A6E52" w:rsidRPr="00A51736" w:rsidRDefault="00281488" w:rsidP="00A51736">
            <w:pPr>
              <w:jc w:val="both"/>
              <w:rPr>
                <w:rFonts w:cs="Arial"/>
              </w:rPr>
            </w:pPr>
            <w:r w:rsidRPr="00A51736">
              <w:rPr>
                <w:rFonts w:cs="Arial"/>
              </w:rPr>
              <w:t>Customer Testing</w:t>
            </w:r>
          </w:p>
        </w:tc>
        <w:tc>
          <w:tcPr>
            <w:tcW w:w="1728" w:type="dxa"/>
          </w:tcPr>
          <w:p w14:paraId="1B3E3675" w14:textId="39C0B712" w:rsidR="001A6E52" w:rsidRPr="00A51736" w:rsidRDefault="0056733E" w:rsidP="00A51736">
            <w:pPr>
              <w:jc w:val="both"/>
              <w:rPr>
                <w:rFonts w:cs="Arial"/>
              </w:rPr>
            </w:pPr>
            <w:r w:rsidRPr="0056733E">
              <w:rPr>
                <w:rFonts w:cs="Arial"/>
              </w:rPr>
              <w:t>Customer Service Team</w:t>
            </w:r>
          </w:p>
        </w:tc>
        <w:tc>
          <w:tcPr>
            <w:tcW w:w="1728" w:type="dxa"/>
          </w:tcPr>
          <w:p w14:paraId="3CBBEF43" w14:textId="77777777" w:rsidR="001A6E52" w:rsidRPr="00A51736" w:rsidRDefault="00281488" w:rsidP="00A51736">
            <w:pPr>
              <w:jc w:val="both"/>
              <w:rPr>
                <w:rFonts w:cs="Arial"/>
              </w:rPr>
            </w:pPr>
            <w:r w:rsidRPr="00A51736">
              <w:rPr>
                <w:rFonts w:cs="Arial"/>
              </w:rPr>
              <w:t>Project Manager</w:t>
            </w:r>
          </w:p>
        </w:tc>
        <w:tc>
          <w:tcPr>
            <w:tcW w:w="1728" w:type="dxa"/>
          </w:tcPr>
          <w:p w14:paraId="10D69F21" w14:textId="77777777" w:rsidR="001A6E52" w:rsidRPr="00A51736" w:rsidRDefault="00281488" w:rsidP="00A51736">
            <w:pPr>
              <w:jc w:val="both"/>
              <w:rPr>
                <w:rFonts w:cs="Arial"/>
              </w:rPr>
            </w:pPr>
            <w:r w:rsidRPr="00A51736">
              <w:rPr>
                <w:rFonts w:cs="Arial"/>
              </w:rPr>
              <w:t>Customers</w:t>
            </w:r>
          </w:p>
        </w:tc>
        <w:tc>
          <w:tcPr>
            <w:tcW w:w="1728" w:type="dxa"/>
          </w:tcPr>
          <w:p w14:paraId="14A37AE6" w14:textId="44BDC114" w:rsidR="001A6E52" w:rsidRPr="00A51736" w:rsidRDefault="006013BD" w:rsidP="00A51736">
            <w:pPr>
              <w:jc w:val="both"/>
              <w:rPr>
                <w:rFonts w:cs="Arial"/>
              </w:rPr>
            </w:pPr>
            <w:r w:rsidRPr="006013BD">
              <w:rPr>
                <w:rFonts w:cs="Arial"/>
              </w:rPr>
              <w:t>Executive Leadership</w:t>
            </w:r>
          </w:p>
        </w:tc>
      </w:tr>
      <w:tr w:rsidR="001A6E52" w:rsidRPr="00A51736" w14:paraId="6424A340" w14:textId="77777777">
        <w:tc>
          <w:tcPr>
            <w:tcW w:w="1728" w:type="dxa"/>
          </w:tcPr>
          <w:p w14:paraId="69B42E69" w14:textId="77777777" w:rsidR="001A6E52" w:rsidRPr="00A51736" w:rsidRDefault="00281488" w:rsidP="00A51736">
            <w:pPr>
              <w:jc w:val="both"/>
              <w:rPr>
                <w:rFonts w:cs="Arial"/>
              </w:rPr>
            </w:pPr>
            <w:r w:rsidRPr="00A51736">
              <w:rPr>
                <w:rFonts w:cs="Arial"/>
              </w:rPr>
              <w:t>Marketing Campaign Launch</w:t>
            </w:r>
          </w:p>
        </w:tc>
        <w:tc>
          <w:tcPr>
            <w:tcW w:w="1728" w:type="dxa"/>
          </w:tcPr>
          <w:p w14:paraId="40654FCE" w14:textId="77777777" w:rsidR="001A6E52" w:rsidRPr="00A51736" w:rsidRDefault="00281488" w:rsidP="00A51736">
            <w:pPr>
              <w:jc w:val="both"/>
              <w:rPr>
                <w:rFonts w:cs="Arial"/>
              </w:rPr>
            </w:pPr>
            <w:r w:rsidRPr="00A51736">
              <w:rPr>
                <w:rFonts w:cs="Arial"/>
              </w:rPr>
              <w:t>Marketing Team</w:t>
            </w:r>
          </w:p>
        </w:tc>
        <w:tc>
          <w:tcPr>
            <w:tcW w:w="1728" w:type="dxa"/>
          </w:tcPr>
          <w:p w14:paraId="09B36DA0" w14:textId="77777777" w:rsidR="001A6E52" w:rsidRPr="00A51736" w:rsidRDefault="00281488" w:rsidP="00A51736">
            <w:pPr>
              <w:jc w:val="both"/>
              <w:rPr>
                <w:rFonts w:cs="Arial"/>
              </w:rPr>
            </w:pPr>
            <w:r w:rsidRPr="00A51736">
              <w:rPr>
                <w:rFonts w:cs="Arial"/>
              </w:rPr>
              <w:t>Project Manager</w:t>
            </w:r>
          </w:p>
        </w:tc>
        <w:tc>
          <w:tcPr>
            <w:tcW w:w="1728" w:type="dxa"/>
          </w:tcPr>
          <w:p w14:paraId="43815A28" w14:textId="77777777" w:rsidR="001A6E52" w:rsidRPr="00A51736" w:rsidRDefault="00281488" w:rsidP="00A51736">
            <w:pPr>
              <w:jc w:val="both"/>
              <w:rPr>
                <w:rFonts w:cs="Arial"/>
              </w:rPr>
            </w:pPr>
            <w:r w:rsidRPr="00A51736">
              <w:rPr>
                <w:rFonts w:cs="Arial"/>
              </w:rPr>
              <w:t>Sales Team</w:t>
            </w:r>
          </w:p>
        </w:tc>
        <w:tc>
          <w:tcPr>
            <w:tcW w:w="1728" w:type="dxa"/>
          </w:tcPr>
          <w:p w14:paraId="546C91DD" w14:textId="77777777" w:rsidR="001A6E52" w:rsidRPr="00A51736" w:rsidRDefault="00281488" w:rsidP="00A51736">
            <w:pPr>
              <w:jc w:val="both"/>
              <w:rPr>
                <w:rFonts w:cs="Arial"/>
              </w:rPr>
            </w:pPr>
            <w:r w:rsidRPr="00A51736">
              <w:rPr>
                <w:rFonts w:cs="Arial"/>
              </w:rPr>
              <w:t>All Stakeholders</w:t>
            </w:r>
          </w:p>
        </w:tc>
      </w:tr>
      <w:tr w:rsidR="001A6E52" w:rsidRPr="00A51736" w14:paraId="7E2A6481" w14:textId="77777777">
        <w:tc>
          <w:tcPr>
            <w:tcW w:w="1728" w:type="dxa"/>
          </w:tcPr>
          <w:p w14:paraId="6C97B187" w14:textId="77777777" w:rsidR="001A6E52" w:rsidRPr="00A51736" w:rsidRDefault="00281488" w:rsidP="00A51736">
            <w:pPr>
              <w:jc w:val="both"/>
              <w:rPr>
                <w:rFonts w:cs="Arial"/>
              </w:rPr>
            </w:pPr>
            <w:r w:rsidRPr="00A51736">
              <w:rPr>
                <w:rFonts w:cs="Arial"/>
              </w:rPr>
              <w:t>GDPR Compliance</w:t>
            </w:r>
          </w:p>
        </w:tc>
        <w:tc>
          <w:tcPr>
            <w:tcW w:w="1728" w:type="dxa"/>
          </w:tcPr>
          <w:p w14:paraId="12827BBC" w14:textId="77777777" w:rsidR="001A6E52" w:rsidRPr="00A51736" w:rsidRDefault="00281488" w:rsidP="00A51736">
            <w:pPr>
              <w:jc w:val="both"/>
              <w:rPr>
                <w:rFonts w:cs="Arial"/>
              </w:rPr>
            </w:pPr>
            <w:r w:rsidRPr="00A51736">
              <w:rPr>
                <w:rFonts w:cs="Arial"/>
              </w:rPr>
              <w:t>Legal Team</w:t>
            </w:r>
          </w:p>
        </w:tc>
        <w:tc>
          <w:tcPr>
            <w:tcW w:w="1728" w:type="dxa"/>
          </w:tcPr>
          <w:p w14:paraId="32D1A028" w14:textId="77777777" w:rsidR="001A6E52" w:rsidRPr="00A51736" w:rsidRDefault="00281488" w:rsidP="00A51736">
            <w:pPr>
              <w:jc w:val="both"/>
              <w:rPr>
                <w:rFonts w:cs="Arial"/>
              </w:rPr>
            </w:pPr>
            <w:r w:rsidRPr="00A51736">
              <w:rPr>
                <w:rFonts w:cs="Arial"/>
              </w:rPr>
              <w:t>Executive Leadership</w:t>
            </w:r>
          </w:p>
        </w:tc>
        <w:tc>
          <w:tcPr>
            <w:tcW w:w="1728" w:type="dxa"/>
          </w:tcPr>
          <w:p w14:paraId="2EF9F599" w14:textId="77777777" w:rsidR="001A6E52" w:rsidRPr="00A51736" w:rsidRDefault="00281488" w:rsidP="00A51736">
            <w:pPr>
              <w:jc w:val="both"/>
              <w:rPr>
                <w:rFonts w:cs="Arial"/>
              </w:rPr>
            </w:pPr>
            <w:r w:rsidRPr="00A51736">
              <w:rPr>
                <w:rFonts w:cs="Arial"/>
              </w:rPr>
              <w:t>Regulatory Bodies</w:t>
            </w:r>
          </w:p>
        </w:tc>
        <w:tc>
          <w:tcPr>
            <w:tcW w:w="1728" w:type="dxa"/>
          </w:tcPr>
          <w:p w14:paraId="464FCAF8" w14:textId="77777777" w:rsidR="001A6E52" w:rsidRPr="00A51736" w:rsidRDefault="00281488" w:rsidP="00A51736">
            <w:pPr>
              <w:jc w:val="both"/>
              <w:rPr>
                <w:rFonts w:cs="Arial"/>
              </w:rPr>
            </w:pPr>
            <w:r w:rsidRPr="00A51736">
              <w:rPr>
                <w:rFonts w:cs="Arial"/>
              </w:rPr>
              <w:t>Employees</w:t>
            </w:r>
          </w:p>
        </w:tc>
      </w:tr>
      <w:tr w:rsidR="001A6E52" w:rsidRPr="00A51736" w14:paraId="3E0AC105" w14:textId="77777777">
        <w:tc>
          <w:tcPr>
            <w:tcW w:w="1728" w:type="dxa"/>
          </w:tcPr>
          <w:p w14:paraId="3B5EB5F4" w14:textId="77777777" w:rsidR="001A6E52" w:rsidRPr="00A51736" w:rsidRDefault="00281488" w:rsidP="00A51736">
            <w:pPr>
              <w:jc w:val="both"/>
              <w:rPr>
                <w:rFonts w:cs="Arial"/>
              </w:rPr>
            </w:pPr>
            <w:r w:rsidRPr="00A51736">
              <w:rPr>
                <w:rFonts w:cs="Arial"/>
              </w:rPr>
              <w:t>AI System Testing</w:t>
            </w:r>
          </w:p>
        </w:tc>
        <w:tc>
          <w:tcPr>
            <w:tcW w:w="1728" w:type="dxa"/>
          </w:tcPr>
          <w:p w14:paraId="3B772CAE" w14:textId="77777777" w:rsidR="001A6E52" w:rsidRPr="00A51736" w:rsidRDefault="00281488" w:rsidP="00A51736">
            <w:pPr>
              <w:jc w:val="both"/>
              <w:rPr>
                <w:rFonts w:cs="Arial"/>
              </w:rPr>
            </w:pPr>
            <w:r w:rsidRPr="00A51736">
              <w:rPr>
                <w:rFonts w:cs="Arial"/>
              </w:rPr>
              <w:t>Development Team</w:t>
            </w:r>
          </w:p>
        </w:tc>
        <w:tc>
          <w:tcPr>
            <w:tcW w:w="1728" w:type="dxa"/>
          </w:tcPr>
          <w:p w14:paraId="65F9DD49" w14:textId="77777777" w:rsidR="001A6E52" w:rsidRPr="00A51736" w:rsidRDefault="00281488" w:rsidP="00A51736">
            <w:pPr>
              <w:jc w:val="both"/>
              <w:rPr>
                <w:rFonts w:cs="Arial"/>
              </w:rPr>
            </w:pPr>
            <w:r w:rsidRPr="00A51736">
              <w:rPr>
                <w:rFonts w:cs="Arial"/>
              </w:rPr>
              <w:t>Technical Lead</w:t>
            </w:r>
          </w:p>
        </w:tc>
        <w:tc>
          <w:tcPr>
            <w:tcW w:w="1728" w:type="dxa"/>
          </w:tcPr>
          <w:p w14:paraId="3DAB1DB3" w14:textId="77777777" w:rsidR="001A6E52" w:rsidRPr="00A51736" w:rsidRDefault="00281488" w:rsidP="00A51736">
            <w:pPr>
              <w:jc w:val="both"/>
              <w:rPr>
                <w:rFonts w:cs="Arial"/>
              </w:rPr>
            </w:pPr>
            <w:r w:rsidRPr="00A51736">
              <w:rPr>
                <w:rFonts w:cs="Arial"/>
              </w:rPr>
              <w:t>Technology Partners</w:t>
            </w:r>
          </w:p>
        </w:tc>
        <w:tc>
          <w:tcPr>
            <w:tcW w:w="1728" w:type="dxa"/>
          </w:tcPr>
          <w:p w14:paraId="689F303F" w14:textId="77777777" w:rsidR="001A6E52" w:rsidRPr="00A51736" w:rsidRDefault="00281488" w:rsidP="00A51736">
            <w:pPr>
              <w:jc w:val="both"/>
              <w:rPr>
                <w:rFonts w:cs="Arial"/>
              </w:rPr>
            </w:pPr>
            <w:r w:rsidRPr="00A51736">
              <w:rPr>
                <w:rFonts w:cs="Arial"/>
              </w:rPr>
              <w:t>Executive Leadership</w:t>
            </w:r>
          </w:p>
        </w:tc>
      </w:tr>
    </w:tbl>
    <w:p w14:paraId="3D9BB861" w14:textId="77777777" w:rsidR="001A6E52" w:rsidRPr="00A51736" w:rsidRDefault="00281488" w:rsidP="00A51736">
      <w:pPr>
        <w:jc w:val="both"/>
        <w:rPr>
          <w:rFonts w:cs="Arial"/>
        </w:rPr>
      </w:pPr>
      <w:r w:rsidRPr="00A51736">
        <w:rPr>
          <w:rFonts w:cs="Arial"/>
        </w:rPr>
        <w:t>Source: Author (2026).</w:t>
      </w:r>
    </w:p>
    <w:p w14:paraId="19FD39BB" w14:textId="33ABF661" w:rsidR="001A6E52" w:rsidRPr="00A51736" w:rsidRDefault="00281488" w:rsidP="00A51736">
      <w:pPr>
        <w:jc w:val="both"/>
        <w:rPr>
          <w:rFonts w:cs="Arial"/>
        </w:rPr>
      </w:pPr>
      <w:r w:rsidRPr="005773FE">
        <w:rPr>
          <w:rFonts w:cs="Arial"/>
          <w:b/>
          <w:bCs/>
        </w:rPr>
        <w:t>The 4C</w:t>
      </w:r>
      <w:r w:rsidR="005773FE" w:rsidRPr="005773FE">
        <w:rPr>
          <w:rFonts w:cs="Arial"/>
          <w:b/>
          <w:bCs/>
        </w:rPr>
        <w:t>’</w:t>
      </w:r>
      <w:r w:rsidRPr="005773FE">
        <w:rPr>
          <w:rFonts w:cs="Arial"/>
          <w:b/>
          <w:bCs/>
        </w:rPr>
        <w:t>s Stakeholder Engagement Model</w:t>
      </w:r>
      <w:r w:rsidR="005773FE">
        <w:rPr>
          <w:rFonts w:cs="Arial"/>
        </w:rPr>
        <w:t>:</w:t>
      </w:r>
      <w:r w:rsidRPr="00A51736">
        <w:rPr>
          <w:rFonts w:cs="Arial"/>
        </w:rPr>
        <w:t xml:space="preserve"> (Communication, Consultation, Collaboration, Commitment) offers a structured approach. Communication ensures </w:t>
      </w:r>
      <w:r w:rsidRPr="00A51736">
        <w:rPr>
          <w:rFonts w:cs="Arial"/>
        </w:rPr>
        <w:lastRenderedPageBreak/>
        <w:t>accurate and transparent information. Consultation allows stakeholders to express their views. Collaboration encourages active participation in decision-making. Commitment focuses on building long-term support and trust (Bryson, 2004).</w:t>
      </w:r>
    </w:p>
    <w:p w14:paraId="229C8244" w14:textId="77777777" w:rsidR="001A6E52" w:rsidRPr="00A51736" w:rsidRDefault="00281488" w:rsidP="00A51736">
      <w:pPr>
        <w:pStyle w:val="Heading1"/>
        <w:jc w:val="both"/>
        <w:rPr>
          <w:rFonts w:ascii="Arial" w:hAnsi="Arial" w:cs="Arial"/>
        </w:rPr>
      </w:pPr>
      <w:bookmarkStart w:id="9" w:name="_Toc234781039"/>
      <w:r w:rsidRPr="00A51736">
        <w:rPr>
          <w:rFonts w:ascii="Arial" w:hAnsi="Arial" w:cs="Arial"/>
        </w:rPr>
        <w:t>6. Impact of Sustainable Stakeholder Engagement on Business Performance</w:t>
      </w:r>
      <w:bookmarkEnd w:id="9"/>
    </w:p>
    <w:p w14:paraId="693E418B" w14:textId="77777777" w:rsidR="001A6E52" w:rsidRPr="00A51736" w:rsidRDefault="00281488" w:rsidP="00A51736">
      <w:pPr>
        <w:jc w:val="both"/>
        <w:rPr>
          <w:rFonts w:cs="Arial"/>
        </w:rPr>
      </w:pPr>
      <w:r w:rsidRPr="00A51736">
        <w:rPr>
          <w:rFonts w:cs="Arial"/>
        </w:rPr>
        <w:t>Sustainable engagement drives business performance by reducing risks and identifying opportunities. For example, LG Electronics transformed regulatory obstacles into competitive advantages by engaging environmental stakeholders early in product development (Svendsen and Laberge, 2005).</w:t>
      </w:r>
    </w:p>
    <w:p w14:paraId="14655F58" w14:textId="35A9B2A3" w:rsidR="001A6E52" w:rsidRPr="00A51736" w:rsidRDefault="00281488" w:rsidP="00A51736">
      <w:pPr>
        <w:jc w:val="both"/>
        <w:rPr>
          <w:rFonts w:cs="Arial"/>
        </w:rPr>
      </w:pPr>
      <w:r w:rsidRPr="00A51736">
        <w:rPr>
          <w:rFonts w:cs="Arial"/>
        </w:rPr>
        <w:t>UC Berkeley</w:t>
      </w:r>
      <w:r w:rsidR="00FF5ABB">
        <w:rPr>
          <w:rFonts w:cs="Arial"/>
        </w:rPr>
        <w:t>’</w:t>
      </w:r>
      <w:r w:rsidRPr="00A51736">
        <w:rPr>
          <w:rFonts w:cs="Arial"/>
        </w:rPr>
        <w:t>s community engagement initiatives in urban development projects demonstrate how stakeholder engagement impacts organisational reputation and project viability, transforming opposition into structured negotiation (Arnstein, 1969; Innes and Booher, 2004).</w:t>
      </w:r>
    </w:p>
    <w:p w14:paraId="10077163" w14:textId="77777777" w:rsidR="001A6E52" w:rsidRPr="00A51736" w:rsidRDefault="00281488" w:rsidP="00A51736">
      <w:pPr>
        <w:jc w:val="both"/>
        <w:rPr>
          <w:rFonts w:cs="Arial"/>
        </w:rPr>
      </w:pPr>
      <w:r w:rsidRPr="00A51736">
        <w:rPr>
          <w:rFonts w:cs="Arial"/>
        </w:rPr>
        <w:t>Measurable benefits include improved customer retention, enhanced innovation, reduced implementation risks, improved organisational reputation, and superior financial performance (Hillman and Keim, 2001). However, these benefits are not automatic and require organisational authenticity and stakeholder trust (Svendsen and Laberge, 2005).</w:t>
      </w:r>
    </w:p>
    <w:p w14:paraId="0895A235" w14:textId="11B0B7F9" w:rsidR="001A6E52" w:rsidRPr="00A51736" w:rsidRDefault="00281488" w:rsidP="00A51736">
      <w:pPr>
        <w:jc w:val="both"/>
        <w:rPr>
          <w:rFonts w:cs="Arial"/>
        </w:rPr>
      </w:pPr>
      <w:r w:rsidRPr="00A51736">
        <w:rPr>
          <w:rFonts w:cs="Arial"/>
        </w:rPr>
        <w:t>Challenges include substantial resource investment requirements, extended time to value, and measurement complexity. Additionally, Ethical AI and Data Governance represent critical considerations for the ConnectPlus platform, addressing algorithmic bias, transparency, and responsible data governance (Post et al., 2002).</w:t>
      </w:r>
    </w:p>
    <w:p w14:paraId="6F7C8A6A" w14:textId="77777777" w:rsidR="001A6E52" w:rsidRPr="00A51736" w:rsidRDefault="00281488" w:rsidP="00A51736">
      <w:pPr>
        <w:pStyle w:val="Heading1"/>
        <w:jc w:val="both"/>
        <w:rPr>
          <w:rFonts w:ascii="Arial" w:hAnsi="Arial" w:cs="Arial"/>
        </w:rPr>
      </w:pPr>
      <w:bookmarkStart w:id="10" w:name="_Toc234781040"/>
      <w:r w:rsidRPr="00A51736">
        <w:rPr>
          <w:rFonts w:ascii="Arial" w:hAnsi="Arial" w:cs="Arial"/>
        </w:rPr>
        <w:t>7. Recommendations and Conclusion</w:t>
      </w:r>
      <w:bookmarkEnd w:id="10"/>
    </w:p>
    <w:p w14:paraId="17D7096F" w14:textId="77777777" w:rsidR="001A6E52" w:rsidRPr="00A51736" w:rsidRDefault="00281488" w:rsidP="00A51736">
      <w:pPr>
        <w:pStyle w:val="Heading2"/>
        <w:jc w:val="both"/>
        <w:rPr>
          <w:rFonts w:ascii="Arial" w:hAnsi="Arial" w:cs="Arial"/>
          <w:sz w:val="24"/>
          <w:szCs w:val="24"/>
        </w:rPr>
      </w:pPr>
      <w:bookmarkStart w:id="11" w:name="_Toc234781041"/>
      <w:r w:rsidRPr="00A51736">
        <w:rPr>
          <w:rFonts w:ascii="Arial" w:hAnsi="Arial" w:cs="Arial"/>
          <w:sz w:val="24"/>
          <w:szCs w:val="24"/>
        </w:rPr>
        <w:t>7.1 Recommendations</w:t>
      </w:r>
      <w:bookmarkEnd w:id="11"/>
    </w:p>
    <w:p w14:paraId="2F91A3CB" w14:textId="77777777" w:rsidR="001A6E52" w:rsidRPr="00A51736" w:rsidRDefault="00281488" w:rsidP="00A51736">
      <w:pPr>
        <w:jc w:val="both"/>
        <w:rPr>
          <w:rFonts w:cs="Arial"/>
        </w:rPr>
      </w:pPr>
      <w:r w:rsidRPr="00A51736">
        <w:rPr>
          <w:rFonts w:cs="Arial"/>
        </w:rPr>
        <w:t>1. Implement a Structured Stakeholder Engagement Framework: Formally adopt the five-step process with clear responsibilities and metrics.</w:t>
      </w:r>
    </w:p>
    <w:p w14:paraId="01456CA1" w14:textId="77777777" w:rsidR="001A6E52" w:rsidRPr="00A51736" w:rsidRDefault="00281488" w:rsidP="00A51736">
      <w:pPr>
        <w:jc w:val="both"/>
        <w:rPr>
          <w:rFonts w:cs="Arial"/>
        </w:rPr>
      </w:pPr>
      <w:r w:rsidRPr="00A51736">
        <w:rPr>
          <w:rFonts w:cs="Arial"/>
        </w:rPr>
        <w:t>2. Establish Stakeholder Advisory Committees: Create formal committees for key groups to provide continuous feedback.</w:t>
      </w:r>
    </w:p>
    <w:p w14:paraId="5F6513B5" w14:textId="77777777" w:rsidR="001A6E52" w:rsidRPr="00A51736" w:rsidRDefault="00281488" w:rsidP="00A51736">
      <w:pPr>
        <w:jc w:val="both"/>
        <w:rPr>
          <w:rFonts w:cs="Arial"/>
        </w:rPr>
      </w:pPr>
      <w:r w:rsidRPr="00A51736">
        <w:rPr>
          <w:rFonts w:cs="Arial"/>
        </w:rPr>
        <w:t>3. Develop a Comprehensive Communication Strategy: Implement audience-segmented communication plans for consistency and transparency.</w:t>
      </w:r>
    </w:p>
    <w:p w14:paraId="43B201F0" w14:textId="37D342E1" w:rsidR="001A6E52" w:rsidRPr="00A51736" w:rsidRDefault="00281488" w:rsidP="00A51736">
      <w:pPr>
        <w:jc w:val="both"/>
        <w:rPr>
          <w:rFonts w:cs="Arial"/>
        </w:rPr>
      </w:pPr>
      <w:r w:rsidRPr="00A51736">
        <w:rPr>
          <w:rFonts w:cs="Arial"/>
        </w:rPr>
        <w:t>4. Systematically Apply the 4C</w:t>
      </w:r>
      <w:r w:rsidR="00FF5ABB">
        <w:rPr>
          <w:rFonts w:cs="Arial"/>
        </w:rPr>
        <w:t>’</w:t>
      </w:r>
      <w:r w:rsidRPr="00A51736">
        <w:rPr>
          <w:rFonts w:cs="Arial"/>
        </w:rPr>
        <w:t>s Model: Progress stakeholders through Communication, Consultation, Collaboration, and Commitment stages.</w:t>
      </w:r>
    </w:p>
    <w:p w14:paraId="1F012ACF" w14:textId="77777777" w:rsidR="001A6E52" w:rsidRPr="00A51736" w:rsidRDefault="00281488" w:rsidP="00A51736">
      <w:pPr>
        <w:jc w:val="both"/>
        <w:rPr>
          <w:rFonts w:cs="Arial"/>
        </w:rPr>
      </w:pPr>
      <w:r w:rsidRPr="00A51736">
        <w:rPr>
          <w:rFonts w:cs="Arial"/>
        </w:rPr>
        <w:t>5. Establish Conflict Management Protocols: Develop explicit procedures for identifying, escalating, and resolving stakeholder conflicts.</w:t>
      </w:r>
    </w:p>
    <w:p w14:paraId="0AD3F9C8" w14:textId="77777777" w:rsidR="001A6E52" w:rsidRPr="00A51736" w:rsidRDefault="00281488" w:rsidP="00A51736">
      <w:pPr>
        <w:jc w:val="both"/>
        <w:rPr>
          <w:rFonts w:cs="Arial"/>
        </w:rPr>
      </w:pPr>
      <w:r w:rsidRPr="00A51736">
        <w:rPr>
          <w:rFonts w:cs="Arial"/>
        </w:rPr>
        <w:lastRenderedPageBreak/>
        <w:t>6. Invest in Relationship Maintenance: Allocate resources for post-launch relationship maintenance and ongoing communication.</w:t>
      </w:r>
    </w:p>
    <w:p w14:paraId="01221213" w14:textId="77777777" w:rsidR="001A6E52" w:rsidRPr="00A51736" w:rsidRDefault="00281488" w:rsidP="00A51736">
      <w:pPr>
        <w:pStyle w:val="Heading2"/>
        <w:jc w:val="both"/>
        <w:rPr>
          <w:rFonts w:ascii="Arial" w:hAnsi="Arial" w:cs="Arial"/>
          <w:sz w:val="24"/>
          <w:szCs w:val="24"/>
        </w:rPr>
      </w:pPr>
      <w:bookmarkStart w:id="12" w:name="_Toc234781042"/>
      <w:r w:rsidRPr="00A51736">
        <w:rPr>
          <w:rFonts w:ascii="Arial" w:hAnsi="Arial" w:cs="Arial"/>
          <w:sz w:val="24"/>
          <w:szCs w:val="24"/>
        </w:rPr>
        <w:t>7.2 Conclusion</w:t>
      </w:r>
      <w:bookmarkEnd w:id="12"/>
    </w:p>
    <w:p w14:paraId="131C2105" w14:textId="77777777" w:rsidR="001A6E52" w:rsidRPr="00A51736" w:rsidRDefault="00281488" w:rsidP="00A51736">
      <w:pPr>
        <w:jc w:val="both"/>
        <w:rPr>
          <w:rFonts w:cs="Arial"/>
        </w:rPr>
      </w:pPr>
      <w:r w:rsidRPr="00A51736">
        <w:rPr>
          <w:rFonts w:cs="Arial"/>
        </w:rPr>
        <w:t>The success of the ConnectPlus project depends not only on technical excellence but fundamentally on the quality of relationships built with diverse stakeholders. This report has demonstrated that stakeholder interests are inherently diverse and often contradictory, requiring explicit acknowledgment of tensions and transparent trade-off decisions, rather than attempts to achieve impossible consensus.</w:t>
      </w:r>
    </w:p>
    <w:p w14:paraId="392B868C" w14:textId="15760E89" w:rsidR="001A6E52" w:rsidRPr="00A51736" w:rsidRDefault="00281488" w:rsidP="00A51736">
      <w:pPr>
        <w:jc w:val="both"/>
        <w:rPr>
          <w:rFonts w:cs="Arial"/>
        </w:rPr>
      </w:pPr>
      <w:r w:rsidRPr="00A51736">
        <w:rPr>
          <w:rFonts w:cs="Arial"/>
        </w:rPr>
        <w:t xml:space="preserve">By implementing the stakeholder engagement frameworks outlined in this </w:t>
      </w:r>
      <w:r w:rsidR="00D43915" w:rsidRPr="00A51736">
        <w:rPr>
          <w:rFonts w:cs="Arial"/>
        </w:rPr>
        <w:t xml:space="preserve">report, </w:t>
      </w:r>
      <w:r w:rsidRPr="00A51736">
        <w:rPr>
          <w:rFonts w:cs="Arial"/>
        </w:rPr>
        <w:t>including the five-step relationship management process, the 4C</w:t>
      </w:r>
      <w:r w:rsidR="00FF5ABB">
        <w:rPr>
          <w:rFonts w:cs="Arial"/>
        </w:rPr>
        <w:t>’</w:t>
      </w:r>
      <w:r w:rsidRPr="00A51736">
        <w:rPr>
          <w:rFonts w:cs="Arial"/>
        </w:rPr>
        <w:t>s Model (Communication, Consultation, Collaboration, Commitment), the Mendelow Matrix for stakeholder prioritization, and explicit conflict management protocols—Amazon can build a stakeholder ecosystem that actively supports project success. Case studies of LG Electronics and UC Berkeley demonstrate that organisations investing in sustained stakeholder engagement achieve superior business outcomes, including faster implementation, higher customer adoption, enhanced organisational reputation, and improved financial performance.</w:t>
      </w:r>
    </w:p>
    <w:p w14:paraId="55D58402" w14:textId="7E68ED15" w:rsidR="001A6E52" w:rsidRPr="00A51736" w:rsidRDefault="00281488" w:rsidP="00A51736">
      <w:pPr>
        <w:jc w:val="both"/>
        <w:rPr>
          <w:rFonts w:cs="Arial"/>
        </w:rPr>
      </w:pPr>
      <w:r w:rsidRPr="00A51736">
        <w:rPr>
          <w:rFonts w:cs="Arial"/>
        </w:rPr>
        <w:t>The ConnectPlus project should be viewed as an opportunity to demonstrate Amazo</w:t>
      </w:r>
      <w:r w:rsidR="00A51736" w:rsidRPr="00A51736">
        <w:rPr>
          <w:rFonts w:cs="Arial"/>
        </w:rPr>
        <w:t>n’s</w:t>
      </w:r>
      <w:r w:rsidRPr="00A51736">
        <w:rPr>
          <w:rFonts w:cs="Arial"/>
        </w:rPr>
        <w:t xml:space="preserve"> commitment to responsible stakeholder engagement and ethical AI governance. By treating stakeholders as partners, rather than obstacles, by acknowledging competing interests transparently, and by making explicit trade-off decisions that reflect organisational values, Amazon can build enduring relationships that support not only this project</w:t>
      </w:r>
      <w:r w:rsidR="00FF5ABB">
        <w:rPr>
          <w:rFonts w:cs="Arial"/>
        </w:rPr>
        <w:t>’</w:t>
      </w:r>
      <w:r w:rsidRPr="00A51736">
        <w:rPr>
          <w:rFonts w:cs="Arial"/>
        </w:rPr>
        <w:t>s success but long-term organisational competitive advantage in an increasingly complex and regulated business environment. Stakeholder engagement is not a compliance exercise but a strategic business function that directly impacts organisational performance and sustainability.</w:t>
      </w:r>
    </w:p>
    <w:p w14:paraId="7B362C78" w14:textId="77777777" w:rsidR="001A6E52" w:rsidRDefault="00281488" w:rsidP="00A51736">
      <w:pPr>
        <w:jc w:val="both"/>
        <w:rPr>
          <w:rFonts w:cs="Arial"/>
        </w:rPr>
      </w:pPr>
      <w:r w:rsidRPr="00A51736">
        <w:rPr>
          <w:rFonts w:cs="Arial"/>
        </w:rPr>
        <w:t>Ultimately, organisations that invest in meaningful stakeholder engagement are better positioned to achieve sustainable growth, strengthen stakeholder trust, and maintain long-term competitive advantage.</w:t>
      </w:r>
    </w:p>
    <w:p w14:paraId="21653019" w14:textId="21AA6E6E" w:rsidR="008B3FAD" w:rsidRDefault="008B3FAD" w:rsidP="00A51736">
      <w:pPr>
        <w:jc w:val="both"/>
        <w:rPr>
          <w:rFonts w:cs="Arial"/>
        </w:rPr>
      </w:pPr>
      <w:r>
        <w:rPr>
          <w:rFonts w:cs="Arial"/>
        </w:rPr>
        <w:br w:type="page"/>
      </w:r>
    </w:p>
    <w:p w14:paraId="6854FF70" w14:textId="77777777" w:rsidR="001A6E52" w:rsidRPr="00A51736" w:rsidRDefault="00281488" w:rsidP="00A51736">
      <w:pPr>
        <w:pStyle w:val="Heading1"/>
        <w:jc w:val="both"/>
        <w:rPr>
          <w:rFonts w:ascii="Arial" w:hAnsi="Arial" w:cs="Arial"/>
        </w:rPr>
      </w:pPr>
      <w:bookmarkStart w:id="13" w:name="_Toc234781043"/>
      <w:r w:rsidRPr="00A51736">
        <w:rPr>
          <w:rFonts w:ascii="Arial" w:hAnsi="Arial" w:cs="Arial"/>
        </w:rPr>
        <w:lastRenderedPageBreak/>
        <w:t>8. References</w:t>
      </w:r>
      <w:bookmarkEnd w:id="13"/>
    </w:p>
    <w:p w14:paraId="1FD851AB" w14:textId="77777777" w:rsidR="001A6E52" w:rsidRDefault="00281488" w:rsidP="00975C25">
      <w:pPr>
        <w:pStyle w:val="ListParagraph"/>
        <w:rPr>
          <w:rFonts w:cs="Arial"/>
        </w:rPr>
      </w:pPr>
      <w:r w:rsidRPr="00A51736">
        <w:rPr>
          <w:rFonts w:cs="Arial"/>
        </w:rPr>
        <w:t xml:space="preserve">Arnstein, S.R. (1969) 'A Ladder of Citizen Participation', </w:t>
      </w:r>
      <w:r w:rsidRPr="00A51736">
        <w:rPr>
          <w:rFonts w:cs="Arial"/>
          <w:i/>
        </w:rPr>
        <w:t>Journal of the American Institute of Planners</w:t>
      </w:r>
      <w:r w:rsidRPr="00A51736">
        <w:rPr>
          <w:rFonts w:cs="Arial"/>
        </w:rPr>
        <w:t>, 35(4), pp. 216-224.</w:t>
      </w:r>
    </w:p>
    <w:p w14:paraId="2E148C5C" w14:textId="77777777" w:rsidR="0052754F" w:rsidRPr="00A51736" w:rsidRDefault="0052754F" w:rsidP="00975C25">
      <w:pPr>
        <w:pStyle w:val="ListParagraph"/>
        <w:rPr>
          <w:rFonts w:cs="Arial"/>
        </w:rPr>
      </w:pPr>
    </w:p>
    <w:p w14:paraId="48C1C8C4" w14:textId="77777777" w:rsidR="001A6E52" w:rsidRDefault="00281488" w:rsidP="00975C25">
      <w:pPr>
        <w:pStyle w:val="ListParagraph"/>
        <w:rPr>
          <w:rFonts w:cs="Arial"/>
        </w:rPr>
      </w:pPr>
      <w:r w:rsidRPr="00A51736">
        <w:rPr>
          <w:rFonts w:cs="Arial"/>
        </w:rPr>
        <w:t xml:space="preserve">Berman, S.L., Wicks, A.C., Kotha, S. and Jones, T.M. (1999) 'Does Stakeholder Orientation Matter? The Relationship between Stakeholder Management Models and Firm Financial Performance', </w:t>
      </w:r>
      <w:r w:rsidRPr="00A51736">
        <w:rPr>
          <w:rFonts w:cs="Arial"/>
          <w:i/>
        </w:rPr>
        <w:t>Academy of Management Journal</w:t>
      </w:r>
      <w:r w:rsidRPr="00A51736">
        <w:rPr>
          <w:rFonts w:cs="Arial"/>
        </w:rPr>
        <w:t>, 42(5), pp. 488-506.</w:t>
      </w:r>
    </w:p>
    <w:p w14:paraId="3399B45A" w14:textId="77777777" w:rsidR="0052754F" w:rsidRPr="00A51736" w:rsidRDefault="0052754F" w:rsidP="00975C25">
      <w:pPr>
        <w:pStyle w:val="ListParagraph"/>
        <w:rPr>
          <w:rFonts w:cs="Arial"/>
        </w:rPr>
      </w:pPr>
    </w:p>
    <w:p w14:paraId="4D3FD128" w14:textId="77777777" w:rsidR="001A6E52" w:rsidRDefault="00281488" w:rsidP="00975C25">
      <w:pPr>
        <w:pStyle w:val="ListParagraph"/>
        <w:rPr>
          <w:rFonts w:cs="Arial"/>
        </w:rPr>
      </w:pPr>
      <w:r w:rsidRPr="00A51736">
        <w:rPr>
          <w:rFonts w:cs="Arial"/>
        </w:rPr>
        <w:t xml:space="preserve">Brynjolfsson, E. and McAfee, A. (2014) </w:t>
      </w:r>
      <w:r w:rsidRPr="00A51736">
        <w:rPr>
          <w:rFonts w:cs="Arial"/>
          <w:i/>
        </w:rPr>
        <w:t>The Second Machine Age: Work, Progress, and Prosperity in a Time of Brilliant Technologies</w:t>
      </w:r>
      <w:r w:rsidRPr="00A51736">
        <w:rPr>
          <w:rFonts w:cs="Arial"/>
        </w:rPr>
        <w:t>. New York: W.W. Norton &amp; Company.</w:t>
      </w:r>
    </w:p>
    <w:p w14:paraId="24625E74" w14:textId="77777777" w:rsidR="0052754F" w:rsidRPr="00A51736" w:rsidRDefault="0052754F" w:rsidP="00975C25">
      <w:pPr>
        <w:pStyle w:val="ListParagraph"/>
        <w:rPr>
          <w:rFonts w:cs="Arial"/>
        </w:rPr>
      </w:pPr>
    </w:p>
    <w:p w14:paraId="2447D016" w14:textId="2FA6D5A3" w:rsidR="001A6E52" w:rsidRDefault="00281488" w:rsidP="00975C25">
      <w:pPr>
        <w:pStyle w:val="ListParagraph"/>
        <w:rPr>
          <w:rFonts w:cs="Arial"/>
        </w:rPr>
      </w:pPr>
      <w:r w:rsidRPr="00A51736">
        <w:rPr>
          <w:rFonts w:cs="Arial"/>
        </w:rPr>
        <w:t xml:space="preserve">Bryson, J.M. (2004) </w:t>
      </w:r>
      <w:r w:rsidRPr="00A51736">
        <w:rPr>
          <w:rFonts w:cs="Arial"/>
          <w:i/>
        </w:rPr>
        <w:t xml:space="preserve">Strategic Planning for Public and Nonprofit Organizations: A Guide to Strengthening and Sustaining </w:t>
      </w:r>
      <w:proofErr w:type="spellStart"/>
      <w:r w:rsidR="002C647E">
        <w:rPr>
          <w:rFonts w:cs="Arial"/>
          <w:i/>
        </w:rPr>
        <w:t>Organisational</w:t>
      </w:r>
      <w:proofErr w:type="spellEnd"/>
      <w:r w:rsidRPr="00A51736">
        <w:rPr>
          <w:rFonts w:cs="Arial"/>
          <w:i/>
        </w:rPr>
        <w:t xml:space="preserve"> Achievement</w:t>
      </w:r>
      <w:r w:rsidRPr="00A51736">
        <w:rPr>
          <w:rFonts w:cs="Arial"/>
        </w:rPr>
        <w:t>. 3rd edn. San Francisco: Jossey-Bass.</w:t>
      </w:r>
    </w:p>
    <w:p w14:paraId="434CDA78" w14:textId="77777777" w:rsidR="0052754F" w:rsidRPr="00A51736" w:rsidRDefault="0052754F" w:rsidP="00975C25">
      <w:pPr>
        <w:pStyle w:val="ListParagraph"/>
        <w:rPr>
          <w:rFonts w:cs="Arial"/>
        </w:rPr>
      </w:pPr>
    </w:p>
    <w:p w14:paraId="7206ACB0" w14:textId="77777777" w:rsidR="001A6E52" w:rsidRDefault="00281488" w:rsidP="00975C25">
      <w:pPr>
        <w:pStyle w:val="ListParagraph"/>
        <w:rPr>
          <w:rFonts w:cs="Arial"/>
        </w:rPr>
      </w:pPr>
      <w:r w:rsidRPr="00A51736">
        <w:rPr>
          <w:rFonts w:cs="Arial"/>
        </w:rPr>
        <w:t xml:space="preserve">Donaldson, T. and Preston, L.E. (1995) 'The Stakeholder Theory of the Corporation: Concepts, Evidence, and Implications', </w:t>
      </w:r>
      <w:r w:rsidRPr="00A51736">
        <w:rPr>
          <w:rFonts w:cs="Arial"/>
          <w:i/>
        </w:rPr>
        <w:t>Academy of Management Review</w:t>
      </w:r>
      <w:r w:rsidRPr="00A51736">
        <w:rPr>
          <w:rFonts w:cs="Arial"/>
        </w:rPr>
        <w:t>, 20(1), pp. 65-91.</w:t>
      </w:r>
    </w:p>
    <w:p w14:paraId="43F5B676" w14:textId="77777777" w:rsidR="0052754F" w:rsidRPr="00A51736" w:rsidRDefault="0052754F" w:rsidP="00975C25">
      <w:pPr>
        <w:pStyle w:val="ListParagraph"/>
        <w:rPr>
          <w:rFonts w:cs="Arial"/>
        </w:rPr>
      </w:pPr>
    </w:p>
    <w:p w14:paraId="051BCDD5" w14:textId="48F67EFF" w:rsidR="001A6E52" w:rsidRDefault="00281488" w:rsidP="00975C25">
      <w:pPr>
        <w:pStyle w:val="ListParagraph"/>
        <w:rPr>
          <w:rFonts w:cs="Arial"/>
        </w:rPr>
      </w:pPr>
      <w:r w:rsidRPr="00A51736">
        <w:rPr>
          <w:rFonts w:cs="Arial"/>
        </w:rPr>
        <w:t>Doran, G.T. (1981) 'There</w:t>
      </w:r>
      <w:r w:rsidR="00FF5ABB">
        <w:rPr>
          <w:rFonts w:cs="Arial"/>
        </w:rPr>
        <w:t>’</w:t>
      </w:r>
      <w:r w:rsidRPr="00A51736">
        <w:rPr>
          <w:rFonts w:cs="Arial"/>
        </w:rPr>
        <w:t>s a S.M.A.R.T. Way to Write Management</w:t>
      </w:r>
      <w:r w:rsidR="00FF5ABB">
        <w:rPr>
          <w:rFonts w:cs="Arial"/>
        </w:rPr>
        <w:t>’</w:t>
      </w:r>
      <w:r w:rsidRPr="00A51736">
        <w:rPr>
          <w:rFonts w:cs="Arial"/>
        </w:rPr>
        <w:t xml:space="preserve">s Goals and Objectives', </w:t>
      </w:r>
      <w:r w:rsidRPr="00A51736">
        <w:rPr>
          <w:rFonts w:cs="Arial"/>
          <w:i/>
        </w:rPr>
        <w:t>Management Review</w:t>
      </w:r>
      <w:r w:rsidRPr="00A51736">
        <w:rPr>
          <w:rFonts w:cs="Arial"/>
        </w:rPr>
        <w:t>, 70(11), pp. 35-36.</w:t>
      </w:r>
    </w:p>
    <w:p w14:paraId="0A23C628" w14:textId="77777777" w:rsidR="0052754F" w:rsidRPr="00A51736" w:rsidRDefault="0052754F" w:rsidP="00975C25">
      <w:pPr>
        <w:pStyle w:val="ListParagraph"/>
        <w:rPr>
          <w:rFonts w:cs="Arial"/>
        </w:rPr>
      </w:pPr>
    </w:p>
    <w:p w14:paraId="16B41B74" w14:textId="77777777" w:rsidR="001A6E52" w:rsidRDefault="00281488" w:rsidP="00975C25">
      <w:pPr>
        <w:pStyle w:val="ListParagraph"/>
        <w:rPr>
          <w:rFonts w:cs="Arial"/>
        </w:rPr>
      </w:pPr>
      <w:r w:rsidRPr="00A51736">
        <w:rPr>
          <w:rFonts w:cs="Arial"/>
        </w:rPr>
        <w:t xml:space="preserve">Flyvbjerg, B., Bruzelius, N. and Rothengatter, W. (2003) </w:t>
      </w:r>
      <w:r w:rsidRPr="00A51736">
        <w:rPr>
          <w:rFonts w:cs="Arial"/>
          <w:i/>
        </w:rPr>
        <w:t>Megaprojects and Risk: An Anatomy of Ambition</w:t>
      </w:r>
      <w:r w:rsidRPr="00A51736">
        <w:rPr>
          <w:rFonts w:cs="Arial"/>
        </w:rPr>
        <w:t>. Cambridge: Cambridge University Press.</w:t>
      </w:r>
    </w:p>
    <w:p w14:paraId="4E159A97" w14:textId="77777777" w:rsidR="0052754F" w:rsidRPr="00A51736" w:rsidRDefault="0052754F" w:rsidP="00975C25">
      <w:pPr>
        <w:pStyle w:val="ListParagraph"/>
        <w:rPr>
          <w:rFonts w:cs="Arial"/>
        </w:rPr>
      </w:pPr>
    </w:p>
    <w:p w14:paraId="168DF807" w14:textId="77777777" w:rsidR="001A6E52" w:rsidRDefault="00281488" w:rsidP="00975C25">
      <w:pPr>
        <w:pStyle w:val="ListParagraph"/>
        <w:rPr>
          <w:rFonts w:cs="Arial"/>
        </w:rPr>
      </w:pPr>
      <w:r w:rsidRPr="00A51736">
        <w:rPr>
          <w:rFonts w:cs="Arial"/>
        </w:rPr>
        <w:t xml:space="preserve">Freeman, R.E. (1984) </w:t>
      </w:r>
      <w:r w:rsidRPr="00A51736">
        <w:rPr>
          <w:rFonts w:cs="Arial"/>
          <w:i/>
        </w:rPr>
        <w:t>Strategic Management: A Stakeholder Approach</w:t>
      </w:r>
      <w:r w:rsidRPr="00A51736">
        <w:rPr>
          <w:rFonts w:cs="Arial"/>
        </w:rPr>
        <w:t>. Boston: Pitman Publishing.</w:t>
      </w:r>
    </w:p>
    <w:p w14:paraId="65249F6F" w14:textId="77777777" w:rsidR="0052754F" w:rsidRPr="00A51736" w:rsidRDefault="0052754F" w:rsidP="00975C25">
      <w:pPr>
        <w:pStyle w:val="ListParagraph"/>
        <w:rPr>
          <w:rFonts w:cs="Arial"/>
        </w:rPr>
      </w:pPr>
    </w:p>
    <w:p w14:paraId="5F70D193" w14:textId="56A0C33E" w:rsidR="001A6E52" w:rsidRDefault="00281488" w:rsidP="00975C25">
      <w:pPr>
        <w:pStyle w:val="ListParagraph"/>
        <w:rPr>
          <w:rFonts w:cs="Arial"/>
        </w:rPr>
      </w:pPr>
      <w:r w:rsidRPr="00A51736">
        <w:rPr>
          <w:rFonts w:cs="Arial"/>
        </w:rPr>
        <w:t>Hillman, A.J. and Keim, G.D. (2001) 'Shareholder Value, Stakeholder Management, and Social Issues: What</w:t>
      </w:r>
      <w:r w:rsidR="00FF5ABB">
        <w:rPr>
          <w:rFonts w:cs="Arial"/>
        </w:rPr>
        <w:t>’</w:t>
      </w:r>
      <w:r w:rsidRPr="00A51736">
        <w:rPr>
          <w:rFonts w:cs="Arial"/>
        </w:rPr>
        <w:t xml:space="preserve">s the Bottom Line?', </w:t>
      </w:r>
      <w:r w:rsidRPr="00A51736">
        <w:rPr>
          <w:rFonts w:cs="Arial"/>
          <w:i/>
        </w:rPr>
        <w:t>Strategic Management Journal</w:t>
      </w:r>
      <w:r w:rsidRPr="00A51736">
        <w:rPr>
          <w:rFonts w:cs="Arial"/>
        </w:rPr>
        <w:t>, 22(2), pp. 125-139.</w:t>
      </w:r>
    </w:p>
    <w:p w14:paraId="6D099540" w14:textId="77777777" w:rsidR="0052754F" w:rsidRPr="00A51736" w:rsidRDefault="0052754F" w:rsidP="00975C25">
      <w:pPr>
        <w:pStyle w:val="ListParagraph"/>
        <w:rPr>
          <w:rFonts w:cs="Arial"/>
        </w:rPr>
      </w:pPr>
    </w:p>
    <w:p w14:paraId="0624D49D" w14:textId="77777777" w:rsidR="001A6E52" w:rsidRDefault="00281488" w:rsidP="00975C25">
      <w:pPr>
        <w:pStyle w:val="ListParagraph"/>
        <w:rPr>
          <w:rFonts w:cs="Arial"/>
        </w:rPr>
      </w:pPr>
      <w:r w:rsidRPr="00A51736">
        <w:rPr>
          <w:rFonts w:cs="Arial"/>
        </w:rPr>
        <w:t xml:space="preserve">Innes, J.E. and Booher, D.E. (2004) 'Reframing Public Participation: Strategies for the 21st Century', </w:t>
      </w:r>
      <w:r w:rsidRPr="00A51736">
        <w:rPr>
          <w:rFonts w:cs="Arial"/>
          <w:i/>
        </w:rPr>
        <w:t>Planning Theory &amp; Practice</w:t>
      </w:r>
      <w:r w:rsidRPr="00A51736">
        <w:rPr>
          <w:rFonts w:cs="Arial"/>
        </w:rPr>
        <w:t>, 5(4), pp. 419-436.</w:t>
      </w:r>
    </w:p>
    <w:p w14:paraId="249DAA69" w14:textId="77777777" w:rsidR="0052754F" w:rsidRPr="00A51736" w:rsidRDefault="0052754F" w:rsidP="00975C25">
      <w:pPr>
        <w:pStyle w:val="ListParagraph"/>
        <w:rPr>
          <w:rFonts w:cs="Arial"/>
        </w:rPr>
      </w:pPr>
    </w:p>
    <w:p w14:paraId="4DFD4734" w14:textId="77777777" w:rsidR="001A6E52" w:rsidRDefault="00281488" w:rsidP="00975C25">
      <w:pPr>
        <w:pStyle w:val="ListParagraph"/>
        <w:rPr>
          <w:rFonts w:cs="Arial"/>
        </w:rPr>
      </w:pPr>
      <w:r w:rsidRPr="00A51736">
        <w:rPr>
          <w:rFonts w:cs="Arial"/>
        </w:rPr>
        <w:t xml:space="preserve">Kotler, P. and Keller, K.L. (2016) </w:t>
      </w:r>
      <w:r w:rsidRPr="00A51736">
        <w:rPr>
          <w:rFonts w:cs="Arial"/>
          <w:i/>
        </w:rPr>
        <w:t>Marketing Management</w:t>
      </w:r>
      <w:r w:rsidRPr="00A51736">
        <w:rPr>
          <w:rFonts w:cs="Arial"/>
        </w:rPr>
        <w:t>. 15th edn. Upper Saddle River: Pearson Education.</w:t>
      </w:r>
    </w:p>
    <w:p w14:paraId="2C3EEFE8" w14:textId="77777777" w:rsidR="0052754F" w:rsidRPr="00A51736" w:rsidRDefault="0052754F" w:rsidP="00975C25">
      <w:pPr>
        <w:pStyle w:val="ListParagraph"/>
        <w:rPr>
          <w:rFonts w:cs="Arial"/>
        </w:rPr>
      </w:pPr>
    </w:p>
    <w:p w14:paraId="08A16A43" w14:textId="77777777" w:rsidR="001A6E52" w:rsidRPr="00A51736" w:rsidRDefault="00281488" w:rsidP="00975C25">
      <w:pPr>
        <w:pStyle w:val="ListParagraph"/>
        <w:rPr>
          <w:rFonts w:cs="Arial"/>
        </w:rPr>
      </w:pPr>
      <w:r w:rsidRPr="00A51736">
        <w:rPr>
          <w:rFonts w:cs="Arial"/>
        </w:rPr>
        <w:t xml:space="preserve">Mendelow, A.L. (1991) 'Stakeholder Mapping', </w:t>
      </w:r>
      <w:r w:rsidRPr="00A51736">
        <w:rPr>
          <w:rFonts w:cs="Arial"/>
          <w:i/>
        </w:rPr>
        <w:t>Proceedings of the Second International Conference on Information Systems</w:t>
      </w:r>
      <w:r w:rsidRPr="00A51736">
        <w:rPr>
          <w:rFonts w:cs="Arial"/>
        </w:rPr>
        <w:t>, pp. 205-220.</w:t>
      </w:r>
    </w:p>
    <w:p w14:paraId="3376540C" w14:textId="77777777" w:rsidR="001A6E52" w:rsidRDefault="00281488" w:rsidP="00975C25">
      <w:pPr>
        <w:pStyle w:val="ListParagraph"/>
        <w:rPr>
          <w:rFonts w:cs="Arial"/>
        </w:rPr>
      </w:pPr>
      <w:r w:rsidRPr="00A51736">
        <w:rPr>
          <w:rFonts w:cs="Arial"/>
        </w:rPr>
        <w:lastRenderedPageBreak/>
        <w:t xml:space="preserve">Mitchell, R.K., Agle, B.R. and Wood, D.J. (1997) 'Toward a Theory of Stakeholder Identification and Salience: Defining the Principle of Who and What Really Counts', </w:t>
      </w:r>
      <w:r w:rsidRPr="00A51736">
        <w:rPr>
          <w:rFonts w:cs="Arial"/>
          <w:i/>
        </w:rPr>
        <w:t>Academy of Management Review</w:t>
      </w:r>
      <w:r w:rsidRPr="00A51736">
        <w:rPr>
          <w:rFonts w:cs="Arial"/>
        </w:rPr>
        <w:t>, 22(4), pp. 853-886.</w:t>
      </w:r>
    </w:p>
    <w:p w14:paraId="0DB211D9" w14:textId="77777777" w:rsidR="0052754F" w:rsidRPr="00A51736" w:rsidRDefault="0052754F" w:rsidP="00975C25">
      <w:pPr>
        <w:pStyle w:val="ListParagraph"/>
        <w:rPr>
          <w:rFonts w:cs="Arial"/>
        </w:rPr>
      </w:pPr>
    </w:p>
    <w:p w14:paraId="5D8323AE" w14:textId="77777777" w:rsidR="001A6E52" w:rsidRDefault="00281488" w:rsidP="00975C25">
      <w:pPr>
        <w:pStyle w:val="ListParagraph"/>
        <w:rPr>
          <w:rFonts w:cs="Arial"/>
        </w:rPr>
      </w:pPr>
      <w:r w:rsidRPr="00A51736">
        <w:rPr>
          <w:rFonts w:cs="Arial"/>
        </w:rPr>
        <w:t xml:space="preserve">Porter, M.E. (1985) </w:t>
      </w:r>
      <w:r w:rsidRPr="00A51736">
        <w:rPr>
          <w:rFonts w:cs="Arial"/>
          <w:i/>
        </w:rPr>
        <w:t>Competitive Advantage: Creating and Sustaining Superior Performance</w:t>
      </w:r>
      <w:r w:rsidRPr="00A51736">
        <w:rPr>
          <w:rFonts w:cs="Arial"/>
        </w:rPr>
        <w:t>. New York: Free Press.</w:t>
      </w:r>
    </w:p>
    <w:p w14:paraId="17E7713A" w14:textId="77777777" w:rsidR="0052754F" w:rsidRPr="00A51736" w:rsidRDefault="0052754F" w:rsidP="00975C25">
      <w:pPr>
        <w:pStyle w:val="ListParagraph"/>
        <w:rPr>
          <w:rFonts w:cs="Arial"/>
        </w:rPr>
      </w:pPr>
    </w:p>
    <w:p w14:paraId="0AFCA374" w14:textId="77777777" w:rsidR="001A6E52" w:rsidRDefault="00281488" w:rsidP="00975C25">
      <w:pPr>
        <w:pStyle w:val="ListParagraph"/>
        <w:rPr>
          <w:rFonts w:cs="Arial"/>
        </w:rPr>
      </w:pPr>
      <w:r w:rsidRPr="00A51736">
        <w:rPr>
          <w:rFonts w:cs="Arial"/>
        </w:rPr>
        <w:t xml:space="preserve">Post, J.E., Preston, L.E. and Sachs, S. (2002) 'Managing the Extended Enterprise: The New Stakeholder View', </w:t>
      </w:r>
      <w:r w:rsidRPr="00A51736">
        <w:rPr>
          <w:rFonts w:cs="Arial"/>
          <w:i/>
        </w:rPr>
        <w:t>California Management Review</w:t>
      </w:r>
      <w:r w:rsidRPr="00A51736">
        <w:rPr>
          <w:rFonts w:cs="Arial"/>
        </w:rPr>
        <w:t>, 45(1), pp. 6-28.</w:t>
      </w:r>
    </w:p>
    <w:p w14:paraId="1228AAEC" w14:textId="77777777" w:rsidR="0052754F" w:rsidRPr="00A51736" w:rsidRDefault="0052754F" w:rsidP="00975C25">
      <w:pPr>
        <w:pStyle w:val="ListParagraph"/>
        <w:rPr>
          <w:rFonts w:cs="Arial"/>
        </w:rPr>
      </w:pPr>
    </w:p>
    <w:p w14:paraId="1917596F" w14:textId="77777777" w:rsidR="001A6E52" w:rsidRDefault="00281488" w:rsidP="00975C25">
      <w:pPr>
        <w:pStyle w:val="ListParagraph"/>
        <w:rPr>
          <w:rFonts w:cs="Arial"/>
        </w:rPr>
      </w:pPr>
      <w:r w:rsidRPr="00A51736">
        <w:rPr>
          <w:rFonts w:cs="Arial"/>
        </w:rPr>
        <w:t xml:space="preserve">Savage, G.T., Bunn, M.D., Gray, B., Xie, J.L. and Kaur, S. (1991) 'Stakeholder Collaboration: Gaining Legitimacy for Unconstrained Cooperation', </w:t>
      </w:r>
      <w:r w:rsidRPr="00A51736">
        <w:rPr>
          <w:rFonts w:cs="Arial"/>
          <w:i/>
        </w:rPr>
        <w:t>Journal of Applied Behavioral Science</w:t>
      </w:r>
      <w:r w:rsidRPr="00A51736">
        <w:rPr>
          <w:rFonts w:cs="Arial"/>
        </w:rPr>
        <w:t>, 27(2), pp. 209-234.</w:t>
      </w:r>
    </w:p>
    <w:p w14:paraId="3AA33A3F" w14:textId="77777777" w:rsidR="0052754F" w:rsidRPr="00A51736" w:rsidRDefault="0052754F" w:rsidP="00975C25">
      <w:pPr>
        <w:pStyle w:val="ListParagraph"/>
        <w:rPr>
          <w:rFonts w:cs="Arial"/>
        </w:rPr>
      </w:pPr>
    </w:p>
    <w:p w14:paraId="2FCEA4F5" w14:textId="77777777" w:rsidR="001A6E52" w:rsidRPr="00A51736" w:rsidRDefault="00281488" w:rsidP="00975C25">
      <w:pPr>
        <w:pStyle w:val="ListParagraph"/>
        <w:rPr>
          <w:rFonts w:cs="Arial"/>
        </w:rPr>
      </w:pPr>
      <w:r w:rsidRPr="00A51736">
        <w:rPr>
          <w:rFonts w:cs="Arial"/>
        </w:rPr>
        <w:t xml:space="preserve">Svendsen, A.C. and Laberge, M. (2005) 'Corporate Citizenship: New Thinking and Approaches', </w:t>
      </w:r>
      <w:r w:rsidRPr="00A51736">
        <w:rPr>
          <w:rFonts w:cs="Arial"/>
          <w:i/>
        </w:rPr>
        <w:t>Journal of Corporate Citizenship</w:t>
      </w:r>
      <w:r w:rsidRPr="00A51736">
        <w:rPr>
          <w:rFonts w:cs="Arial"/>
        </w:rPr>
        <w:t>, 17, pp. 36-42.</w:t>
      </w:r>
    </w:p>
    <w:p w14:paraId="259B163C" w14:textId="77777777" w:rsidR="001A6E52" w:rsidRDefault="00281488" w:rsidP="00975C25">
      <w:pPr>
        <w:pStyle w:val="ListParagraph"/>
        <w:rPr>
          <w:rFonts w:cs="Arial"/>
        </w:rPr>
      </w:pPr>
      <w:r w:rsidRPr="00A51736">
        <w:rPr>
          <w:rFonts w:cs="Arial"/>
        </w:rPr>
        <w:t xml:space="preserve">Yeung, K. (2017) </w:t>
      </w:r>
      <w:r w:rsidRPr="00A51736">
        <w:rPr>
          <w:rFonts w:cs="Arial"/>
          <w:i/>
        </w:rPr>
        <w:t>Hypernudges: Big Data, Regulation and Everyday Life</w:t>
      </w:r>
      <w:r w:rsidRPr="00A51736">
        <w:rPr>
          <w:rFonts w:cs="Arial"/>
        </w:rPr>
        <w:t>. Oxford: Oxford University Press.</w:t>
      </w:r>
    </w:p>
    <w:p w14:paraId="14B66C0B" w14:textId="77777777" w:rsidR="0052754F" w:rsidRPr="00A51736" w:rsidRDefault="0052754F" w:rsidP="00975C25">
      <w:pPr>
        <w:pStyle w:val="ListParagraph"/>
        <w:rPr>
          <w:rFonts w:cs="Arial"/>
        </w:rPr>
      </w:pPr>
    </w:p>
    <w:p w14:paraId="49B0BD5C" w14:textId="77777777" w:rsidR="001A6E52" w:rsidRPr="00A51736" w:rsidRDefault="00281488" w:rsidP="00975C25">
      <w:pPr>
        <w:pStyle w:val="ListParagraph"/>
        <w:rPr>
          <w:rFonts w:cs="Arial"/>
        </w:rPr>
      </w:pPr>
      <w:r w:rsidRPr="00A51736">
        <w:rPr>
          <w:rFonts w:cs="Arial"/>
        </w:rPr>
        <w:t xml:space="preserve">Zuboff, S. (2019) </w:t>
      </w:r>
      <w:r w:rsidRPr="00A51736">
        <w:rPr>
          <w:rFonts w:cs="Arial"/>
          <w:i/>
        </w:rPr>
        <w:t>The Age of Surveillance Capitalism: The Fight for a Human Future at the New Frontier of Power</w:t>
      </w:r>
      <w:r w:rsidRPr="00A51736">
        <w:rPr>
          <w:rFonts w:cs="Arial"/>
        </w:rPr>
        <w:t>. New York: PublicAffairs.</w:t>
      </w:r>
    </w:p>
    <w:sectPr w:rsidR="001A6E52" w:rsidRPr="00A51736" w:rsidSect="00AD126B">
      <w:headerReference w:type="default" r:id="rId9"/>
      <w:footerReference w:type="defaul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F5B88" w14:textId="77777777" w:rsidR="009B113B" w:rsidRDefault="009B113B" w:rsidP="001F099E">
      <w:pPr>
        <w:spacing w:after="0" w:line="240" w:lineRule="auto"/>
      </w:pPr>
      <w:r>
        <w:separator/>
      </w:r>
    </w:p>
  </w:endnote>
  <w:endnote w:type="continuationSeparator" w:id="0">
    <w:p w14:paraId="2467A82F" w14:textId="77777777" w:rsidR="009B113B" w:rsidRDefault="009B113B" w:rsidP="001F0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387753"/>
      <w:docPartObj>
        <w:docPartGallery w:val="Page Numbers (Bottom of Page)"/>
        <w:docPartUnique/>
      </w:docPartObj>
    </w:sdtPr>
    <w:sdtEndPr>
      <w:rPr>
        <w:noProof/>
      </w:rPr>
    </w:sdtEndPr>
    <w:sdtContent>
      <w:p w14:paraId="65B92DD5" w14:textId="72A86808" w:rsidR="00150FA7" w:rsidRDefault="00150F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84215" w14:textId="77777777" w:rsidR="001F099E" w:rsidRDefault="001F0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ADC82" w14:textId="77777777" w:rsidR="009B113B" w:rsidRDefault="009B113B" w:rsidP="001F099E">
      <w:pPr>
        <w:spacing w:after="0" w:line="240" w:lineRule="auto"/>
      </w:pPr>
      <w:r>
        <w:separator/>
      </w:r>
    </w:p>
  </w:footnote>
  <w:footnote w:type="continuationSeparator" w:id="0">
    <w:p w14:paraId="65EE2D99" w14:textId="77777777" w:rsidR="009B113B" w:rsidRDefault="009B113B" w:rsidP="001F0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6C51" w14:textId="6D34708E" w:rsidR="001F099E" w:rsidRDefault="001F099E">
    <w:pPr>
      <w:pStyle w:val="Header"/>
      <w:jc w:val="center"/>
    </w:pPr>
  </w:p>
  <w:p w14:paraId="3C2DE580" w14:textId="77777777" w:rsidR="001F099E" w:rsidRDefault="001F09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6093071">
    <w:abstractNumId w:val="8"/>
  </w:num>
  <w:num w:numId="2" w16cid:durableId="457996973">
    <w:abstractNumId w:val="6"/>
  </w:num>
  <w:num w:numId="3" w16cid:durableId="1431273377">
    <w:abstractNumId w:val="5"/>
  </w:num>
  <w:num w:numId="4" w16cid:durableId="2083022372">
    <w:abstractNumId w:val="4"/>
  </w:num>
  <w:num w:numId="5" w16cid:durableId="2029940043">
    <w:abstractNumId w:val="7"/>
  </w:num>
  <w:num w:numId="6" w16cid:durableId="2074355507">
    <w:abstractNumId w:val="3"/>
  </w:num>
  <w:num w:numId="7" w16cid:durableId="251663253">
    <w:abstractNumId w:val="2"/>
  </w:num>
  <w:num w:numId="8" w16cid:durableId="1999578404">
    <w:abstractNumId w:val="1"/>
  </w:num>
  <w:num w:numId="9" w16cid:durableId="1880586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786"/>
    <w:rsid w:val="0006063C"/>
    <w:rsid w:val="001051DA"/>
    <w:rsid w:val="0015074B"/>
    <w:rsid w:val="00150FA7"/>
    <w:rsid w:val="001521E0"/>
    <w:rsid w:val="001A6E52"/>
    <w:rsid w:val="001F099E"/>
    <w:rsid w:val="001F7E3D"/>
    <w:rsid w:val="00207A17"/>
    <w:rsid w:val="00281488"/>
    <w:rsid w:val="0029639D"/>
    <w:rsid w:val="002C647E"/>
    <w:rsid w:val="00326F90"/>
    <w:rsid w:val="00365487"/>
    <w:rsid w:val="003E6CB3"/>
    <w:rsid w:val="004E5A0A"/>
    <w:rsid w:val="004F5399"/>
    <w:rsid w:val="005141A5"/>
    <w:rsid w:val="0052754F"/>
    <w:rsid w:val="0056733E"/>
    <w:rsid w:val="005773FE"/>
    <w:rsid w:val="00591301"/>
    <w:rsid w:val="006013BD"/>
    <w:rsid w:val="006129DB"/>
    <w:rsid w:val="006D0526"/>
    <w:rsid w:val="00796E6D"/>
    <w:rsid w:val="007C733F"/>
    <w:rsid w:val="00803946"/>
    <w:rsid w:val="00822494"/>
    <w:rsid w:val="008544F9"/>
    <w:rsid w:val="008B3FAD"/>
    <w:rsid w:val="009524CE"/>
    <w:rsid w:val="00975C25"/>
    <w:rsid w:val="009B113B"/>
    <w:rsid w:val="00A51736"/>
    <w:rsid w:val="00A73D6A"/>
    <w:rsid w:val="00A769A5"/>
    <w:rsid w:val="00A96FCE"/>
    <w:rsid w:val="00AA1D8D"/>
    <w:rsid w:val="00AB1EA3"/>
    <w:rsid w:val="00AD126B"/>
    <w:rsid w:val="00B20078"/>
    <w:rsid w:val="00B203CB"/>
    <w:rsid w:val="00B47730"/>
    <w:rsid w:val="00B550DD"/>
    <w:rsid w:val="00B60113"/>
    <w:rsid w:val="00C1353F"/>
    <w:rsid w:val="00CB0664"/>
    <w:rsid w:val="00D011A2"/>
    <w:rsid w:val="00D43915"/>
    <w:rsid w:val="00D62C48"/>
    <w:rsid w:val="00DA4615"/>
    <w:rsid w:val="00E46580"/>
    <w:rsid w:val="00EC41EE"/>
    <w:rsid w:val="00F0348F"/>
    <w:rsid w:val="00FC693F"/>
    <w:rsid w:val="00FE547D"/>
    <w:rsid w:val="00FF5A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F6BA37"/>
  <w14:defaultImageDpi w14:val="300"/>
  <w15:docId w15:val="{9157ABB3-5EA7-4DDB-AE88-E4759773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011A2"/>
    <w:pPr>
      <w:spacing w:after="100"/>
    </w:pPr>
  </w:style>
  <w:style w:type="paragraph" w:styleId="TOC2">
    <w:name w:val="toc 2"/>
    <w:basedOn w:val="Normal"/>
    <w:next w:val="Normal"/>
    <w:autoRedefine/>
    <w:uiPriority w:val="39"/>
    <w:unhideWhenUsed/>
    <w:rsid w:val="00D011A2"/>
    <w:pPr>
      <w:spacing w:after="100"/>
      <w:ind w:left="220"/>
    </w:pPr>
  </w:style>
  <w:style w:type="character" w:styleId="Hyperlink">
    <w:name w:val="Hyperlink"/>
    <w:basedOn w:val="DefaultParagraphFont"/>
    <w:uiPriority w:val="99"/>
    <w:unhideWhenUsed/>
    <w:rsid w:val="00D011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3500</Words>
  <Characters>19954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Luciana de Lara Franco</cp:lastModifiedBy>
  <cp:revision>2</cp:revision>
  <dcterms:created xsi:type="dcterms:W3CDTF">2026-07-12T20:02:00Z</dcterms:created>
  <dcterms:modified xsi:type="dcterms:W3CDTF">2026-07-12T20:02:00Z</dcterms:modified>
  <cp:category/>
</cp:coreProperties>
</file>