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30BE3" w14:textId="322B94B9" w:rsidR="00DB69E3" w:rsidRPr="00250120" w:rsidRDefault="00DB69E3">
      <w:pPr>
        <w:pStyle w:val="Heading2"/>
      </w:pPr>
      <w:r w:rsidRPr="00250120">
        <w:t xml:space="preserve">ENGHRAIFFT 1: </w:t>
      </w:r>
    </w:p>
    <w:p w14:paraId="7DFE928F" w14:textId="3D942102" w:rsidR="00AF1918" w:rsidRPr="00250120" w:rsidRDefault="00DE14AD">
      <w:pPr>
        <w:pStyle w:val="Heading2"/>
      </w:pPr>
      <w:r w:rsidRPr="00250120">
        <w:t xml:space="preserve">Arolwg Boddhad </w:t>
      </w:r>
      <w:proofErr w:type="spellStart"/>
      <w:r w:rsidRPr="00250120">
        <w:t>Myfyrwyr</w:t>
      </w:r>
      <w:proofErr w:type="spellEnd"/>
      <w:r w:rsidRPr="00250120">
        <w:t xml:space="preserve"> </w:t>
      </w:r>
      <w:proofErr w:type="spellStart"/>
      <w:r w:rsidRPr="00250120">
        <w:t>Platfform</w:t>
      </w:r>
      <w:proofErr w:type="spellEnd"/>
      <w:r w:rsidRPr="00250120">
        <w:t xml:space="preserve"> </w:t>
      </w:r>
      <w:proofErr w:type="spellStart"/>
      <w:r w:rsidRPr="00250120">
        <w:t>Dysgu</w:t>
      </w:r>
      <w:proofErr w:type="spellEnd"/>
      <w:r w:rsidRPr="00250120">
        <w:t xml:space="preserve"> </w:t>
      </w:r>
      <w:proofErr w:type="spellStart"/>
      <w:r w:rsidRPr="00250120">
        <w:t>Ar-lein</w:t>
      </w:r>
      <w:proofErr w:type="spellEnd"/>
    </w:p>
    <w:p w14:paraId="36BEF50F" w14:textId="77777777" w:rsidR="00250120" w:rsidRPr="00250120" w:rsidRDefault="00250120" w:rsidP="00250120">
      <w:pPr>
        <w:rPr>
          <w:sz w:val="26"/>
          <w:szCs w:val="26"/>
        </w:rPr>
      </w:pPr>
    </w:p>
    <w:p w14:paraId="41AB3399" w14:textId="77777777" w:rsidR="00250120" w:rsidRDefault="00DE14AD">
      <w:pPr>
        <w:rPr>
          <w:b/>
          <w:bCs/>
          <w:sz w:val="26"/>
          <w:szCs w:val="26"/>
        </w:rPr>
      </w:pPr>
      <w:proofErr w:type="spellStart"/>
      <w:r w:rsidRPr="00250120">
        <w:rPr>
          <w:b/>
          <w:bCs/>
          <w:sz w:val="26"/>
          <w:szCs w:val="26"/>
        </w:rPr>
        <w:t>Pwnc</w:t>
      </w:r>
      <w:proofErr w:type="spellEnd"/>
      <w:r w:rsidRPr="00250120">
        <w:rPr>
          <w:b/>
          <w:bCs/>
          <w:sz w:val="26"/>
          <w:szCs w:val="26"/>
        </w:rPr>
        <w:t xml:space="preserve"> </w:t>
      </w:r>
      <w:proofErr w:type="spellStart"/>
      <w:r w:rsidRPr="00250120">
        <w:rPr>
          <w:b/>
          <w:bCs/>
          <w:sz w:val="26"/>
          <w:szCs w:val="26"/>
        </w:rPr>
        <w:t>Ymchwil</w:t>
      </w:r>
      <w:proofErr w:type="spellEnd"/>
      <w:r w:rsidRPr="00250120">
        <w:rPr>
          <w:b/>
          <w:bCs/>
          <w:sz w:val="26"/>
          <w:szCs w:val="26"/>
        </w:rPr>
        <w:t xml:space="preserve">: </w:t>
      </w:r>
      <w:proofErr w:type="spellStart"/>
      <w:r w:rsidRPr="00250120">
        <w:rPr>
          <w:b/>
          <w:bCs/>
          <w:sz w:val="26"/>
          <w:szCs w:val="26"/>
        </w:rPr>
        <w:t>Boddhad</w:t>
      </w:r>
      <w:proofErr w:type="spellEnd"/>
      <w:r w:rsidRPr="00250120">
        <w:rPr>
          <w:b/>
          <w:bCs/>
          <w:sz w:val="26"/>
          <w:szCs w:val="26"/>
        </w:rPr>
        <w:t xml:space="preserve"> </w:t>
      </w:r>
      <w:proofErr w:type="spellStart"/>
      <w:r w:rsidRPr="00250120">
        <w:rPr>
          <w:b/>
          <w:bCs/>
          <w:sz w:val="26"/>
          <w:szCs w:val="26"/>
        </w:rPr>
        <w:t>myfyrwyr</w:t>
      </w:r>
      <w:proofErr w:type="spellEnd"/>
      <w:r w:rsidRPr="00250120">
        <w:rPr>
          <w:b/>
          <w:bCs/>
          <w:sz w:val="26"/>
          <w:szCs w:val="26"/>
        </w:rPr>
        <w:t xml:space="preserve"> gyda llwyfan dysgu ar-leinPwrpas: Mesur defnyddioldeb, ansawdd cynnwys, a boddhad cyffredinol i lywio gwelliannau platfform.</w:t>
      </w:r>
      <w:r w:rsidRPr="00250120">
        <w:rPr>
          <w:sz w:val="26"/>
          <w:szCs w:val="26"/>
        </w:rPr>
        <w:br/>
      </w:r>
      <w:r w:rsidRPr="00250120">
        <w:rPr>
          <w:sz w:val="26"/>
          <w:szCs w:val="26"/>
        </w:rPr>
        <w:br/>
      </w:r>
      <w:r w:rsidRPr="00250120">
        <w:rPr>
          <w:b/>
          <w:bCs/>
          <w:sz w:val="26"/>
          <w:szCs w:val="26"/>
        </w:rPr>
        <w:t>Teitl: Arolwg Boddhad Myfyrwyr Platfform Dysgu Ar-lein</w:t>
      </w:r>
      <w:r w:rsidRPr="00250120">
        <w:rPr>
          <w:b/>
          <w:bCs/>
          <w:sz w:val="26"/>
          <w:szCs w:val="26"/>
        </w:rPr>
        <w:br/>
      </w:r>
      <w:r w:rsidRPr="00250120">
        <w:rPr>
          <w:sz w:val="26"/>
          <w:szCs w:val="26"/>
        </w:rPr>
        <w:br/>
      </w:r>
      <w:r w:rsidRPr="00250120">
        <w:rPr>
          <w:b/>
          <w:bCs/>
          <w:sz w:val="26"/>
          <w:szCs w:val="26"/>
        </w:rPr>
        <w:t>Cyflwyniad:</w:t>
      </w:r>
      <w:r w:rsidRPr="00250120">
        <w:rPr>
          <w:sz w:val="26"/>
          <w:szCs w:val="26"/>
        </w:rPr>
        <w:br/>
        <w:t>Diolch am gymryd rhan yn ein hastudiaeth ar ddefnyddioldeb ac effeithiolrwydd platfform dysgu ar-lein y brifysgol. Bydd yr arolwg yn cymryd tua 8 munud. Mae eich ymatebion yn ddienw, ac ni chasglir unrhyw ddata personol.</w:t>
      </w:r>
      <w:r w:rsidRPr="00250120">
        <w:rPr>
          <w:sz w:val="26"/>
          <w:szCs w:val="26"/>
        </w:rPr>
        <w:br/>
      </w:r>
      <w:r w:rsidRPr="00250120">
        <w:rPr>
          <w:sz w:val="26"/>
          <w:szCs w:val="26"/>
        </w:rPr>
        <w:br/>
      </w:r>
      <w:r w:rsidRPr="00250120">
        <w:rPr>
          <w:b/>
          <w:bCs/>
          <w:sz w:val="26"/>
          <w:szCs w:val="26"/>
        </w:rPr>
        <w:t xml:space="preserve">ADRAN 1: </w:t>
      </w:r>
      <w:proofErr w:type="spellStart"/>
      <w:r w:rsidRPr="00250120">
        <w:rPr>
          <w:b/>
          <w:bCs/>
          <w:sz w:val="26"/>
          <w:szCs w:val="26"/>
        </w:rPr>
        <w:t>Gwybodaeth</w:t>
      </w:r>
      <w:proofErr w:type="spellEnd"/>
      <w:r w:rsidRPr="00250120">
        <w:rPr>
          <w:b/>
          <w:bCs/>
          <w:sz w:val="26"/>
          <w:szCs w:val="26"/>
        </w:rPr>
        <w:t xml:space="preserve"> </w:t>
      </w:r>
      <w:proofErr w:type="spellStart"/>
      <w:r w:rsidRPr="00250120">
        <w:rPr>
          <w:b/>
          <w:bCs/>
          <w:sz w:val="26"/>
          <w:szCs w:val="26"/>
        </w:rPr>
        <w:t>Gefndir</w:t>
      </w:r>
      <w:proofErr w:type="spellEnd"/>
    </w:p>
    <w:p w14:paraId="5D1DE028" w14:textId="0A217C53" w:rsidR="00250120" w:rsidRPr="00250120" w:rsidRDefault="00DE14AD">
      <w:pPr>
        <w:rPr>
          <w:sz w:val="26"/>
          <w:szCs w:val="26"/>
        </w:rPr>
      </w:pPr>
      <w:r w:rsidRPr="00250120">
        <w:rPr>
          <w:sz w:val="26"/>
          <w:szCs w:val="26"/>
        </w:rPr>
        <w:t xml:space="preserve">1. Pa mor </w:t>
      </w:r>
      <w:proofErr w:type="spellStart"/>
      <w:r w:rsidRPr="00250120">
        <w:rPr>
          <w:sz w:val="26"/>
          <w:szCs w:val="26"/>
        </w:rPr>
        <w:t>aml</w:t>
      </w:r>
      <w:proofErr w:type="spellEnd"/>
      <w:r w:rsidRPr="00250120">
        <w:rPr>
          <w:sz w:val="26"/>
          <w:szCs w:val="26"/>
        </w:rPr>
        <w:t xml:space="preserve"> </w:t>
      </w:r>
      <w:proofErr w:type="spellStart"/>
      <w:r w:rsidRPr="00250120">
        <w:rPr>
          <w:sz w:val="26"/>
          <w:szCs w:val="26"/>
        </w:rPr>
        <w:t>ydych</w:t>
      </w:r>
      <w:proofErr w:type="spellEnd"/>
      <w:r w:rsidRPr="00250120">
        <w:rPr>
          <w:sz w:val="26"/>
          <w:szCs w:val="26"/>
        </w:rPr>
        <w:t xml:space="preserve"> </w:t>
      </w:r>
      <w:proofErr w:type="spellStart"/>
      <w:r w:rsidRPr="00250120">
        <w:rPr>
          <w:sz w:val="26"/>
          <w:szCs w:val="26"/>
        </w:rPr>
        <w:t>chi'n</w:t>
      </w:r>
      <w:proofErr w:type="spellEnd"/>
      <w:r w:rsidRPr="00250120">
        <w:rPr>
          <w:sz w:val="26"/>
          <w:szCs w:val="26"/>
        </w:rPr>
        <w:t xml:space="preserve"> </w:t>
      </w:r>
      <w:proofErr w:type="spellStart"/>
      <w:r w:rsidRPr="00250120">
        <w:rPr>
          <w:sz w:val="26"/>
          <w:szCs w:val="26"/>
        </w:rPr>
        <w:t>defnyddio'r</w:t>
      </w:r>
      <w:proofErr w:type="spellEnd"/>
      <w:r w:rsidRPr="00250120">
        <w:rPr>
          <w:sz w:val="26"/>
          <w:szCs w:val="26"/>
        </w:rPr>
        <w:t xml:space="preserve"> </w:t>
      </w:r>
      <w:proofErr w:type="spellStart"/>
      <w:r w:rsidRPr="00250120">
        <w:rPr>
          <w:sz w:val="26"/>
          <w:szCs w:val="26"/>
        </w:rPr>
        <w:t>platfform</w:t>
      </w:r>
      <w:proofErr w:type="spellEnd"/>
      <w:r w:rsidRPr="00250120">
        <w:rPr>
          <w:sz w:val="26"/>
          <w:szCs w:val="26"/>
        </w:rPr>
        <w:t xml:space="preserve"> </w:t>
      </w:r>
      <w:proofErr w:type="spellStart"/>
      <w:r w:rsidRPr="00250120">
        <w:rPr>
          <w:sz w:val="26"/>
          <w:szCs w:val="26"/>
        </w:rPr>
        <w:t>dysgu</w:t>
      </w:r>
      <w:proofErr w:type="spellEnd"/>
      <w:r w:rsidRPr="00250120">
        <w:rPr>
          <w:sz w:val="26"/>
          <w:szCs w:val="26"/>
        </w:rPr>
        <w:t xml:space="preserve"> </w:t>
      </w:r>
      <w:proofErr w:type="spellStart"/>
      <w:r w:rsidRPr="00250120">
        <w:rPr>
          <w:sz w:val="26"/>
          <w:szCs w:val="26"/>
        </w:rPr>
        <w:t>ar-lein</w:t>
      </w:r>
      <w:proofErr w:type="spellEnd"/>
      <w:r w:rsidRPr="00250120">
        <w:rPr>
          <w:sz w:val="26"/>
          <w:szCs w:val="26"/>
        </w:rPr>
        <w:t>?</w:t>
      </w:r>
      <w:r w:rsidRPr="00250120">
        <w:rPr>
          <w:sz w:val="26"/>
          <w:szCs w:val="26"/>
        </w:rPr>
        <w:br/>
        <w:t xml:space="preserve"> - </w:t>
      </w:r>
      <w:proofErr w:type="spellStart"/>
      <w:r w:rsidRPr="00250120">
        <w:rPr>
          <w:sz w:val="26"/>
          <w:szCs w:val="26"/>
        </w:rPr>
        <w:t>Dyddiol</w:t>
      </w:r>
      <w:proofErr w:type="spellEnd"/>
    </w:p>
    <w:p w14:paraId="0C5ED212" w14:textId="77777777" w:rsidR="00250120" w:rsidRPr="00250120" w:rsidRDefault="00DE14AD">
      <w:pPr>
        <w:rPr>
          <w:sz w:val="26"/>
          <w:szCs w:val="26"/>
        </w:rPr>
      </w:pPr>
      <w:r w:rsidRPr="00250120">
        <w:rPr>
          <w:sz w:val="26"/>
          <w:szCs w:val="26"/>
        </w:rPr>
        <w:t xml:space="preserve"> - Sawl gwaith yr wythnos </w:t>
      </w:r>
    </w:p>
    <w:p w14:paraId="1C88CF2C" w14:textId="77777777" w:rsidR="00250120" w:rsidRPr="00250120" w:rsidRDefault="00DE14AD">
      <w:pPr>
        <w:rPr>
          <w:sz w:val="26"/>
          <w:szCs w:val="26"/>
        </w:rPr>
      </w:pPr>
      <w:r w:rsidRPr="00250120">
        <w:rPr>
          <w:sz w:val="26"/>
          <w:szCs w:val="26"/>
        </w:rPr>
        <w:t xml:space="preserve">- </w:t>
      </w:r>
      <w:proofErr w:type="spellStart"/>
      <w:r w:rsidRPr="00250120">
        <w:rPr>
          <w:sz w:val="26"/>
          <w:szCs w:val="26"/>
        </w:rPr>
        <w:t>Wythnosol</w:t>
      </w:r>
      <w:proofErr w:type="spellEnd"/>
      <w:r w:rsidRPr="00250120">
        <w:rPr>
          <w:sz w:val="26"/>
          <w:szCs w:val="26"/>
        </w:rPr>
        <w:t xml:space="preserve"> </w:t>
      </w:r>
    </w:p>
    <w:p w14:paraId="4A19BB7D" w14:textId="77777777" w:rsidR="00250120" w:rsidRDefault="00DE14AD">
      <w:pPr>
        <w:rPr>
          <w:b/>
          <w:bCs/>
          <w:sz w:val="26"/>
          <w:szCs w:val="26"/>
        </w:rPr>
      </w:pPr>
      <w:r w:rsidRPr="00250120">
        <w:rPr>
          <w:sz w:val="26"/>
          <w:szCs w:val="26"/>
        </w:rPr>
        <w:t xml:space="preserve">- </w:t>
      </w:r>
      <w:proofErr w:type="spellStart"/>
      <w:r w:rsidRPr="00250120">
        <w:rPr>
          <w:sz w:val="26"/>
          <w:szCs w:val="26"/>
        </w:rPr>
        <w:t>Llai</w:t>
      </w:r>
      <w:proofErr w:type="spellEnd"/>
      <w:r w:rsidRPr="00250120">
        <w:rPr>
          <w:sz w:val="26"/>
          <w:szCs w:val="26"/>
        </w:rPr>
        <w:t xml:space="preserve"> nag </w:t>
      </w:r>
      <w:proofErr w:type="spellStart"/>
      <w:r w:rsidRPr="00250120">
        <w:rPr>
          <w:sz w:val="26"/>
          <w:szCs w:val="26"/>
        </w:rPr>
        <w:t>unwaith</w:t>
      </w:r>
      <w:proofErr w:type="spellEnd"/>
      <w:r w:rsidRPr="00250120">
        <w:rPr>
          <w:sz w:val="26"/>
          <w:szCs w:val="26"/>
        </w:rPr>
        <w:t xml:space="preserve"> yr wythnos</w:t>
      </w:r>
      <w:r w:rsidRPr="00250120">
        <w:rPr>
          <w:sz w:val="26"/>
          <w:szCs w:val="26"/>
        </w:rPr>
        <w:br/>
      </w:r>
      <w:r w:rsidRPr="00250120">
        <w:rPr>
          <w:sz w:val="26"/>
          <w:szCs w:val="26"/>
        </w:rPr>
        <w:br/>
        <w:t>2. Pa ddyfais ydych chi'n ei defnyddio yn bennaf i gael mynediad i'r platfform? - Gliniadur / Pen-desg - Tabled - Ffôn Clyfar</w:t>
      </w:r>
      <w:r w:rsidRPr="00250120">
        <w:rPr>
          <w:sz w:val="26"/>
          <w:szCs w:val="26"/>
        </w:rPr>
        <w:br/>
      </w:r>
      <w:r w:rsidRPr="00250120">
        <w:rPr>
          <w:sz w:val="26"/>
          <w:szCs w:val="26"/>
        </w:rPr>
        <w:br/>
      </w:r>
      <w:r w:rsidRPr="00250120">
        <w:rPr>
          <w:b/>
          <w:bCs/>
          <w:sz w:val="26"/>
          <w:szCs w:val="26"/>
        </w:rPr>
        <w:t xml:space="preserve">ADRAN 2: </w:t>
      </w:r>
      <w:proofErr w:type="spellStart"/>
      <w:r w:rsidRPr="00250120">
        <w:rPr>
          <w:b/>
          <w:bCs/>
          <w:sz w:val="26"/>
          <w:szCs w:val="26"/>
        </w:rPr>
        <w:t>Defnyddioldeb</w:t>
      </w:r>
      <w:proofErr w:type="spellEnd"/>
    </w:p>
    <w:p w14:paraId="2B2C3C40" w14:textId="5FE75E4E" w:rsidR="00250120" w:rsidRPr="00250120" w:rsidRDefault="00DE14AD">
      <w:pPr>
        <w:rPr>
          <w:sz w:val="26"/>
          <w:szCs w:val="26"/>
        </w:rPr>
      </w:pPr>
      <w:r w:rsidRPr="00250120">
        <w:rPr>
          <w:sz w:val="26"/>
          <w:szCs w:val="26"/>
        </w:rPr>
        <w:t xml:space="preserve">3. </w:t>
      </w:r>
      <w:proofErr w:type="spellStart"/>
      <w:r w:rsidRPr="00250120">
        <w:rPr>
          <w:sz w:val="26"/>
          <w:szCs w:val="26"/>
        </w:rPr>
        <w:t>Mae'r</w:t>
      </w:r>
      <w:proofErr w:type="spellEnd"/>
      <w:r w:rsidRPr="00250120">
        <w:rPr>
          <w:sz w:val="26"/>
          <w:szCs w:val="26"/>
        </w:rPr>
        <w:t xml:space="preserve"> </w:t>
      </w:r>
      <w:proofErr w:type="spellStart"/>
      <w:r w:rsidRPr="00250120">
        <w:rPr>
          <w:sz w:val="26"/>
          <w:szCs w:val="26"/>
        </w:rPr>
        <w:t>platfform</w:t>
      </w:r>
      <w:proofErr w:type="spellEnd"/>
      <w:r w:rsidRPr="00250120">
        <w:rPr>
          <w:sz w:val="26"/>
          <w:szCs w:val="26"/>
        </w:rPr>
        <w:t xml:space="preserve"> </w:t>
      </w:r>
      <w:proofErr w:type="spellStart"/>
      <w:r w:rsidRPr="00250120">
        <w:rPr>
          <w:sz w:val="26"/>
          <w:szCs w:val="26"/>
        </w:rPr>
        <w:t>yn</w:t>
      </w:r>
      <w:proofErr w:type="spellEnd"/>
      <w:r w:rsidRPr="00250120">
        <w:rPr>
          <w:sz w:val="26"/>
          <w:szCs w:val="26"/>
        </w:rPr>
        <w:t xml:space="preserve"> </w:t>
      </w:r>
      <w:proofErr w:type="spellStart"/>
      <w:r w:rsidRPr="00250120">
        <w:rPr>
          <w:sz w:val="26"/>
          <w:szCs w:val="26"/>
        </w:rPr>
        <w:t>hawdd</w:t>
      </w:r>
      <w:proofErr w:type="spellEnd"/>
      <w:r w:rsidRPr="00250120">
        <w:rPr>
          <w:sz w:val="26"/>
          <w:szCs w:val="26"/>
        </w:rPr>
        <w:t xml:space="preserve"> </w:t>
      </w:r>
      <w:proofErr w:type="spellStart"/>
      <w:r w:rsidRPr="00250120">
        <w:rPr>
          <w:sz w:val="26"/>
          <w:szCs w:val="26"/>
        </w:rPr>
        <w:t>i'w</w:t>
      </w:r>
      <w:proofErr w:type="spellEnd"/>
      <w:r w:rsidRPr="00250120">
        <w:rPr>
          <w:sz w:val="26"/>
          <w:szCs w:val="26"/>
        </w:rPr>
        <w:t xml:space="preserve"> lywio. (Graddfa Likert: Cytuno → Anghytuno'n gryf)</w:t>
      </w:r>
    </w:p>
    <w:p w14:paraId="60472611" w14:textId="77777777" w:rsidR="00250120" w:rsidRPr="00250120" w:rsidRDefault="00DE14AD">
      <w:pPr>
        <w:rPr>
          <w:sz w:val="26"/>
          <w:szCs w:val="26"/>
        </w:rPr>
      </w:pPr>
      <w:r w:rsidRPr="00250120">
        <w:rPr>
          <w:sz w:val="26"/>
          <w:szCs w:val="26"/>
        </w:rPr>
        <w:br/>
        <w:t>4. Gallaf ddod o hyd i ddeunyddiau cwrs heb anhawster. (Graddfa Likert)</w:t>
      </w:r>
      <w:r w:rsidR="00250120" w:rsidRPr="00250120">
        <w:rPr>
          <w:sz w:val="26"/>
          <w:szCs w:val="26"/>
        </w:rPr>
        <w:t xml:space="preserve"> </w:t>
      </w:r>
    </w:p>
    <w:p w14:paraId="510326A7" w14:textId="06FE2E69" w:rsidR="00250120" w:rsidRPr="00250120" w:rsidRDefault="00DE14AD">
      <w:pPr>
        <w:rPr>
          <w:sz w:val="26"/>
          <w:szCs w:val="26"/>
        </w:rPr>
      </w:pPr>
      <w:r w:rsidRPr="00250120">
        <w:rPr>
          <w:sz w:val="26"/>
          <w:szCs w:val="26"/>
        </w:rPr>
        <w:lastRenderedPageBreak/>
        <w:t xml:space="preserve">5. Pa nodweddion ydych chi'n eu gweld fwyaf defnyddiol? (Dewiswch bopeth sy'n berthnasol) </w:t>
      </w:r>
    </w:p>
    <w:p w14:paraId="6086D8F0" w14:textId="77777777" w:rsidR="00250120" w:rsidRPr="00250120" w:rsidRDefault="00DE14AD">
      <w:pPr>
        <w:rPr>
          <w:sz w:val="26"/>
          <w:szCs w:val="26"/>
        </w:rPr>
      </w:pPr>
      <w:r w:rsidRPr="00250120">
        <w:rPr>
          <w:sz w:val="26"/>
          <w:szCs w:val="26"/>
        </w:rPr>
        <w:t xml:space="preserve">- </w:t>
      </w:r>
      <w:proofErr w:type="spellStart"/>
      <w:r w:rsidRPr="00250120">
        <w:rPr>
          <w:sz w:val="26"/>
          <w:szCs w:val="26"/>
        </w:rPr>
        <w:t>Fforymau</w:t>
      </w:r>
      <w:proofErr w:type="spellEnd"/>
      <w:r w:rsidRPr="00250120">
        <w:rPr>
          <w:sz w:val="26"/>
          <w:szCs w:val="26"/>
        </w:rPr>
        <w:t xml:space="preserve"> </w:t>
      </w:r>
      <w:proofErr w:type="spellStart"/>
      <w:r w:rsidRPr="00250120">
        <w:rPr>
          <w:sz w:val="26"/>
          <w:szCs w:val="26"/>
        </w:rPr>
        <w:t>trafod</w:t>
      </w:r>
      <w:proofErr w:type="spellEnd"/>
      <w:r w:rsidRPr="00250120">
        <w:rPr>
          <w:sz w:val="26"/>
          <w:szCs w:val="26"/>
        </w:rPr>
        <w:t xml:space="preserve"> </w:t>
      </w:r>
    </w:p>
    <w:p w14:paraId="3E465F37" w14:textId="77777777" w:rsidR="00250120" w:rsidRPr="00250120" w:rsidRDefault="00DE14AD">
      <w:pPr>
        <w:rPr>
          <w:sz w:val="26"/>
          <w:szCs w:val="26"/>
        </w:rPr>
      </w:pPr>
      <w:r w:rsidRPr="00250120">
        <w:rPr>
          <w:sz w:val="26"/>
          <w:szCs w:val="26"/>
        </w:rPr>
        <w:t xml:space="preserve">- Offer </w:t>
      </w:r>
      <w:proofErr w:type="spellStart"/>
      <w:r w:rsidRPr="00250120">
        <w:rPr>
          <w:sz w:val="26"/>
          <w:szCs w:val="26"/>
        </w:rPr>
        <w:t>cyflwyno</w:t>
      </w:r>
      <w:proofErr w:type="spellEnd"/>
      <w:r w:rsidRPr="00250120">
        <w:rPr>
          <w:sz w:val="26"/>
          <w:szCs w:val="26"/>
        </w:rPr>
        <w:t xml:space="preserve"> </w:t>
      </w:r>
      <w:proofErr w:type="spellStart"/>
      <w:r w:rsidRPr="00250120">
        <w:rPr>
          <w:sz w:val="26"/>
          <w:szCs w:val="26"/>
        </w:rPr>
        <w:t>aseiniadau</w:t>
      </w:r>
      <w:proofErr w:type="spellEnd"/>
      <w:r w:rsidRPr="00250120">
        <w:rPr>
          <w:sz w:val="26"/>
          <w:szCs w:val="26"/>
        </w:rPr>
        <w:t xml:space="preserve"> </w:t>
      </w:r>
    </w:p>
    <w:p w14:paraId="4FAE646C" w14:textId="77777777" w:rsidR="00250120" w:rsidRPr="00250120" w:rsidRDefault="00DE14AD">
      <w:pPr>
        <w:rPr>
          <w:sz w:val="26"/>
          <w:szCs w:val="26"/>
        </w:rPr>
      </w:pPr>
      <w:r w:rsidRPr="00250120">
        <w:rPr>
          <w:sz w:val="26"/>
          <w:szCs w:val="26"/>
        </w:rPr>
        <w:t xml:space="preserve">- </w:t>
      </w:r>
      <w:proofErr w:type="spellStart"/>
      <w:r w:rsidRPr="00250120">
        <w:rPr>
          <w:sz w:val="26"/>
          <w:szCs w:val="26"/>
        </w:rPr>
        <w:t>Recordiadau</w:t>
      </w:r>
      <w:proofErr w:type="spellEnd"/>
      <w:r w:rsidRPr="00250120">
        <w:rPr>
          <w:sz w:val="26"/>
          <w:szCs w:val="26"/>
        </w:rPr>
        <w:t xml:space="preserve"> </w:t>
      </w:r>
      <w:proofErr w:type="spellStart"/>
      <w:r w:rsidRPr="00250120">
        <w:rPr>
          <w:sz w:val="26"/>
          <w:szCs w:val="26"/>
        </w:rPr>
        <w:t>darlithoedd</w:t>
      </w:r>
      <w:proofErr w:type="spellEnd"/>
      <w:r w:rsidRPr="00250120">
        <w:rPr>
          <w:sz w:val="26"/>
          <w:szCs w:val="26"/>
        </w:rPr>
        <w:t xml:space="preserve"> </w:t>
      </w:r>
    </w:p>
    <w:p w14:paraId="3236569B" w14:textId="77777777" w:rsidR="00250120" w:rsidRPr="00250120" w:rsidRDefault="00DE14AD">
      <w:pPr>
        <w:rPr>
          <w:sz w:val="26"/>
          <w:szCs w:val="26"/>
        </w:rPr>
      </w:pPr>
      <w:r w:rsidRPr="00250120">
        <w:rPr>
          <w:sz w:val="26"/>
          <w:szCs w:val="26"/>
        </w:rPr>
        <w:t xml:space="preserve">- </w:t>
      </w:r>
      <w:proofErr w:type="spellStart"/>
      <w:r w:rsidRPr="00250120">
        <w:rPr>
          <w:sz w:val="26"/>
          <w:szCs w:val="26"/>
        </w:rPr>
        <w:t>Graddau</w:t>
      </w:r>
      <w:proofErr w:type="spellEnd"/>
      <w:r w:rsidRPr="00250120">
        <w:rPr>
          <w:sz w:val="26"/>
          <w:szCs w:val="26"/>
        </w:rPr>
        <w:t xml:space="preserve"> ac </w:t>
      </w:r>
      <w:proofErr w:type="spellStart"/>
      <w:r w:rsidRPr="00250120">
        <w:rPr>
          <w:sz w:val="26"/>
          <w:szCs w:val="26"/>
        </w:rPr>
        <w:t>adborth</w:t>
      </w:r>
      <w:proofErr w:type="spellEnd"/>
      <w:r w:rsidRPr="00250120">
        <w:rPr>
          <w:sz w:val="26"/>
          <w:szCs w:val="26"/>
        </w:rPr>
        <w:t xml:space="preserve"> </w:t>
      </w:r>
    </w:p>
    <w:p w14:paraId="05E5D223" w14:textId="77777777" w:rsidR="00250120" w:rsidRPr="00250120" w:rsidRDefault="00DE14AD">
      <w:pPr>
        <w:rPr>
          <w:b/>
          <w:bCs/>
          <w:sz w:val="26"/>
          <w:szCs w:val="26"/>
        </w:rPr>
      </w:pPr>
      <w:r w:rsidRPr="00250120">
        <w:rPr>
          <w:sz w:val="26"/>
          <w:szCs w:val="26"/>
        </w:rPr>
        <w:t xml:space="preserve">- </w:t>
      </w:r>
      <w:proofErr w:type="spellStart"/>
      <w:r w:rsidRPr="00250120">
        <w:rPr>
          <w:sz w:val="26"/>
          <w:szCs w:val="26"/>
        </w:rPr>
        <w:t>Swyddogaethau</w:t>
      </w:r>
      <w:proofErr w:type="spellEnd"/>
      <w:r w:rsidRPr="00250120">
        <w:rPr>
          <w:sz w:val="26"/>
          <w:szCs w:val="26"/>
        </w:rPr>
        <w:t xml:space="preserve"> </w:t>
      </w:r>
      <w:proofErr w:type="spellStart"/>
      <w:r w:rsidRPr="00250120">
        <w:rPr>
          <w:sz w:val="26"/>
          <w:szCs w:val="26"/>
        </w:rPr>
        <w:t>negeseuon</w:t>
      </w:r>
      <w:proofErr w:type="spellEnd"/>
      <w:r w:rsidRPr="00250120">
        <w:rPr>
          <w:sz w:val="26"/>
          <w:szCs w:val="26"/>
        </w:rPr>
        <w:br/>
      </w:r>
      <w:r w:rsidRPr="00250120">
        <w:rPr>
          <w:sz w:val="26"/>
          <w:szCs w:val="26"/>
        </w:rPr>
        <w:br/>
      </w:r>
      <w:r w:rsidRPr="00250120">
        <w:rPr>
          <w:b/>
          <w:bCs/>
          <w:sz w:val="26"/>
          <w:szCs w:val="26"/>
        </w:rPr>
        <w:t xml:space="preserve">ADRAN 3: </w:t>
      </w:r>
      <w:proofErr w:type="spellStart"/>
      <w:r w:rsidRPr="00250120">
        <w:rPr>
          <w:b/>
          <w:bCs/>
          <w:sz w:val="26"/>
          <w:szCs w:val="26"/>
        </w:rPr>
        <w:t>Ansawdd</w:t>
      </w:r>
      <w:proofErr w:type="spellEnd"/>
      <w:r w:rsidRPr="00250120">
        <w:rPr>
          <w:b/>
          <w:bCs/>
          <w:sz w:val="26"/>
          <w:szCs w:val="26"/>
        </w:rPr>
        <w:t xml:space="preserve"> </w:t>
      </w:r>
      <w:proofErr w:type="spellStart"/>
      <w:r w:rsidRPr="00250120">
        <w:rPr>
          <w:b/>
          <w:bCs/>
          <w:sz w:val="26"/>
          <w:szCs w:val="26"/>
        </w:rPr>
        <w:t>Cynnwys</w:t>
      </w:r>
      <w:proofErr w:type="spellEnd"/>
    </w:p>
    <w:p w14:paraId="152C3F0C" w14:textId="77777777" w:rsidR="00250120" w:rsidRPr="00250120" w:rsidRDefault="00DE14AD">
      <w:pPr>
        <w:rPr>
          <w:sz w:val="26"/>
          <w:szCs w:val="26"/>
        </w:rPr>
      </w:pPr>
      <w:r w:rsidRPr="00250120">
        <w:rPr>
          <w:sz w:val="26"/>
          <w:szCs w:val="26"/>
        </w:rPr>
        <w:t xml:space="preserve">6. Mae </w:t>
      </w:r>
      <w:proofErr w:type="spellStart"/>
      <w:r w:rsidRPr="00250120">
        <w:rPr>
          <w:sz w:val="26"/>
          <w:szCs w:val="26"/>
        </w:rPr>
        <w:t>deunyddiau</w:t>
      </w:r>
      <w:proofErr w:type="spellEnd"/>
      <w:r w:rsidRPr="00250120">
        <w:rPr>
          <w:sz w:val="26"/>
          <w:szCs w:val="26"/>
        </w:rPr>
        <w:t xml:space="preserve"> </w:t>
      </w:r>
      <w:proofErr w:type="spellStart"/>
      <w:r w:rsidRPr="00250120">
        <w:rPr>
          <w:sz w:val="26"/>
          <w:szCs w:val="26"/>
        </w:rPr>
        <w:t>cwrs</w:t>
      </w:r>
      <w:proofErr w:type="spellEnd"/>
      <w:r w:rsidRPr="00250120">
        <w:rPr>
          <w:sz w:val="26"/>
          <w:szCs w:val="26"/>
        </w:rPr>
        <w:t xml:space="preserve"> </w:t>
      </w:r>
      <w:proofErr w:type="spellStart"/>
      <w:r w:rsidRPr="00250120">
        <w:rPr>
          <w:sz w:val="26"/>
          <w:szCs w:val="26"/>
        </w:rPr>
        <w:t>ar</w:t>
      </w:r>
      <w:proofErr w:type="spellEnd"/>
      <w:r w:rsidRPr="00250120">
        <w:rPr>
          <w:sz w:val="26"/>
          <w:szCs w:val="26"/>
        </w:rPr>
        <w:t xml:space="preserve"> y platfform wedi'u</w:t>
      </w:r>
      <w:r w:rsidRPr="00250120">
        <w:rPr>
          <w:b/>
          <w:bCs/>
          <w:sz w:val="26"/>
          <w:szCs w:val="26"/>
        </w:rPr>
        <w:t xml:space="preserve"> </w:t>
      </w:r>
      <w:r w:rsidRPr="00250120">
        <w:rPr>
          <w:sz w:val="26"/>
          <w:szCs w:val="26"/>
        </w:rPr>
        <w:t>trefnu'n dda. (Graddfa Likert)</w:t>
      </w:r>
    </w:p>
    <w:p w14:paraId="612F818D" w14:textId="77777777" w:rsidR="00250120" w:rsidRPr="00250120" w:rsidRDefault="00DE14AD">
      <w:pPr>
        <w:rPr>
          <w:b/>
          <w:bCs/>
          <w:sz w:val="26"/>
          <w:szCs w:val="26"/>
        </w:rPr>
      </w:pPr>
      <w:r w:rsidRPr="00250120">
        <w:rPr>
          <w:sz w:val="26"/>
          <w:szCs w:val="26"/>
        </w:rPr>
        <w:t>7. Mae recordiadau darlithoedd a fideos yn chwarae yn ddibynadwy. (Graddfa Likert)</w:t>
      </w:r>
      <w:r w:rsidRPr="00250120">
        <w:rPr>
          <w:sz w:val="26"/>
          <w:szCs w:val="26"/>
        </w:rPr>
        <w:br/>
      </w:r>
      <w:r w:rsidRPr="00250120">
        <w:rPr>
          <w:sz w:val="26"/>
          <w:szCs w:val="26"/>
        </w:rPr>
        <w:br/>
      </w:r>
      <w:r w:rsidRPr="00250120">
        <w:rPr>
          <w:b/>
          <w:bCs/>
          <w:sz w:val="26"/>
          <w:szCs w:val="26"/>
        </w:rPr>
        <w:t xml:space="preserve">ADRAN 4: </w:t>
      </w:r>
      <w:proofErr w:type="spellStart"/>
      <w:r w:rsidRPr="00250120">
        <w:rPr>
          <w:b/>
          <w:bCs/>
          <w:sz w:val="26"/>
          <w:szCs w:val="26"/>
        </w:rPr>
        <w:t>Boddhad</w:t>
      </w:r>
      <w:proofErr w:type="spellEnd"/>
      <w:r w:rsidRPr="00250120">
        <w:rPr>
          <w:b/>
          <w:bCs/>
          <w:sz w:val="26"/>
          <w:szCs w:val="26"/>
        </w:rPr>
        <w:t xml:space="preserve"> </w:t>
      </w:r>
      <w:proofErr w:type="spellStart"/>
      <w:r w:rsidRPr="00250120">
        <w:rPr>
          <w:b/>
          <w:bCs/>
          <w:sz w:val="26"/>
          <w:szCs w:val="26"/>
        </w:rPr>
        <w:t>Cyffredinol</w:t>
      </w:r>
      <w:proofErr w:type="spellEnd"/>
    </w:p>
    <w:p w14:paraId="23A5534B" w14:textId="77777777" w:rsidR="00250120" w:rsidRPr="00250120" w:rsidRDefault="00DE14AD">
      <w:pPr>
        <w:rPr>
          <w:sz w:val="26"/>
          <w:szCs w:val="26"/>
        </w:rPr>
      </w:pPr>
      <w:r w:rsidRPr="00250120">
        <w:rPr>
          <w:sz w:val="26"/>
          <w:szCs w:val="26"/>
        </w:rPr>
        <w:t xml:space="preserve">8. </w:t>
      </w:r>
      <w:proofErr w:type="spellStart"/>
      <w:r w:rsidRPr="00250120">
        <w:rPr>
          <w:sz w:val="26"/>
          <w:szCs w:val="26"/>
        </w:rPr>
        <w:t>Ar</w:t>
      </w:r>
      <w:proofErr w:type="spellEnd"/>
      <w:r w:rsidRPr="00250120">
        <w:rPr>
          <w:sz w:val="26"/>
          <w:szCs w:val="26"/>
        </w:rPr>
        <w:t xml:space="preserve"> y </w:t>
      </w:r>
      <w:proofErr w:type="spellStart"/>
      <w:r w:rsidRPr="00250120">
        <w:rPr>
          <w:sz w:val="26"/>
          <w:szCs w:val="26"/>
        </w:rPr>
        <w:t>cyfan</w:t>
      </w:r>
      <w:proofErr w:type="spellEnd"/>
      <w:r w:rsidRPr="00250120">
        <w:rPr>
          <w:sz w:val="26"/>
          <w:szCs w:val="26"/>
        </w:rPr>
        <w:t xml:space="preserve">, pa mor </w:t>
      </w:r>
      <w:proofErr w:type="spellStart"/>
      <w:r w:rsidRPr="00250120">
        <w:rPr>
          <w:sz w:val="26"/>
          <w:szCs w:val="26"/>
        </w:rPr>
        <w:t>fodlon</w:t>
      </w:r>
      <w:proofErr w:type="spellEnd"/>
      <w:r w:rsidRPr="00250120">
        <w:rPr>
          <w:sz w:val="26"/>
          <w:szCs w:val="26"/>
        </w:rPr>
        <w:t xml:space="preserve"> ydych chi gyda'r platfform?</w:t>
      </w:r>
      <w:r w:rsidRPr="00250120">
        <w:rPr>
          <w:sz w:val="26"/>
          <w:szCs w:val="26"/>
        </w:rPr>
        <w:br/>
        <w:t xml:space="preserve"> - Yn fodlon iawn </w:t>
      </w:r>
    </w:p>
    <w:p w14:paraId="7BD7401D" w14:textId="77777777" w:rsidR="00250120" w:rsidRPr="00250120" w:rsidRDefault="00DE14AD">
      <w:pPr>
        <w:rPr>
          <w:sz w:val="26"/>
          <w:szCs w:val="26"/>
        </w:rPr>
      </w:pPr>
      <w:r w:rsidRPr="00250120">
        <w:rPr>
          <w:sz w:val="26"/>
          <w:szCs w:val="26"/>
        </w:rPr>
        <w:t xml:space="preserve">- Yn </w:t>
      </w:r>
      <w:proofErr w:type="spellStart"/>
      <w:r w:rsidRPr="00250120">
        <w:rPr>
          <w:sz w:val="26"/>
          <w:szCs w:val="26"/>
        </w:rPr>
        <w:t>fodlon</w:t>
      </w:r>
      <w:proofErr w:type="spellEnd"/>
      <w:r w:rsidRPr="00250120">
        <w:rPr>
          <w:sz w:val="26"/>
          <w:szCs w:val="26"/>
        </w:rPr>
        <w:t xml:space="preserve"> </w:t>
      </w:r>
    </w:p>
    <w:p w14:paraId="6799B57E" w14:textId="77777777" w:rsidR="00250120" w:rsidRPr="00250120" w:rsidRDefault="00DE14AD">
      <w:pPr>
        <w:rPr>
          <w:sz w:val="26"/>
          <w:szCs w:val="26"/>
        </w:rPr>
      </w:pPr>
      <w:r w:rsidRPr="00250120">
        <w:rPr>
          <w:sz w:val="26"/>
          <w:szCs w:val="26"/>
        </w:rPr>
        <w:t xml:space="preserve">- Yn </w:t>
      </w:r>
      <w:proofErr w:type="spellStart"/>
      <w:r w:rsidRPr="00250120">
        <w:rPr>
          <w:sz w:val="26"/>
          <w:szCs w:val="26"/>
        </w:rPr>
        <w:t>niwtral</w:t>
      </w:r>
      <w:proofErr w:type="spellEnd"/>
      <w:r w:rsidRPr="00250120">
        <w:rPr>
          <w:sz w:val="26"/>
          <w:szCs w:val="26"/>
        </w:rPr>
        <w:t xml:space="preserve"> </w:t>
      </w:r>
    </w:p>
    <w:p w14:paraId="0E8B81D9" w14:textId="77777777" w:rsidR="00250120" w:rsidRPr="00250120" w:rsidRDefault="00DE14AD">
      <w:pPr>
        <w:rPr>
          <w:sz w:val="26"/>
          <w:szCs w:val="26"/>
        </w:rPr>
      </w:pPr>
      <w:r w:rsidRPr="00250120">
        <w:rPr>
          <w:sz w:val="26"/>
          <w:szCs w:val="26"/>
        </w:rPr>
        <w:t xml:space="preserve">- Yn </w:t>
      </w:r>
      <w:proofErr w:type="spellStart"/>
      <w:r w:rsidRPr="00250120">
        <w:rPr>
          <w:sz w:val="26"/>
          <w:szCs w:val="26"/>
        </w:rPr>
        <w:t>anfodlon</w:t>
      </w:r>
      <w:proofErr w:type="spellEnd"/>
      <w:r w:rsidRPr="00250120">
        <w:rPr>
          <w:sz w:val="26"/>
          <w:szCs w:val="26"/>
        </w:rPr>
        <w:t xml:space="preserve"> </w:t>
      </w:r>
    </w:p>
    <w:p w14:paraId="3809A87A" w14:textId="77777777" w:rsidR="00250120" w:rsidRDefault="00DE14AD">
      <w:pPr>
        <w:rPr>
          <w:b/>
          <w:bCs/>
          <w:sz w:val="26"/>
          <w:szCs w:val="26"/>
        </w:rPr>
      </w:pPr>
      <w:r w:rsidRPr="00250120">
        <w:rPr>
          <w:sz w:val="26"/>
          <w:szCs w:val="26"/>
        </w:rPr>
        <w:t xml:space="preserve">- Yn </w:t>
      </w:r>
      <w:proofErr w:type="spellStart"/>
      <w:r w:rsidRPr="00250120">
        <w:rPr>
          <w:sz w:val="26"/>
          <w:szCs w:val="26"/>
        </w:rPr>
        <w:t>anfodlon</w:t>
      </w:r>
      <w:proofErr w:type="spellEnd"/>
      <w:r w:rsidRPr="00250120">
        <w:rPr>
          <w:sz w:val="26"/>
          <w:szCs w:val="26"/>
        </w:rPr>
        <w:t xml:space="preserve"> </w:t>
      </w:r>
      <w:proofErr w:type="spellStart"/>
      <w:r w:rsidRPr="00250120">
        <w:rPr>
          <w:sz w:val="26"/>
          <w:szCs w:val="26"/>
        </w:rPr>
        <w:t>iawn</w:t>
      </w:r>
      <w:proofErr w:type="spellEnd"/>
      <w:r w:rsidRPr="00250120">
        <w:rPr>
          <w:sz w:val="26"/>
          <w:szCs w:val="26"/>
        </w:rPr>
        <w:br/>
      </w:r>
      <w:r w:rsidRPr="00250120">
        <w:rPr>
          <w:sz w:val="26"/>
          <w:szCs w:val="26"/>
        </w:rPr>
        <w:br/>
        <w:t xml:space="preserve">9. Pa mor </w:t>
      </w:r>
      <w:proofErr w:type="spellStart"/>
      <w:r w:rsidRPr="00250120">
        <w:rPr>
          <w:sz w:val="26"/>
          <w:szCs w:val="26"/>
        </w:rPr>
        <w:t>debygol</w:t>
      </w:r>
      <w:proofErr w:type="spellEnd"/>
      <w:r w:rsidRPr="00250120">
        <w:rPr>
          <w:sz w:val="26"/>
          <w:szCs w:val="26"/>
        </w:rPr>
        <w:t xml:space="preserve"> </w:t>
      </w:r>
      <w:proofErr w:type="spellStart"/>
      <w:r w:rsidRPr="00250120">
        <w:rPr>
          <w:sz w:val="26"/>
          <w:szCs w:val="26"/>
        </w:rPr>
        <w:t>ydych</w:t>
      </w:r>
      <w:proofErr w:type="spellEnd"/>
      <w:r w:rsidRPr="00250120">
        <w:rPr>
          <w:sz w:val="26"/>
          <w:szCs w:val="26"/>
        </w:rPr>
        <w:t xml:space="preserve"> chi</w:t>
      </w:r>
      <w:r w:rsidR="00250120" w:rsidRPr="00250120">
        <w:rPr>
          <w:sz w:val="26"/>
          <w:szCs w:val="26"/>
        </w:rPr>
        <w:t xml:space="preserve"> o</w:t>
      </w:r>
      <w:r w:rsidRPr="00250120">
        <w:rPr>
          <w:sz w:val="26"/>
          <w:szCs w:val="26"/>
        </w:rPr>
        <w:t xml:space="preserve"> </w:t>
      </w:r>
      <w:proofErr w:type="spellStart"/>
      <w:r w:rsidRPr="00250120">
        <w:rPr>
          <w:sz w:val="26"/>
          <w:szCs w:val="26"/>
        </w:rPr>
        <w:t>argymell</w:t>
      </w:r>
      <w:proofErr w:type="spellEnd"/>
      <w:r w:rsidRPr="00250120">
        <w:rPr>
          <w:sz w:val="26"/>
          <w:szCs w:val="26"/>
        </w:rPr>
        <w:t xml:space="preserve"> </w:t>
      </w:r>
      <w:proofErr w:type="spellStart"/>
      <w:r w:rsidRPr="00250120">
        <w:rPr>
          <w:sz w:val="26"/>
          <w:szCs w:val="26"/>
        </w:rPr>
        <w:t>gwelliannau</w:t>
      </w:r>
      <w:proofErr w:type="spellEnd"/>
      <w:r w:rsidRPr="00250120">
        <w:rPr>
          <w:sz w:val="26"/>
          <w:szCs w:val="26"/>
        </w:rPr>
        <w:t xml:space="preserve"> </w:t>
      </w:r>
      <w:proofErr w:type="spellStart"/>
      <w:r w:rsidRPr="00250120">
        <w:rPr>
          <w:sz w:val="26"/>
          <w:szCs w:val="26"/>
        </w:rPr>
        <w:t>i</w:t>
      </w:r>
      <w:proofErr w:type="spellEnd"/>
      <w:r w:rsidRPr="00250120">
        <w:rPr>
          <w:sz w:val="26"/>
          <w:szCs w:val="26"/>
        </w:rPr>
        <w:t xml:space="preserve"> eraill neu gefnogi nodweddion newydd? (graddfa 0–10)</w:t>
      </w:r>
      <w:r w:rsidRPr="00250120">
        <w:rPr>
          <w:sz w:val="26"/>
          <w:szCs w:val="26"/>
        </w:rPr>
        <w:br/>
      </w:r>
      <w:r w:rsidRPr="00250120">
        <w:rPr>
          <w:sz w:val="26"/>
          <w:szCs w:val="26"/>
        </w:rPr>
        <w:br/>
      </w:r>
      <w:r w:rsidRPr="00250120">
        <w:rPr>
          <w:b/>
          <w:bCs/>
          <w:sz w:val="26"/>
          <w:szCs w:val="26"/>
        </w:rPr>
        <w:t xml:space="preserve">ADRAN 5: </w:t>
      </w:r>
      <w:proofErr w:type="spellStart"/>
      <w:r w:rsidRPr="00250120">
        <w:rPr>
          <w:b/>
          <w:bCs/>
          <w:sz w:val="26"/>
          <w:szCs w:val="26"/>
        </w:rPr>
        <w:t>Adborth</w:t>
      </w:r>
      <w:proofErr w:type="spellEnd"/>
      <w:r w:rsidRPr="00250120">
        <w:rPr>
          <w:b/>
          <w:bCs/>
          <w:sz w:val="26"/>
          <w:szCs w:val="26"/>
        </w:rPr>
        <w:t xml:space="preserve"> </w:t>
      </w:r>
      <w:proofErr w:type="spellStart"/>
      <w:r w:rsidRPr="00250120">
        <w:rPr>
          <w:b/>
          <w:bCs/>
          <w:sz w:val="26"/>
          <w:szCs w:val="26"/>
        </w:rPr>
        <w:t>Agored</w:t>
      </w:r>
      <w:proofErr w:type="spellEnd"/>
    </w:p>
    <w:p w14:paraId="0EA925F2" w14:textId="77777777" w:rsidR="00250120" w:rsidRPr="00250120" w:rsidRDefault="00DE14AD">
      <w:pPr>
        <w:rPr>
          <w:sz w:val="26"/>
          <w:szCs w:val="26"/>
        </w:rPr>
      </w:pPr>
      <w:r w:rsidRPr="00250120">
        <w:rPr>
          <w:sz w:val="26"/>
          <w:szCs w:val="26"/>
        </w:rPr>
        <w:t xml:space="preserve">10. Pe </w:t>
      </w:r>
      <w:proofErr w:type="spellStart"/>
      <w:r w:rsidRPr="00250120">
        <w:rPr>
          <w:sz w:val="26"/>
          <w:szCs w:val="26"/>
        </w:rPr>
        <w:t>gallech</w:t>
      </w:r>
      <w:proofErr w:type="spellEnd"/>
      <w:r w:rsidRPr="00250120">
        <w:rPr>
          <w:sz w:val="26"/>
          <w:szCs w:val="26"/>
        </w:rPr>
        <w:t xml:space="preserve"> chi </w:t>
      </w:r>
      <w:proofErr w:type="spellStart"/>
      <w:r w:rsidRPr="00250120">
        <w:rPr>
          <w:sz w:val="26"/>
          <w:szCs w:val="26"/>
        </w:rPr>
        <w:t>newid</w:t>
      </w:r>
      <w:proofErr w:type="spellEnd"/>
      <w:r w:rsidRPr="00250120">
        <w:rPr>
          <w:sz w:val="26"/>
          <w:szCs w:val="26"/>
        </w:rPr>
        <w:t xml:space="preserve"> un peth am y platfform, beth fyddai? (Testun agored)</w:t>
      </w:r>
    </w:p>
    <w:p w14:paraId="7C6C076B" w14:textId="592C8EB2" w:rsidR="00AF1918" w:rsidRPr="00250120" w:rsidRDefault="00DE14AD">
      <w:pPr>
        <w:rPr>
          <w:sz w:val="26"/>
          <w:szCs w:val="26"/>
        </w:rPr>
      </w:pPr>
      <w:r w:rsidRPr="00250120">
        <w:rPr>
          <w:sz w:val="26"/>
          <w:szCs w:val="26"/>
        </w:rPr>
        <w:br/>
        <w:t>11. Unrhyw sylwadau ychwanegol? (Testun agored)</w:t>
      </w:r>
      <w:r w:rsidRPr="00250120">
        <w:rPr>
          <w:sz w:val="26"/>
          <w:szCs w:val="26"/>
        </w:rPr>
        <w:br/>
      </w:r>
    </w:p>
    <w:sectPr w:rsidR="00AF1918" w:rsidRPr="0025012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71152573">
    <w:abstractNumId w:val="8"/>
  </w:num>
  <w:num w:numId="2" w16cid:durableId="1108357579">
    <w:abstractNumId w:val="6"/>
  </w:num>
  <w:num w:numId="3" w16cid:durableId="734818599">
    <w:abstractNumId w:val="5"/>
  </w:num>
  <w:num w:numId="4" w16cid:durableId="2142533106">
    <w:abstractNumId w:val="4"/>
  </w:num>
  <w:num w:numId="5" w16cid:durableId="974409711">
    <w:abstractNumId w:val="7"/>
  </w:num>
  <w:num w:numId="6" w16cid:durableId="638339446">
    <w:abstractNumId w:val="3"/>
  </w:num>
  <w:num w:numId="7" w16cid:durableId="23285375">
    <w:abstractNumId w:val="2"/>
  </w:num>
  <w:num w:numId="8" w16cid:durableId="1538009546">
    <w:abstractNumId w:val="1"/>
  </w:num>
  <w:num w:numId="9" w16cid:durableId="2002394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50120"/>
    <w:rsid w:val="0029639D"/>
    <w:rsid w:val="00326F90"/>
    <w:rsid w:val="00AA1D8D"/>
    <w:rsid w:val="00AF1918"/>
    <w:rsid w:val="00B47730"/>
    <w:rsid w:val="00C31F63"/>
    <w:rsid w:val="00C576D2"/>
    <w:rsid w:val="00CB0664"/>
    <w:rsid w:val="00DB69E3"/>
    <w:rsid w:val="00DE14A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EA08C2"/>
  <w14:defaultImageDpi w14:val="300"/>
  <w15:docId w15:val="{4AFED3B3-B011-4C2C-8FF4-5E56A22C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PlaceholderText">
    <w:name w:val="Placeholder Text"/>
    <w:basedOn w:val="DefaultParagraphFont"/>
    <w:uiPriority w:val="99"/>
    <w:semiHidden/>
    <w:rsid w:val="00C31F6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363</Words>
  <Characters>1454</Characters>
  <Application>Microsoft Office Word</Application>
  <DocSecurity>0</DocSecurity>
  <Lines>121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Cynhyrchwyd gan Python-DOCX</dc:description>
  <cp:lastModifiedBy>Helen A Griffiths</cp:lastModifiedBy>
  <cp:revision>1</cp:revision>
  <dcterms:created xsi:type="dcterms:W3CDTF">2026-01-30T13:46:00Z</dcterms:created>
  <dcterms:modified xsi:type="dcterms:W3CDTF">2026-01-30T13:53:00Z</dcterms:modified>
  <cp:category/>
</cp:coreProperties>
</file>