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1914437"/>
        <w:docPartObj>
          <w:docPartGallery w:val="Cover Pages"/>
          <w:docPartUnique/>
        </w:docPartObj>
      </w:sdtPr>
      <w:sdtContent>
        <w:p w14:paraId="1F6B0C56" w14:textId="0BEDC134" w:rsidR="0069743C" w:rsidRDefault="0069743C">
          <w:r>
            <w:rPr>
              <w:noProof/>
            </w:rPr>
            <mc:AlternateContent>
              <mc:Choice Requires="wpg">
                <w:drawing>
                  <wp:anchor distT="0" distB="0" distL="114300" distR="114300" simplePos="0" relativeHeight="251669504" behindDoc="0" locked="0" layoutInCell="1" allowOverlap="1" wp14:anchorId="68C4F1E4" wp14:editId="6680AFF0">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E2002F2" id="Group 157" o:spid="_x0000_s1026" style="position:absolute;margin-left:0;margin-top:0;width:8in;height:95.7pt;z-index:251669504;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" path="m,l7312660,r,1129665l3619500,733425,,1091565,,xe" fillcolor="#4f81bd [3204]" stroked="f" strokeweight="2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" stroked="f" strokeweight="2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51072" behindDoc="0" locked="0" layoutInCell="1" allowOverlap="1" wp14:anchorId="4A3E6468" wp14:editId="3E3CA0E3">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F6F0E48" w14:textId="57CD45D4" w:rsidR="0069743C" w:rsidRDefault="00000000">
                                <w:pPr>
                                  <w:jc w:val="right"/>
                                  <w:rPr>
                                    <w:color w:val="4F81BD" w:themeColor="accent1"/>
                                    <w:sz w:val="64"/>
                                    <w:szCs w:val="64"/>
                                  </w:rPr>
                                </w:pPr>
                                <w:sdt>
                                  <w:sdtPr>
                                    <w:rPr>
                                      <w:caps/>
                                      <w:color w:val="4F81BD"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344442">
                                      <w:rPr>
                                        <w:caps/>
                                        <w:color w:val="4F81BD" w:themeColor="accent1"/>
                                        <w:sz w:val="64"/>
                                        <w:szCs w:val="64"/>
                                      </w:rPr>
                                      <w:t>Html and css web development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283ACCF" w14:textId="0E275532" w:rsidR="0069743C" w:rsidRDefault="00344442">
                                    <w:pPr>
                                      <w:jc w:val="right"/>
                                      <w:rPr>
                                        <w:smallCaps/>
                                        <w:color w:val="404040" w:themeColor="text1" w:themeTint="BF"/>
                                        <w:sz w:val="36"/>
                                        <w:szCs w:val="36"/>
                                      </w:rPr>
                                    </w:pPr>
                                    <w:r>
                                      <w:rPr>
                                        <w:color w:val="404040" w:themeColor="text1" w:themeTint="BF"/>
                                        <w:sz w:val="36"/>
                                        <w:szCs w:val="36"/>
                                      </w:rPr>
                                      <w:t>Assignment 2</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4A3E6468" id="_x0000_t202" coordsize="21600,21600" o:spt="202" path="m,l,21600r21600,l21600,xe">
                    <v:stroke joinstyle="miter"/>
                    <v:path gradientshapeok="t" o:connecttype="rect"/>
                  </v:shapetype>
                  <v:shape id="Text Box 163" o:spid="_x0000_s1026" type="#_x0000_t202" style="position:absolute;margin-left:0;margin-top:0;width:8in;height:286.5pt;z-index:251651072;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" filled="f" stroked="f" strokeweight=".5pt">
                    <v:textbox inset="126pt,0,54pt,0">
                      <w:txbxContent>
                        <w:p w14:paraId="3F6F0E48" w14:textId="57CD45D4" w:rsidR="0069743C" w:rsidRDefault="00000000">
                          <w:pPr>
                            <w:jc w:val="right"/>
                            <w:rPr>
                              <w:color w:val="4F81BD" w:themeColor="accent1"/>
                              <w:sz w:val="64"/>
                              <w:szCs w:val="64"/>
                            </w:rPr>
                          </w:pPr>
                          <w:sdt>
                            <w:sdtPr>
                              <w:rPr>
                                <w:caps/>
                                <w:color w:val="4F81BD"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344442">
                                <w:rPr>
                                  <w:caps/>
                                  <w:color w:val="4F81BD" w:themeColor="accent1"/>
                                  <w:sz w:val="64"/>
                                  <w:szCs w:val="64"/>
                                </w:rPr>
                                <w:t>Html and css web development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283ACCF" w14:textId="0E275532" w:rsidR="0069743C" w:rsidRDefault="00344442">
                              <w:pPr>
                                <w:jc w:val="right"/>
                                <w:rPr>
                                  <w:smallCaps/>
                                  <w:color w:val="404040" w:themeColor="text1" w:themeTint="BF"/>
                                  <w:sz w:val="36"/>
                                  <w:szCs w:val="36"/>
                                </w:rPr>
                              </w:pPr>
                              <w:r>
                                <w:rPr>
                                  <w:color w:val="404040" w:themeColor="text1" w:themeTint="BF"/>
                                  <w:sz w:val="36"/>
                                  <w:szCs w:val="36"/>
                                </w:rPr>
                                <w:t>Assignment 2</w:t>
                              </w:r>
                            </w:p>
                          </w:sdtContent>
                        </w:sdt>
                      </w:txbxContent>
                    </v:textbox>
                    <w10:wrap type="square" anchorx="page" anchory="page"/>
                  </v:shape>
                </w:pict>
              </mc:Fallback>
            </mc:AlternateContent>
          </w:r>
        </w:p>
        <w:p w14:paraId="384136EC" w14:textId="1DEE5CE8" w:rsidR="0069743C" w:rsidRDefault="00A02A5D">
          <w:pPr>
            <w:rPr>
              <w:rFonts w:asciiTheme="majorHAnsi" w:eastAsiaTheme="majorEastAsia" w:hAnsiTheme="majorHAnsi" w:cstheme="majorBidi"/>
              <w:b/>
              <w:bCs/>
              <w:color w:val="365F91" w:themeColor="accent1" w:themeShade="BF"/>
              <w:sz w:val="28"/>
              <w:szCs w:val="28"/>
            </w:rPr>
          </w:pPr>
          <w:r>
            <w:rPr>
              <w:noProof/>
            </w:rPr>
            <mc:AlternateContent>
              <mc:Choice Requires="wps">
                <w:drawing>
                  <wp:anchor distT="0" distB="0" distL="114300" distR="114300" simplePos="0" relativeHeight="251667456" behindDoc="0" locked="0" layoutInCell="1" allowOverlap="1" wp14:anchorId="10DD3DF0" wp14:editId="508D7CD6">
                    <wp:simplePos x="0" y="0"/>
                    <wp:positionH relativeFrom="page">
                      <wp:posOffset>-469900</wp:posOffset>
                    </wp:positionH>
                    <wp:positionV relativeFrom="page">
                      <wp:posOffset>6642100</wp:posOffset>
                    </wp:positionV>
                    <wp:extent cx="6000750" cy="3397250"/>
                    <wp:effectExtent l="0" t="0" r="0" b="12700"/>
                    <wp:wrapSquare wrapText="bothSides"/>
                    <wp:docPr id="153" name="Text Box 161"/>
                    <wp:cNvGraphicFramePr/>
                    <a:graphic xmlns:a="http://schemas.openxmlformats.org/drawingml/2006/main">
                      <a:graphicData uri="http://schemas.microsoft.com/office/word/2010/wordprocessingShape">
                        <wps:wsp>
                          <wps:cNvSpPr txBox="1"/>
                          <wps:spPr>
                            <a:xfrm>
                              <a:off x="0" y="0"/>
                              <a:ext cx="6000750" cy="3397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97569C2" w14:textId="71898D22" w:rsidR="0069743C" w:rsidRPr="00830932" w:rsidRDefault="0069743C" w:rsidP="0069743C">
                                <w:pPr>
                                  <w:rPr>
                                    <w:rFonts w:ascii="Aptos Display" w:hAnsi="Aptos Display"/>
                                    <w:b/>
                                    <w:bCs/>
                                    <w:sz w:val="32"/>
                                    <w:szCs w:val="32"/>
                                  </w:rPr>
                                </w:pPr>
                                <w:r w:rsidRPr="00830932">
                                  <w:rPr>
                                    <w:rFonts w:ascii="Aptos Display" w:hAnsi="Aptos Display"/>
                                    <w:b/>
                                    <w:bCs/>
                                    <w:sz w:val="32"/>
                                    <w:szCs w:val="32"/>
                                  </w:rPr>
                                  <w:t>Module: Introduction to Web and Database Concepts (ACCA4023)</w:t>
                                </w:r>
                              </w:p>
                              <w:p w14:paraId="08672673" w14:textId="7BD85917" w:rsidR="0069743C" w:rsidRPr="00830932" w:rsidRDefault="0069743C" w:rsidP="0069743C">
                                <w:pPr>
                                  <w:rPr>
                                    <w:rFonts w:ascii="Aptos Display" w:hAnsi="Aptos Display"/>
                                    <w:b/>
                                    <w:bCs/>
                                    <w:sz w:val="32"/>
                                    <w:szCs w:val="32"/>
                                  </w:rPr>
                                </w:pPr>
                                <w:r w:rsidRPr="00830932">
                                  <w:rPr>
                                    <w:rFonts w:ascii="Aptos Display" w:hAnsi="Aptos Display"/>
                                    <w:b/>
                                    <w:bCs/>
                                    <w:sz w:val="32"/>
                                    <w:szCs w:val="32"/>
                                  </w:rPr>
                                  <w:t>Student Name: Jonathan Alexander Hernandez</w:t>
                                </w:r>
                              </w:p>
                              <w:p w14:paraId="783ABDA0" w14:textId="29A8A95B" w:rsidR="0069743C" w:rsidRPr="00830932" w:rsidRDefault="0069743C" w:rsidP="0069743C">
                                <w:pPr>
                                  <w:rPr>
                                    <w:rFonts w:ascii="Aptos Display" w:hAnsi="Aptos Display"/>
                                    <w:b/>
                                    <w:bCs/>
                                    <w:sz w:val="32"/>
                                    <w:szCs w:val="32"/>
                                  </w:rPr>
                                </w:pPr>
                                <w:r w:rsidRPr="00830932">
                                  <w:rPr>
                                    <w:rFonts w:ascii="Aptos Display" w:hAnsi="Aptos Display"/>
                                    <w:b/>
                                    <w:bCs/>
                                    <w:sz w:val="32"/>
                                    <w:szCs w:val="32"/>
                                  </w:rPr>
                                  <w:t>Student ID: 2513126</w:t>
                                </w:r>
                              </w:p>
                              <w:p w14:paraId="008997A5" w14:textId="4675D1A3" w:rsidR="0069743C" w:rsidRPr="00830932" w:rsidRDefault="0069743C" w:rsidP="0069743C">
                                <w:pPr>
                                  <w:rPr>
                                    <w:rFonts w:ascii="Aptos Display" w:hAnsi="Aptos Display"/>
                                    <w:b/>
                                    <w:bCs/>
                                    <w:sz w:val="32"/>
                                    <w:szCs w:val="32"/>
                                  </w:rPr>
                                </w:pPr>
                                <w:r w:rsidRPr="00830932">
                                  <w:rPr>
                                    <w:rFonts w:ascii="Aptos Display" w:hAnsi="Aptos Display"/>
                                    <w:b/>
                                    <w:bCs/>
                                    <w:sz w:val="32"/>
                                    <w:szCs w:val="32"/>
                                  </w:rPr>
                                  <w:t>Course: _Computing Skills for the Workplace</w:t>
                                </w:r>
                              </w:p>
                              <w:p w14:paraId="398B3370" w14:textId="3F13F630" w:rsidR="0069743C" w:rsidRPr="00830932" w:rsidRDefault="0069743C" w:rsidP="0069743C">
                                <w:pPr>
                                  <w:rPr>
                                    <w:rFonts w:ascii="Aptos Display" w:hAnsi="Aptos Display"/>
                                    <w:b/>
                                    <w:bCs/>
                                    <w:sz w:val="32"/>
                                    <w:szCs w:val="32"/>
                                  </w:rPr>
                                </w:pPr>
                                <w:r w:rsidRPr="00830932">
                                  <w:rPr>
                                    <w:rFonts w:ascii="Aptos Display" w:hAnsi="Aptos Display"/>
                                    <w:b/>
                                    <w:bCs/>
                                    <w:sz w:val="32"/>
                                    <w:szCs w:val="32"/>
                                  </w:rPr>
                                  <w:t>Submission Date: 23/04/2025</w:t>
                                </w:r>
                              </w:p>
                              <w:p w14:paraId="3D54E1FF" w14:textId="418D39A7" w:rsidR="0069743C" w:rsidRDefault="0069743C">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0DD3DF0" id="Text Box 161" o:spid="_x0000_s1027" type="#_x0000_t202" style="position:absolute;margin-left:-37pt;margin-top:523pt;width:472.5pt;height:267.5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" filled="f" stroked="f" strokeweight=".5pt">
                    <v:textbox inset="126pt,0,54pt,0">
                      <w:txbxContent>
                        <w:p w14:paraId="597569C2" w14:textId="71898D22" w:rsidR="0069743C" w:rsidRPr="00830932" w:rsidRDefault="0069743C" w:rsidP="0069743C">
                          <w:pPr>
                            <w:rPr>
                              <w:rFonts w:ascii="Aptos Display" w:hAnsi="Aptos Display"/>
                              <w:b/>
                              <w:bCs/>
                              <w:sz w:val="32"/>
                              <w:szCs w:val="32"/>
                            </w:rPr>
                          </w:pPr>
                          <w:r w:rsidRPr="00830932">
                            <w:rPr>
                              <w:rFonts w:ascii="Aptos Display" w:hAnsi="Aptos Display"/>
                              <w:b/>
                              <w:bCs/>
                              <w:sz w:val="32"/>
                              <w:szCs w:val="32"/>
                            </w:rPr>
                            <w:t>Module: Introduction to Web and Database Concepts (ACCA4023)</w:t>
                          </w:r>
                        </w:p>
                        <w:p w14:paraId="08672673" w14:textId="7BD85917" w:rsidR="0069743C" w:rsidRPr="00830932" w:rsidRDefault="0069743C" w:rsidP="0069743C">
                          <w:pPr>
                            <w:rPr>
                              <w:rFonts w:ascii="Aptos Display" w:hAnsi="Aptos Display"/>
                              <w:b/>
                              <w:bCs/>
                              <w:sz w:val="32"/>
                              <w:szCs w:val="32"/>
                            </w:rPr>
                          </w:pPr>
                          <w:r w:rsidRPr="00830932">
                            <w:rPr>
                              <w:rFonts w:ascii="Aptos Display" w:hAnsi="Aptos Display"/>
                              <w:b/>
                              <w:bCs/>
                              <w:sz w:val="32"/>
                              <w:szCs w:val="32"/>
                            </w:rPr>
                            <w:t>Student Name: Jonathan Alexander Hernandez</w:t>
                          </w:r>
                        </w:p>
                        <w:p w14:paraId="783ABDA0" w14:textId="29A8A95B" w:rsidR="0069743C" w:rsidRPr="00830932" w:rsidRDefault="0069743C" w:rsidP="0069743C">
                          <w:pPr>
                            <w:rPr>
                              <w:rFonts w:ascii="Aptos Display" w:hAnsi="Aptos Display"/>
                              <w:b/>
                              <w:bCs/>
                              <w:sz w:val="32"/>
                              <w:szCs w:val="32"/>
                            </w:rPr>
                          </w:pPr>
                          <w:r w:rsidRPr="00830932">
                            <w:rPr>
                              <w:rFonts w:ascii="Aptos Display" w:hAnsi="Aptos Display"/>
                              <w:b/>
                              <w:bCs/>
                              <w:sz w:val="32"/>
                              <w:szCs w:val="32"/>
                            </w:rPr>
                            <w:t>Student ID: 2513126</w:t>
                          </w:r>
                        </w:p>
                        <w:p w14:paraId="008997A5" w14:textId="4675D1A3" w:rsidR="0069743C" w:rsidRPr="00830932" w:rsidRDefault="0069743C" w:rsidP="0069743C">
                          <w:pPr>
                            <w:rPr>
                              <w:rFonts w:ascii="Aptos Display" w:hAnsi="Aptos Display"/>
                              <w:b/>
                              <w:bCs/>
                              <w:sz w:val="32"/>
                              <w:szCs w:val="32"/>
                            </w:rPr>
                          </w:pPr>
                          <w:r w:rsidRPr="00830932">
                            <w:rPr>
                              <w:rFonts w:ascii="Aptos Display" w:hAnsi="Aptos Display"/>
                              <w:b/>
                              <w:bCs/>
                              <w:sz w:val="32"/>
                              <w:szCs w:val="32"/>
                            </w:rPr>
                            <w:t>Course: _Computing Skills for the Workplace</w:t>
                          </w:r>
                        </w:p>
                        <w:p w14:paraId="398B3370" w14:textId="3F13F630" w:rsidR="0069743C" w:rsidRPr="00830932" w:rsidRDefault="0069743C" w:rsidP="0069743C">
                          <w:pPr>
                            <w:rPr>
                              <w:rFonts w:ascii="Aptos Display" w:hAnsi="Aptos Display"/>
                              <w:b/>
                              <w:bCs/>
                              <w:sz w:val="32"/>
                              <w:szCs w:val="32"/>
                            </w:rPr>
                          </w:pPr>
                          <w:r w:rsidRPr="00830932">
                            <w:rPr>
                              <w:rFonts w:ascii="Aptos Display" w:hAnsi="Aptos Display"/>
                              <w:b/>
                              <w:bCs/>
                              <w:sz w:val="32"/>
                              <w:szCs w:val="32"/>
                            </w:rPr>
                            <w:t>Submission Date: 23/04/2025</w:t>
                          </w:r>
                        </w:p>
                        <w:p w14:paraId="3D54E1FF" w14:textId="418D39A7" w:rsidR="0069743C" w:rsidRDefault="0069743C">
                          <w:pPr>
                            <w:pStyle w:val="NoSpacing"/>
                            <w:jc w:val="right"/>
                            <w:rPr>
                              <w:color w:val="595959" w:themeColor="text1" w:themeTint="A6"/>
                              <w:sz w:val="20"/>
                              <w:szCs w:val="20"/>
                            </w:rPr>
                          </w:pPr>
                        </w:p>
                      </w:txbxContent>
                    </v:textbox>
                    <w10:wrap type="square" anchorx="page" anchory="page"/>
                  </v:shape>
                </w:pict>
              </mc:Fallback>
            </mc:AlternateContent>
          </w:r>
          <w:r w:rsidR="0069743C">
            <w:br w:type="page"/>
          </w:r>
        </w:p>
      </w:sdtContent>
    </w:sdt>
    <w:p w14:paraId="24987008" w14:textId="4F98E976" w:rsidR="0069743C" w:rsidRDefault="0017694D">
      <w:pPr>
        <w:pStyle w:val="Heading1"/>
      </w:pPr>
      <w:bookmarkStart w:id="0" w:name="_Toc227602169"/>
      <w:r>
        <w:lastRenderedPageBreak/>
        <w:t>Table of Contents</w:t>
      </w:r>
      <w:bookmarkEnd w:id="0"/>
    </w:p>
    <w:sdt>
      <w:sdtPr>
        <w:rPr>
          <w:rFonts w:asciiTheme="minorHAnsi" w:eastAsiaTheme="minorEastAsia" w:hAnsiTheme="minorHAnsi" w:cstheme="minorBidi"/>
          <w:b w:val="0"/>
          <w:bCs w:val="0"/>
          <w:color w:val="auto"/>
          <w:sz w:val="22"/>
          <w:szCs w:val="22"/>
        </w:rPr>
        <w:id w:val="-1388335681"/>
        <w:docPartObj>
          <w:docPartGallery w:val="Table of Contents"/>
          <w:docPartUnique/>
        </w:docPartObj>
      </w:sdtPr>
      <w:sdtEndPr>
        <w:rPr>
          <w:noProof/>
        </w:rPr>
      </w:sdtEndPr>
      <w:sdtContent>
        <w:p w14:paraId="070EAB5E" w14:textId="027827EB" w:rsidR="0069743C" w:rsidRDefault="0069743C">
          <w:pPr>
            <w:pStyle w:val="TOCHeading"/>
          </w:pPr>
          <w:r>
            <w:t>Contents</w:t>
          </w:r>
        </w:p>
        <w:p w14:paraId="3B1243B2" w14:textId="60322E1B" w:rsidR="0046649F" w:rsidRDefault="0069743C">
          <w:pPr>
            <w:pStyle w:val="TOC1"/>
            <w:tabs>
              <w:tab w:val="right" w:leader="dot" w:pos="8630"/>
            </w:tabs>
            <w:rPr>
              <w:noProof/>
              <w:kern w:val="2"/>
              <w:sz w:val="24"/>
              <w:szCs w:val="24"/>
              <w14:ligatures w14:val="standardContextual"/>
            </w:rPr>
          </w:pPr>
          <w:r>
            <w:fldChar w:fldCharType="begin"/>
          </w:r>
          <w:r>
            <w:instrText xml:space="preserve"> TOC \o "1-3" \h \z \u </w:instrText>
          </w:r>
          <w:r>
            <w:fldChar w:fldCharType="separate"/>
          </w:r>
          <w:hyperlink w:anchor="_Toc227602169" w:history="1">
            <w:r w:rsidR="0046649F" w:rsidRPr="00825FD0">
              <w:rPr>
                <w:rStyle w:val="Hyperlink"/>
                <w:noProof/>
              </w:rPr>
              <w:t>Table of Contents</w:t>
            </w:r>
            <w:r w:rsidR="0046649F">
              <w:rPr>
                <w:noProof/>
                <w:webHidden/>
              </w:rPr>
              <w:tab/>
            </w:r>
            <w:r w:rsidR="0046649F">
              <w:rPr>
                <w:noProof/>
                <w:webHidden/>
              </w:rPr>
              <w:fldChar w:fldCharType="begin"/>
            </w:r>
            <w:r w:rsidR="0046649F">
              <w:rPr>
                <w:noProof/>
                <w:webHidden/>
              </w:rPr>
              <w:instrText xml:space="preserve"> PAGEREF _Toc227602169 \h </w:instrText>
            </w:r>
            <w:r w:rsidR="0046649F">
              <w:rPr>
                <w:noProof/>
                <w:webHidden/>
              </w:rPr>
            </w:r>
            <w:r w:rsidR="0046649F">
              <w:rPr>
                <w:noProof/>
                <w:webHidden/>
              </w:rPr>
              <w:fldChar w:fldCharType="separate"/>
            </w:r>
            <w:r w:rsidR="0046649F">
              <w:rPr>
                <w:noProof/>
                <w:webHidden/>
              </w:rPr>
              <w:t>1</w:t>
            </w:r>
            <w:r w:rsidR="0046649F">
              <w:rPr>
                <w:noProof/>
                <w:webHidden/>
              </w:rPr>
              <w:fldChar w:fldCharType="end"/>
            </w:r>
          </w:hyperlink>
        </w:p>
        <w:p w14:paraId="46BBCD05" w14:textId="5CAAC70A" w:rsidR="0046649F" w:rsidRDefault="0046649F">
          <w:pPr>
            <w:pStyle w:val="TOC1"/>
            <w:tabs>
              <w:tab w:val="right" w:leader="dot" w:pos="8630"/>
            </w:tabs>
            <w:rPr>
              <w:noProof/>
              <w:kern w:val="2"/>
              <w:sz w:val="24"/>
              <w:szCs w:val="24"/>
              <w14:ligatures w14:val="standardContextual"/>
            </w:rPr>
          </w:pPr>
          <w:hyperlink w:anchor="_Toc227602170" w:history="1">
            <w:r w:rsidRPr="00825FD0">
              <w:rPr>
                <w:rStyle w:val="Hyperlink"/>
                <w:noProof/>
              </w:rPr>
              <w:t>1.Introduction</w:t>
            </w:r>
            <w:r>
              <w:rPr>
                <w:noProof/>
                <w:webHidden/>
              </w:rPr>
              <w:tab/>
            </w:r>
            <w:r>
              <w:rPr>
                <w:noProof/>
                <w:webHidden/>
              </w:rPr>
              <w:fldChar w:fldCharType="begin"/>
            </w:r>
            <w:r>
              <w:rPr>
                <w:noProof/>
                <w:webHidden/>
              </w:rPr>
              <w:instrText xml:space="preserve"> PAGEREF _Toc227602170 \h </w:instrText>
            </w:r>
            <w:r>
              <w:rPr>
                <w:noProof/>
                <w:webHidden/>
              </w:rPr>
            </w:r>
            <w:r>
              <w:rPr>
                <w:noProof/>
                <w:webHidden/>
              </w:rPr>
              <w:fldChar w:fldCharType="separate"/>
            </w:r>
            <w:r>
              <w:rPr>
                <w:noProof/>
                <w:webHidden/>
              </w:rPr>
              <w:t>2</w:t>
            </w:r>
            <w:r>
              <w:rPr>
                <w:noProof/>
                <w:webHidden/>
              </w:rPr>
              <w:fldChar w:fldCharType="end"/>
            </w:r>
          </w:hyperlink>
        </w:p>
        <w:p w14:paraId="2DB50BFD" w14:textId="5FC35F11" w:rsidR="0046649F" w:rsidRDefault="0046649F">
          <w:pPr>
            <w:pStyle w:val="TOC1"/>
            <w:tabs>
              <w:tab w:val="right" w:leader="dot" w:pos="8630"/>
            </w:tabs>
            <w:rPr>
              <w:noProof/>
              <w:kern w:val="2"/>
              <w:sz w:val="24"/>
              <w:szCs w:val="24"/>
              <w14:ligatures w14:val="standardContextual"/>
            </w:rPr>
          </w:pPr>
          <w:hyperlink w:anchor="_Toc227602171" w:history="1">
            <w:r w:rsidRPr="00825FD0">
              <w:rPr>
                <w:rStyle w:val="Hyperlink"/>
                <w:noProof/>
              </w:rPr>
              <w:t>2. Requirements</w:t>
            </w:r>
            <w:r>
              <w:rPr>
                <w:noProof/>
                <w:webHidden/>
              </w:rPr>
              <w:tab/>
            </w:r>
            <w:r>
              <w:rPr>
                <w:noProof/>
                <w:webHidden/>
              </w:rPr>
              <w:fldChar w:fldCharType="begin"/>
            </w:r>
            <w:r>
              <w:rPr>
                <w:noProof/>
                <w:webHidden/>
              </w:rPr>
              <w:instrText xml:space="preserve"> PAGEREF _Toc227602171 \h </w:instrText>
            </w:r>
            <w:r>
              <w:rPr>
                <w:noProof/>
                <w:webHidden/>
              </w:rPr>
            </w:r>
            <w:r>
              <w:rPr>
                <w:noProof/>
                <w:webHidden/>
              </w:rPr>
              <w:fldChar w:fldCharType="separate"/>
            </w:r>
            <w:r>
              <w:rPr>
                <w:noProof/>
                <w:webHidden/>
              </w:rPr>
              <w:t>3</w:t>
            </w:r>
            <w:r>
              <w:rPr>
                <w:noProof/>
                <w:webHidden/>
              </w:rPr>
              <w:fldChar w:fldCharType="end"/>
            </w:r>
          </w:hyperlink>
        </w:p>
        <w:p w14:paraId="1599B437" w14:textId="098576C8" w:rsidR="0046649F" w:rsidRDefault="0046649F">
          <w:pPr>
            <w:pStyle w:val="TOC1"/>
            <w:tabs>
              <w:tab w:val="right" w:leader="dot" w:pos="8630"/>
            </w:tabs>
            <w:rPr>
              <w:noProof/>
              <w:kern w:val="2"/>
              <w:sz w:val="24"/>
              <w:szCs w:val="24"/>
              <w14:ligatures w14:val="standardContextual"/>
            </w:rPr>
          </w:pPr>
          <w:hyperlink w:anchor="_Toc227602172" w:history="1">
            <w:r w:rsidRPr="00825FD0">
              <w:rPr>
                <w:rStyle w:val="Hyperlink"/>
                <w:noProof/>
              </w:rPr>
              <w:t>3. Implementation</w:t>
            </w:r>
            <w:r>
              <w:rPr>
                <w:noProof/>
                <w:webHidden/>
              </w:rPr>
              <w:tab/>
            </w:r>
            <w:r>
              <w:rPr>
                <w:noProof/>
                <w:webHidden/>
              </w:rPr>
              <w:fldChar w:fldCharType="begin"/>
            </w:r>
            <w:r>
              <w:rPr>
                <w:noProof/>
                <w:webHidden/>
              </w:rPr>
              <w:instrText xml:space="preserve"> PAGEREF _Toc227602172 \h </w:instrText>
            </w:r>
            <w:r>
              <w:rPr>
                <w:noProof/>
                <w:webHidden/>
              </w:rPr>
            </w:r>
            <w:r>
              <w:rPr>
                <w:noProof/>
                <w:webHidden/>
              </w:rPr>
              <w:fldChar w:fldCharType="separate"/>
            </w:r>
            <w:r>
              <w:rPr>
                <w:noProof/>
                <w:webHidden/>
              </w:rPr>
              <w:t>3</w:t>
            </w:r>
            <w:r>
              <w:rPr>
                <w:noProof/>
                <w:webHidden/>
              </w:rPr>
              <w:fldChar w:fldCharType="end"/>
            </w:r>
          </w:hyperlink>
        </w:p>
        <w:p w14:paraId="44A36A83" w14:textId="5AA0506B" w:rsidR="0046649F" w:rsidRDefault="0046649F">
          <w:pPr>
            <w:pStyle w:val="TOC1"/>
            <w:tabs>
              <w:tab w:val="right" w:leader="dot" w:pos="8630"/>
            </w:tabs>
            <w:rPr>
              <w:noProof/>
              <w:kern w:val="2"/>
              <w:sz w:val="24"/>
              <w:szCs w:val="24"/>
              <w14:ligatures w14:val="standardContextual"/>
            </w:rPr>
          </w:pPr>
          <w:hyperlink w:anchor="_Toc227602173" w:history="1">
            <w:r w:rsidRPr="00825FD0">
              <w:rPr>
                <w:rStyle w:val="Hyperlink"/>
                <w:noProof/>
              </w:rPr>
              <w:t>Validation</w:t>
            </w:r>
            <w:r>
              <w:rPr>
                <w:noProof/>
                <w:webHidden/>
              </w:rPr>
              <w:tab/>
            </w:r>
            <w:r>
              <w:rPr>
                <w:noProof/>
                <w:webHidden/>
              </w:rPr>
              <w:fldChar w:fldCharType="begin"/>
            </w:r>
            <w:r>
              <w:rPr>
                <w:noProof/>
                <w:webHidden/>
              </w:rPr>
              <w:instrText xml:space="preserve"> PAGEREF _Toc227602173 \h </w:instrText>
            </w:r>
            <w:r>
              <w:rPr>
                <w:noProof/>
                <w:webHidden/>
              </w:rPr>
            </w:r>
            <w:r>
              <w:rPr>
                <w:noProof/>
                <w:webHidden/>
              </w:rPr>
              <w:fldChar w:fldCharType="separate"/>
            </w:r>
            <w:r>
              <w:rPr>
                <w:noProof/>
                <w:webHidden/>
              </w:rPr>
              <w:t>7</w:t>
            </w:r>
            <w:r>
              <w:rPr>
                <w:noProof/>
                <w:webHidden/>
              </w:rPr>
              <w:fldChar w:fldCharType="end"/>
            </w:r>
          </w:hyperlink>
        </w:p>
        <w:p w14:paraId="4C39F6D6" w14:textId="74CFD75E" w:rsidR="0046649F" w:rsidRDefault="0046649F">
          <w:pPr>
            <w:pStyle w:val="TOC1"/>
            <w:tabs>
              <w:tab w:val="right" w:leader="dot" w:pos="8630"/>
            </w:tabs>
            <w:rPr>
              <w:noProof/>
              <w:kern w:val="2"/>
              <w:sz w:val="24"/>
              <w:szCs w:val="24"/>
              <w14:ligatures w14:val="standardContextual"/>
            </w:rPr>
          </w:pPr>
          <w:hyperlink w:anchor="_Toc227602174" w:history="1">
            <w:r w:rsidRPr="00825FD0">
              <w:rPr>
                <w:rStyle w:val="Hyperlink"/>
                <w:noProof/>
              </w:rPr>
              <w:t>4. Evaluation</w:t>
            </w:r>
            <w:r>
              <w:rPr>
                <w:noProof/>
                <w:webHidden/>
              </w:rPr>
              <w:tab/>
            </w:r>
            <w:r>
              <w:rPr>
                <w:noProof/>
                <w:webHidden/>
              </w:rPr>
              <w:fldChar w:fldCharType="begin"/>
            </w:r>
            <w:r>
              <w:rPr>
                <w:noProof/>
                <w:webHidden/>
              </w:rPr>
              <w:instrText xml:space="preserve"> PAGEREF _Toc227602174 \h </w:instrText>
            </w:r>
            <w:r>
              <w:rPr>
                <w:noProof/>
                <w:webHidden/>
              </w:rPr>
            </w:r>
            <w:r>
              <w:rPr>
                <w:noProof/>
                <w:webHidden/>
              </w:rPr>
              <w:fldChar w:fldCharType="separate"/>
            </w:r>
            <w:r>
              <w:rPr>
                <w:noProof/>
                <w:webHidden/>
              </w:rPr>
              <w:t>12</w:t>
            </w:r>
            <w:r>
              <w:rPr>
                <w:noProof/>
                <w:webHidden/>
              </w:rPr>
              <w:fldChar w:fldCharType="end"/>
            </w:r>
          </w:hyperlink>
        </w:p>
        <w:p w14:paraId="66BF4203" w14:textId="09B5EBBE" w:rsidR="0046649F" w:rsidRDefault="0046649F">
          <w:pPr>
            <w:pStyle w:val="TOC2"/>
            <w:tabs>
              <w:tab w:val="right" w:leader="dot" w:pos="8630"/>
            </w:tabs>
            <w:rPr>
              <w:noProof/>
            </w:rPr>
          </w:pPr>
          <w:hyperlink w:anchor="_Toc227602175" w:history="1">
            <w:r w:rsidRPr="00825FD0">
              <w:rPr>
                <w:rStyle w:val="Hyperlink"/>
                <w:noProof/>
              </w:rPr>
              <w:t>Research</w:t>
            </w:r>
            <w:r>
              <w:rPr>
                <w:noProof/>
                <w:webHidden/>
              </w:rPr>
              <w:tab/>
            </w:r>
            <w:r>
              <w:rPr>
                <w:noProof/>
                <w:webHidden/>
              </w:rPr>
              <w:fldChar w:fldCharType="begin"/>
            </w:r>
            <w:r>
              <w:rPr>
                <w:noProof/>
                <w:webHidden/>
              </w:rPr>
              <w:instrText xml:space="preserve"> PAGEREF _Toc227602175 \h </w:instrText>
            </w:r>
            <w:r>
              <w:rPr>
                <w:noProof/>
                <w:webHidden/>
              </w:rPr>
            </w:r>
            <w:r>
              <w:rPr>
                <w:noProof/>
                <w:webHidden/>
              </w:rPr>
              <w:fldChar w:fldCharType="separate"/>
            </w:r>
            <w:r>
              <w:rPr>
                <w:noProof/>
                <w:webHidden/>
              </w:rPr>
              <w:t>12</w:t>
            </w:r>
            <w:r>
              <w:rPr>
                <w:noProof/>
                <w:webHidden/>
              </w:rPr>
              <w:fldChar w:fldCharType="end"/>
            </w:r>
          </w:hyperlink>
        </w:p>
        <w:p w14:paraId="525457DD" w14:textId="573F72B3" w:rsidR="0046649F" w:rsidRDefault="0046649F">
          <w:pPr>
            <w:pStyle w:val="TOC2"/>
            <w:tabs>
              <w:tab w:val="right" w:leader="dot" w:pos="8630"/>
            </w:tabs>
            <w:rPr>
              <w:noProof/>
            </w:rPr>
          </w:pPr>
          <w:hyperlink w:anchor="_Toc227602176" w:history="1">
            <w:r w:rsidRPr="00825FD0">
              <w:rPr>
                <w:rStyle w:val="Hyperlink"/>
                <w:noProof/>
              </w:rPr>
              <w:t>Usability</w:t>
            </w:r>
            <w:r>
              <w:rPr>
                <w:noProof/>
                <w:webHidden/>
              </w:rPr>
              <w:tab/>
            </w:r>
            <w:r>
              <w:rPr>
                <w:noProof/>
                <w:webHidden/>
              </w:rPr>
              <w:fldChar w:fldCharType="begin"/>
            </w:r>
            <w:r>
              <w:rPr>
                <w:noProof/>
                <w:webHidden/>
              </w:rPr>
              <w:instrText xml:space="preserve"> PAGEREF _Toc227602176 \h </w:instrText>
            </w:r>
            <w:r>
              <w:rPr>
                <w:noProof/>
                <w:webHidden/>
              </w:rPr>
            </w:r>
            <w:r>
              <w:rPr>
                <w:noProof/>
                <w:webHidden/>
              </w:rPr>
              <w:fldChar w:fldCharType="separate"/>
            </w:r>
            <w:r>
              <w:rPr>
                <w:noProof/>
                <w:webHidden/>
              </w:rPr>
              <w:t>12</w:t>
            </w:r>
            <w:r>
              <w:rPr>
                <w:noProof/>
                <w:webHidden/>
              </w:rPr>
              <w:fldChar w:fldCharType="end"/>
            </w:r>
          </w:hyperlink>
        </w:p>
        <w:p w14:paraId="08BB8CE9" w14:textId="434DA67C" w:rsidR="0046649F" w:rsidRDefault="0046649F">
          <w:pPr>
            <w:pStyle w:val="TOC3"/>
            <w:tabs>
              <w:tab w:val="right" w:leader="dot" w:pos="8630"/>
            </w:tabs>
            <w:rPr>
              <w:noProof/>
            </w:rPr>
          </w:pPr>
          <w:hyperlink w:anchor="_Toc227602177" w:history="1">
            <w:r w:rsidRPr="00825FD0">
              <w:rPr>
                <w:rStyle w:val="Hyperlink"/>
                <w:noProof/>
              </w:rPr>
              <w:t>Usability means the quality of how easily users can navigate, understand or interact with a website to achieve goals. According to</w:t>
            </w:r>
            <w:r>
              <w:rPr>
                <w:noProof/>
                <w:webHidden/>
              </w:rPr>
              <w:tab/>
            </w:r>
            <w:r>
              <w:rPr>
                <w:noProof/>
                <w:webHidden/>
              </w:rPr>
              <w:fldChar w:fldCharType="begin"/>
            </w:r>
            <w:r>
              <w:rPr>
                <w:noProof/>
                <w:webHidden/>
              </w:rPr>
              <w:instrText xml:space="preserve"> PAGEREF _Toc227602177 \h </w:instrText>
            </w:r>
            <w:r>
              <w:rPr>
                <w:noProof/>
                <w:webHidden/>
              </w:rPr>
            </w:r>
            <w:r>
              <w:rPr>
                <w:noProof/>
                <w:webHidden/>
              </w:rPr>
              <w:fldChar w:fldCharType="separate"/>
            </w:r>
            <w:r>
              <w:rPr>
                <w:noProof/>
                <w:webHidden/>
              </w:rPr>
              <w:t>12</w:t>
            </w:r>
            <w:r>
              <w:rPr>
                <w:noProof/>
                <w:webHidden/>
              </w:rPr>
              <w:fldChar w:fldCharType="end"/>
            </w:r>
          </w:hyperlink>
        </w:p>
        <w:p w14:paraId="1E196F09" w14:textId="228AA3A2" w:rsidR="0046649F" w:rsidRDefault="0046649F">
          <w:pPr>
            <w:pStyle w:val="TOC2"/>
            <w:tabs>
              <w:tab w:val="right" w:leader="dot" w:pos="8630"/>
            </w:tabs>
            <w:rPr>
              <w:noProof/>
            </w:rPr>
          </w:pPr>
          <w:hyperlink w:anchor="_Toc227602178" w:history="1">
            <w:r w:rsidRPr="00995F82">
              <w:rPr>
                <w:rStyle w:val="Hyperlink"/>
                <w:rFonts w:cstheme="majorHAnsi"/>
                <w:noProof/>
                <w:color w:val="1F497D" w:themeColor="text2"/>
              </w:rPr>
              <w:t>Accessibility</w:t>
            </w:r>
            <w:r>
              <w:rPr>
                <w:noProof/>
                <w:webHidden/>
              </w:rPr>
              <w:tab/>
            </w:r>
            <w:r>
              <w:rPr>
                <w:noProof/>
                <w:webHidden/>
              </w:rPr>
              <w:fldChar w:fldCharType="begin"/>
            </w:r>
            <w:r>
              <w:rPr>
                <w:noProof/>
                <w:webHidden/>
              </w:rPr>
              <w:instrText xml:space="preserve"> PAGEREF _Toc227602178 \h </w:instrText>
            </w:r>
            <w:r>
              <w:rPr>
                <w:noProof/>
                <w:webHidden/>
              </w:rPr>
            </w:r>
            <w:r>
              <w:rPr>
                <w:noProof/>
                <w:webHidden/>
              </w:rPr>
              <w:fldChar w:fldCharType="separate"/>
            </w:r>
            <w:r>
              <w:rPr>
                <w:noProof/>
                <w:webHidden/>
              </w:rPr>
              <w:t>12</w:t>
            </w:r>
            <w:r>
              <w:rPr>
                <w:noProof/>
                <w:webHidden/>
              </w:rPr>
              <w:fldChar w:fldCharType="end"/>
            </w:r>
          </w:hyperlink>
        </w:p>
        <w:p w14:paraId="50C55C13" w14:textId="0F7E1F85" w:rsidR="0046649F" w:rsidRDefault="0046649F">
          <w:pPr>
            <w:pStyle w:val="TOC2"/>
            <w:tabs>
              <w:tab w:val="right" w:leader="dot" w:pos="8630"/>
            </w:tabs>
            <w:rPr>
              <w:noProof/>
            </w:rPr>
          </w:pPr>
          <w:hyperlink w:anchor="_Toc227602179" w:history="1">
            <w:r w:rsidRPr="00995F82">
              <w:rPr>
                <w:rStyle w:val="Hyperlink"/>
                <w:noProof/>
                <w:color w:val="auto"/>
              </w:rPr>
              <w:t>SEO</w:t>
            </w:r>
            <w:r>
              <w:rPr>
                <w:noProof/>
                <w:webHidden/>
              </w:rPr>
              <w:tab/>
            </w:r>
            <w:r>
              <w:rPr>
                <w:noProof/>
                <w:webHidden/>
              </w:rPr>
              <w:fldChar w:fldCharType="begin"/>
            </w:r>
            <w:r>
              <w:rPr>
                <w:noProof/>
                <w:webHidden/>
              </w:rPr>
              <w:instrText xml:space="preserve"> PAGEREF _Toc227602179 \h </w:instrText>
            </w:r>
            <w:r>
              <w:rPr>
                <w:noProof/>
                <w:webHidden/>
              </w:rPr>
            </w:r>
            <w:r>
              <w:rPr>
                <w:noProof/>
                <w:webHidden/>
              </w:rPr>
              <w:fldChar w:fldCharType="separate"/>
            </w:r>
            <w:r>
              <w:rPr>
                <w:noProof/>
                <w:webHidden/>
              </w:rPr>
              <w:t>12</w:t>
            </w:r>
            <w:r>
              <w:rPr>
                <w:noProof/>
                <w:webHidden/>
              </w:rPr>
              <w:fldChar w:fldCharType="end"/>
            </w:r>
          </w:hyperlink>
        </w:p>
        <w:p w14:paraId="3E6A1A65" w14:textId="382DD664" w:rsidR="0046649F" w:rsidRDefault="0046649F">
          <w:pPr>
            <w:pStyle w:val="TOC2"/>
            <w:tabs>
              <w:tab w:val="right" w:leader="dot" w:pos="8630"/>
            </w:tabs>
            <w:rPr>
              <w:noProof/>
            </w:rPr>
          </w:pPr>
          <w:hyperlink w:anchor="_Toc227602180" w:history="1">
            <w:r w:rsidRPr="00825FD0">
              <w:rPr>
                <w:rStyle w:val="Hyperlink"/>
                <w:noProof/>
              </w:rPr>
              <w:t>Website Evaluation</w:t>
            </w:r>
            <w:r>
              <w:rPr>
                <w:noProof/>
                <w:webHidden/>
              </w:rPr>
              <w:tab/>
            </w:r>
            <w:r>
              <w:rPr>
                <w:noProof/>
                <w:webHidden/>
              </w:rPr>
              <w:fldChar w:fldCharType="begin"/>
            </w:r>
            <w:r>
              <w:rPr>
                <w:noProof/>
                <w:webHidden/>
              </w:rPr>
              <w:instrText xml:space="preserve"> PAGEREF _Toc227602180 \h </w:instrText>
            </w:r>
            <w:r>
              <w:rPr>
                <w:noProof/>
                <w:webHidden/>
              </w:rPr>
            </w:r>
            <w:r>
              <w:rPr>
                <w:noProof/>
                <w:webHidden/>
              </w:rPr>
              <w:fldChar w:fldCharType="separate"/>
            </w:r>
            <w:r>
              <w:rPr>
                <w:noProof/>
                <w:webHidden/>
              </w:rPr>
              <w:t>12</w:t>
            </w:r>
            <w:r>
              <w:rPr>
                <w:noProof/>
                <w:webHidden/>
              </w:rPr>
              <w:fldChar w:fldCharType="end"/>
            </w:r>
          </w:hyperlink>
        </w:p>
        <w:p w14:paraId="07837833" w14:textId="3048A5D1" w:rsidR="0046649F" w:rsidRDefault="0046649F">
          <w:pPr>
            <w:pStyle w:val="TOC3"/>
            <w:tabs>
              <w:tab w:val="right" w:leader="dot" w:pos="8630"/>
            </w:tabs>
            <w:rPr>
              <w:noProof/>
            </w:rPr>
          </w:pPr>
          <w:hyperlink w:anchor="_Toc227602181" w:history="1">
            <w:r w:rsidRPr="00825FD0">
              <w:rPr>
                <w:rStyle w:val="Hyperlink"/>
                <w:i/>
                <w:iCs/>
                <w:noProof/>
              </w:rPr>
              <w:t>SEO Techniques Used</w:t>
            </w:r>
            <w:r>
              <w:rPr>
                <w:noProof/>
                <w:webHidden/>
              </w:rPr>
              <w:tab/>
            </w:r>
            <w:r>
              <w:rPr>
                <w:noProof/>
                <w:webHidden/>
              </w:rPr>
              <w:fldChar w:fldCharType="begin"/>
            </w:r>
            <w:r>
              <w:rPr>
                <w:noProof/>
                <w:webHidden/>
              </w:rPr>
              <w:instrText xml:space="preserve"> PAGEREF _Toc227602181 \h </w:instrText>
            </w:r>
            <w:r>
              <w:rPr>
                <w:noProof/>
                <w:webHidden/>
              </w:rPr>
            </w:r>
            <w:r>
              <w:rPr>
                <w:noProof/>
                <w:webHidden/>
              </w:rPr>
              <w:fldChar w:fldCharType="separate"/>
            </w:r>
            <w:r>
              <w:rPr>
                <w:noProof/>
                <w:webHidden/>
              </w:rPr>
              <w:t>13</w:t>
            </w:r>
            <w:r>
              <w:rPr>
                <w:noProof/>
                <w:webHidden/>
              </w:rPr>
              <w:fldChar w:fldCharType="end"/>
            </w:r>
          </w:hyperlink>
        </w:p>
        <w:p w14:paraId="59A6F865" w14:textId="2AA6C897" w:rsidR="0046649F" w:rsidRDefault="0046649F">
          <w:pPr>
            <w:pStyle w:val="TOC1"/>
            <w:tabs>
              <w:tab w:val="right" w:leader="dot" w:pos="8630"/>
            </w:tabs>
            <w:rPr>
              <w:noProof/>
              <w:kern w:val="2"/>
              <w:sz w:val="24"/>
              <w:szCs w:val="24"/>
              <w14:ligatures w14:val="standardContextual"/>
            </w:rPr>
          </w:pPr>
          <w:hyperlink w:anchor="_Toc227602182" w:history="1">
            <w:r w:rsidRPr="00825FD0">
              <w:rPr>
                <w:rStyle w:val="Hyperlink"/>
                <w:noProof/>
              </w:rPr>
              <w:t>5. Conclusion</w:t>
            </w:r>
            <w:r>
              <w:rPr>
                <w:noProof/>
                <w:webHidden/>
              </w:rPr>
              <w:tab/>
            </w:r>
            <w:r>
              <w:rPr>
                <w:noProof/>
                <w:webHidden/>
              </w:rPr>
              <w:fldChar w:fldCharType="begin"/>
            </w:r>
            <w:r>
              <w:rPr>
                <w:noProof/>
                <w:webHidden/>
              </w:rPr>
              <w:instrText xml:space="preserve"> PAGEREF _Toc227602182 \h </w:instrText>
            </w:r>
            <w:r>
              <w:rPr>
                <w:noProof/>
                <w:webHidden/>
              </w:rPr>
            </w:r>
            <w:r>
              <w:rPr>
                <w:noProof/>
                <w:webHidden/>
              </w:rPr>
              <w:fldChar w:fldCharType="separate"/>
            </w:r>
            <w:r>
              <w:rPr>
                <w:noProof/>
                <w:webHidden/>
              </w:rPr>
              <w:t>13</w:t>
            </w:r>
            <w:r>
              <w:rPr>
                <w:noProof/>
                <w:webHidden/>
              </w:rPr>
              <w:fldChar w:fldCharType="end"/>
            </w:r>
          </w:hyperlink>
        </w:p>
        <w:p w14:paraId="7594198C" w14:textId="0DB706E6" w:rsidR="0046649F" w:rsidRDefault="0046649F">
          <w:pPr>
            <w:pStyle w:val="TOC1"/>
            <w:tabs>
              <w:tab w:val="right" w:leader="dot" w:pos="8630"/>
            </w:tabs>
            <w:rPr>
              <w:noProof/>
              <w:kern w:val="2"/>
              <w:sz w:val="24"/>
              <w:szCs w:val="24"/>
              <w14:ligatures w14:val="standardContextual"/>
            </w:rPr>
          </w:pPr>
          <w:hyperlink w:anchor="_Toc227602183" w:history="1">
            <w:r w:rsidRPr="00825FD0">
              <w:rPr>
                <w:rStyle w:val="Hyperlink"/>
                <w:noProof/>
              </w:rPr>
              <w:t>6. References (IEEE Format)</w:t>
            </w:r>
            <w:r>
              <w:rPr>
                <w:noProof/>
                <w:webHidden/>
              </w:rPr>
              <w:tab/>
            </w:r>
            <w:r>
              <w:rPr>
                <w:noProof/>
                <w:webHidden/>
              </w:rPr>
              <w:fldChar w:fldCharType="begin"/>
            </w:r>
            <w:r>
              <w:rPr>
                <w:noProof/>
                <w:webHidden/>
              </w:rPr>
              <w:instrText xml:space="preserve"> PAGEREF _Toc227602183 \h </w:instrText>
            </w:r>
            <w:r>
              <w:rPr>
                <w:noProof/>
                <w:webHidden/>
              </w:rPr>
            </w:r>
            <w:r>
              <w:rPr>
                <w:noProof/>
                <w:webHidden/>
              </w:rPr>
              <w:fldChar w:fldCharType="separate"/>
            </w:r>
            <w:r>
              <w:rPr>
                <w:noProof/>
                <w:webHidden/>
              </w:rPr>
              <w:t>13</w:t>
            </w:r>
            <w:r>
              <w:rPr>
                <w:noProof/>
                <w:webHidden/>
              </w:rPr>
              <w:fldChar w:fldCharType="end"/>
            </w:r>
          </w:hyperlink>
        </w:p>
        <w:p w14:paraId="4DA50E6A" w14:textId="57C03014" w:rsidR="0046649F" w:rsidRDefault="0046649F">
          <w:pPr>
            <w:pStyle w:val="TOC1"/>
            <w:tabs>
              <w:tab w:val="right" w:leader="dot" w:pos="8630"/>
            </w:tabs>
            <w:rPr>
              <w:noProof/>
              <w:kern w:val="2"/>
              <w:sz w:val="24"/>
              <w:szCs w:val="24"/>
              <w14:ligatures w14:val="standardContextual"/>
            </w:rPr>
          </w:pPr>
          <w:hyperlink w:anchor="_Toc227602184" w:history="1">
            <w:r w:rsidRPr="00825FD0">
              <w:rPr>
                <w:rStyle w:val="Hyperlink"/>
                <w:noProof/>
              </w:rPr>
              <w:t>7. Appendices</w:t>
            </w:r>
            <w:r>
              <w:rPr>
                <w:noProof/>
                <w:webHidden/>
              </w:rPr>
              <w:tab/>
            </w:r>
            <w:r>
              <w:rPr>
                <w:noProof/>
                <w:webHidden/>
              </w:rPr>
              <w:fldChar w:fldCharType="begin"/>
            </w:r>
            <w:r>
              <w:rPr>
                <w:noProof/>
                <w:webHidden/>
              </w:rPr>
              <w:instrText xml:space="preserve"> PAGEREF _Toc227602184 \h </w:instrText>
            </w:r>
            <w:r>
              <w:rPr>
                <w:noProof/>
                <w:webHidden/>
              </w:rPr>
            </w:r>
            <w:r>
              <w:rPr>
                <w:noProof/>
                <w:webHidden/>
              </w:rPr>
              <w:fldChar w:fldCharType="separate"/>
            </w:r>
            <w:r>
              <w:rPr>
                <w:noProof/>
                <w:webHidden/>
              </w:rPr>
              <w:t>14</w:t>
            </w:r>
            <w:r>
              <w:rPr>
                <w:noProof/>
                <w:webHidden/>
              </w:rPr>
              <w:fldChar w:fldCharType="end"/>
            </w:r>
          </w:hyperlink>
        </w:p>
        <w:p w14:paraId="302A5CC4" w14:textId="5026CA67" w:rsidR="00830932" w:rsidRDefault="0069743C">
          <w:pPr>
            <w:rPr>
              <w:b/>
              <w:bCs/>
              <w:noProof/>
            </w:rPr>
          </w:pPr>
          <w:r>
            <w:rPr>
              <w:b/>
              <w:bCs/>
              <w:noProof/>
            </w:rPr>
            <w:fldChar w:fldCharType="end"/>
          </w:r>
        </w:p>
        <w:p w14:paraId="25DA5FC5" w14:textId="791CC965" w:rsidR="006F31FB" w:rsidRPr="00224D37" w:rsidRDefault="00830932" w:rsidP="00224D37">
          <w:pPr>
            <w:rPr>
              <w:b/>
              <w:bCs/>
              <w:noProof/>
            </w:rPr>
          </w:pPr>
          <w:r>
            <w:rPr>
              <w:b/>
              <w:bCs/>
              <w:noProof/>
            </w:rPr>
            <w:br w:type="page"/>
          </w:r>
        </w:p>
      </w:sdtContent>
    </w:sdt>
    <w:p w14:paraId="1D2F5B3C" w14:textId="2BF8E6F5" w:rsidR="00B37065" w:rsidRDefault="00224D37" w:rsidP="00224D37">
      <w:pPr>
        <w:pStyle w:val="Heading1"/>
      </w:pPr>
      <w:bookmarkStart w:id="1" w:name="_Toc227602170"/>
      <w:r>
        <w:lastRenderedPageBreak/>
        <w:t>1.</w:t>
      </w:r>
      <w:r w:rsidR="00997CBB">
        <w:t>Introduction</w:t>
      </w:r>
      <w:bookmarkEnd w:id="1"/>
    </w:p>
    <w:p w14:paraId="212A5CDF" w14:textId="77777777" w:rsidR="00A93816" w:rsidRDefault="00A93816" w:rsidP="00A93816"/>
    <w:p w14:paraId="4B3D0425" w14:textId="00299CFB" w:rsidR="00A93816" w:rsidRPr="00A93816" w:rsidRDefault="00441121" w:rsidP="00A93816">
      <w:r>
        <w:t>This report describes</w:t>
      </w:r>
      <w:r w:rsidR="000A3F8C">
        <w:t xml:space="preserve"> and explains the design of Webpages using HTML</w:t>
      </w:r>
      <w:r w:rsidR="0011500F">
        <w:t xml:space="preserve"> and CSS</w:t>
      </w:r>
      <w:r w:rsidR="000A3F8C">
        <w:t xml:space="preserve"> </w:t>
      </w:r>
      <w:r w:rsidR="0011500F">
        <w:t>by personal development</w:t>
      </w:r>
      <w:r w:rsidR="00537BEB">
        <w:t>. The website includes some pages such as Home, About, Contact, and Hobbies</w:t>
      </w:r>
      <w:r w:rsidR="00F07DF7">
        <w:t xml:space="preserve">. It demonstrates the use of web standards, responsive design, and </w:t>
      </w:r>
      <w:r w:rsidR="00285A9C">
        <w:t>basic User Interface structure that allow</w:t>
      </w:r>
      <w:r w:rsidR="004960F1">
        <w:t>s users to navigate through the page</w:t>
      </w:r>
      <w:r w:rsidR="00814AE9">
        <w:t xml:space="preserve"> successfully.</w:t>
      </w:r>
      <w:r w:rsidR="00924FAD">
        <w:t xml:space="preserve"> Some pages contain images to be connected to the text, also they present some features such as headings, tables, lists, a navigation bar(menu) to navigate through the pages. This was </w:t>
      </w:r>
      <w:r w:rsidR="008A0DED">
        <w:t>created using CSS to design this website so the layout might</w:t>
      </w:r>
      <w:r w:rsidR="00AF329D">
        <w:t xml:space="preserve"> be friendly and dynamic for other users.</w:t>
      </w:r>
      <w:r w:rsidR="00A459AB">
        <w:t xml:space="preserve"> The report will outline the requirements of the project</w:t>
      </w:r>
      <w:r w:rsidR="00757488">
        <w:t xml:space="preserve">, the </w:t>
      </w:r>
      <w:r w:rsidR="00306AE5">
        <w:t>implementation process</w:t>
      </w:r>
      <w:r w:rsidR="00757488">
        <w:t xml:space="preserve"> and </w:t>
      </w:r>
      <w:r w:rsidR="0046649F">
        <w:t>final evaluation</w:t>
      </w:r>
      <w:r w:rsidR="00757488">
        <w:t xml:space="preserve"> of the project.</w:t>
      </w:r>
    </w:p>
    <w:p w14:paraId="5F6FE7A1" w14:textId="77777777" w:rsidR="00A93816" w:rsidRDefault="00A93816" w:rsidP="00A93816"/>
    <w:p w14:paraId="5B088DCE" w14:textId="77777777" w:rsidR="00A93816" w:rsidRDefault="00A93816" w:rsidP="00A93816"/>
    <w:p w14:paraId="773BE815" w14:textId="77777777" w:rsidR="00A93816" w:rsidRDefault="00A93816" w:rsidP="00A93816"/>
    <w:p w14:paraId="4349F39D" w14:textId="77777777" w:rsidR="00A93816" w:rsidRDefault="00A93816" w:rsidP="00A93816"/>
    <w:p w14:paraId="162AC46C" w14:textId="77777777" w:rsidR="00A93816" w:rsidRDefault="00A93816" w:rsidP="00A93816"/>
    <w:p w14:paraId="77C44FE5" w14:textId="77777777" w:rsidR="00A93816" w:rsidRDefault="00A93816" w:rsidP="00A93816"/>
    <w:p w14:paraId="66FBBFA4" w14:textId="77777777" w:rsidR="00A93816" w:rsidRDefault="00A93816" w:rsidP="00A93816"/>
    <w:p w14:paraId="427A9D69" w14:textId="77777777" w:rsidR="00A93816" w:rsidRDefault="00A93816" w:rsidP="00A93816"/>
    <w:p w14:paraId="0AFE3C76" w14:textId="77777777" w:rsidR="00A93816" w:rsidRDefault="00A93816" w:rsidP="00A93816"/>
    <w:p w14:paraId="0D489249" w14:textId="77777777" w:rsidR="00A93816" w:rsidRDefault="00A93816" w:rsidP="00A93816"/>
    <w:p w14:paraId="656C598C" w14:textId="77777777" w:rsidR="00A93816" w:rsidRDefault="00A93816" w:rsidP="00A93816"/>
    <w:p w14:paraId="05CFA5C0" w14:textId="77777777" w:rsidR="00A93816" w:rsidRDefault="00A93816" w:rsidP="00A93816"/>
    <w:p w14:paraId="19ADFC78" w14:textId="77777777" w:rsidR="00A93816" w:rsidRDefault="00A93816" w:rsidP="00A93816"/>
    <w:p w14:paraId="247CABB6" w14:textId="77777777" w:rsidR="00A93816" w:rsidRDefault="00A93816" w:rsidP="00A93816"/>
    <w:p w14:paraId="311B9EB7" w14:textId="77777777" w:rsidR="00A93816" w:rsidRDefault="00A93816" w:rsidP="00A93816"/>
    <w:p w14:paraId="437A053E" w14:textId="77777777" w:rsidR="00A93816" w:rsidRDefault="00A93816" w:rsidP="00A93816"/>
    <w:p w14:paraId="0713C16D" w14:textId="77777777" w:rsidR="00A93816" w:rsidRDefault="00A93816" w:rsidP="00A93816"/>
    <w:p w14:paraId="67AF3009" w14:textId="77777777" w:rsidR="00A93816" w:rsidRDefault="00A93816" w:rsidP="00A93816"/>
    <w:p w14:paraId="1EF27F5B" w14:textId="77777777" w:rsidR="00A93816" w:rsidRDefault="00A93816" w:rsidP="00A93816"/>
    <w:p w14:paraId="24692634" w14:textId="77777777" w:rsidR="00B37065" w:rsidRPr="00B37065" w:rsidRDefault="00B37065" w:rsidP="00B37065"/>
    <w:p w14:paraId="13669626" w14:textId="77777777" w:rsidR="006F31FB" w:rsidRDefault="0017694D">
      <w:pPr>
        <w:pStyle w:val="Heading1"/>
      </w:pPr>
      <w:bookmarkStart w:id="2" w:name="_Toc227602171"/>
      <w:r>
        <w:t>2. Requirements</w:t>
      </w:r>
      <w:bookmarkEnd w:id="2"/>
    </w:p>
    <w:p w14:paraId="619AEA06" w14:textId="798F45C5" w:rsidR="006F31FB" w:rsidRDefault="008F0A29">
      <w:r>
        <w:t xml:space="preserve">The purpose of this Website is </w:t>
      </w:r>
      <w:r w:rsidR="00924FAD">
        <w:t xml:space="preserve">to present personal information </w:t>
      </w:r>
      <w:r w:rsidR="00AF329D">
        <w:t xml:space="preserve">and interests about the </w:t>
      </w:r>
      <w:r w:rsidR="00AF0FDD">
        <w:t>web developer</w:t>
      </w:r>
      <w:r w:rsidR="008C730F">
        <w:t xml:space="preserve"> so </w:t>
      </w:r>
      <w:r w:rsidR="00950038">
        <w:t xml:space="preserve">I can present information in </w:t>
      </w:r>
      <w:r w:rsidR="0092335E">
        <w:t>an</w:t>
      </w:r>
      <w:r w:rsidR="00950038">
        <w:t xml:space="preserve"> accessible </w:t>
      </w:r>
      <w:r w:rsidR="0092335E">
        <w:t>way.</w:t>
      </w:r>
      <w:r w:rsidR="00AF0FDD">
        <w:t xml:space="preserve"> The target audience is lecturers </w:t>
      </w:r>
      <w:r w:rsidR="000D2F70">
        <w:t>and peers evaluating the assignment and testing the pages to check Usability and Accessibility</w:t>
      </w:r>
      <w:r w:rsidR="00AE4E18">
        <w:t xml:space="preserve">. </w:t>
      </w:r>
    </w:p>
    <w:p w14:paraId="7BE59404" w14:textId="380271BB" w:rsidR="0092335E" w:rsidRDefault="0092335E">
      <w:r>
        <w:t>The way includes four pages with sections:</w:t>
      </w:r>
    </w:p>
    <w:p w14:paraId="20EA465D" w14:textId="37FDB485" w:rsidR="0034510C" w:rsidRDefault="0034510C">
      <w:r>
        <w:t>A Home page that introduces the website</w:t>
      </w:r>
      <w:r w:rsidR="00D03808">
        <w:t>.</w:t>
      </w:r>
    </w:p>
    <w:p w14:paraId="385E8948" w14:textId="0B0ACA40" w:rsidR="0034510C" w:rsidRDefault="0034510C">
      <w:r>
        <w:t xml:space="preserve">An About page that </w:t>
      </w:r>
      <w:r w:rsidR="00D03808">
        <w:t xml:space="preserve">presents personal </w:t>
      </w:r>
      <w:r>
        <w:t>information about the web developer</w:t>
      </w:r>
      <w:r w:rsidR="00D03808">
        <w:t>.</w:t>
      </w:r>
    </w:p>
    <w:p w14:paraId="6FAB1A71" w14:textId="6894B485" w:rsidR="00D03808" w:rsidRDefault="00D03808">
      <w:r>
        <w:t>A Hobbies page that highlights personal interests of the web developer.</w:t>
      </w:r>
    </w:p>
    <w:p w14:paraId="61E7818A" w14:textId="63E8DD81" w:rsidR="00D03808" w:rsidRDefault="00D03808">
      <w:r>
        <w:t>A Contact page that provides contact information.</w:t>
      </w:r>
    </w:p>
    <w:p w14:paraId="21C1F8D5" w14:textId="15DB8E0D" w:rsidR="00FC2D22" w:rsidRDefault="003B7BAE">
      <w:r>
        <w:t xml:space="preserve">The design prioritizes readability, simplicity and consistency across all the pages, Also </w:t>
      </w:r>
      <w:r w:rsidR="00765D22">
        <w:t xml:space="preserve">It includes </w:t>
      </w:r>
      <w:r w:rsidR="00DA163F">
        <w:t xml:space="preserve">a navigation bar so users can navigate </w:t>
      </w:r>
      <w:r w:rsidR="00FC2D22">
        <w:t>through the pages and move easier into sections.</w:t>
      </w:r>
    </w:p>
    <w:p w14:paraId="108B47AA" w14:textId="1D4C65C1" w:rsidR="00325AB7" w:rsidRDefault="0017694D">
      <w:pPr>
        <w:pStyle w:val="Heading1"/>
      </w:pPr>
      <w:bookmarkStart w:id="3" w:name="_Toc227602172"/>
      <w:r>
        <w:t>3. Implementation</w:t>
      </w:r>
      <w:bookmarkEnd w:id="3"/>
    </w:p>
    <w:p w14:paraId="721007A1" w14:textId="124111F8" w:rsidR="00325AB7" w:rsidRDefault="008852C4" w:rsidP="00325AB7">
      <w:r>
        <w:t>This website was created by using HTML and CSS</w:t>
      </w:r>
      <w:r w:rsidR="00622E86">
        <w:t xml:space="preserve"> without use of automated tools, this ensures full control over </w:t>
      </w:r>
      <w:r w:rsidR="00E9696B">
        <w:t>design and structure of the pages. Each page follows a same layout to ensure consistency, also, it includes a navigation bar</w:t>
      </w:r>
      <w:r w:rsidR="007960B8">
        <w:t xml:space="preserve"> at the top</w:t>
      </w:r>
      <w:r w:rsidR="00E9696B">
        <w:t xml:space="preserve"> so users can go through other pages</w:t>
      </w:r>
      <w:r w:rsidR="0091565F">
        <w:t xml:space="preserve">. It includes a search bar at the top right however, this </w:t>
      </w:r>
      <w:r w:rsidR="00AC5A33">
        <w:t>is not functional, it is just a</w:t>
      </w:r>
      <w:r w:rsidR="00EF5C06">
        <w:t>n</w:t>
      </w:r>
      <w:r w:rsidR="00AC5A33">
        <w:t xml:space="preserve"> aesthetic tool to see how the pages would look with a search bar.</w:t>
      </w:r>
      <w:r w:rsidR="0008533C">
        <w:t xml:space="preserve"> Besides, a footer at the bottom of the</w:t>
      </w:r>
      <w:r w:rsidR="00A97F9B">
        <w:t xml:space="preserve"> page.</w:t>
      </w:r>
    </w:p>
    <w:p w14:paraId="6FFC3CDB" w14:textId="41BA579B" w:rsidR="00A97F9B" w:rsidRDefault="00A97F9B" w:rsidP="00325AB7">
      <w:r>
        <w:t xml:space="preserve">CSS was used </w:t>
      </w:r>
      <w:r w:rsidR="003161D7">
        <w:t>to style the layout, using elements such as flex</w:t>
      </w:r>
      <w:r w:rsidR="0050783A">
        <w:t>box to align items as na</w:t>
      </w:r>
      <w:r w:rsidR="00DD1F8B">
        <w:t>vigation bar or footer. A consisten</w:t>
      </w:r>
      <w:r w:rsidR="00DE39D0">
        <w:t>t scheme and font style were applied to maintain a professional appearance.</w:t>
      </w:r>
    </w:p>
    <w:p w14:paraId="68503ABE" w14:textId="182E4198" w:rsidR="00DE39D0" w:rsidRDefault="00DC3F79" w:rsidP="00325AB7">
      <w:r>
        <w:t xml:space="preserve">Images were included to represent interests or </w:t>
      </w:r>
      <w:r w:rsidR="00F777C7">
        <w:t xml:space="preserve">to know about the web developer. These </w:t>
      </w:r>
      <w:r w:rsidR="003C6000">
        <w:t xml:space="preserve">images were </w:t>
      </w:r>
      <w:r w:rsidR="005E7A28">
        <w:t>styled</w:t>
      </w:r>
      <w:r w:rsidR="003C6000">
        <w:t xml:space="preserve"> to fit </w:t>
      </w:r>
      <w:r w:rsidR="00F41D2F">
        <w:t xml:space="preserve">in page and maintain responsiveness </w:t>
      </w:r>
      <w:r w:rsidR="00664EE8">
        <w:t>across different sizes.</w:t>
      </w:r>
    </w:p>
    <w:p w14:paraId="29548F7F" w14:textId="0644EC07" w:rsidR="007832BB" w:rsidRDefault="007832BB" w:rsidP="00325AB7">
      <w:r>
        <w:t>Screenshots of each page are provided below to show the final design of the webpage:</w:t>
      </w:r>
    </w:p>
    <w:p w14:paraId="4A943F71" w14:textId="77777777" w:rsidR="00BA0229" w:rsidRDefault="00BA0229" w:rsidP="00BA0229">
      <w:pPr>
        <w:keepNext/>
      </w:pPr>
      <w:r w:rsidRPr="00BA0229">
        <w:rPr>
          <w:noProof/>
        </w:rPr>
        <w:lastRenderedPageBreak/>
        <w:drawing>
          <wp:inline distT="0" distB="0" distL="0" distR="0" wp14:anchorId="3C3E47DD" wp14:editId="2E178204">
            <wp:extent cx="5486400" cy="2371090"/>
            <wp:effectExtent l="0" t="0" r="0" b="0"/>
            <wp:docPr id="11057138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713860" name=""/>
                    <pic:cNvPicPr/>
                  </pic:nvPicPr>
                  <pic:blipFill>
                    <a:blip r:embed="rId8"/>
                    <a:stretch>
                      <a:fillRect/>
                    </a:stretch>
                  </pic:blipFill>
                  <pic:spPr>
                    <a:xfrm>
                      <a:off x="0" y="0"/>
                      <a:ext cx="5486400" cy="2371090"/>
                    </a:xfrm>
                    <a:prstGeom prst="rect">
                      <a:avLst/>
                    </a:prstGeom>
                  </pic:spPr>
                </pic:pic>
              </a:graphicData>
            </a:graphic>
          </wp:inline>
        </w:drawing>
      </w:r>
    </w:p>
    <w:p w14:paraId="596A5A11" w14:textId="35A0E679" w:rsidR="007832BB" w:rsidRPr="00995F82" w:rsidRDefault="00BA0229" w:rsidP="00BA0229">
      <w:pPr>
        <w:pStyle w:val="Caption"/>
        <w:rPr>
          <w:b w:val="0"/>
          <w:bCs w:val="0"/>
          <w:i/>
          <w:iCs/>
          <w:color w:val="auto"/>
        </w:rPr>
      </w:pPr>
      <w:r w:rsidRPr="00995F82">
        <w:rPr>
          <w:b w:val="0"/>
          <w:bCs w:val="0"/>
          <w:i/>
          <w:iCs/>
          <w:color w:val="auto"/>
        </w:rPr>
        <w:t xml:space="preserve">Figure </w:t>
      </w:r>
      <w:r w:rsidR="008155AC" w:rsidRPr="00995F82">
        <w:rPr>
          <w:b w:val="0"/>
          <w:bCs w:val="0"/>
          <w:i/>
          <w:iCs/>
          <w:color w:val="auto"/>
        </w:rPr>
        <w:fldChar w:fldCharType="begin"/>
      </w:r>
      <w:r w:rsidR="008155AC" w:rsidRPr="00995F82">
        <w:rPr>
          <w:b w:val="0"/>
          <w:bCs w:val="0"/>
          <w:i/>
          <w:iCs/>
          <w:color w:val="auto"/>
        </w:rPr>
        <w:instrText xml:space="preserve"> SEQ Figure \* ARABIC </w:instrText>
      </w:r>
      <w:r w:rsidR="008155AC" w:rsidRPr="00995F82">
        <w:rPr>
          <w:b w:val="0"/>
          <w:bCs w:val="0"/>
          <w:i/>
          <w:iCs/>
          <w:color w:val="auto"/>
        </w:rPr>
        <w:fldChar w:fldCharType="separate"/>
      </w:r>
      <w:r w:rsidR="00C83FC8">
        <w:rPr>
          <w:b w:val="0"/>
          <w:bCs w:val="0"/>
          <w:i/>
          <w:iCs/>
          <w:noProof/>
          <w:color w:val="auto"/>
        </w:rPr>
        <w:t>1</w:t>
      </w:r>
      <w:r w:rsidR="008155AC" w:rsidRPr="00995F82">
        <w:rPr>
          <w:b w:val="0"/>
          <w:bCs w:val="0"/>
          <w:i/>
          <w:iCs/>
          <w:color w:val="auto"/>
        </w:rPr>
        <w:fldChar w:fldCharType="end"/>
      </w:r>
      <w:r w:rsidRPr="00995F82">
        <w:rPr>
          <w:b w:val="0"/>
          <w:bCs w:val="0"/>
          <w:i/>
          <w:iCs/>
          <w:color w:val="auto"/>
        </w:rPr>
        <w:t xml:space="preserve"> Homepage website</w:t>
      </w:r>
    </w:p>
    <w:p w14:paraId="74FA819B" w14:textId="77777777" w:rsidR="00B04053" w:rsidRDefault="00B04053" w:rsidP="00B04053">
      <w:pPr>
        <w:keepNext/>
      </w:pPr>
      <w:r w:rsidRPr="00B04053">
        <w:rPr>
          <w:noProof/>
        </w:rPr>
        <w:drawing>
          <wp:inline distT="0" distB="0" distL="0" distR="0" wp14:anchorId="08E81467" wp14:editId="0A5146C7">
            <wp:extent cx="5486400" cy="674370"/>
            <wp:effectExtent l="0" t="0" r="0" b="0"/>
            <wp:docPr id="7913072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1307229" name=""/>
                    <pic:cNvPicPr/>
                  </pic:nvPicPr>
                  <pic:blipFill>
                    <a:blip r:embed="rId9"/>
                    <a:stretch>
                      <a:fillRect/>
                    </a:stretch>
                  </pic:blipFill>
                  <pic:spPr>
                    <a:xfrm>
                      <a:off x="0" y="0"/>
                      <a:ext cx="5486400" cy="674370"/>
                    </a:xfrm>
                    <a:prstGeom prst="rect">
                      <a:avLst/>
                    </a:prstGeom>
                  </pic:spPr>
                </pic:pic>
              </a:graphicData>
            </a:graphic>
          </wp:inline>
        </w:drawing>
      </w:r>
    </w:p>
    <w:p w14:paraId="60552835" w14:textId="73FD8073" w:rsidR="00664EE8" w:rsidRPr="00995F82" w:rsidRDefault="00B04053" w:rsidP="00B04053">
      <w:pPr>
        <w:pStyle w:val="Caption"/>
        <w:rPr>
          <w:b w:val="0"/>
          <w:bCs w:val="0"/>
          <w:i/>
          <w:iCs/>
          <w:color w:val="auto"/>
        </w:rPr>
      </w:pPr>
      <w:r w:rsidRPr="00995F82">
        <w:rPr>
          <w:b w:val="0"/>
          <w:bCs w:val="0"/>
          <w:i/>
          <w:iCs/>
          <w:color w:val="auto"/>
        </w:rPr>
        <w:t xml:space="preserve">Figure </w:t>
      </w:r>
      <w:r w:rsidR="008155AC" w:rsidRPr="00995F82">
        <w:rPr>
          <w:b w:val="0"/>
          <w:bCs w:val="0"/>
          <w:i/>
          <w:iCs/>
          <w:color w:val="auto"/>
        </w:rPr>
        <w:fldChar w:fldCharType="begin"/>
      </w:r>
      <w:r w:rsidR="008155AC" w:rsidRPr="00995F82">
        <w:rPr>
          <w:b w:val="0"/>
          <w:bCs w:val="0"/>
          <w:i/>
          <w:iCs/>
          <w:color w:val="auto"/>
        </w:rPr>
        <w:instrText xml:space="preserve"> SEQ Figure \* ARABIC </w:instrText>
      </w:r>
      <w:r w:rsidR="008155AC" w:rsidRPr="00995F82">
        <w:rPr>
          <w:b w:val="0"/>
          <w:bCs w:val="0"/>
          <w:i/>
          <w:iCs/>
          <w:color w:val="auto"/>
        </w:rPr>
        <w:fldChar w:fldCharType="separate"/>
      </w:r>
      <w:r w:rsidR="00C83FC8">
        <w:rPr>
          <w:b w:val="0"/>
          <w:bCs w:val="0"/>
          <w:i/>
          <w:iCs/>
          <w:noProof/>
          <w:color w:val="auto"/>
        </w:rPr>
        <w:t>2</w:t>
      </w:r>
      <w:r w:rsidR="008155AC" w:rsidRPr="00995F82">
        <w:rPr>
          <w:b w:val="0"/>
          <w:bCs w:val="0"/>
          <w:i/>
          <w:iCs/>
          <w:color w:val="auto"/>
        </w:rPr>
        <w:fldChar w:fldCharType="end"/>
      </w:r>
      <w:r w:rsidRPr="00995F82">
        <w:rPr>
          <w:b w:val="0"/>
          <w:bCs w:val="0"/>
          <w:i/>
          <w:iCs/>
          <w:color w:val="auto"/>
        </w:rPr>
        <w:t xml:space="preserve"> Homepage website</w:t>
      </w:r>
    </w:p>
    <w:p w14:paraId="5CD35694" w14:textId="77777777" w:rsidR="005663F7" w:rsidRDefault="00B17E28" w:rsidP="005663F7">
      <w:pPr>
        <w:keepNext/>
      </w:pPr>
      <w:r w:rsidRPr="00B17E28">
        <w:rPr>
          <w:noProof/>
        </w:rPr>
        <w:drawing>
          <wp:inline distT="0" distB="0" distL="0" distR="0" wp14:anchorId="436A6E58" wp14:editId="1CB93F16">
            <wp:extent cx="5486400" cy="2392045"/>
            <wp:effectExtent l="0" t="0" r="0" b="8255"/>
            <wp:docPr id="1061900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90066" name=""/>
                    <pic:cNvPicPr/>
                  </pic:nvPicPr>
                  <pic:blipFill>
                    <a:blip r:embed="rId10"/>
                    <a:stretch>
                      <a:fillRect/>
                    </a:stretch>
                  </pic:blipFill>
                  <pic:spPr>
                    <a:xfrm>
                      <a:off x="0" y="0"/>
                      <a:ext cx="5486400" cy="2392045"/>
                    </a:xfrm>
                    <a:prstGeom prst="rect">
                      <a:avLst/>
                    </a:prstGeom>
                  </pic:spPr>
                </pic:pic>
              </a:graphicData>
            </a:graphic>
          </wp:inline>
        </w:drawing>
      </w:r>
    </w:p>
    <w:p w14:paraId="25D82D33" w14:textId="3A07DFB3" w:rsidR="00B04053" w:rsidRPr="00995F82" w:rsidRDefault="005663F7" w:rsidP="005663F7">
      <w:pPr>
        <w:pStyle w:val="Caption"/>
        <w:rPr>
          <w:color w:val="auto"/>
        </w:rPr>
      </w:pPr>
      <w:r w:rsidRPr="00995F82">
        <w:rPr>
          <w:color w:val="auto"/>
        </w:rPr>
        <w:t xml:space="preserve">Figure </w:t>
      </w:r>
      <w:r w:rsidR="006218D4" w:rsidRPr="00995F82">
        <w:rPr>
          <w:color w:val="auto"/>
        </w:rPr>
        <w:fldChar w:fldCharType="begin"/>
      </w:r>
      <w:r w:rsidR="006218D4" w:rsidRPr="00995F82">
        <w:rPr>
          <w:color w:val="auto"/>
        </w:rPr>
        <w:instrText xml:space="preserve"> SEQ Figure \* ARABIC </w:instrText>
      </w:r>
      <w:r w:rsidR="006218D4" w:rsidRPr="00995F82">
        <w:rPr>
          <w:color w:val="auto"/>
        </w:rPr>
        <w:fldChar w:fldCharType="separate"/>
      </w:r>
      <w:r w:rsidR="00C83FC8">
        <w:rPr>
          <w:noProof/>
          <w:color w:val="auto"/>
        </w:rPr>
        <w:t>3</w:t>
      </w:r>
      <w:r w:rsidR="006218D4" w:rsidRPr="00995F82">
        <w:rPr>
          <w:noProof/>
          <w:color w:val="auto"/>
        </w:rPr>
        <w:fldChar w:fldCharType="end"/>
      </w:r>
      <w:r w:rsidRPr="00995F82">
        <w:rPr>
          <w:color w:val="auto"/>
        </w:rPr>
        <w:t xml:space="preserve"> About page website</w:t>
      </w:r>
    </w:p>
    <w:p w14:paraId="1C993786" w14:textId="77777777" w:rsidR="005663F7" w:rsidRDefault="005663F7" w:rsidP="005663F7">
      <w:pPr>
        <w:keepNext/>
      </w:pPr>
      <w:r w:rsidRPr="005663F7">
        <w:rPr>
          <w:noProof/>
        </w:rPr>
        <w:lastRenderedPageBreak/>
        <w:drawing>
          <wp:inline distT="0" distB="0" distL="0" distR="0" wp14:anchorId="29DFA67C" wp14:editId="2C08E845">
            <wp:extent cx="5486400" cy="1722120"/>
            <wp:effectExtent l="0" t="0" r="0" b="0"/>
            <wp:docPr id="1585025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502584" name=""/>
                    <pic:cNvPicPr/>
                  </pic:nvPicPr>
                  <pic:blipFill>
                    <a:blip r:embed="rId11"/>
                    <a:stretch>
                      <a:fillRect/>
                    </a:stretch>
                  </pic:blipFill>
                  <pic:spPr>
                    <a:xfrm>
                      <a:off x="0" y="0"/>
                      <a:ext cx="5486400" cy="1722120"/>
                    </a:xfrm>
                    <a:prstGeom prst="rect">
                      <a:avLst/>
                    </a:prstGeom>
                  </pic:spPr>
                </pic:pic>
              </a:graphicData>
            </a:graphic>
          </wp:inline>
        </w:drawing>
      </w:r>
    </w:p>
    <w:p w14:paraId="3D542884" w14:textId="2AAC1BB1" w:rsidR="005663F7" w:rsidRPr="00995F82" w:rsidRDefault="005663F7" w:rsidP="005663F7">
      <w:pPr>
        <w:pStyle w:val="Caption"/>
        <w:rPr>
          <w:color w:val="auto"/>
        </w:rPr>
      </w:pPr>
      <w:r w:rsidRPr="00995F82">
        <w:rPr>
          <w:color w:val="auto"/>
        </w:rPr>
        <w:t xml:space="preserve">Figure </w:t>
      </w:r>
      <w:r w:rsidR="006218D4" w:rsidRPr="00995F82">
        <w:rPr>
          <w:color w:val="auto"/>
        </w:rPr>
        <w:fldChar w:fldCharType="begin"/>
      </w:r>
      <w:r w:rsidR="006218D4" w:rsidRPr="00995F82">
        <w:rPr>
          <w:color w:val="auto"/>
        </w:rPr>
        <w:instrText xml:space="preserve"> SEQ Figure \* ARABIC </w:instrText>
      </w:r>
      <w:r w:rsidR="006218D4" w:rsidRPr="00995F82">
        <w:rPr>
          <w:color w:val="auto"/>
        </w:rPr>
        <w:fldChar w:fldCharType="separate"/>
      </w:r>
      <w:r w:rsidR="00C83FC8">
        <w:rPr>
          <w:noProof/>
          <w:color w:val="auto"/>
        </w:rPr>
        <w:t>4</w:t>
      </w:r>
      <w:r w:rsidR="006218D4" w:rsidRPr="00995F82">
        <w:rPr>
          <w:noProof/>
          <w:color w:val="auto"/>
        </w:rPr>
        <w:fldChar w:fldCharType="end"/>
      </w:r>
      <w:r w:rsidRPr="00995F82">
        <w:rPr>
          <w:color w:val="auto"/>
        </w:rPr>
        <w:t xml:space="preserve"> About page</w:t>
      </w:r>
    </w:p>
    <w:p w14:paraId="67F65688" w14:textId="77777777" w:rsidR="00FB3C89" w:rsidRDefault="00A2425A" w:rsidP="00FB3C89">
      <w:pPr>
        <w:keepNext/>
      </w:pPr>
      <w:r w:rsidRPr="00A2425A">
        <w:rPr>
          <w:noProof/>
        </w:rPr>
        <w:drawing>
          <wp:inline distT="0" distB="0" distL="0" distR="0" wp14:anchorId="63BB61E5" wp14:editId="267CBC41">
            <wp:extent cx="5486400" cy="1886585"/>
            <wp:effectExtent l="0" t="0" r="0" b="0"/>
            <wp:docPr id="10229814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2981409" name=""/>
                    <pic:cNvPicPr/>
                  </pic:nvPicPr>
                  <pic:blipFill>
                    <a:blip r:embed="rId12"/>
                    <a:stretch>
                      <a:fillRect/>
                    </a:stretch>
                  </pic:blipFill>
                  <pic:spPr>
                    <a:xfrm>
                      <a:off x="0" y="0"/>
                      <a:ext cx="5486400" cy="1886585"/>
                    </a:xfrm>
                    <a:prstGeom prst="rect">
                      <a:avLst/>
                    </a:prstGeom>
                  </pic:spPr>
                </pic:pic>
              </a:graphicData>
            </a:graphic>
          </wp:inline>
        </w:drawing>
      </w:r>
    </w:p>
    <w:p w14:paraId="7BD238D5" w14:textId="2BAD09BD" w:rsidR="00A2425A" w:rsidRPr="00995F82" w:rsidRDefault="00FB3C89" w:rsidP="00FB3C89">
      <w:pPr>
        <w:pStyle w:val="Caption"/>
        <w:rPr>
          <w:color w:val="auto"/>
        </w:rPr>
      </w:pPr>
      <w:r w:rsidRPr="00995F82">
        <w:rPr>
          <w:color w:val="auto"/>
        </w:rPr>
        <w:t xml:space="preserve">Figure </w:t>
      </w:r>
      <w:r w:rsidR="006218D4" w:rsidRPr="00995F82">
        <w:rPr>
          <w:color w:val="auto"/>
        </w:rPr>
        <w:fldChar w:fldCharType="begin"/>
      </w:r>
      <w:r w:rsidR="006218D4" w:rsidRPr="00995F82">
        <w:rPr>
          <w:color w:val="auto"/>
        </w:rPr>
        <w:instrText xml:space="preserve"> SEQ Figure \* ARABIC </w:instrText>
      </w:r>
      <w:r w:rsidR="006218D4" w:rsidRPr="00995F82">
        <w:rPr>
          <w:color w:val="auto"/>
        </w:rPr>
        <w:fldChar w:fldCharType="separate"/>
      </w:r>
      <w:r w:rsidR="00C83FC8">
        <w:rPr>
          <w:noProof/>
          <w:color w:val="auto"/>
        </w:rPr>
        <w:t>5</w:t>
      </w:r>
      <w:r w:rsidR="006218D4" w:rsidRPr="00995F82">
        <w:rPr>
          <w:noProof/>
          <w:color w:val="auto"/>
        </w:rPr>
        <w:fldChar w:fldCharType="end"/>
      </w:r>
      <w:r w:rsidRPr="00995F82">
        <w:rPr>
          <w:color w:val="auto"/>
        </w:rPr>
        <w:t xml:space="preserve"> About page</w:t>
      </w:r>
    </w:p>
    <w:p w14:paraId="666FA36E" w14:textId="77777777" w:rsidR="00534B05" w:rsidRDefault="00534B05" w:rsidP="00534B05">
      <w:pPr>
        <w:keepNext/>
      </w:pPr>
      <w:r w:rsidRPr="00534B05">
        <w:rPr>
          <w:noProof/>
        </w:rPr>
        <w:drawing>
          <wp:inline distT="0" distB="0" distL="0" distR="0" wp14:anchorId="1031E3FF" wp14:editId="3FA03FE5">
            <wp:extent cx="5486400" cy="2264410"/>
            <wp:effectExtent l="0" t="0" r="0" b="2540"/>
            <wp:docPr id="3279790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979090" name=""/>
                    <pic:cNvPicPr/>
                  </pic:nvPicPr>
                  <pic:blipFill>
                    <a:blip r:embed="rId13"/>
                    <a:stretch>
                      <a:fillRect/>
                    </a:stretch>
                  </pic:blipFill>
                  <pic:spPr>
                    <a:xfrm>
                      <a:off x="0" y="0"/>
                      <a:ext cx="5486400" cy="2264410"/>
                    </a:xfrm>
                    <a:prstGeom prst="rect">
                      <a:avLst/>
                    </a:prstGeom>
                  </pic:spPr>
                </pic:pic>
              </a:graphicData>
            </a:graphic>
          </wp:inline>
        </w:drawing>
      </w:r>
    </w:p>
    <w:p w14:paraId="3DCD1367" w14:textId="05974271" w:rsidR="00534B05" w:rsidRPr="00995F82" w:rsidRDefault="00534B05" w:rsidP="00534B05">
      <w:pPr>
        <w:pStyle w:val="Caption"/>
        <w:rPr>
          <w:color w:val="auto"/>
        </w:rPr>
      </w:pPr>
      <w:r w:rsidRPr="00995F82">
        <w:rPr>
          <w:color w:val="auto"/>
        </w:rPr>
        <w:t xml:space="preserve">Figure </w:t>
      </w:r>
      <w:r w:rsidR="006218D4" w:rsidRPr="00995F82">
        <w:rPr>
          <w:color w:val="auto"/>
        </w:rPr>
        <w:fldChar w:fldCharType="begin"/>
      </w:r>
      <w:r w:rsidR="006218D4" w:rsidRPr="00995F82">
        <w:rPr>
          <w:color w:val="auto"/>
        </w:rPr>
        <w:instrText xml:space="preserve"> SEQ Figure \* ARABIC </w:instrText>
      </w:r>
      <w:r w:rsidR="006218D4" w:rsidRPr="00995F82">
        <w:rPr>
          <w:color w:val="auto"/>
        </w:rPr>
        <w:fldChar w:fldCharType="separate"/>
      </w:r>
      <w:r w:rsidR="00C83FC8">
        <w:rPr>
          <w:noProof/>
          <w:color w:val="auto"/>
        </w:rPr>
        <w:t>6</w:t>
      </w:r>
      <w:r w:rsidR="006218D4" w:rsidRPr="00995F82">
        <w:rPr>
          <w:noProof/>
          <w:color w:val="auto"/>
        </w:rPr>
        <w:fldChar w:fldCharType="end"/>
      </w:r>
      <w:r w:rsidRPr="00995F82">
        <w:rPr>
          <w:color w:val="auto"/>
        </w:rPr>
        <w:t xml:space="preserve"> Contact page</w:t>
      </w:r>
    </w:p>
    <w:p w14:paraId="19FF9B8F" w14:textId="77777777" w:rsidR="00B55458" w:rsidRDefault="00B55458" w:rsidP="00B55458">
      <w:pPr>
        <w:keepNext/>
      </w:pPr>
      <w:r w:rsidRPr="00B55458">
        <w:rPr>
          <w:noProof/>
        </w:rPr>
        <w:drawing>
          <wp:inline distT="0" distB="0" distL="0" distR="0" wp14:anchorId="2F8EBB63" wp14:editId="2B814F4B">
            <wp:extent cx="5486400" cy="473710"/>
            <wp:effectExtent l="0" t="0" r="0" b="2540"/>
            <wp:docPr id="5068554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855493" name=""/>
                    <pic:cNvPicPr/>
                  </pic:nvPicPr>
                  <pic:blipFill>
                    <a:blip r:embed="rId14"/>
                    <a:stretch>
                      <a:fillRect/>
                    </a:stretch>
                  </pic:blipFill>
                  <pic:spPr>
                    <a:xfrm>
                      <a:off x="0" y="0"/>
                      <a:ext cx="5486400" cy="473710"/>
                    </a:xfrm>
                    <a:prstGeom prst="rect">
                      <a:avLst/>
                    </a:prstGeom>
                  </pic:spPr>
                </pic:pic>
              </a:graphicData>
            </a:graphic>
          </wp:inline>
        </w:drawing>
      </w:r>
    </w:p>
    <w:p w14:paraId="6AC9B0C1" w14:textId="42C4DF5C" w:rsidR="00B55458" w:rsidRPr="00995F82" w:rsidRDefault="00B55458" w:rsidP="00B55458">
      <w:pPr>
        <w:pStyle w:val="Caption"/>
        <w:rPr>
          <w:color w:val="auto"/>
        </w:rPr>
      </w:pPr>
      <w:r w:rsidRPr="00995F82">
        <w:rPr>
          <w:color w:val="auto"/>
        </w:rPr>
        <w:t xml:space="preserve">Figure </w:t>
      </w:r>
      <w:r w:rsidR="006218D4" w:rsidRPr="00995F82">
        <w:rPr>
          <w:color w:val="auto"/>
        </w:rPr>
        <w:fldChar w:fldCharType="begin"/>
      </w:r>
      <w:r w:rsidR="006218D4" w:rsidRPr="00995F82">
        <w:rPr>
          <w:color w:val="auto"/>
        </w:rPr>
        <w:instrText xml:space="preserve"> SEQ Figure \* ARABIC </w:instrText>
      </w:r>
      <w:r w:rsidR="006218D4" w:rsidRPr="00995F82">
        <w:rPr>
          <w:color w:val="auto"/>
        </w:rPr>
        <w:fldChar w:fldCharType="separate"/>
      </w:r>
      <w:r w:rsidR="00C83FC8">
        <w:rPr>
          <w:noProof/>
          <w:color w:val="auto"/>
        </w:rPr>
        <w:t>7</w:t>
      </w:r>
      <w:r w:rsidR="006218D4" w:rsidRPr="00995F82">
        <w:rPr>
          <w:noProof/>
          <w:color w:val="auto"/>
        </w:rPr>
        <w:fldChar w:fldCharType="end"/>
      </w:r>
      <w:r w:rsidRPr="00995F82">
        <w:rPr>
          <w:color w:val="auto"/>
        </w:rPr>
        <w:t xml:space="preserve"> contact page</w:t>
      </w:r>
    </w:p>
    <w:p w14:paraId="74859356" w14:textId="77777777" w:rsidR="0045082D" w:rsidRDefault="0045082D" w:rsidP="0045082D">
      <w:pPr>
        <w:keepNext/>
      </w:pPr>
      <w:r w:rsidRPr="0045082D">
        <w:rPr>
          <w:noProof/>
        </w:rPr>
        <w:lastRenderedPageBreak/>
        <w:drawing>
          <wp:inline distT="0" distB="0" distL="0" distR="0" wp14:anchorId="7DB6D6F1" wp14:editId="29B42FC6">
            <wp:extent cx="5486400" cy="2382520"/>
            <wp:effectExtent l="0" t="0" r="0" b="0"/>
            <wp:docPr id="9882636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8263632" name=""/>
                    <pic:cNvPicPr/>
                  </pic:nvPicPr>
                  <pic:blipFill>
                    <a:blip r:embed="rId15"/>
                    <a:stretch>
                      <a:fillRect/>
                    </a:stretch>
                  </pic:blipFill>
                  <pic:spPr>
                    <a:xfrm>
                      <a:off x="0" y="0"/>
                      <a:ext cx="5486400" cy="2382520"/>
                    </a:xfrm>
                    <a:prstGeom prst="rect">
                      <a:avLst/>
                    </a:prstGeom>
                  </pic:spPr>
                </pic:pic>
              </a:graphicData>
            </a:graphic>
          </wp:inline>
        </w:drawing>
      </w:r>
    </w:p>
    <w:p w14:paraId="5CCE0682" w14:textId="424E7EB5" w:rsidR="00B55458" w:rsidRPr="00995F82" w:rsidRDefault="0045082D" w:rsidP="0045082D">
      <w:pPr>
        <w:pStyle w:val="Caption"/>
        <w:rPr>
          <w:color w:val="auto"/>
        </w:rPr>
      </w:pPr>
      <w:r w:rsidRPr="00995F82">
        <w:rPr>
          <w:color w:val="auto"/>
        </w:rPr>
        <w:t xml:space="preserve">Figure </w:t>
      </w:r>
      <w:r w:rsidR="006218D4" w:rsidRPr="00995F82">
        <w:rPr>
          <w:color w:val="auto"/>
        </w:rPr>
        <w:fldChar w:fldCharType="begin"/>
      </w:r>
      <w:r w:rsidR="006218D4" w:rsidRPr="00995F82">
        <w:rPr>
          <w:color w:val="auto"/>
        </w:rPr>
        <w:instrText xml:space="preserve"> SEQ Figure \* ARABIC </w:instrText>
      </w:r>
      <w:r w:rsidR="006218D4" w:rsidRPr="00995F82">
        <w:rPr>
          <w:color w:val="auto"/>
        </w:rPr>
        <w:fldChar w:fldCharType="separate"/>
      </w:r>
      <w:r w:rsidR="00C83FC8">
        <w:rPr>
          <w:noProof/>
          <w:color w:val="auto"/>
        </w:rPr>
        <w:t>8</w:t>
      </w:r>
      <w:r w:rsidR="006218D4" w:rsidRPr="00995F82">
        <w:rPr>
          <w:noProof/>
          <w:color w:val="auto"/>
        </w:rPr>
        <w:fldChar w:fldCharType="end"/>
      </w:r>
      <w:r w:rsidRPr="00995F82">
        <w:rPr>
          <w:color w:val="auto"/>
        </w:rPr>
        <w:t xml:space="preserve"> Hobbies page</w:t>
      </w:r>
    </w:p>
    <w:p w14:paraId="7A08621D" w14:textId="77777777" w:rsidR="00AB70D8" w:rsidRDefault="00AB70D8" w:rsidP="00AB70D8">
      <w:pPr>
        <w:keepNext/>
      </w:pPr>
      <w:r w:rsidRPr="00AB70D8">
        <w:rPr>
          <w:noProof/>
        </w:rPr>
        <w:drawing>
          <wp:inline distT="0" distB="0" distL="0" distR="0" wp14:anchorId="620264E9" wp14:editId="1CCFAA52">
            <wp:extent cx="5486400" cy="1932940"/>
            <wp:effectExtent l="0" t="0" r="0" b="0"/>
            <wp:docPr id="10309907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990749" name=""/>
                    <pic:cNvPicPr/>
                  </pic:nvPicPr>
                  <pic:blipFill>
                    <a:blip r:embed="rId16"/>
                    <a:stretch>
                      <a:fillRect/>
                    </a:stretch>
                  </pic:blipFill>
                  <pic:spPr>
                    <a:xfrm>
                      <a:off x="0" y="0"/>
                      <a:ext cx="5486400" cy="1932940"/>
                    </a:xfrm>
                    <a:prstGeom prst="rect">
                      <a:avLst/>
                    </a:prstGeom>
                  </pic:spPr>
                </pic:pic>
              </a:graphicData>
            </a:graphic>
          </wp:inline>
        </w:drawing>
      </w:r>
    </w:p>
    <w:p w14:paraId="37D11DCF" w14:textId="1E33655F" w:rsidR="0045082D" w:rsidRPr="00995F82" w:rsidRDefault="00AB70D8" w:rsidP="00AB70D8">
      <w:pPr>
        <w:pStyle w:val="Caption"/>
        <w:rPr>
          <w:color w:val="auto"/>
        </w:rPr>
      </w:pPr>
      <w:r w:rsidRPr="00995F82">
        <w:rPr>
          <w:color w:val="auto"/>
        </w:rPr>
        <w:t xml:space="preserve">Figure </w:t>
      </w:r>
      <w:r w:rsidR="006218D4" w:rsidRPr="00995F82">
        <w:rPr>
          <w:color w:val="auto"/>
        </w:rPr>
        <w:fldChar w:fldCharType="begin"/>
      </w:r>
      <w:r w:rsidR="006218D4" w:rsidRPr="00995F82">
        <w:rPr>
          <w:color w:val="auto"/>
        </w:rPr>
        <w:instrText xml:space="preserve"> SEQ Figure \* ARABIC </w:instrText>
      </w:r>
      <w:r w:rsidR="006218D4" w:rsidRPr="00995F82">
        <w:rPr>
          <w:color w:val="auto"/>
        </w:rPr>
        <w:fldChar w:fldCharType="separate"/>
      </w:r>
      <w:r w:rsidR="00C83FC8">
        <w:rPr>
          <w:noProof/>
          <w:color w:val="auto"/>
        </w:rPr>
        <w:t>9</w:t>
      </w:r>
      <w:r w:rsidR="006218D4" w:rsidRPr="00995F82">
        <w:rPr>
          <w:noProof/>
          <w:color w:val="auto"/>
        </w:rPr>
        <w:fldChar w:fldCharType="end"/>
      </w:r>
      <w:r w:rsidRPr="00995F82">
        <w:rPr>
          <w:color w:val="auto"/>
        </w:rPr>
        <w:t xml:space="preserve"> Hobbies page</w:t>
      </w:r>
    </w:p>
    <w:p w14:paraId="77AE9A65" w14:textId="77777777" w:rsidR="00D21767" w:rsidRDefault="00D21767" w:rsidP="00D21767">
      <w:pPr>
        <w:keepNext/>
      </w:pPr>
      <w:r w:rsidRPr="00D21767">
        <w:rPr>
          <w:noProof/>
        </w:rPr>
        <w:drawing>
          <wp:inline distT="0" distB="0" distL="0" distR="0" wp14:anchorId="2F2C4D5C" wp14:editId="6F456878">
            <wp:extent cx="5486400" cy="2292350"/>
            <wp:effectExtent l="0" t="0" r="0" b="0"/>
            <wp:docPr id="8889851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8985147" name=""/>
                    <pic:cNvPicPr/>
                  </pic:nvPicPr>
                  <pic:blipFill>
                    <a:blip r:embed="rId17"/>
                    <a:stretch>
                      <a:fillRect/>
                    </a:stretch>
                  </pic:blipFill>
                  <pic:spPr>
                    <a:xfrm>
                      <a:off x="0" y="0"/>
                      <a:ext cx="5486400" cy="2292350"/>
                    </a:xfrm>
                    <a:prstGeom prst="rect">
                      <a:avLst/>
                    </a:prstGeom>
                  </pic:spPr>
                </pic:pic>
              </a:graphicData>
            </a:graphic>
          </wp:inline>
        </w:drawing>
      </w:r>
    </w:p>
    <w:p w14:paraId="0228BF54" w14:textId="7E6C1814" w:rsidR="00AB70D8" w:rsidRPr="00995F82" w:rsidRDefault="00D21767" w:rsidP="00D21767">
      <w:pPr>
        <w:pStyle w:val="Caption"/>
        <w:rPr>
          <w:color w:val="auto"/>
        </w:rPr>
      </w:pPr>
      <w:r w:rsidRPr="00995F82">
        <w:rPr>
          <w:color w:val="auto"/>
        </w:rPr>
        <w:t xml:space="preserve">Figure </w:t>
      </w:r>
      <w:r w:rsidR="006218D4" w:rsidRPr="00995F82">
        <w:rPr>
          <w:color w:val="auto"/>
        </w:rPr>
        <w:fldChar w:fldCharType="begin"/>
      </w:r>
      <w:r w:rsidR="006218D4" w:rsidRPr="00995F82">
        <w:rPr>
          <w:color w:val="auto"/>
        </w:rPr>
        <w:instrText xml:space="preserve"> SEQ Figure \* ARABIC </w:instrText>
      </w:r>
      <w:r w:rsidR="006218D4" w:rsidRPr="00995F82">
        <w:rPr>
          <w:color w:val="auto"/>
        </w:rPr>
        <w:fldChar w:fldCharType="separate"/>
      </w:r>
      <w:r w:rsidR="00C83FC8">
        <w:rPr>
          <w:noProof/>
          <w:color w:val="auto"/>
        </w:rPr>
        <w:t>10</w:t>
      </w:r>
      <w:r w:rsidR="006218D4" w:rsidRPr="00995F82">
        <w:rPr>
          <w:noProof/>
          <w:color w:val="auto"/>
        </w:rPr>
        <w:fldChar w:fldCharType="end"/>
      </w:r>
      <w:r w:rsidRPr="00995F82">
        <w:rPr>
          <w:color w:val="auto"/>
        </w:rPr>
        <w:t xml:space="preserve"> Hobbies page</w:t>
      </w:r>
    </w:p>
    <w:p w14:paraId="0865FA76" w14:textId="77777777" w:rsidR="004C24DB" w:rsidRDefault="004C24DB" w:rsidP="004C24DB">
      <w:pPr>
        <w:keepNext/>
      </w:pPr>
      <w:r w:rsidRPr="004C24DB">
        <w:rPr>
          <w:noProof/>
        </w:rPr>
        <w:lastRenderedPageBreak/>
        <w:drawing>
          <wp:inline distT="0" distB="0" distL="0" distR="0" wp14:anchorId="34C1FA40" wp14:editId="50F307BD">
            <wp:extent cx="5486400" cy="2190750"/>
            <wp:effectExtent l="0" t="0" r="0" b="0"/>
            <wp:docPr id="10719203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920314" name=""/>
                    <pic:cNvPicPr/>
                  </pic:nvPicPr>
                  <pic:blipFill>
                    <a:blip r:embed="rId18"/>
                    <a:stretch>
                      <a:fillRect/>
                    </a:stretch>
                  </pic:blipFill>
                  <pic:spPr>
                    <a:xfrm>
                      <a:off x="0" y="0"/>
                      <a:ext cx="5486400" cy="2190750"/>
                    </a:xfrm>
                    <a:prstGeom prst="rect">
                      <a:avLst/>
                    </a:prstGeom>
                  </pic:spPr>
                </pic:pic>
              </a:graphicData>
            </a:graphic>
          </wp:inline>
        </w:drawing>
      </w:r>
    </w:p>
    <w:p w14:paraId="5F0E1550" w14:textId="67DEF0E8" w:rsidR="00D21767" w:rsidRPr="00995F82" w:rsidRDefault="004C24DB" w:rsidP="004C24DB">
      <w:pPr>
        <w:pStyle w:val="Caption"/>
        <w:rPr>
          <w:color w:val="auto"/>
        </w:rPr>
      </w:pPr>
      <w:r w:rsidRPr="00995F82">
        <w:rPr>
          <w:color w:val="auto"/>
        </w:rPr>
        <w:t xml:space="preserve">Figure </w:t>
      </w:r>
      <w:r w:rsidR="006218D4" w:rsidRPr="00995F82">
        <w:rPr>
          <w:color w:val="auto"/>
        </w:rPr>
        <w:fldChar w:fldCharType="begin"/>
      </w:r>
      <w:r w:rsidR="006218D4" w:rsidRPr="00995F82">
        <w:rPr>
          <w:color w:val="auto"/>
        </w:rPr>
        <w:instrText xml:space="preserve"> SEQ Figure \* ARABIC </w:instrText>
      </w:r>
      <w:r w:rsidR="006218D4" w:rsidRPr="00995F82">
        <w:rPr>
          <w:color w:val="auto"/>
        </w:rPr>
        <w:fldChar w:fldCharType="separate"/>
      </w:r>
      <w:r w:rsidR="00C83FC8">
        <w:rPr>
          <w:noProof/>
          <w:color w:val="auto"/>
        </w:rPr>
        <w:t>11</w:t>
      </w:r>
      <w:r w:rsidR="006218D4" w:rsidRPr="00995F82">
        <w:rPr>
          <w:noProof/>
          <w:color w:val="auto"/>
        </w:rPr>
        <w:fldChar w:fldCharType="end"/>
      </w:r>
      <w:r w:rsidRPr="00995F82">
        <w:rPr>
          <w:color w:val="auto"/>
        </w:rPr>
        <w:t xml:space="preserve"> Hobbies page</w:t>
      </w:r>
    </w:p>
    <w:p w14:paraId="626FDDDF" w14:textId="77777777" w:rsidR="00B83BCE" w:rsidRDefault="000F67AD" w:rsidP="00B83BCE">
      <w:pPr>
        <w:keepNext/>
      </w:pPr>
      <w:r w:rsidRPr="000F67AD">
        <w:rPr>
          <w:noProof/>
        </w:rPr>
        <w:drawing>
          <wp:inline distT="0" distB="0" distL="0" distR="0" wp14:anchorId="473A9D78" wp14:editId="173E9D07">
            <wp:extent cx="5486400" cy="1336675"/>
            <wp:effectExtent l="0" t="0" r="0" b="0"/>
            <wp:docPr id="15610194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1019496" name=""/>
                    <pic:cNvPicPr/>
                  </pic:nvPicPr>
                  <pic:blipFill>
                    <a:blip r:embed="rId19"/>
                    <a:stretch>
                      <a:fillRect/>
                    </a:stretch>
                  </pic:blipFill>
                  <pic:spPr>
                    <a:xfrm>
                      <a:off x="0" y="0"/>
                      <a:ext cx="5486400" cy="1336675"/>
                    </a:xfrm>
                    <a:prstGeom prst="rect">
                      <a:avLst/>
                    </a:prstGeom>
                  </pic:spPr>
                </pic:pic>
              </a:graphicData>
            </a:graphic>
          </wp:inline>
        </w:drawing>
      </w:r>
    </w:p>
    <w:p w14:paraId="4C71BCEB" w14:textId="3C0086BE" w:rsidR="00872D4B" w:rsidRPr="00995F82" w:rsidRDefault="00B83BCE" w:rsidP="00872D4B">
      <w:pPr>
        <w:pStyle w:val="Caption"/>
        <w:rPr>
          <w:color w:val="auto"/>
        </w:rPr>
      </w:pPr>
      <w:r w:rsidRPr="00995F82">
        <w:rPr>
          <w:color w:val="auto"/>
        </w:rPr>
        <w:t xml:space="preserve">Figure </w:t>
      </w:r>
      <w:r w:rsidR="006218D4" w:rsidRPr="00995F82">
        <w:rPr>
          <w:color w:val="auto"/>
        </w:rPr>
        <w:fldChar w:fldCharType="begin"/>
      </w:r>
      <w:r w:rsidR="006218D4" w:rsidRPr="00995F82">
        <w:rPr>
          <w:color w:val="auto"/>
        </w:rPr>
        <w:instrText xml:space="preserve"> SEQ Figure \* ARABIC </w:instrText>
      </w:r>
      <w:r w:rsidR="006218D4" w:rsidRPr="00995F82">
        <w:rPr>
          <w:color w:val="auto"/>
        </w:rPr>
        <w:fldChar w:fldCharType="separate"/>
      </w:r>
      <w:r w:rsidR="00C83FC8">
        <w:rPr>
          <w:noProof/>
          <w:color w:val="auto"/>
        </w:rPr>
        <w:t>12</w:t>
      </w:r>
      <w:r w:rsidR="006218D4" w:rsidRPr="00995F82">
        <w:rPr>
          <w:noProof/>
          <w:color w:val="auto"/>
        </w:rPr>
        <w:fldChar w:fldCharType="end"/>
      </w:r>
      <w:r w:rsidRPr="00995F82">
        <w:rPr>
          <w:color w:val="auto"/>
        </w:rPr>
        <w:t xml:space="preserve"> Hobbies page</w:t>
      </w:r>
    </w:p>
    <w:p w14:paraId="07446041" w14:textId="079078AA" w:rsidR="00EF5C06" w:rsidRDefault="00F02CCE" w:rsidP="00872D4B">
      <w:pPr>
        <w:pStyle w:val="Heading1"/>
      </w:pPr>
      <w:bookmarkStart w:id="4" w:name="_Toc227602173"/>
      <w:r>
        <w:t>Validation</w:t>
      </w:r>
      <w:bookmarkEnd w:id="4"/>
    </w:p>
    <w:p w14:paraId="30B498E7" w14:textId="28B71C5E" w:rsidR="008852C4" w:rsidRDefault="00B4208D" w:rsidP="00035C48">
      <w:r>
        <w:t xml:space="preserve">I have validated my HTML file and CSS file using </w:t>
      </w:r>
      <w:r w:rsidR="00E7559F">
        <w:t xml:space="preserve">ValidatorW3 and </w:t>
      </w:r>
      <w:r w:rsidR="00035C48" w:rsidRPr="00035C48">
        <w:t>https://jigsaw.w3.org/css-validator/</w:t>
      </w:r>
      <w:r w:rsidR="00035C48">
        <w:t xml:space="preserve">. These </w:t>
      </w:r>
      <w:r w:rsidR="0029559D">
        <w:t xml:space="preserve">tools have helped me to find errors in my </w:t>
      </w:r>
      <w:r w:rsidR="00AF62F5">
        <w:t>files,</w:t>
      </w:r>
      <w:r w:rsidR="00E749EF">
        <w:t xml:space="preserve"> and I have corrected them </w:t>
      </w:r>
      <w:r w:rsidR="005845C3">
        <w:t xml:space="preserve">by knowing what I have to change in my </w:t>
      </w:r>
      <w:r w:rsidR="00F73D2A">
        <w:t>files, this</w:t>
      </w:r>
      <w:r w:rsidR="00AF62F5">
        <w:t xml:space="preserve"> ensures proper style in my </w:t>
      </w:r>
      <w:r w:rsidR="00F73D2A">
        <w:t xml:space="preserve">pages and </w:t>
      </w:r>
      <w:r w:rsidR="006E5658">
        <w:t>improves</w:t>
      </w:r>
      <w:r w:rsidR="00F73D2A">
        <w:t xml:space="preserve"> the </w:t>
      </w:r>
      <w:r w:rsidR="006E5658">
        <w:t>quality and</w:t>
      </w:r>
      <w:r w:rsidR="00F73D2A">
        <w:t xml:space="preserve"> accessibility of my website.</w:t>
      </w:r>
    </w:p>
    <w:p w14:paraId="70357007" w14:textId="77777777" w:rsidR="00872D4B" w:rsidRDefault="00F73D2A" w:rsidP="00872D4B">
      <w:pPr>
        <w:keepNext/>
      </w:pPr>
      <w:r>
        <w:t>Scr</w:t>
      </w:r>
      <w:r w:rsidR="00567927">
        <w:t>ee</w:t>
      </w:r>
      <w:r>
        <w:t xml:space="preserve">nshots </w:t>
      </w:r>
      <w:r w:rsidR="006E5658">
        <w:t xml:space="preserve">below present </w:t>
      </w:r>
      <w:r w:rsidR="00872D4B">
        <w:t>errors</w:t>
      </w:r>
      <w:r w:rsidR="006E5658">
        <w:t xml:space="preserve"> and corrections for each page and CSS </w:t>
      </w:r>
      <w:r w:rsidR="008A11DC">
        <w:t>style:</w:t>
      </w:r>
      <w:r w:rsidR="00872D4B" w:rsidRPr="00872D4B">
        <w:t xml:space="preserve"> </w:t>
      </w:r>
      <w:r w:rsidR="00872D4B" w:rsidRPr="00567927">
        <w:rPr>
          <w:noProof/>
        </w:rPr>
        <w:drawing>
          <wp:inline distT="0" distB="0" distL="0" distR="0" wp14:anchorId="7ADF01AA" wp14:editId="584FD024">
            <wp:extent cx="5333365" cy="1276350"/>
            <wp:effectExtent l="0" t="0" r="635" b="0"/>
            <wp:docPr id="9591594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9159458" name=""/>
                    <pic:cNvPicPr/>
                  </pic:nvPicPr>
                  <pic:blipFill>
                    <a:blip r:embed="rId20"/>
                    <a:stretch>
                      <a:fillRect/>
                    </a:stretch>
                  </pic:blipFill>
                  <pic:spPr>
                    <a:xfrm>
                      <a:off x="0" y="0"/>
                      <a:ext cx="5333365" cy="1276350"/>
                    </a:xfrm>
                    <a:prstGeom prst="rect">
                      <a:avLst/>
                    </a:prstGeom>
                  </pic:spPr>
                </pic:pic>
              </a:graphicData>
            </a:graphic>
          </wp:inline>
        </w:drawing>
      </w:r>
    </w:p>
    <w:p w14:paraId="3C39E82E" w14:textId="723A9BB6" w:rsidR="00F73D2A" w:rsidRPr="00995F82" w:rsidRDefault="00872D4B" w:rsidP="00872D4B">
      <w:pPr>
        <w:pStyle w:val="Caption"/>
        <w:rPr>
          <w:color w:val="auto"/>
        </w:rPr>
      </w:pPr>
      <w:r w:rsidRPr="00995F82">
        <w:rPr>
          <w:color w:val="auto"/>
        </w:rPr>
        <w:t xml:space="preserve">Figure </w:t>
      </w:r>
      <w:r w:rsidR="006218D4" w:rsidRPr="00995F82">
        <w:rPr>
          <w:color w:val="auto"/>
        </w:rPr>
        <w:fldChar w:fldCharType="begin"/>
      </w:r>
      <w:r w:rsidR="006218D4" w:rsidRPr="00995F82">
        <w:rPr>
          <w:color w:val="auto"/>
        </w:rPr>
        <w:instrText xml:space="preserve"> SEQ Figure \* ARABIC </w:instrText>
      </w:r>
      <w:r w:rsidR="006218D4" w:rsidRPr="00995F82">
        <w:rPr>
          <w:color w:val="auto"/>
        </w:rPr>
        <w:fldChar w:fldCharType="separate"/>
      </w:r>
      <w:r w:rsidR="00C83FC8">
        <w:rPr>
          <w:noProof/>
          <w:color w:val="auto"/>
        </w:rPr>
        <w:t>13</w:t>
      </w:r>
      <w:r w:rsidR="006218D4" w:rsidRPr="00995F82">
        <w:rPr>
          <w:noProof/>
          <w:color w:val="auto"/>
        </w:rPr>
        <w:fldChar w:fldCharType="end"/>
      </w:r>
      <w:r w:rsidRPr="00995F82">
        <w:rPr>
          <w:color w:val="auto"/>
        </w:rPr>
        <w:t xml:space="preserve"> Homepage errors</w:t>
      </w:r>
    </w:p>
    <w:p w14:paraId="2AE3FFD3" w14:textId="1345295E" w:rsidR="00567927" w:rsidRDefault="00AC657E" w:rsidP="0000648A">
      <w:r>
        <w:t xml:space="preserve">This </w:t>
      </w:r>
      <w:r w:rsidR="00754FF5">
        <w:t>error was</w:t>
      </w:r>
      <w:r w:rsidR="001808F5">
        <w:t xml:space="preserve"> found in my Home </w:t>
      </w:r>
      <w:r w:rsidR="00D719CD">
        <w:t>page,</w:t>
      </w:r>
      <w:r w:rsidR="001808F5">
        <w:t xml:space="preserve"> it </w:t>
      </w:r>
      <w:r>
        <w:t xml:space="preserve">means that </w:t>
      </w:r>
      <w:r w:rsidR="001808F5">
        <w:t xml:space="preserve">my character encoding was not </w:t>
      </w:r>
      <w:r w:rsidR="00754FF5">
        <w:t xml:space="preserve">specified, this may cause </w:t>
      </w:r>
      <w:r w:rsidR="00D719CD">
        <w:t>issues about how the text is disp</w:t>
      </w:r>
      <w:r w:rsidR="0057355D">
        <w:t>layed</w:t>
      </w:r>
      <w:r w:rsidR="00DA52EE">
        <w:t xml:space="preserve"> especially if my document has </w:t>
      </w:r>
      <w:r w:rsidR="00A46633">
        <w:t>non</w:t>
      </w:r>
      <w:r w:rsidR="008B3213">
        <w:t xml:space="preserve">-ASCII </w:t>
      </w:r>
      <w:r w:rsidR="0000648A">
        <w:t>characters (</w:t>
      </w:r>
      <w:r w:rsidR="0000648A" w:rsidRPr="0000648A">
        <w:rPr>
          <w:b/>
          <w:bCs/>
        </w:rPr>
        <w:t>American Standard Code for Information Interchange)</w:t>
      </w:r>
      <w:r w:rsidR="0000648A">
        <w:rPr>
          <w:b/>
          <w:bCs/>
        </w:rPr>
        <w:t>.</w:t>
      </w:r>
    </w:p>
    <w:p w14:paraId="4B367009" w14:textId="758E2962" w:rsidR="0000648A" w:rsidRDefault="0000648A" w:rsidP="0000648A">
      <w:r>
        <w:lastRenderedPageBreak/>
        <w:t xml:space="preserve">To fix this </w:t>
      </w:r>
      <w:r w:rsidR="009D03AA">
        <w:t xml:space="preserve">error </w:t>
      </w:r>
      <w:r w:rsidR="00AD1756">
        <w:t>I have</w:t>
      </w:r>
      <w:r w:rsidR="009D03AA">
        <w:t xml:space="preserve"> </w:t>
      </w:r>
      <w:r>
        <w:t xml:space="preserve">added the tag </w:t>
      </w:r>
      <w:r w:rsidRPr="00142D40">
        <w:rPr>
          <w:b/>
          <w:bCs/>
        </w:rPr>
        <w:t xml:space="preserve">&lt;meta charset </w:t>
      </w:r>
      <w:r w:rsidR="00825A86" w:rsidRPr="00142D40">
        <w:rPr>
          <w:b/>
          <w:bCs/>
        </w:rPr>
        <w:t>=” UTF</w:t>
      </w:r>
      <w:r w:rsidR="009D03AA" w:rsidRPr="00142D40">
        <w:rPr>
          <w:b/>
          <w:bCs/>
        </w:rPr>
        <w:t>-8”&gt;</w:t>
      </w:r>
      <w:r w:rsidR="009D03AA">
        <w:t xml:space="preserve"> in the head section in my homepage, this ensures </w:t>
      </w:r>
      <w:r w:rsidR="00825A86">
        <w:t xml:space="preserve">that web </w:t>
      </w:r>
      <w:r w:rsidR="00142D40">
        <w:t>browsers interpret</w:t>
      </w:r>
      <w:r w:rsidR="00831783">
        <w:t xml:space="preserve"> any type of languages, characters, and symbols correctly</w:t>
      </w:r>
      <w:r w:rsidR="00142D40">
        <w:t>.</w:t>
      </w:r>
    </w:p>
    <w:p w14:paraId="1CE54911" w14:textId="495A6364" w:rsidR="00590FB6" w:rsidRDefault="007A7902" w:rsidP="00590FB6">
      <w:pPr>
        <w:keepNext/>
      </w:pPr>
      <w:r w:rsidRPr="00142D40">
        <w:rPr>
          <w:noProof/>
        </w:rPr>
        <w:drawing>
          <wp:inline distT="0" distB="0" distL="0" distR="0" wp14:anchorId="2BA3C6E0" wp14:editId="45114728">
            <wp:extent cx="4362674" cy="1606633"/>
            <wp:effectExtent l="0" t="0" r="0" b="0"/>
            <wp:docPr id="16640437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4043707" name=""/>
                    <pic:cNvPicPr/>
                  </pic:nvPicPr>
                  <pic:blipFill>
                    <a:blip r:embed="rId21"/>
                    <a:stretch>
                      <a:fillRect/>
                    </a:stretch>
                  </pic:blipFill>
                  <pic:spPr>
                    <a:xfrm>
                      <a:off x="0" y="0"/>
                      <a:ext cx="4362674" cy="1606633"/>
                    </a:xfrm>
                    <a:prstGeom prst="rect">
                      <a:avLst/>
                    </a:prstGeom>
                  </pic:spPr>
                </pic:pic>
              </a:graphicData>
            </a:graphic>
          </wp:inline>
        </w:drawing>
      </w:r>
    </w:p>
    <w:p w14:paraId="0CE3323B" w14:textId="75503B97" w:rsidR="00142D40" w:rsidRPr="00995F82" w:rsidRDefault="00590FB6" w:rsidP="00590FB6">
      <w:pPr>
        <w:pStyle w:val="Caption"/>
        <w:rPr>
          <w:color w:val="auto"/>
        </w:rPr>
      </w:pPr>
      <w:r w:rsidRPr="00995F82">
        <w:rPr>
          <w:color w:val="auto"/>
        </w:rPr>
        <w:t xml:space="preserve">Figure </w:t>
      </w:r>
      <w:r w:rsidR="006218D4" w:rsidRPr="00995F82">
        <w:rPr>
          <w:color w:val="auto"/>
        </w:rPr>
        <w:fldChar w:fldCharType="begin"/>
      </w:r>
      <w:r w:rsidR="006218D4" w:rsidRPr="00995F82">
        <w:rPr>
          <w:color w:val="auto"/>
        </w:rPr>
        <w:instrText xml:space="preserve"> SEQ Figure \* ARABIC </w:instrText>
      </w:r>
      <w:r w:rsidR="006218D4" w:rsidRPr="00995F82">
        <w:rPr>
          <w:color w:val="auto"/>
        </w:rPr>
        <w:fldChar w:fldCharType="separate"/>
      </w:r>
      <w:r w:rsidR="00C83FC8">
        <w:rPr>
          <w:noProof/>
          <w:color w:val="auto"/>
        </w:rPr>
        <w:t>14</w:t>
      </w:r>
      <w:r w:rsidR="006218D4" w:rsidRPr="00995F82">
        <w:rPr>
          <w:noProof/>
          <w:color w:val="auto"/>
        </w:rPr>
        <w:fldChar w:fldCharType="end"/>
      </w:r>
      <w:r w:rsidRPr="00995F82">
        <w:rPr>
          <w:color w:val="auto"/>
        </w:rPr>
        <w:t xml:space="preserve"> Homepage fixed error</w:t>
      </w:r>
    </w:p>
    <w:p w14:paraId="53F2257E" w14:textId="223D9E1A" w:rsidR="00260EA8" w:rsidRDefault="00260EA8" w:rsidP="00260EA8">
      <w:pPr>
        <w:keepNext/>
      </w:pPr>
      <w:r w:rsidRPr="00260EA8">
        <w:rPr>
          <w:noProof/>
        </w:rPr>
        <w:drawing>
          <wp:inline distT="0" distB="0" distL="0" distR="0" wp14:anchorId="35534DB9" wp14:editId="7EA6D1BB">
            <wp:extent cx="5486400" cy="1677035"/>
            <wp:effectExtent l="0" t="0" r="0" b="0"/>
            <wp:docPr id="6783207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320708" name=""/>
                    <pic:cNvPicPr/>
                  </pic:nvPicPr>
                  <pic:blipFill>
                    <a:blip r:embed="rId22"/>
                    <a:stretch>
                      <a:fillRect/>
                    </a:stretch>
                  </pic:blipFill>
                  <pic:spPr>
                    <a:xfrm>
                      <a:off x="0" y="0"/>
                      <a:ext cx="5486400" cy="1677035"/>
                    </a:xfrm>
                    <a:prstGeom prst="rect">
                      <a:avLst/>
                    </a:prstGeom>
                  </pic:spPr>
                </pic:pic>
              </a:graphicData>
            </a:graphic>
          </wp:inline>
        </w:drawing>
      </w:r>
    </w:p>
    <w:p w14:paraId="4E931E3F" w14:textId="2DA3E521" w:rsidR="00590FB6" w:rsidRPr="00995F82" w:rsidRDefault="00260EA8" w:rsidP="00260EA8">
      <w:pPr>
        <w:pStyle w:val="Caption"/>
        <w:rPr>
          <w:color w:val="auto"/>
        </w:rPr>
      </w:pPr>
      <w:r w:rsidRPr="00995F82">
        <w:rPr>
          <w:color w:val="auto"/>
        </w:rPr>
        <w:t xml:space="preserve">Figure </w:t>
      </w:r>
      <w:r w:rsidR="006218D4" w:rsidRPr="00995F82">
        <w:rPr>
          <w:color w:val="auto"/>
        </w:rPr>
        <w:fldChar w:fldCharType="begin"/>
      </w:r>
      <w:r w:rsidR="006218D4" w:rsidRPr="00995F82">
        <w:rPr>
          <w:color w:val="auto"/>
        </w:rPr>
        <w:instrText xml:space="preserve"> SEQ Figure \* ARABIC </w:instrText>
      </w:r>
      <w:r w:rsidR="006218D4" w:rsidRPr="00995F82">
        <w:rPr>
          <w:color w:val="auto"/>
        </w:rPr>
        <w:fldChar w:fldCharType="separate"/>
      </w:r>
      <w:r w:rsidR="00C83FC8">
        <w:rPr>
          <w:noProof/>
          <w:color w:val="auto"/>
        </w:rPr>
        <w:t>15</w:t>
      </w:r>
      <w:r w:rsidR="006218D4" w:rsidRPr="00995F82">
        <w:rPr>
          <w:noProof/>
          <w:color w:val="auto"/>
        </w:rPr>
        <w:fldChar w:fldCharType="end"/>
      </w:r>
      <w:r w:rsidRPr="00995F82">
        <w:rPr>
          <w:color w:val="auto"/>
        </w:rPr>
        <w:t xml:space="preserve"> About page errors</w:t>
      </w:r>
    </w:p>
    <w:p w14:paraId="39B71F95" w14:textId="3E338687" w:rsidR="00260EA8" w:rsidRDefault="00FD35BF" w:rsidP="00260EA8">
      <w:r>
        <w:t>These errors and warnings</w:t>
      </w:r>
      <w:r w:rsidR="00260EA8">
        <w:t xml:space="preserve"> </w:t>
      </w:r>
      <w:r>
        <w:t>were</w:t>
      </w:r>
      <w:r w:rsidR="00260EA8">
        <w:t xml:space="preserve"> found in my </w:t>
      </w:r>
      <w:r>
        <w:t>About</w:t>
      </w:r>
      <w:r w:rsidR="00260EA8">
        <w:t xml:space="preserve"> page, </w:t>
      </w:r>
      <w:r>
        <w:t>the first one</w:t>
      </w:r>
      <w:r w:rsidR="00260EA8">
        <w:t xml:space="preserve"> means that my character encoding was not specified, this may cause issues about how the text is displayed especially if my document has non-ASCII characters (</w:t>
      </w:r>
      <w:r w:rsidR="00260EA8" w:rsidRPr="0000648A">
        <w:rPr>
          <w:b/>
          <w:bCs/>
        </w:rPr>
        <w:t>American Standard Code for Information Interchange)</w:t>
      </w:r>
      <w:r w:rsidR="00260EA8">
        <w:rPr>
          <w:b/>
          <w:bCs/>
        </w:rPr>
        <w:t>.</w:t>
      </w:r>
      <w:r>
        <w:rPr>
          <w:b/>
          <w:bCs/>
        </w:rPr>
        <w:t xml:space="preserve"> </w:t>
      </w:r>
      <w:r>
        <w:t>The second one</w:t>
      </w:r>
      <w:r w:rsidR="00261EC2">
        <w:t xml:space="preserve"> and third one</w:t>
      </w:r>
      <w:r>
        <w:t xml:space="preserve"> </w:t>
      </w:r>
      <w:r w:rsidR="002867E1">
        <w:t>is</w:t>
      </w:r>
      <w:r>
        <w:t xml:space="preserve"> warning the user </w:t>
      </w:r>
      <w:r w:rsidR="005701CC">
        <w:t>to use the tag &lt;div&gt; instead of</w:t>
      </w:r>
      <w:r w:rsidR="008A3996">
        <w:t xml:space="preserve"> section tag, the div is used </w:t>
      </w:r>
      <w:r w:rsidR="00BD416E">
        <w:t xml:space="preserve">when heading is not required while section tag need heading to </w:t>
      </w:r>
      <w:r w:rsidR="006D5BBD">
        <w:t>identify headings in sections.</w:t>
      </w:r>
    </w:p>
    <w:p w14:paraId="1425759E" w14:textId="755DC926" w:rsidR="00B05075" w:rsidRDefault="00261EC2" w:rsidP="00B05075">
      <w:r>
        <w:t xml:space="preserve">To fix the first error I have added the tag </w:t>
      </w:r>
      <w:r w:rsidRPr="00142D40">
        <w:rPr>
          <w:b/>
          <w:bCs/>
        </w:rPr>
        <w:t>&lt;meta charset =” UTF-8”&gt;</w:t>
      </w:r>
      <w:r>
        <w:t xml:space="preserve"> in the head section in my </w:t>
      </w:r>
      <w:r w:rsidR="00A70DAF">
        <w:t xml:space="preserve">about </w:t>
      </w:r>
      <w:r>
        <w:t xml:space="preserve">page, this ensures that web browsers interpret any type of languages, characters, </w:t>
      </w:r>
      <w:r w:rsidR="00B05075">
        <w:t>and symbols correctly. The second and third errors were fixed by replacing the tag &lt;section&gt; for the tag &lt;div&gt; as this part does not include any headings.</w:t>
      </w:r>
    </w:p>
    <w:p w14:paraId="7D3FEF7F" w14:textId="7C1DDF2C" w:rsidR="00261EC2" w:rsidRDefault="00261EC2" w:rsidP="00261EC2">
      <w:r>
        <w:t xml:space="preserve">and symbols correctly. The second and third </w:t>
      </w:r>
      <w:r w:rsidR="002867E1">
        <w:t>errors</w:t>
      </w:r>
      <w:r>
        <w:t xml:space="preserve"> were </w:t>
      </w:r>
      <w:r w:rsidR="002867E1">
        <w:t>fixed by replacing the tag &lt;section&gt; for the tag &lt;div&gt; as this part does not include any headings.</w:t>
      </w:r>
    </w:p>
    <w:p w14:paraId="1B1611DE" w14:textId="77777777" w:rsidR="008155AC" w:rsidRDefault="005F3D9C" w:rsidP="008155AC">
      <w:pPr>
        <w:keepNext/>
      </w:pPr>
      <w:r w:rsidRPr="005F3D9C">
        <w:rPr>
          <w:noProof/>
        </w:rPr>
        <w:lastRenderedPageBreak/>
        <w:drawing>
          <wp:inline distT="0" distB="0" distL="0" distR="0" wp14:anchorId="5AF5CD26" wp14:editId="22CC10DC">
            <wp:extent cx="3714941" cy="1797142"/>
            <wp:effectExtent l="0" t="0" r="0" b="0"/>
            <wp:docPr id="20932052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3205248" name=""/>
                    <pic:cNvPicPr/>
                  </pic:nvPicPr>
                  <pic:blipFill>
                    <a:blip r:embed="rId23"/>
                    <a:stretch>
                      <a:fillRect/>
                    </a:stretch>
                  </pic:blipFill>
                  <pic:spPr>
                    <a:xfrm>
                      <a:off x="0" y="0"/>
                      <a:ext cx="3714941" cy="1797142"/>
                    </a:xfrm>
                    <a:prstGeom prst="rect">
                      <a:avLst/>
                    </a:prstGeom>
                  </pic:spPr>
                </pic:pic>
              </a:graphicData>
            </a:graphic>
          </wp:inline>
        </w:drawing>
      </w:r>
    </w:p>
    <w:p w14:paraId="72C9AE8D" w14:textId="69818A19" w:rsidR="00B05075" w:rsidRPr="00995F82" w:rsidRDefault="008155AC" w:rsidP="008155AC">
      <w:pPr>
        <w:pStyle w:val="Caption"/>
        <w:rPr>
          <w:color w:val="auto"/>
        </w:rPr>
      </w:pPr>
      <w:r w:rsidRPr="00995F82">
        <w:rPr>
          <w:color w:val="auto"/>
        </w:rPr>
        <w:t xml:space="preserve">Figure </w:t>
      </w:r>
      <w:r w:rsidR="006218D4" w:rsidRPr="00995F82">
        <w:rPr>
          <w:color w:val="auto"/>
        </w:rPr>
        <w:fldChar w:fldCharType="begin"/>
      </w:r>
      <w:r w:rsidR="006218D4" w:rsidRPr="00995F82">
        <w:rPr>
          <w:color w:val="auto"/>
        </w:rPr>
        <w:instrText xml:space="preserve"> SEQ Figure \* ARABIC </w:instrText>
      </w:r>
      <w:r w:rsidR="006218D4" w:rsidRPr="00995F82">
        <w:rPr>
          <w:color w:val="auto"/>
        </w:rPr>
        <w:fldChar w:fldCharType="separate"/>
      </w:r>
      <w:r w:rsidR="00C83FC8">
        <w:rPr>
          <w:noProof/>
          <w:color w:val="auto"/>
        </w:rPr>
        <w:t>16</w:t>
      </w:r>
      <w:r w:rsidR="006218D4" w:rsidRPr="00995F82">
        <w:rPr>
          <w:noProof/>
          <w:color w:val="auto"/>
        </w:rPr>
        <w:fldChar w:fldCharType="end"/>
      </w:r>
      <w:r w:rsidRPr="00995F82">
        <w:rPr>
          <w:color w:val="auto"/>
        </w:rPr>
        <w:t xml:space="preserve"> About Page first error fixed</w:t>
      </w:r>
    </w:p>
    <w:p w14:paraId="11BA4EB6" w14:textId="77777777" w:rsidR="0027183C" w:rsidRDefault="0027183C" w:rsidP="0027183C">
      <w:pPr>
        <w:keepNext/>
      </w:pPr>
      <w:r w:rsidRPr="0027183C">
        <w:rPr>
          <w:noProof/>
        </w:rPr>
        <w:drawing>
          <wp:inline distT="0" distB="0" distL="0" distR="0" wp14:anchorId="3F46C0FE" wp14:editId="5704613C">
            <wp:extent cx="5486400" cy="2484755"/>
            <wp:effectExtent l="0" t="0" r="0" b="0"/>
            <wp:docPr id="18251026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5102640" name=""/>
                    <pic:cNvPicPr/>
                  </pic:nvPicPr>
                  <pic:blipFill>
                    <a:blip r:embed="rId24"/>
                    <a:stretch>
                      <a:fillRect/>
                    </a:stretch>
                  </pic:blipFill>
                  <pic:spPr>
                    <a:xfrm>
                      <a:off x="0" y="0"/>
                      <a:ext cx="5486400" cy="2484755"/>
                    </a:xfrm>
                    <a:prstGeom prst="rect">
                      <a:avLst/>
                    </a:prstGeom>
                  </pic:spPr>
                </pic:pic>
              </a:graphicData>
            </a:graphic>
          </wp:inline>
        </w:drawing>
      </w:r>
    </w:p>
    <w:p w14:paraId="2B732BDC" w14:textId="0643927E" w:rsidR="008155AC" w:rsidRPr="00995F82" w:rsidRDefault="0027183C" w:rsidP="0027183C">
      <w:pPr>
        <w:pStyle w:val="Caption"/>
        <w:rPr>
          <w:color w:val="auto"/>
        </w:rPr>
      </w:pPr>
      <w:r w:rsidRPr="00995F82">
        <w:rPr>
          <w:color w:val="auto"/>
        </w:rPr>
        <w:t xml:space="preserve">Figure </w:t>
      </w:r>
      <w:r w:rsidR="006218D4" w:rsidRPr="00995F82">
        <w:rPr>
          <w:color w:val="auto"/>
        </w:rPr>
        <w:fldChar w:fldCharType="begin"/>
      </w:r>
      <w:r w:rsidR="006218D4" w:rsidRPr="00995F82">
        <w:rPr>
          <w:color w:val="auto"/>
        </w:rPr>
        <w:instrText xml:space="preserve"> SEQ Figure \* ARABIC </w:instrText>
      </w:r>
      <w:r w:rsidR="006218D4" w:rsidRPr="00995F82">
        <w:rPr>
          <w:color w:val="auto"/>
        </w:rPr>
        <w:fldChar w:fldCharType="separate"/>
      </w:r>
      <w:r w:rsidR="00C83FC8">
        <w:rPr>
          <w:noProof/>
          <w:color w:val="auto"/>
        </w:rPr>
        <w:t>17</w:t>
      </w:r>
      <w:r w:rsidR="006218D4" w:rsidRPr="00995F82">
        <w:rPr>
          <w:noProof/>
          <w:color w:val="auto"/>
        </w:rPr>
        <w:fldChar w:fldCharType="end"/>
      </w:r>
      <w:r w:rsidRPr="00995F82">
        <w:rPr>
          <w:color w:val="auto"/>
        </w:rPr>
        <w:t xml:space="preserve"> About page second and third error fixed</w:t>
      </w:r>
    </w:p>
    <w:p w14:paraId="0E04F4C4" w14:textId="77777777" w:rsidR="002619CC" w:rsidRDefault="009A1FE6" w:rsidP="002619CC">
      <w:pPr>
        <w:keepNext/>
      </w:pPr>
      <w:r w:rsidRPr="009A1FE6">
        <w:rPr>
          <w:noProof/>
        </w:rPr>
        <w:drawing>
          <wp:inline distT="0" distB="0" distL="0" distR="0" wp14:anchorId="5EB272C5" wp14:editId="12F5E789">
            <wp:extent cx="5486400" cy="1651635"/>
            <wp:effectExtent l="0" t="0" r="0" b="5715"/>
            <wp:docPr id="16257742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5774245" name=""/>
                    <pic:cNvPicPr/>
                  </pic:nvPicPr>
                  <pic:blipFill>
                    <a:blip r:embed="rId25"/>
                    <a:stretch>
                      <a:fillRect/>
                    </a:stretch>
                  </pic:blipFill>
                  <pic:spPr>
                    <a:xfrm>
                      <a:off x="0" y="0"/>
                      <a:ext cx="5486400" cy="1651635"/>
                    </a:xfrm>
                    <a:prstGeom prst="rect">
                      <a:avLst/>
                    </a:prstGeom>
                  </pic:spPr>
                </pic:pic>
              </a:graphicData>
            </a:graphic>
          </wp:inline>
        </w:drawing>
      </w:r>
    </w:p>
    <w:p w14:paraId="4589D5E5" w14:textId="06CE7765" w:rsidR="0027183C" w:rsidRPr="00995F82" w:rsidRDefault="002619CC" w:rsidP="002619CC">
      <w:pPr>
        <w:pStyle w:val="Caption"/>
        <w:rPr>
          <w:color w:val="auto"/>
        </w:rPr>
      </w:pPr>
      <w:r w:rsidRPr="00995F82">
        <w:rPr>
          <w:color w:val="auto"/>
        </w:rPr>
        <w:t xml:space="preserve">Figure </w:t>
      </w:r>
      <w:r w:rsidR="006218D4" w:rsidRPr="00995F82">
        <w:rPr>
          <w:color w:val="auto"/>
        </w:rPr>
        <w:fldChar w:fldCharType="begin"/>
      </w:r>
      <w:r w:rsidR="006218D4" w:rsidRPr="00995F82">
        <w:rPr>
          <w:color w:val="auto"/>
        </w:rPr>
        <w:instrText xml:space="preserve"> SEQ Figure \* ARABIC </w:instrText>
      </w:r>
      <w:r w:rsidR="006218D4" w:rsidRPr="00995F82">
        <w:rPr>
          <w:color w:val="auto"/>
        </w:rPr>
        <w:fldChar w:fldCharType="separate"/>
      </w:r>
      <w:r w:rsidR="00C83FC8">
        <w:rPr>
          <w:noProof/>
          <w:color w:val="auto"/>
        </w:rPr>
        <w:t>18</w:t>
      </w:r>
      <w:r w:rsidR="006218D4" w:rsidRPr="00995F82">
        <w:rPr>
          <w:noProof/>
          <w:color w:val="auto"/>
        </w:rPr>
        <w:fldChar w:fldCharType="end"/>
      </w:r>
      <w:r w:rsidRPr="00995F82">
        <w:rPr>
          <w:color w:val="auto"/>
        </w:rPr>
        <w:t xml:space="preserve"> Contact page error</w:t>
      </w:r>
    </w:p>
    <w:p w14:paraId="0B68EAE5" w14:textId="37520E83" w:rsidR="002619CC" w:rsidRDefault="002619CC" w:rsidP="002619CC">
      <w:r>
        <w:t>This error was found in my Contact page, it means that my character encoding was not specified, this may cause issues about how the text is displayed especially if my document has non-ASCII characters (</w:t>
      </w:r>
      <w:r w:rsidRPr="0000648A">
        <w:rPr>
          <w:b/>
          <w:bCs/>
        </w:rPr>
        <w:t>American Standard Code for Information Interchange)</w:t>
      </w:r>
      <w:r>
        <w:rPr>
          <w:b/>
          <w:bCs/>
        </w:rPr>
        <w:t>.</w:t>
      </w:r>
    </w:p>
    <w:p w14:paraId="53080684" w14:textId="319B955D" w:rsidR="002619CC" w:rsidRDefault="002619CC" w:rsidP="002619CC">
      <w:r>
        <w:lastRenderedPageBreak/>
        <w:t xml:space="preserve">To fix this error I have added the tag </w:t>
      </w:r>
      <w:r w:rsidRPr="00142D40">
        <w:rPr>
          <w:b/>
          <w:bCs/>
        </w:rPr>
        <w:t>&lt;meta charset =” UTF-8”&gt;</w:t>
      </w:r>
      <w:r>
        <w:t xml:space="preserve"> in the head section in my </w:t>
      </w:r>
      <w:r w:rsidR="00497A4A">
        <w:t>contact page file</w:t>
      </w:r>
      <w:r>
        <w:t>, this ensures that web browsers interpret any type of languages, characters, and symbols correctly.</w:t>
      </w:r>
    </w:p>
    <w:p w14:paraId="35C9AEFC" w14:textId="77777777" w:rsidR="00D336D8" w:rsidRDefault="0057584A" w:rsidP="00D336D8">
      <w:pPr>
        <w:keepNext/>
      </w:pPr>
      <w:r w:rsidRPr="0057584A">
        <w:rPr>
          <w:noProof/>
        </w:rPr>
        <w:drawing>
          <wp:inline distT="0" distB="0" distL="0" distR="0" wp14:anchorId="458C1F56" wp14:editId="2B9AF24C">
            <wp:extent cx="5169166" cy="1962251"/>
            <wp:effectExtent l="0" t="0" r="0" b="0"/>
            <wp:docPr id="12419827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1982741" name=""/>
                    <pic:cNvPicPr/>
                  </pic:nvPicPr>
                  <pic:blipFill>
                    <a:blip r:embed="rId26"/>
                    <a:stretch>
                      <a:fillRect/>
                    </a:stretch>
                  </pic:blipFill>
                  <pic:spPr>
                    <a:xfrm>
                      <a:off x="0" y="0"/>
                      <a:ext cx="5169166" cy="1962251"/>
                    </a:xfrm>
                    <a:prstGeom prst="rect">
                      <a:avLst/>
                    </a:prstGeom>
                  </pic:spPr>
                </pic:pic>
              </a:graphicData>
            </a:graphic>
          </wp:inline>
        </w:drawing>
      </w:r>
    </w:p>
    <w:p w14:paraId="7F0A5003" w14:textId="54A28D09" w:rsidR="0057584A" w:rsidRPr="00995F82" w:rsidRDefault="00D336D8" w:rsidP="00D336D8">
      <w:pPr>
        <w:pStyle w:val="Caption"/>
        <w:rPr>
          <w:color w:val="auto"/>
        </w:rPr>
      </w:pPr>
      <w:r w:rsidRPr="00995F82">
        <w:rPr>
          <w:color w:val="auto"/>
        </w:rPr>
        <w:t xml:space="preserve">Figure </w:t>
      </w:r>
      <w:r w:rsidR="006218D4" w:rsidRPr="00995F82">
        <w:rPr>
          <w:color w:val="auto"/>
        </w:rPr>
        <w:fldChar w:fldCharType="begin"/>
      </w:r>
      <w:r w:rsidR="006218D4" w:rsidRPr="00995F82">
        <w:rPr>
          <w:color w:val="auto"/>
        </w:rPr>
        <w:instrText xml:space="preserve"> SEQ Figure \* ARABIC </w:instrText>
      </w:r>
      <w:r w:rsidR="006218D4" w:rsidRPr="00995F82">
        <w:rPr>
          <w:color w:val="auto"/>
        </w:rPr>
        <w:fldChar w:fldCharType="separate"/>
      </w:r>
      <w:r w:rsidR="00C83FC8">
        <w:rPr>
          <w:noProof/>
          <w:color w:val="auto"/>
        </w:rPr>
        <w:t>19</w:t>
      </w:r>
      <w:r w:rsidR="006218D4" w:rsidRPr="00995F82">
        <w:rPr>
          <w:noProof/>
          <w:color w:val="auto"/>
        </w:rPr>
        <w:fldChar w:fldCharType="end"/>
      </w:r>
      <w:r w:rsidRPr="00995F82">
        <w:rPr>
          <w:color w:val="auto"/>
        </w:rPr>
        <w:t xml:space="preserve"> Contact page error fixed</w:t>
      </w:r>
    </w:p>
    <w:p w14:paraId="7E84D826" w14:textId="77777777" w:rsidR="00D666A0" w:rsidRDefault="00D666A0" w:rsidP="00D666A0">
      <w:pPr>
        <w:keepNext/>
      </w:pPr>
      <w:r w:rsidRPr="00D666A0">
        <w:rPr>
          <w:noProof/>
        </w:rPr>
        <w:drawing>
          <wp:inline distT="0" distB="0" distL="0" distR="0" wp14:anchorId="6163F623" wp14:editId="2F8A47B0">
            <wp:extent cx="5486400" cy="1748790"/>
            <wp:effectExtent l="0" t="0" r="0" b="3810"/>
            <wp:docPr id="18583131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8313127" name=""/>
                    <pic:cNvPicPr/>
                  </pic:nvPicPr>
                  <pic:blipFill>
                    <a:blip r:embed="rId27"/>
                    <a:stretch>
                      <a:fillRect/>
                    </a:stretch>
                  </pic:blipFill>
                  <pic:spPr>
                    <a:xfrm>
                      <a:off x="0" y="0"/>
                      <a:ext cx="5486400" cy="1748790"/>
                    </a:xfrm>
                    <a:prstGeom prst="rect">
                      <a:avLst/>
                    </a:prstGeom>
                  </pic:spPr>
                </pic:pic>
              </a:graphicData>
            </a:graphic>
          </wp:inline>
        </w:drawing>
      </w:r>
    </w:p>
    <w:p w14:paraId="75D1E665" w14:textId="4AF43CFA" w:rsidR="00FF3F45" w:rsidRPr="00995F82" w:rsidRDefault="00D666A0" w:rsidP="00D666A0">
      <w:pPr>
        <w:pStyle w:val="Caption"/>
        <w:rPr>
          <w:color w:val="auto"/>
        </w:rPr>
      </w:pPr>
      <w:r w:rsidRPr="00995F82">
        <w:rPr>
          <w:color w:val="auto"/>
        </w:rPr>
        <w:t xml:space="preserve">Figure </w:t>
      </w:r>
      <w:r w:rsidR="006218D4" w:rsidRPr="00995F82">
        <w:rPr>
          <w:color w:val="auto"/>
        </w:rPr>
        <w:fldChar w:fldCharType="begin"/>
      </w:r>
      <w:r w:rsidR="006218D4" w:rsidRPr="00995F82">
        <w:rPr>
          <w:color w:val="auto"/>
        </w:rPr>
        <w:instrText xml:space="preserve"> SEQ Figure \* ARABIC </w:instrText>
      </w:r>
      <w:r w:rsidR="006218D4" w:rsidRPr="00995F82">
        <w:rPr>
          <w:color w:val="auto"/>
        </w:rPr>
        <w:fldChar w:fldCharType="separate"/>
      </w:r>
      <w:r w:rsidR="00C83FC8">
        <w:rPr>
          <w:noProof/>
          <w:color w:val="auto"/>
        </w:rPr>
        <w:t>20</w:t>
      </w:r>
      <w:r w:rsidR="006218D4" w:rsidRPr="00995F82">
        <w:rPr>
          <w:noProof/>
          <w:color w:val="auto"/>
        </w:rPr>
        <w:fldChar w:fldCharType="end"/>
      </w:r>
      <w:r w:rsidRPr="00995F82">
        <w:rPr>
          <w:color w:val="auto"/>
        </w:rPr>
        <w:t xml:space="preserve"> Hobbies page error</w:t>
      </w:r>
    </w:p>
    <w:p w14:paraId="01232813" w14:textId="7A50EEE7" w:rsidR="00D666A0" w:rsidRDefault="00D666A0" w:rsidP="00D666A0">
      <w:r>
        <w:t xml:space="preserve">This error was found in my </w:t>
      </w:r>
      <w:r w:rsidR="00D8656B">
        <w:t xml:space="preserve">hobbies file </w:t>
      </w:r>
      <w:r>
        <w:t>page, it means that my character encoding was not specified, this may cause issues about how the text is displayed especially if my document has non-ASCII characters (</w:t>
      </w:r>
      <w:r w:rsidRPr="0000648A">
        <w:rPr>
          <w:b/>
          <w:bCs/>
        </w:rPr>
        <w:t>American Standard Code for Information Interchange)</w:t>
      </w:r>
      <w:r>
        <w:rPr>
          <w:b/>
          <w:bCs/>
        </w:rPr>
        <w:t>.</w:t>
      </w:r>
    </w:p>
    <w:p w14:paraId="3CC5088A" w14:textId="22B79D9E" w:rsidR="00D666A0" w:rsidRDefault="00D666A0" w:rsidP="00D666A0">
      <w:r>
        <w:t xml:space="preserve">To fix this error I have added the tag </w:t>
      </w:r>
      <w:r w:rsidRPr="00142D40">
        <w:rPr>
          <w:b/>
          <w:bCs/>
        </w:rPr>
        <w:t>&lt;meta charset =” UTF-8”&gt;</w:t>
      </w:r>
      <w:r>
        <w:t xml:space="preserve"> in the head section in my </w:t>
      </w:r>
      <w:r w:rsidR="00D8656B">
        <w:t>hobbies</w:t>
      </w:r>
      <w:r>
        <w:t xml:space="preserve"> page file, this ensures that web browsers interpret any type of languages, characters, and symbols correctly.</w:t>
      </w:r>
    </w:p>
    <w:p w14:paraId="385B3607" w14:textId="77777777" w:rsidR="00880F35" w:rsidRDefault="00880F35" w:rsidP="00880F35">
      <w:pPr>
        <w:keepNext/>
      </w:pPr>
      <w:r w:rsidRPr="00880F35">
        <w:rPr>
          <w:noProof/>
        </w:rPr>
        <w:lastRenderedPageBreak/>
        <w:drawing>
          <wp:inline distT="0" distB="0" distL="0" distR="0" wp14:anchorId="34EAE847" wp14:editId="32DDB812">
            <wp:extent cx="5340624" cy="1816193"/>
            <wp:effectExtent l="0" t="0" r="0" b="0"/>
            <wp:docPr id="5941307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130772" name=""/>
                    <pic:cNvPicPr/>
                  </pic:nvPicPr>
                  <pic:blipFill>
                    <a:blip r:embed="rId28"/>
                    <a:stretch>
                      <a:fillRect/>
                    </a:stretch>
                  </pic:blipFill>
                  <pic:spPr>
                    <a:xfrm>
                      <a:off x="0" y="0"/>
                      <a:ext cx="5340624" cy="1816193"/>
                    </a:xfrm>
                    <a:prstGeom prst="rect">
                      <a:avLst/>
                    </a:prstGeom>
                  </pic:spPr>
                </pic:pic>
              </a:graphicData>
            </a:graphic>
          </wp:inline>
        </w:drawing>
      </w:r>
    </w:p>
    <w:p w14:paraId="264F40E0" w14:textId="19DE2C02" w:rsidR="00880F35" w:rsidRPr="00995F82" w:rsidRDefault="00880F35" w:rsidP="00880F35">
      <w:pPr>
        <w:pStyle w:val="Caption"/>
        <w:rPr>
          <w:color w:val="auto"/>
        </w:rPr>
      </w:pPr>
      <w:r w:rsidRPr="00995F82">
        <w:rPr>
          <w:color w:val="auto"/>
        </w:rPr>
        <w:t xml:space="preserve">Figure </w:t>
      </w:r>
      <w:r w:rsidR="006218D4" w:rsidRPr="00995F82">
        <w:rPr>
          <w:color w:val="auto"/>
        </w:rPr>
        <w:fldChar w:fldCharType="begin"/>
      </w:r>
      <w:r w:rsidR="006218D4" w:rsidRPr="00995F82">
        <w:rPr>
          <w:color w:val="auto"/>
        </w:rPr>
        <w:instrText xml:space="preserve"> SEQ Figure \* ARABIC </w:instrText>
      </w:r>
      <w:r w:rsidR="006218D4" w:rsidRPr="00995F82">
        <w:rPr>
          <w:color w:val="auto"/>
        </w:rPr>
        <w:fldChar w:fldCharType="separate"/>
      </w:r>
      <w:r w:rsidR="00C83FC8">
        <w:rPr>
          <w:noProof/>
          <w:color w:val="auto"/>
        </w:rPr>
        <w:t>21</w:t>
      </w:r>
      <w:r w:rsidR="006218D4" w:rsidRPr="00995F82">
        <w:rPr>
          <w:noProof/>
          <w:color w:val="auto"/>
        </w:rPr>
        <w:fldChar w:fldCharType="end"/>
      </w:r>
      <w:r w:rsidRPr="00995F82">
        <w:rPr>
          <w:color w:val="auto"/>
        </w:rPr>
        <w:t xml:space="preserve"> Hobbies page error fixed</w:t>
      </w:r>
    </w:p>
    <w:p w14:paraId="2E376938" w14:textId="77777777" w:rsidR="00641FF2" w:rsidRDefault="00641FF2" w:rsidP="00641FF2">
      <w:pPr>
        <w:keepNext/>
      </w:pPr>
      <w:r w:rsidRPr="00641FF2">
        <w:rPr>
          <w:noProof/>
        </w:rPr>
        <w:drawing>
          <wp:inline distT="0" distB="0" distL="0" distR="0" wp14:anchorId="5E3F20D5" wp14:editId="0C9A6637">
            <wp:extent cx="5486400" cy="439420"/>
            <wp:effectExtent l="0" t="0" r="0" b="0"/>
            <wp:docPr id="1694507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450792" name=""/>
                    <pic:cNvPicPr/>
                  </pic:nvPicPr>
                  <pic:blipFill>
                    <a:blip r:embed="rId29"/>
                    <a:stretch>
                      <a:fillRect/>
                    </a:stretch>
                  </pic:blipFill>
                  <pic:spPr>
                    <a:xfrm>
                      <a:off x="0" y="0"/>
                      <a:ext cx="5486400" cy="439420"/>
                    </a:xfrm>
                    <a:prstGeom prst="rect">
                      <a:avLst/>
                    </a:prstGeom>
                  </pic:spPr>
                </pic:pic>
              </a:graphicData>
            </a:graphic>
          </wp:inline>
        </w:drawing>
      </w:r>
    </w:p>
    <w:p w14:paraId="415EB42D" w14:textId="1B99B6E3" w:rsidR="007A7902" w:rsidRPr="00995F82" w:rsidRDefault="00641FF2" w:rsidP="00641FF2">
      <w:pPr>
        <w:pStyle w:val="Caption"/>
        <w:rPr>
          <w:color w:val="auto"/>
        </w:rPr>
      </w:pPr>
      <w:r w:rsidRPr="00995F82">
        <w:rPr>
          <w:color w:val="auto"/>
        </w:rPr>
        <w:t xml:space="preserve">Figure </w:t>
      </w:r>
      <w:r w:rsidR="006218D4" w:rsidRPr="00995F82">
        <w:rPr>
          <w:color w:val="auto"/>
        </w:rPr>
        <w:fldChar w:fldCharType="begin"/>
      </w:r>
      <w:r w:rsidR="006218D4" w:rsidRPr="00995F82">
        <w:rPr>
          <w:color w:val="auto"/>
        </w:rPr>
        <w:instrText xml:space="preserve"> SEQ Figure \* ARABIC </w:instrText>
      </w:r>
      <w:r w:rsidR="006218D4" w:rsidRPr="00995F82">
        <w:rPr>
          <w:color w:val="auto"/>
        </w:rPr>
        <w:fldChar w:fldCharType="separate"/>
      </w:r>
      <w:r w:rsidR="00C83FC8">
        <w:rPr>
          <w:noProof/>
          <w:color w:val="auto"/>
        </w:rPr>
        <w:t>22</w:t>
      </w:r>
      <w:r w:rsidR="006218D4" w:rsidRPr="00995F82">
        <w:rPr>
          <w:noProof/>
          <w:color w:val="auto"/>
        </w:rPr>
        <w:fldChar w:fldCharType="end"/>
      </w:r>
      <w:r w:rsidRPr="00995F82">
        <w:rPr>
          <w:color w:val="auto"/>
        </w:rPr>
        <w:t xml:space="preserve"> CSS errors</w:t>
      </w:r>
    </w:p>
    <w:p w14:paraId="1B3B85DE" w14:textId="0DB2F337" w:rsidR="001465C0" w:rsidRDefault="00641FF2" w:rsidP="00641FF2">
      <w:r>
        <w:t xml:space="preserve">This error was found in my </w:t>
      </w:r>
      <w:r w:rsidR="00C54C54">
        <w:t xml:space="preserve">CSS </w:t>
      </w:r>
      <w:r w:rsidR="001465C0">
        <w:t>file;</w:t>
      </w:r>
      <w:r w:rsidR="00C54C54">
        <w:t xml:space="preserve"> this means that the element border-top-left-radius</w:t>
      </w:r>
      <w:r w:rsidR="001465C0">
        <w:t xml:space="preserve"> does not have any value</w:t>
      </w:r>
      <w:r w:rsidR="00557E10">
        <w:t xml:space="preserve">, it is repeated or </w:t>
      </w:r>
      <w:r w:rsidR="001465C0">
        <w:t>it is not useful in my CSS.</w:t>
      </w:r>
    </w:p>
    <w:p w14:paraId="0111712B" w14:textId="318DD09F" w:rsidR="001465C0" w:rsidRDefault="001465C0" w:rsidP="00641FF2">
      <w:r>
        <w:t xml:space="preserve">To fix it, there are two ways to do it, the first is adding any value </w:t>
      </w:r>
      <w:r w:rsidR="00557E10">
        <w:t xml:space="preserve">to </w:t>
      </w:r>
      <w:r w:rsidR="006772C4">
        <w:t xml:space="preserve">the element or it could be deleted if it is not needed or </w:t>
      </w:r>
      <w:r w:rsidR="00D10781">
        <w:t>repeated</w:t>
      </w:r>
      <w:r w:rsidR="006772C4">
        <w:t xml:space="preserve"> in the code</w:t>
      </w:r>
      <w:r w:rsidR="0058429E">
        <w:t>, I have chosen the third option which is delet</w:t>
      </w:r>
      <w:r w:rsidR="003962DD">
        <w:t xml:space="preserve">ing </w:t>
      </w:r>
      <w:r w:rsidR="0058429E">
        <w:t xml:space="preserve">it. </w:t>
      </w:r>
    </w:p>
    <w:p w14:paraId="0EA9705F" w14:textId="77777777" w:rsidR="006218D4" w:rsidRDefault="00D10781" w:rsidP="006218D4">
      <w:pPr>
        <w:keepNext/>
      </w:pPr>
      <w:r w:rsidRPr="00D10781">
        <w:rPr>
          <w:noProof/>
        </w:rPr>
        <w:drawing>
          <wp:inline distT="0" distB="0" distL="0" distR="0" wp14:anchorId="7DCD0BDF" wp14:editId="3E4D5A41">
            <wp:extent cx="2248016" cy="323867"/>
            <wp:effectExtent l="0" t="0" r="0" b="0"/>
            <wp:docPr id="5211197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119775" name=""/>
                    <pic:cNvPicPr/>
                  </pic:nvPicPr>
                  <pic:blipFill>
                    <a:blip r:embed="rId30"/>
                    <a:stretch>
                      <a:fillRect/>
                    </a:stretch>
                  </pic:blipFill>
                  <pic:spPr>
                    <a:xfrm>
                      <a:off x="0" y="0"/>
                      <a:ext cx="2248016" cy="323867"/>
                    </a:xfrm>
                    <a:prstGeom prst="rect">
                      <a:avLst/>
                    </a:prstGeom>
                  </pic:spPr>
                </pic:pic>
              </a:graphicData>
            </a:graphic>
          </wp:inline>
        </w:drawing>
      </w:r>
    </w:p>
    <w:p w14:paraId="0DE9D339" w14:textId="3D2C0623" w:rsidR="00D10781" w:rsidRPr="00995F82" w:rsidRDefault="006218D4" w:rsidP="006218D4">
      <w:pPr>
        <w:pStyle w:val="Caption"/>
        <w:rPr>
          <w:color w:val="auto"/>
        </w:rPr>
      </w:pPr>
      <w:r w:rsidRPr="00995F82">
        <w:rPr>
          <w:color w:val="auto"/>
        </w:rPr>
        <w:t xml:space="preserve">Figure </w:t>
      </w:r>
      <w:r w:rsidRPr="00995F82">
        <w:rPr>
          <w:color w:val="auto"/>
        </w:rPr>
        <w:fldChar w:fldCharType="begin"/>
      </w:r>
      <w:r w:rsidRPr="00995F82">
        <w:rPr>
          <w:color w:val="auto"/>
        </w:rPr>
        <w:instrText xml:space="preserve"> SEQ Figure \* ARABIC </w:instrText>
      </w:r>
      <w:r w:rsidRPr="00995F82">
        <w:rPr>
          <w:color w:val="auto"/>
        </w:rPr>
        <w:fldChar w:fldCharType="separate"/>
      </w:r>
      <w:r w:rsidR="00C83FC8">
        <w:rPr>
          <w:noProof/>
          <w:color w:val="auto"/>
        </w:rPr>
        <w:t>23</w:t>
      </w:r>
      <w:r w:rsidRPr="00995F82">
        <w:rPr>
          <w:noProof/>
          <w:color w:val="auto"/>
        </w:rPr>
        <w:fldChar w:fldCharType="end"/>
      </w:r>
      <w:r w:rsidRPr="00995F82">
        <w:rPr>
          <w:color w:val="auto"/>
        </w:rPr>
        <w:t xml:space="preserve"> CSS error fixed before</w:t>
      </w:r>
    </w:p>
    <w:p w14:paraId="2BB0CF21" w14:textId="77777777" w:rsidR="006218D4" w:rsidRDefault="006218D4" w:rsidP="006218D4">
      <w:pPr>
        <w:keepNext/>
      </w:pPr>
      <w:r w:rsidRPr="006218D4">
        <w:rPr>
          <w:noProof/>
        </w:rPr>
        <w:drawing>
          <wp:inline distT="0" distB="0" distL="0" distR="0" wp14:anchorId="3C0D3194" wp14:editId="6133DEF1">
            <wp:extent cx="2178162" cy="501676"/>
            <wp:effectExtent l="0" t="0" r="0" b="0"/>
            <wp:docPr id="3088904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890469" name=""/>
                    <pic:cNvPicPr/>
                  </pic:nvPicPr>
                  <pic:blipFill>
                    <a:blip r:embed="rId31"/>
                    <a:stretch>
                      <a:fillRect/>
                    </a:stretch>
                  </pic:blipFill>
                  <pic:spPr>
                    <a:xfrm>
                      <a:off x="0" y="0"/>
                      <a:ext cx="2178162" cy="501676"/>
                    </a:xfrm>
                    <a:prstGeom prst="rect">
                      <a:avLst/>
                    </a:prstGeom>
                  </pic:spPr>
                </pic:pic>
              </a:graphicData>
            </a:graphic>
          </wp:inline>
        </w:drawing>
      </w:r>
    </w:p>
    <w:p w14:paraId="3069957C" w14:textId="736EDEFD" w:rsidR="00D10781" w:rsidRPr="00995F82" w:rsidRDefault="006218D4" w:rsidP="006218D4">
      <w:pPr>
        <w:pStyle w:val="Caption"/>
        <w:rPr>
          <w:color w:val="auto"/>
        </w:rPr>
      </w:pPr>
      <w:r w:rsidRPr="00995F82">
        <w:rPr>
          <w:color w:val="auto"/>
        </w:rPr>
        <w:t xml:space="preserve">Figure </w:t>
      </w:r>
      <w:r w:rsidRPr="00995F82">
        <w:rPr>
          <w:color w:val="auto"/>
        </w:rPr>
        <w:fldChar w:fldCharType="begin"/>
      </w:r>
      <w:r w:rsidRPr="00995F82">
        <w:rPr>
          <w:color w:val="auto"/>
        </w:rPr>
        <w:instrText xml:space="preserve"> SEQ Figure \* ARABIC </w:instrText>
      </w:r>
      <w:r w:rsidRPr="00995F82">
        <w:rPr>
          <w:color w:val="auto"/>
        </w:rPr>
        <w:fldChar w:fldCharType="separate"/>
      </w:r>
      <w:r w:rsidR="00C83FC8">
        <w:rPr>
          <w:noProof/>
          <w:color w:val="auto"/>
        </w:rPr>
        <w:t>24</w:t>
      </w:r>
      <w:r w:rsidRPr="00995F82">
        <w:rPr>
          <w:noProof/>
          <w:color w:val="auto"/>
        </w:rPr>
        <w:fldChar w:fldCharType="end"/>
      </w:r>
      <w:r w:rsidRPr="00995F82">
        <w:rPr>
          <w:color w:val="auto"/>
        </w:rPr>
        <w:t xml:space="preserve"> CSS error fixed after</w:t>
      </w:r>
    </w:p>
    <w:p w14:paraId="7B8C9909" w14:textId="77777777" w:rsidR="001465C0" w:rsidRPr="00641FF2" w:rsidRDefault="001465C0" w:rsidP="00641FF2"/>
    <w:p w14:paraId="713F68BE" w14:textId="4EE2593C" w:rsidR="00590FB6" w:rsidRDefault="00590FB6" w:rsidP="00590FB6"/>
    <w:p w14:paraId="1170167B" w14:textId="77777777" w:rsidR="002D7453" w:rsidRDefault="002D7453" w:rsidP="00590FB6"/>
    <w:p w14:paraId="71B8BF07" w14:textId="77777777" w:rsidR="002D7453" w:rsidRDefault="002D7453" w:rsidP="00590FB6"/>
    <w:p w14:paraId="35507F60" w14:textId="77777777" w:rsidR="002D7453" w:rsidRDefault="002D7453" w:rsidP="00590FB6"/>
    <w:p w14:paraId="627C8179" w14:textId="32AF6AE0" w:rsidR="002D7453" w:rsidRPr="00E331A7" w:rsidRDefault="002D7453" w:rsidP="00590FB6"/>
    <w:p w14:paraId="1CF01E42" w14:textId="40152664" w:rsidR="006F31FB" w:rsidRDefault="0017694D">
      <w:pPr>
        <w:pStyle w:val="Heading1"/>
      </w:pPr>
      <w:bookmarkStart w:id="5" w:name="_Toc227602174"/>
      <w:r>
        <w:lastRenderedPageBreak/>
        <w:t>4. Evaluation</w:t>
      </w:r>
      <w:bookmarkEnd w:id="5"/>
    </w:p>
    <w:p w14:paraId="5FEA1B2E" w14:textId="77777777" w:rsidR="002D7453" w:rsidRPr="002D7453" w:rsidRDefault="002D7453" w:rsidP="002D7453"/>
    <w:p w14:paraId="46494B08" w14:textId="73E82C6F" w:rsidR="00D24CF6" w:rsidRPr="00995F82" w:rsidRDefault="00434B74" w:rsidP="009E4100">
      <w:pPr>
        <w:pStyle w:val="Heading2"/>
        <w:rPr>
          <w:rStyle w:val="Heading3Char"/>
          <w:color w:val="auto"/>
          <w:sz w:val="32"/>
          <w:szCs w:val="32"/>
        </w:rPr>
      </w:pPr>
      <w:bookmarkStart w:id="6" w:name="_Toc227602175"/>
      <w:r w:rsidRPr="00995F82">
        <w:rPr>
          <w:rStyle w:val="Heading2Char"/>
          <w:color w:val="auto"/>
          <w:sz w:val="32"/>
          <w:szCs w:val="32"/>
        </w:rPr>
        <w:t>Research</w:t>
      </w:r>
      <w:bookmarkEnd w:id="6"/>
    </w:p>
    <w:p w14:paraId="4F4AFB74" w14:textId="1DD2F93A" w:rsidR="0026766A" w:rsidRDefault="00915FFC" w:rsidP="0026766A">
      <w:pPr>
        <w:pStyle w:val="Heading2"/>
        <w:rPr>
          <w:rStyle w:val="Heading3Char"/>
          <w:b/>
          <w:bCs/>
          <w:sz w:val="28"/>
          <w:szCs w:val="28"/>
        </w:rPr>
      </w:pPr>
      <w:bookmarkStart w:id="7" w:name="_Toc227602176"/>
      <w:r w:rsidRPr="00C003B6">
        <w:rPr>
          <w:rStyle w:val="Heading3Char"/>
          <w:b/>
          <w:bCs/>
          <w:sz w:val="28"/>
          <w:szCs w:val="28"/>
        </w:rPr>
        <w:t>Usability</w:t>
      </w:r>
      <w:bookmarkEnd w:id="7"/>
    </w:p>
    <w:p w14:paraId="5A8597E8" w14:textId="77777777" w:rsidR="009E4100" w:rsidRPr="009E4100" w:rsidRDefault="009E4100" w:rsidP="009E4100"/>
    <w:p w14:paraId="7AFD992E" w14:textId="15D96D0E" w:rsidR="00DB6F9A" w:rsidRDefault="00BD2234" w:rsidP="00DB6F9A">
      <w:bookmarkStart w:id="8" w:name="_Toc227602177"/>
      <w:r w:rsidRPr="00F301ED">
        <w:rPr>
          <w:rStyle w:val="Heading3Char"/>
          <w:rFonts w:asciiTheme="minorHAnsi" w:hAnsiTheme="minorHAnsi"/>
          <w:b w:val="0"/>
          <w:bCs w:val="0"/>
          <w:color w:val="auto"/>
        </w:rPr>
        <w:t xml:space="preserve">Usability means </w:t>
      </w:r>
      <w:r w:rsidR="0061085D" w:rsidRPr="00F301ED">
        <w:rPr>
          <w:rStyle w:val="Heading3Char"/>
          <w:rFonts w:asciiTheme="minorHAnsi" w:hAnsiTheme="minorHAnsi"/>
          <w:b w:val="0"/>
          <w:bCs w:val="0"/>
          <w:color w:val="auto"/>
        </w:rPr>
        <w:t xml:space="preserve">the quality of how easily users can navigate, understand or </w:t>
      </w:r>
      <w:r w:rsidR="005B338F" w:rsidRPr="00F301ED">
        <w:rPr>
          <w:rStyle w:val="Heading3Char"/>
          <w:rFonts w:asciiTheme="minorHAnsi" w:hAnsiTheme="minorHAnsi"/>
          <w:b w:val="0"/>
          <w:bCs w:val="0"/>
          <w:color w:val="auto"/>
        </w:rPr>
        <w:t xml:space="preserve">interact with a website to achieve </w:t>
      </w:r>
      <w:r w:rsidR="00563A11" w:rsidRPr="00F301ED">
        <w:rPr>
          <w:rStyle w:val="Heading3Char"/>
          <w:rFonts w:asciiTheme="minorHAnsi" w:hAnsiTheme="minorHAnsi"/>
          <w:b w:val="0"/>
          <w:bCs w:val="0"/>
          <w:color w:val="auto"/>
        </w:rPr>
        <w:t>goals</w:t>
      </w:r>
      <w:r w:rsidR="00802F37" w:rsidRPr="00F301ED">
        <w:rPr>
          <w:rStyle w:val="Heading3Char"/>
          <w:rFonts w:asciiTheme="minorHAnsi" w:hAnsiTheme="minorHAnsi"/>
          <w:b w:val="0"/>
          <w:bCs w:val="0"/>
          <w:color w:val="auto"/>
        </w:rPr>
        <w:t>. According to</w:t>
      </w:r>
      <w:bookmarkEnd w:id="8"/>
      <w:r w:rsidR="00802F37" w:rsidRPr="00F301ED">
        <w:rPr>
          <w:rStyle w:val="Heading3Char"/>
          <w:rFonts w:asciiTheme="minorHAnsi" w:hAnsiTheme="minorHAnsi"/>
          <w:b w:val="0"/>
          <w:bCs w:val="0"/>
          <w:color w:val="auto"/>
        </w:rPr>
        <w:t xml:space="preserve"> </w:t>
      </w:r>
      <w:r w:rsidR="00737DB0" w:rsidRPr="00F301ED">
        <w:rPr>
          <w:rFonts w:eastAsiaTheme="majorEastAsia" w:cstheme="majorBidi"/>
        </w:rPr>
        <w:t xml:space="preserve">Abdulrahaman Abdul </w:t>
      </w:r>
      <w:r w:rsidR="00654A97" w:rsidRPr="00F301ED">
        <w:rPr>
          <w:rFonts w:eastAsiaTheme="majorEastAsia" w:cstheme="majorBidi"/>
        </w:rPr>
        <w:t>Ganiyu (</w:t>
      </w:r>
      <w:r w:rsidR="00737DB0" w:rsidRPr="00F301ED">
        <w:rPr>
          <w:rFonts w:eastAsiaTheme="majorEastAsia" w:cstheme="majorBidi"/>
        </w:rPr>
        <w:t>2017),</w:t>
      </w:r>
      <w:r w:rsidR="005B338F" w:rsidRPr="00F301ED">
        <w:rPr>
          <w:rStyle w:val="Heading3Char"/>
          <w:rFonts w:asciiTheme="minorHAnsi" w:hAnsiTheme="minorHAnsi"/>
          <w:b w:val="0"/>
          <w:bCs w:val="0"/>
          <w:color w:val="auto"/>
        </w:rPr>
        <w:t xml:space="preserve"> </w:t>
      </w:r>
      <w:r w:rsidR="004B2641" w:rsidRPr="00F301ED">
        <w:rPr>
          <w:rStyle w:val="Heading3Char"/>
          <w:rFonts w:asciiTheme="minorHAnsi" w:hAnsiTheme="minorHAnsi"/>
          <w:b w:val="0"/>
          <w:bCs w:val="0"/>
          <w:color w:val="auto"/>
        </w:rPr>
        <w:t xml:space="preserve">it helps the site to </w:t>
      </w:r>
      <w:r w:rsidR="0057583D" w:rsidRPr="00F301ED">
        <w:rPr>
          <w:rStyle w:val="Heading3Char"/>
          <w:rFonts w:asciiTheme="minorHAnsi" w:hAnsiTheme="minorHAnsi"/>
          <w:b w:val="0"/>
          <w:bCs w:val="0"/>
          <w:color w:val="auto"/>
        </w:rPr>
        <w:t>keep a good relationship with people and organizations</w:t>
      </w:r>
      <w:r w:rsidR="004975FC" w:rsidRPr="00F301ED">
        <w:rPr>
          <w:rStyle w:val="Heading3Char"/>
          <w:rFonts w:asciiTheme="minorHAnsi" w:hAnsiTheme="minorHAnsi"/>
          <w:b w:val="0"/>
          <w:bCs w:val="0"/>
          <w:color w:val="auto"/>
        </w:rPr>
        <w:t>, especially if the audience is big</w:t>
      </w:r>
      <w:r w:rsidR="00994673" w:rsidRPr="00F301ED">
        <w:rPr>
          <w:rStyle w:val="Heading3Char"/>
          <w:rFonts w:asciiTheme="minorHAnsi" w:hAnsiTheme="minorHAnsi"/>
          <w:b w:val="0"/>
          <w:bCs w:val="0"/>
          <w:color w:val="auto"/>
        </w:rPr>
        <w:t xml:space="preserve">. It </w:t>
      </w:r>
      <w:r w:rsidR="00802F37" w:rsidRPr="00F301ED">
        <w:rPr>
          <w:rStyle w:val="Heading3Char"/>
          <w:rFonts w:asciiTheme="minorHAnsi" w:hAnsiTheme="minorHAnsi"/>
          <w:b w:val="0"/>
          <w:bCs w:val="0"/>
          <w:color w:val="auto"/>
        </w:rPr>
        <w:t>makes it</w:t>
      </w:r>
      <w:r w:rsidR="00994673" w:rsidRPr="00F301ED">
        <w:rPr>
          <w:rStyle w:val="Heading3Char"/>
          <w:rFonts w:asciiTheme="minorHAnsi" w:hAnsiTheme="minorHAnsi"/>
          <w:b w:val="0"/>
          <w:bCs w:val="0"/>
          <w:color w:val="auto"/>
        </w:rPr>
        <w:t xml:space="preserve"> easier to </w:t>
      </w:r>
      <w:r w:rsidR="008035B8" w:rsidRPr="00F301ED">
        <w:rPr>
          <w:rStyle w:val="Heading3Char"/>
          <w:rFonts w:asciiTheme="minorHAnsi" w:hAnsiTheme="minorHAnsi"/>
          <w:b w:val="0"/>
          <w:bCs w:val="0"/>
          <w:color w:val="auto"/>
        </w:rPr>
        <w:t xml:space="preserve">perform a bunch of tasks </w:t>
      </w:r>
      <w:r w:rsidR="00654A97" w:rsidRPr="00F301ED">
        <w:rPr>
          <w:rStyle w:val="Heading3Char"/>
          <w:rFonts w:asciiTheme="minorHAnsi" w:hAnsiTheme="minorHAnsi"/>
          <w:b w:val="0"/>
          <w:bCs w:val="0"/>
          <w:color w:val="auto"/>
        </w:rPr>
        <w:t xml:space="preserve">that </w:t>
      </w:r>
      <w:r w:rsidR="00797219" w:rsidRPr="00F301ED">
        <w:rPr>
          <w:rStyle w:val="Heading3Char"/>
          <w:rFonts w:asciiTheme="minorHAnsi" w:hAnsiTheme="minorHAnsi"/>
          <w:b w:val="0"/>
          <w:bCs w:val="0"/>
          <w:color w:val="auto"/>
        </w:rPr>
        <w:t>facilitate</w:t>
      </w:r>
      <w:r w:rsidR="00654A97" w:rsidRPr="00F301ED">
        <w:rPr>
          <w:rStyle w:val="Heading3Char"/>
          <w:rFonts w:asciiTheme="minorHAnsi" w:hAnsiTheme="minorHAnsi"/>
          <w:b w:val="0"/>
          <w:bCs w:val="0"/>
          <w:color w:val="auto"/>
        </w:rPr>
        <w:t xml:space="preserve"> services for students, companies</w:t>
      </w:r>
      <w:r w:rsidR="00797219" w:rsidRPr="00F301ED">
        <w:rPr>
          <w:rStyle w:val="Heading3Char"/>
          <w:rFonts w:asciiTheme="minorHAnsi" w:hAnsiTheme="minorHAnsi"/>
          <w:b w:val="0"/>
          <w:bCs w:val="0"/>
          <w:color w:val="auto"/>
        </w:rPr>
        <w:t>, staff, etc.</w:t>
      </w:r>
      <w:r w:rsidR="00DB6F9A" w:rsidRPr="00DB6F9A">
        <w:t xml:space="preserve"> </w:t>
      </w:r>
      <w:r w:rsidR="00DB6F9A" w:rsidRPr="007F6DB9">
        <w:t>[1]</w:t>
      </w:r>
      <w:r w:rsidR="00DB6F9A" w:rsidRPr="00DB6F9A">
        <w:t xml:space="preserve"> </w:t>
      </w:r>
      <w:r w:rsidR="00DB6F9A" w:rsidRPr="007F6DB9">
        <w:t>[</w:t>
      </w:r>
      <w:r w:rsidR="00DB6F9A">
        <w:t>2</w:t>
      </w:r>
      <w:r w:rsidR="00DB6F9A" w:rsidRPr="007F6DB9">
        <w:t>]</w:t>
      </w:r>
    </w:p>
    <w:p w14:paraId="469A4FE0" w14:textId="25417139" w:rsidR="00915FFC" w:rsidRDefault="00915FFC" w:rsidP="00915FFC">
      <w:pPr>
        <w:rPr>
          <w:rStyle w:val="Heading3Char"/>
          <w:rFonts w:asciiTheme="minorHAnsi" w:hAnsiTheme="minorHAnsi"/>
          <w:b w:val="0"/>
          <w:bCs w:val="0"/>
          <w:color w:val="auto"/>
        </w:rPr>
      </w:pPr>
    </w:p>
    <w:p w14:paraId="728A0F9F" w14:textId="7D6FF430" w:rsidR="00F301ED" w:rsidRDefault="00A61030" w:rsidP="00F301ED">
      <w:pPr>
        <w:pStyle w:val="Heading2"/>
        <w:rPr>
          <w:rStyle w:val="Heading3Char"/>
          <w:rFonts w:cstheme="majorHAnsi"/>
          <w:b/>
          <w:bCs/>
          <w:color w:val="548DD4" w:themeColor="text2" w:themeTint="99"/>
        </w:rPr>
      </w:pPr>
      <w:bookmarkStart w:id="9" w:name="_Toc227602178"/>
      <w:r w:rsidRPr="0026766A">
        <w:rPr>
          <w:rStyle w:val="Heading3Char"/>
          <w:rFonts w:cstheme="majorHAnsi"/>
          <w:b/>
          <w:bCs/>
          <w:color w:val="548DD4" w:themeColor="text2" w:themeTint="99"/>
        </w:rPr>
        <w:t>Accessibility</w:t>
      </w:r>
      <w:bookmarkEnd w:id="9"/>
    </w:p>
    <w:p w14:paraId="396222E5" w14:textId="77777777" w:rsidR="009E4100" w:rsidRPr="009E4100" w:rsidRDefault="009E4100" w:rsidP="009E4100"/>
    <w:p w14:paraId="02E6DC3E" w14:textId="52E18667" w:rsidR="0026766A" w:rsidRDefault="0026766A" w:rsidP="0026766A">
      <w:r>
        <w:t xml:space="preserve">Accessibility means </w:t>
      </w:r>
      <w:r w:rsidR="00BE19BF">
        <w:t xml:space="preserve">the </w:t>
      </w:r>
      <w:r w:rsidR="00575FFE">
        <w:t xml:space="preserve">practice of designing and developing </w:t>
      </w:r>
      <w:r w:rsidR="00767E5D">
        <w:t>websites,</w:t>
      </w:r>
      <w:r w:rsidR="00575FFE">
        <w:t xml:space="preserve"> tools and technologies so people can </w:t>
      </w:r>
      <w:r w:rsidR="00767E5D">
        <w:t xml:space="preserve">navigate, understand or interact with the web. According to </w:t>
      </w:r>
      <w:r w:rsidR="0091374D">
        <w:t>S</w:t>
      </w:r>
      <w:r w:rsidR="005B118D">
        <w:t>hawn Henry</w:t>
      </w:r>
      <w:r w:rsidR="00BD2E52">
        <w:t xml:space="preserve"> </w:t>
      </w:r>
      <w:r w:rsidR="00C11680">
        <w:t>(</w:t>
      </w:r>
      <w:r w:rsidR="00BD2E52">
        <w:t>200</w:t>
      </w:r>
      <w:r w:rsidR="006768BE">
        <w:t>6</w:t>
      </w:r>
      <w:r w:rsidR="00FB4AAE">
        <w:t>), it</w:t>
      </w:r>
      <w:r w:rsidR="005B118D">
        <w:t xml:space="preserve"> refers to </w:t>
      </w:r>
      <w:r w:rsidR="00FB4AAE">
        <w:t xml:space="preserve">the way people with disabilities </w:t>
      </w:r>
      <w:r w:rsidR="00DB560F">
        <w:t>use</w:t>
      </w:r>
      <w:r w:rsidR="00FB4AAE">
        <w:t xml:space="preserve"> websites</w:t>
      </w:r>
      <w:r w:rsidR="00DB560F">
        <w:t xml:space="preserve">. </w:t>
      </w:r>
      <w:r w:rsidR="000D61CC">
        <w:t xml:space="preserve">This </w:t>
      </w:r>
      <w:r w:rsidR="00D2533E">
        <w:t>embraces</w:t>
      </w:r>
      <w:r w:rsidR="006768BE">
        <w:t xml:space="preserve"> </w:t>
      </w:r>
      <w:r w:rsidR="000D61CC">
        <w:t>all disabilities such as visual, cognitive or audi</w:t>
      </w:r>
      <w:r w:rsidR="00D2533E">
        <w:t>tive, etc.</w:t>
      </w:r>
      <w:r w:rsidR="00DB6F9A">
        <w:t xml:space="preserve"> </w:t>
      </w:r>
      <w:r w:rsidR="00DB6F9A" w:rsidRPr="007F6DB9">
        <w:t>[</w:t>
      </w:r>
      <w:r w:rsidR="00DB6F9A">
        <w:t>3</w:t>
      </w:r>
      <w:r w:rsidR="00DB6F9A" w:rsidRPr="007F6DB9">
        <w:t>]</w:t>
      </w:r>
      <w:r w:rsidR="00DB6F9A">
        <w:t xml:space="preserve"> </w:t>
      </w:r>
      <w:r w:rsidR="00DB6F9A" w:rsidRPr="007F6DB9">
        <w:t>[</w:t>
      </w:r>
      <w:r w:rsidR="00DB6F9A">
        <w:t>4</w:t>
      </w:r>
      <w:r w:rsidR="00DB6F9A" w:rsidRPr="007F6DB9">
        <w:t>]</w:t>
      </w:r>
    </w:p>
    <w:p w14:paraId="7B3BC38E" w14:textId="3AE255E3" w:rsidR="00E42B02" w:rsidRPr="004273EB" w:rsidRDefault="00E42B02" w:rsidP="00E42B02">
      <w:pPr>
        <w:pStyle w:val="Heading2"/>
        <w:rPr>
          <w:color w:val="8DB3E2" w:themeColor="text2" w:themeTint="66"/>
        </w:rPr>
      </w:pPr>
      <w:bookmarkStart w:id="10" w:name="_Toc227602179"/>
      <w:r w:rsidRPr="004273EB">
        <w:rPr>
          <w:color w:val="8DB3E2" w:themeColor="text2" w:themeTint="66"/>
        </w:rPr>
        <w:t>SEO</w:t>
      </w:r>
      <w:bookmarkEnd w:id="10"/>
    </w:p>
    <w:p w14:paraId="3A616DF1" w14:textId="4ED6FDF6" w:rsidR="0026766A" w:rsidRDefault="00D2533E" w:rsidP="00E42B02">
      <w:r>
        <w:br/>
      </w:r>
      <w:r w:rsidR="004F110E">
        <w:t xml:space="preserve">SEO or Search Engine Optimization means to the process to improve </w:t>
      </w:r>
      <w:r w:rsidR="00535AB4">
        <w:t xml:space="preserve">the visibility of a website and organic traffic sites </w:t>
      </w:r>
      <w:r w:rsidR="001F3548">
        <w:t>like</w:t>
      </w:r>
      <w:r w:rsidR="00535AB4">
        <w:t xml:space="preserve"> Google or </w:t>
      </w:r>
      <w:r w:rsidR="001F3548">
        <w:t xml:space="preserve">Opera; </w:t>
      </w:r>
      <w:r w:rsidR="001218B5">
        <w:t xml:space="preserve">this </w:t>
      </w:r>
      <w:r w:rsidR="001F3548">
        <w:t>makes it</w:t>
      </w:r>
      <w:r w:rsidR="001218B5">
        <w:t xml:space="preserve"> easier </w:t>
      </w:r>
      <w:r w:rsidR="001F3548">
        <w:t>for</w:t>
      </w:r>
      <w:r w:rsidR="001218B5">
        <w:t xml:space="preserve"> users find websites quickly. According to </w:t>
      </w:r>
      <w:r w:rsidR="00A70274">
        <w:t xml:space="preserve">Nursel Yarcin </w:t>
      </w:r>
      <w:r w:rsidR="00CA0252">
        <w:t xml:space="preserve">(2010), </w:t>
      </w:r>
      <w:r w:rsidR="0024775A">
        <w:t xml:space="preserve">it is important to have a good structure, a web-designed page </w:t>
      </w:r>
      <w:r w:rsidR="003E3CB2">
        <w:t xml:space="preserve">or good looking to introduce services better. </w:t>
      </w:r>
      <w:r w:rsidR="0089171E">
        <w:t xml:space="preserve">This makes the page easier to appear in top lists </w:t>
      </w:r>
      <w:r w:rsidR="00582C27">
        <w:t>using keywords</w:t>
      </w:r>
      <w:r w:rsidR="00AC7D85">
        <w:t xml:space="preserve"> that </w:t>
      </w:r>
      <w:r w:rsidR="00091C52">
        <w:t>allow</w:t>
      </w:r>
      <w:r w:rsidR="00BD08BD">
        <w:t xml:space="preserve"> them</w:t>
      </w:r>
      <w:r w:rsidR="00AC7D85">
        <w:t xml:space="preserve"> to </w:t>
      </w:r>
      <w:r w:rsidR="00091C52">
        <w:t>relate to</w:t>
      </w:r>
      <w:r w:rsidR="00BD08BD">
        <w:t xml:space="preserve"> SEO.</w:t>
      </w:r>
      <w:r w:rsidR="00933186">
        <w:t xml:space="preserve"> </w:t>
      </w:r>
      <w:r w:rsidR="00933186" w:rsidRPr="007F6DB9">
        <w:t>[</w:t>
      </w:r>
      <w:r w:rsidR="00933186">
        <w:t>5</w:t>
      </w:r>
      <w:r w:rsidR="00933186" w:rsidRPr="007F6DB9">
        <w:t>]</w:t>
      </w:r>
      <w:r w:rsidR="00933186">
        <w:t xml:space="preserve"> </w:t>
      </w:r>
      <w:r w:rsidR="00933186" w:rsidRPr="007F6DB9">
        <w:t>[</w:t>
      </w:r>
      <w:r w:rsidR="00933186">
        <w:t>6</w:t>
      </w:r>
      <w:r w:rsidR="00933186" w:rsidRPr="007F6DB9">
        <w:t>]</w:t>
      </w:r>
    </w:p>
    <w:p w14:paraId="2DAB6921" w14:textId="77777777" w:rsidR="0026766A" w:rsidRPr="0026766A" w:rsidRDefault="0026766A" w:rsidP="0026766A"/>
    <w:p w14:paraId="0B90C7AB" w14:textId="77777777" w:rsidR="008C6518" w:rsidRPr="00995F82" w:rsidRDefault="008C6518" w:rsidP="008C6518">
      <w:pPr>
        <w:pStyle w:val="Heading2"/>
        <w:rPr>
          <w:color w:val="auto"/>
        </w:rPr>
      </w:pPr>
      <w:bookmarkStart w:id="11" w:name="_Toc227602180"/>
      <w:r w:rsidRPr="00995F82">
        <w:rPr>
          <w:color w:val="auto"/>
        </w:rPr>
        <w:t>Website Evaluation</w:t>
      </w:r>
      <w:bookmarkEnd w:id="11"/>
    </w:p>
    <w:p w14:paraId="2E62CCBD" w14:textId="471D8F4F" w:rsidR="00F301ED" w:rsidRDefault="008C6518" w:rsidP="009E4100">
      <w:pPr>
        <w:pStyle w:val="Heading4"/>
        <w:rPr>
          <w:rStyle w:val="Heading3Char"/>
          <w:b/>
          <w:bCs/>
          <w:color w:val="auto"/>
        </w:rPr>
      </w:pPr>
      <w:r w:rsidRPr="00995F82">
        <w:rPr>
          <w:color w:val="auto"/>
        </w:rPr>
        <w:t>Usability and utility</w:t>
      </w:r>
      <w:r w:rsidR="009E4100" w:rsidRPr="00995F82">
        <w:rPr>
          <w:color w:val="auto"/>
        </w:rPr>
        <w:t xml:space="preserve">: </w:t>
      </w:r>
      <w:r w:rsidRPr="00995F82">
        <w:rPr>
          <w:color w:val="auto"/>
        </w:rPr>
        <w:br/>
      </w:r>
    </w:p>
    <w:p w14:paraId="6536B41B" w14:textId="271F1FF5" w:rsidR="00434B74" w:rsidRPr="00965B8A" w:rsidRDefault="00342EE5" w:rsidP="00D24CF6">
      <w:pPr>
        <w:rPr>
          <w:rStyle w:val="Heading3Char"/>
          <w:rFonts w:asciiTheme="minorHAnsi" w:eastAsiaTheme="minorEastAsia" w:hAnsiTheme="minorHAnsi" w:cstheme="minorBidi"/>
          <w:b w:val="0"/>
          <w:bCs w:val="0"/>
          <w:color w:val="auto"/>
        </w:rPr>
      </w:pPr>
      <w:r>
        <w:t xml:space="preserve">The website I have created works </w:t>
      </w:r>
      <w:r w:rsidR="007C4AB3">
        <w:t>properly;</w:t>
      </w:r>
      <w:r>
        <w:t xml:space="preserve"> </w:t>
      </w:r>
      <w:r w:rsidR="00091C52">
        <w:t>this website provides a menu that allow</w:t>
      </w:r>
      <w:r w:rsidR="007C4AB3">
        <w:t xml:space="preserve">s users to navigate across all the pages. Each link attached to it </w:t>
      </w:r>
      <w:r w:rsidR="00846BDA">
        <w:t xml:space="preserve">works correctly, so users can go through them to find more information about interests or </w:t>
      </w:r>
      <w:r w:rsidR="009C13D1">
        <w:t xml:space="preserve">hobbies. The web also achieves the purpose or goal which is showing personal information about the web developer. Basically, the website presents a friendly structure to navigate </w:t>
      </w:r>
      <w:r w:rsidR="00393A5E">
        <w:t xml:space="preserve">on it and makes sure the user </w:t>
      </w:r>
      <w:r w:rsidR="00393A5E">
        <w:lastRenderedPageBreak/>
        <w:t>can understand what the website is about</w:t>
      </w:r>
      <w:r w:rsidR="00D81B15">
        <w:t xml:space="preserve">. All these features ensure that users </w:t>
      </w:r>
      <w:r w:rsidR="00965B8A">
        <w:t xml:space="preserve">cannot get </w:t>
      </w:r>
      <w:r w:rsidR="00E7333E">
        <w:t>confuse</w:t>
      </w:r>
      <w:r w:rsidR="00965B8A">
        <w:t>d</w:t>
      </w:r>
      <w:r w:rsidR="00E7333E">
        <w:t xml:space="preserve"> </w:t>
      </w:r>
      <w:r w:rsidR="00D81B15">
        <w:t xml:space="preserve">on </w:t>
      </w:r>
      <w:r w:rsidR="00E7333E">
        <w:t>what they are navigating and it is easier to und</w:t>
      </w:r>
      <w:r w:rsidR="00257C99">
        <w:t xml:space="preserve">erstand for anyone. </w:t>
      </w:r>
    </w:p>
    <w:p w14:paraId="1DBBA1D3" w14:textId="14B4D8DF" w:rsidR="00434B74" w:rsidRPr="00995F82" w:rsidRDefault="00393A5E" w:rsidP="00393A5E">
      <w:pPr>
        <w:pStyle w:val="Heading4"/>
        <w:rPr>
          <w:rStyle w:val="Heading3Char"/>
          <w:color w:val="auto"/>
        </w:rPr>
      </w:pPr>
      <w:bookmarkStart w:id="12" w:name="_Toc227602181"/>
      <w:r w:rsidRPr="00995F82">
        <w:rPr>
          <w:rStyle w:val="Heading3Char"/>
          <w:color w:val="auto"/>
        </w:rPr>
        <w:t>SEO Techniques Used</w:t>
      </w:r>
      <w:bookmarkEnd w:id="12"/>
    </w:p>
    <w:p w14:paraId="56FDD828" w14:textId="1F7E0EB4" w:rsidR="00393A5E" w:rsidRDefault="00393A5E" w:rsidP="00393A5E"/>
    <w:p w14:paraId="0D14092E" w14:textId="7F40D19E" w:rsidR="00965B8A" w:rsidRDefault="00211B9C" w:rsidP="00393A5E">
      <w:r>
        <w:t xml:space="preserve">Through my web design structure, I have applied some </w:t>
      </w:r>
      <w:r w:rsidR="00E54364">
        <w:t xml:space="preserve">elements </w:t>
      </w:r>
      <w:r>
        <w:t xml:space="preserve">that </w:t>
      </w:r>
      <w:r w:rsidR="00E54364">
        <w:t xml:space="preserve">improve search visibility for users when they </w:t>
      </w:r>
      <w:r w:rsidR="008C1534">
        <w:t>look</w:t>
      </w:r>
      <w:r w:rsidR="00E169F6">
        <w:t xml:space="preserve"> for my website and it </w:t>
      </w:r>
      <w:r w:rsidR="008C1534">
        <w:t>allows them</w:t>
      </w:r>
      <w:r w:rsidR="00E169F6">
        <w:t xml:space="preserve"> to appear on the top lists of search engines such as Google, Opera etc. </w:t>
      </w:r>
      <w:r w:rsidR="008C1534">
        <w:t xml:space="preserve"> Some </w:t>
      </w:r>
      <w:r w:rsidR="007765C7">
        <w:t>attributes or elements</w:t>
      </w:r>
      <w:r w:rsidR="008C1534">
        <w:t xml:space="preserve"> I have used for my web design have been </w:t>
      </w:r>
      <w:proofErr w:type="gramStart"/>
      <w:r w:rsidR="00EA5CD4" w:rsidRPr="007765C7">
        <w:rPr>
          <w:b/>
          <w:bCs/>
        </w:rPr>
        <w:t>h1</w:t>
      </w:r>
      <w:r w:rsidR="00EA5CD4">
        <w:t>,</w:t>
      </w:r>
      <w:proofErr w:type="gramEnd"/>
      <w:r w:rsidR="00EA5CD4">
        <w:t xml:space="preserve"> </w:t>
      </w:r>
      <w:r w:rsidR="00EA5CD4" w:rsidRPr="007765C7">
        <w:rPr>
          <w:b/>
          <w:bCs/>
        </w:rPr>
        <w:t>h2</w:t>
      </w:r>
      <w:r w:rsidR="00EA5CD4">
        <w:t xml:space="preserve">; these elements </w:t>
      </w:r>
      <w:r w:rsidR="007765C7">
        <w:t>allow us</w:t>
      </w:r>
      <w:r w:rsidR="00EA5CD4">
        <w:t xml:space="preserve"> to present clear headings so the users can under</w:t>
      </w:r>
      <w:r w:rsidR="00321339">
        <w:t xml:space="preserve">stand what section is about. </w:t>
      </w:r>
      <w:r w:rsidR="007E157A">
        <w:t>Also,</w:t>
      </w:r>
      <w:r w:rsidR="00321339">
        <w:t xml:space="preserve"> I have added </w:t>
      </w:r>
      <w:r w:rsidR="00321339" w:rsidRPr="007765C7">
        <w:rPr>
          <w:b/>
          <w:bCs/>
        </w:rPr>
        <w:t>alt</w:t>
      </w:r>
      <w:r w:rsidR="00321339">
        <w:t xml:space="preserve"> </w:t>
      </w:r>
      <w:r w:rsidR="007765C7">
        <w:t>attributes</w:t>
      </w:r>
      <w:r w:rsidR="00321339">
        <w:t xml:space="preserve"> in images in case </w:t>
      </w:r>
      <w:r w:rsidR="007E157A">
        <w:t>users cannot visualize the image in some search engines</w:t>
      </w:r>
      <w:r w:rsidR="00962D0E">
        <w:t>.</w:t>
      </w:r>
      <w:r w:rsidR="003C5B6E">
        <w:t xml:space="preserve"> Besides the </w:t>
      </w:r>
      <w:r w:rsidR="000047EB">
        <w:t>name of each page (Home, about, contact, etc</w:t>
      </w:r>
      <w:r w:rsidR="00EB40CE">
        <w:t>.</w:t>
      </w:r>
      <w:r w:rsidR="000047EB">
        <w:t xml:space="preserve">) </w:t>
      </w:r>
      <w:r w:rsidR="00EB40CE">
        <w:t>helps search engines understand content</w:t>
      </w:r>
      <w:r w:rsidR="007765C7">
        <w:t>.</w:t>
      </w:r>
    </w:p>
    <w:p w14:paraId="42C58BB0" w14:textId="2AA2F3DA" w:rsidR="006F31FB" w:rsidRDefault="006F31FB"/>
    <w:p w14:paraId="55A2381E" w14:textId="77777777" w:rsidR="007C7376" w:rsidRDefault="0017694D" w:rsidP="007C7376">
      <w:pPr>
        <w:pStyle w:val="Heading4"/>
      </w:pPr>
      <w:r>
        <w:t>Accessibility (WCAG 2.1)</w:t>
      </w:r>
    </w:p>
    <w:p w14:paraId="3383773B" w14:textId="57E1EAC2" w:rsidR="007C7376" w:rsidRDefault="007C7376" w:rsidP="007C7376"/>
    <w:p w14:paraId="2F8CC43E" w14:textId="1E1FFFA5" w:rsidR="006F31FB" w:rsidRDefault="007C7376" w:rsidP="007C7376">
      <w:r>
        <w:t xml:space="preserve">This website was created with consideration </w:t>
      </w:r>
      <w:r w:rsidR="006A0FB2">
        <w:t xml:space="preserve">of accessibility WCAG 2.1 guidelines. </w:t>
      </w:r>
      <w:r w:rsidR="0017694D">
        <w:br/>
      </w:r>
      <w:r w:rsidR="00A73D0A">
        <w:t xml:space="preserve">In terms of perceivable </w:t>
      </w:r>
      <w:r w:rsidR="004A0817">
        <w:t>definition,</w:t>
      </w:r>
      <w:r w:rsidR="00A73D0A">
        <w:t xml:space="preserve"> the website presents </w:t>
      </w:r>
      <w:r w:rsidR="00701996">
        <w:t xml:space="preserve">a </w:t>
      </w:r>
      <w:r w:rsidR="00EC1FFC">
        <w:t>clear</w:t>
      </w:r>
      <w:r w:rsidR="00701996">
        <w:t xml:space="preserve"> and visible content</w:t>
      </w:r>
      <w:r w:rsidR="00EC1FFC">
        <w:t xml:space="preserve"> well structured using heading, images, tables, footer, menu, paragraph</w:t>
      </w:r>
      <w:r w:rsidR="004A0817">
        <w:t xml:space="preserve">s, etc. According to operability, </w:t>
      </w:r>
      <w:r w:rsidR="00DB0935">
        <w:t xml:space="preserve">the website is easy to navigate using a consistent </w:t>
      </w:r>
      <w:r w:rsidR="00155A9B">
        <w:t xml:space="preserve">and simple menu that </w:t>
      </w:r>
      <w:r w:rsidR="00B61B5C">
        <w:t>allows</w:t>
      </w:r>
      <w:r w:rsidR="00155A9B">
        <w:t xml:space="preserve"> users to move across all the pages </w:t>
      </w:r>
      <w:r w:rsidR="00AC6FE1">
        <w:t xml:space="preserve">with no stress. For </w:t>
      </w:r>
      <w:r w:rsidR="00A7305C">
        <w:t>understandability,</w:t>
      </w:r>
      <w:r w:rsidR="00B61B5C">
        <w:t xml:space="preserve"> the content was written using simple and clear language </w:t>
      </w:r>
      <w:r w:rsidR="00A7305C">
        <w:t xml:space="preserve">so users can follow easily. Finally, for </w:t>
      </w:r>
      <w:r w:rsidR="002576CC">
        <w:t xml:space="preserve">robustness, the website uses HTML and CSS to </w:t>
      </w:r>
      <w:r w:rsidR="00F90C6C">
        <w:t xml:space="preserve">ensure compatibility across different search engines. However, my website presents some </w:t>
      </w:r>
      <w:r w:rsidR="00E76DF4">
        <w:t xml:space="preserve">limitations, such as the lack of advanced accessibility and potential improvements in color </w:t>
      </w:r>
      <w:r w:rsidR="0046649F">
        <w:t>contrast, which could be implemented in future updates.</w:t>
      </w:r>
    </w:p>
    <w:p w14:paraId="156CF957" w14:textId="294C4FBD" w:rsidR="00790F4E" w:rsidRDefault="00523D29" w:rsidP="007C7376">
      <w:pPr>
        <w:rPr>
          <w:rStyle w:val="Heading2Char"/>
        </w:rPr>
      </w:pPr>
      <w:r w:rsidRPr="00790F4E">
        <w:rPr>
          <w:rStyle w:val="Heading2Char"/>
        </w:rPr>
        <w:t>Website Comparison:</w:t>
      </w:r>
      <w:r>
        <w:rPr>
          <w:rStyle w:val="Heading2Char"/>
        </w:rPr>
        <w:t xml:space="preserve"> Transfermarkt and OneFootball </w:t>
      </w:r>
    </w:p>
    <w:p w14:paraId="5C19EAF6" w14:textId="66C7591E" w:rsidR="0076566B" w:rsidRDefault="00BA2F5B" w:rsidP="007C7376">
      <w:pPr>
        <w:rPr>
          <w:rStyle w:val="Heading2Char"/>
          <w:color w:val="00B050"/>
        </w:rPr>
      </w:pPr>
      <w:r>
        <w:rPr>
          <w:rStyle w:val="Heading2Char"/>
          <w:color w:val="00B050"/>
        </w:rPr>
        <w:t>Usability</w:t>
      </w:r>
    </w:p>
    <w:p w14:paraId="14C51823" w14:textId="3041E908" w:rsidR="001567F6" w:rsidRPr="009467CC" w:rsidRDefault="0076566B" w:rsidP="009467CC">
      <w:pPr>
        <w:rPr>
          <w:rFonts w:asciiTheme="majorHAnsi" w:eastAsiaTheme="majorEastAsia" w:hAnsiTheme="majorHAnsi" w:cstheme="majorBidi"/>
          <w:b/>
          <w:bCs/>
          <w:color w:val="C00000"/>
          <w:sz w:val="26"/>
          <w:szCs w:val="26"/>
        </w:rPr>
      </w:pPr>
      <w:r>
        <w:rPr>
          <w:rStyle w:val="Heading2Char"/>
          <w:color w:val="C00000"/>
        </w:rPr>
        <w:t>Transfermarkt</w:t>
      </w:r>
      <w:r w:rsidR="009467CC" w:rsidRPr="00212D1E">
        <w:rPr>
          <w:rStyle w:val="Heading2Char"/>
          <w:noProof/>
          <w:color w:val="C00000"/>
        </w:rPr>
        <w:drawing>
          <wp:inline distT="0" distB="0" distL="0" distR="0" wp14:anchorId="18CCEA4C" wp14:editId="08451917">
            <wp:extent cx="4509770" cy="1797050"/>
            <wp:effectExtent l="0" t="0" r="5080" b="0"/>
            <wp:docPr id="5415922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592224" name=""/>
                    <pic:cNvPicPr/>
                  </pic:nvPicPr>
                  <pic:blipFill>
                    <a:blip r:embed="rId32"/>
                    <a:stretch>
                      <a:fillRect/>
                    </a:stretch>
                  </pic:blipFill>
                  <pic:spPr>
                    <a:xfrm>
                      <a:off x="0" y="0"/>
                      <a:ext cx="4509770" cy="1797050"/>
                    </a:xfrm>
                    <a:prstGeom prst="rect">
                      <a:avLst/>
                    </a:prstGeom>
                  </pic:spPr>
                </pic:pic>
              </a:graphicData>
            </a:graphic>
          </wp:inline>
        </w:drawing>
      </w:r>
    </w:p>
    <w:p w14:paraId="7CB3E77F" w14:textId="74FE7DE3" w:rsidR="001567F6" w:rsidRPr="00995F82" w:rsidRDefault="001567F6" w:rsidP="001567F6">
      <w:pPr>
        <w:pStyle w:val="Caption"/>
        <w:rPr>
          <w:color w:val="auto"/>
        </w:rPr>
      </w:pPr>
      <w:r w:rsidRPr="00995F82">
        <w:rPr>
          <w:color w:val="auto"/>
        </w:rPr>
        <w:lastRenderedPageBreak/>
        <w:t xml:space="preserve">Figure </w:t>
      </w:r>
      <w:r w:rsidRPr="00995F82">
        <w:rPr>
          <w:color w:val="auto"/>
        </w:rPr>
        <w:fldChar w:fldCharType="begin"/>
      </w:r>
      <w:r w:rsidRPr="00995F82">
        <w:rPr>
          <w:color w:val="auto"/>
        </w:rPr>
        <w:instrText xml:space="preserve"> SEQ Figure \* ARABIC </w:instrText>
      </w:r>
      <w:r w:rsidRPr="00995F82">
        <w:rPr>
          <w:color w:val="auto"/>
        </w:rPr>
        <w:fldChar w:fldCharType="separate"/>
      </w:r>
      <w:r w:rsidR="00C83FC8">
        <w:rPr>
          <w:noProof/>
          <w:color w:val="auto"/>
        </w:rPr>
        <w:t>25</w:t>
      </w:r>
      <w:r w:rsidRPr="00995F82">
        <w:rPr>
          <w:color w:val="auto"/>
        </w:rPr>
        <w:fldChar w:fldCharType="end"/>
      </w:r>
      <w:r w:rsidRPr="00995F82">
        <w:rPr>
          <w:color w:val="auto"/>
        </w:rPr>
        <w:t xml:space="preserve"> Transfermarkt Home page</w:t>
      </w:r>
    </w:p>
    <w:p w14:paraId="0E9EFADB" w14:textId="494DF2A6" w:rsidR="00212D1E" w:rsidRPr="00A54FC2" w:rsidRDefault="00E21CAD" w:rsidP="00A54FC2">
      <w:pPr>
        <w:rPr>
          <w:rStyle w:val="Heading2Char"/>
          <w:rFonts w:asciiTheme="minorHAnsi" w:eastAsiaTheme="minorEastAsia" w:hAnsiTheme="minorHAnsi" w:cstheme="minorBidi"/>
          <w:b w:val="0"/>
          <w:bCs w:val="0"/>
          <w:color w:val="auto"/>
          <w:sz w:val="22"/>
          <w:szCs w:val="22"/>
        </w:rPr>
      </w:pPr>
      <w:r>
        <w:t xml:space="preserve">Transfermarkt is highly functional and it provides </w:t>
      </w:r>
      <w:r w:rsidR="009E11A8">
        <w:t>detailed</w:t>
      </w:r>
      <w:r>
        <w:t xml:space="preserve"> information about any player </w:t>
      </w:r>
      <w:r w:rsidR="00BA3BD8">
        <w:t xml:space="preserve">and their </w:t>
      </w:r>
      <w:r w:rsidR="009E11A8">
        <w:t>statistics,</w:t>
      </w:r>
      <w:r w:rsidR="00BA3BD8">
        <w:t xml:space="preserve"> but it can be challenging for new users</w:t>
      </w:r>
      <w:r w:rsidR="009E11A8">
        <w:t xml:space="preserve">. The larger amount of data can </w:t>
      </w:r>
      <w:r w:rsidR="00A54FC2">
        <w:t>be</w:t>
      </w:r>
      <w:r w:rsidR="009E11A8">
        <w:t xml:space="preserve"> </w:t>
      </w:r>
      <w:r w:rsidR="00481BF6">
        <w:t xml:space="preserve">complex and harder to navigate faster. </w:t>
      </w:r>
      <w:r w:rsidR="00A54FC2">
        <w:t xml:space="preserve">Anyway, experienced </w:t>
      </w:r>
      <w:r w:rsidR="001567F6">
        <w:t>users</w:t>
      </w:r>
      <w:r w:rsidR="00A54FC2">
        <w:t xml:space="preserve"> can find it interesting for </w:t>
      </w:r>
      <w:r w:rsidR="001567F6">
        <w:t>depth</w:t>
      </w:r>
      <w:r w:rsidR="00A54FC2">
        <w:t xml:space="preserve"> analysis.</w:t>
      </w:r>
    </w:p>
    <w:p w14:paraId="2B2E5642" w14:textId="7EE72C5A" w:rsidR="00885F90" w:rsidRDefault="003B684C" w:rsidP="00EF299F">
      <w:pPr>
        <w:rPr>
          <w:rFonts w:asciiTheme="majorHAnsi" w:hAnsiTheme="majorHAnsi" w:cstheme="majorHAnsi"/>
          <w:color w:val="C00000"/>
          <w:sz w:val="26"/>
          <w:szCs w:val="26"/>
        </w:rPr>
      </w:pPr>
      <w:r>
        <w:rPr>
          <w:rFonts w:asciiTheme="majorHAnsi" w:hAnsiTheme="majorHAnsi" w:cstheme="majorHAnsi"/>
          <w:color w:val="C00000"/>
          <w:sz w:val="26"/>
          <w:szCs w:val="26"/>
        </w:rPr>
        <w:t>OneFootball</w:t>
      </w:r>
    </w:p>
    <w:p w14:paraId="3B8D3910" w14:textId="57B3CE6D" w:rsidR="00EF299F" w:rsidRDefault="00101006" w:rsidP="00EF299F">
      <w:r>
        <w:t xml:space="preserve">One football has a better user-friendly interface to navigate through </w:t>
      </w:r>
      <w:r w:rsidR="00B97B27">
        <w:t>scores and news due to its si</w:t>
      </w:r>
      <w:r w:rsidR="00517729">
        <w:t>mple layout and modern structure</w:t>
      </w:r>
      <w:r w:rsidR="003A6A38">
        <w:t xml:space="preserve">. This improves </w:t>
      </w:r>
      <w:proofErr w:type="gramStart"/>
      <w:r w:rsidR="003A6A38">
        <w:t>usability</w:t>
      </w:r>
      <w:proofErr w:type="gramEnd"/>
      <w:r w:rsidR="003A6A38">
        <w:t xml:space="preserve"> making it more accessible and easier for new users</w:t>
      </w:r>
      <w:r w:rsidR="008A18B6">
        <w:t>.</w:t>
      </w:r>
    </w:p>
    <w:p w14:paraId="42BF6D04" w14:textId="77777777" w:rsidR="001567F6" w:rsidRDefault="00BF7CA5" w:rsidP="001567F6">
      <w:pPr>
        <w:keepNext/>
      </w:pPr>
      <w:r w:rsidRPr="00BF7CA5">
        <w:rPr>
          <w:noProof/>
        </w:rPr>
        <w:drawing>
          <wp:inline distT="0" distB="0" distL="0" distR="0" wp14:anchorId="142CF00F" wp14:editId="2BC777B5">
            <wp:extent cx="5486400" cy="2379345"/>
            <wp:effectExtent l="0" t="0" r="0" b="1905"/>
            <wp:docPr id="14664407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6440735" name=""/>
                    <pic:cNvPicPr/>
                  </pic:nvPicPr>
                  <pic:blipFill>
                    <a:blip r:embed="rId33"/>
                    <a:stretch>
                      <a:fillRect/>
                    </a:stretch>
                  </pic:blipFill>
                  <pic:spPr>
                    <a:xfrm>
                      <a:off x="0" y="0"/>
                      <a:ext cx="5486400" cy="2379345"/>
                    </a:xfrm>
                    <a:prstGeom prst="rect">
                      <a:avLst/>
                    </a:prstGeom>
                  </pic:spPr>
                </pic:pic>
              </a:graphicData>
            </a:graphic>
          </wp:inline>
        </w:drawing>
      </w:r>
    </w:p>
    <w:p w14:paraId="1E1D8BE6" w14:textId="2EFAA60A" w:rsidR="009F4F9A" w:rsidRPr="00995F82" w:rsidRDefault="001567F6" w:rsidP="001567F6">
      <w:pPr>
        <w:pStyle w:val="Caption"/>
        <w:rPr>
          <w:color w:val="auto"/>
        </w:rPr>
      </w:pPr>
      <w:r w:rsidRPr="00995F82">
        <w:rPr>
          <w:color w:val="auto"/>
        </w:rPr>
        <w:t xml:space="preserve">Figure </w:t>
      </w:r>
      <w:r w:rsidRPr="00995F82">
        <w:rPr>
          <w:color w:val="auto"/>
        </w:rPr>
        <w:fldChar w:fldCharType="begin"/>
      </w:r>
      <w:r w:rsidRPr="00995F82">
        <w:rPr>
          <w:color w:val="auto"/>
        </w:rPr>
        <w:instrText xml:space="preserve"> SEQ Figure \* ARABIC </w:instrText>
      </w:r>
      <w:r w:rsidRPr="00995F82">
        <w:rPr>
          <w:color w:val="auto"/>
        </w:rPr>
        <w:fldChar w:fldCharType="separate"/>
      </w:r>
      <w:r w:rsidR="00C83FC8">
        <w:rPr>
          <w:noProof/>
          <w:color w:val="auto"/>
        </w:rPr>
        <w:t>26</w:t>
      </w:r>
      <w:r w:rsidRPr="00995F82">
        <w:rPr>
          <w:color w:val="auto"/>
        </w:rPr>
        <w:fldChar w:fldCharType="end"/>
      </w:r>
      <w:r w:rsidRPr="00995F82">
        <w:rPr>
          <w:color w:val="auto"/>
        </w:rPr>
        <w:t xml:space="preserve"> OneFootball Homepage</w:t>
      </w:r>
    </w:p>
    <w:p w14:paraId="40F40418" w14:textId="3E762D0F" w:rsidR="00BF7CA5" w:rsidRDefault="00BA2F5B" w:rsidP="00BF7CA5">
      <w:pPr>
        <w:rPr>
          <w:rStyle w:val="Heading2Char"/>
          <w:color w:val="00B050"/>
        </w:rPr>
      </w:pPr>
      <w:r>
        <w:rPr>
          <w:rStyle w:val="Heading2Char"/>
          <w:color w:val="00B050"/>
        </w:rPr>
        <w:t>Accessibility</w:t>
      </w:r>
    </w:p>
    <w:p w14:paraId="3C62FB5D" w14:textId="792A43DA" w:rsidR="00BA2F5B" w:rsidRDefault="00BA2F5B" w:rsidP="00BA2F5B">
      <w:pPr>
        <w:rPr>
          <w:rFonts w:asciiTheme="majorHAnsi" w:hAnsiTheme="majorHAnsi" w:cstheme="majorHAnsi"/>
          <w:color w:val="C00000"/>
          <w:sz w:val="26"/>
          <w:szCs w:val="26"/>
        </w:rPr>
      </w:pPr>
      <w:r>
        <w:rPr>
          <w:rFonts w:asciiTheme="majorHAnsi" w:hAnsiTheme="majorHAnsi" w:cstheme="majorHAnsi"/>
          <w:color w:val="C00000"/>
          <w:sz w:val="26"/>
          <w:szCs w:val="26"/>
        </w:rPr>
        <w:t>Transfermarkt</w:t>
      </w:r>
    </w:p>
    <w:p w14:paraId="15B75064" w14:textId="4EEEBCB0" w:rsidR="00387CDF" w:rsidRDefault="00C801EA" w:rsidP="00C801EA">
      <w:r>
        <w:t xml:space="preserve">Transfermakt </w:t>
      </w:r>
      <w:r w:rsidR="006F095B">
        <w:t>presents</w:t>
      </w:r>
      <w:r>
        <w:t xml:space="preserve"> a large amount of </w:t>
      </w:r>
      <w:r w:rsidR="006F095B">
        <w:t>data,</w:t>
      </w:r>
      <w:r w:rsidR="002E5787">
        <w:t xml:space="preserve"> however, its layout might </w:t>
      </w:r>
      <w:r w:rsidR="006F095B">
        <w:t>be</w:t>
      </w:r>
      <w:r w:rsidR="002E5787">
        <w:t xml:space="preserve"> dense and complex </w:t>
      </w:r>
      <w:r w:rsidR="006F095B">
        <w:t xml:space="preserve">due to the use of many tables. The text can appear </w:t>
      </w:r>
      <w:r w:rsidR="004D2732">
        <w:t>small,</w:t>
      </w:r>
      <w:r w:rsidR="005963EA">
        <w:t xml:space="preserve"> and it might </w:t>
      </w:r>
      <w:r w:rsidR="004D2732">
        <w:t>be readable</w:t>
      </w:r>
      <w:r w:rsidR="005963EA">
        <w:t xml:space="preserve"> for users</w:t>
      </w:r>
      <w:r w:rsidR="004D2732">
        <w:t xml:space="preserve">, especially those users with visual disabilities. </w:t>
      </w:r>
      <w:r w:rsidR="00232156">
        <w:t xml:space="preserve">Although the site is functional, it presents </w:t>
      </w:r>
      <w:r w:rsidR="00CF0067">
        <w:t xml:space="preserve">lack of hierarchy or spacing, this makes </w:t>
      </w:r>
      <w:r w:rsidR="005C30E7">
        <w:t>navigation difficult and uncomfortable.</w:t>
      </w:r>
    </w:p>
    <w:p w14:paraId="21FF50EA" w14:textId="05997C8F" w:rsidR="003126AC" w:rsidRDefault="003126AC" w:rsidP="003126AC">
      <w:pPr>
        <w:rPr>
          <w:rFonts w:asciiTheme="majorHAnsi" w:hAnsiTheme="majorHAnsi" w:cstheme="majorHAnsi"/>
          <w:color w:val="C00000"/>
          <w:sz w:val="26"/>
          <w:szCs w:val="26"/>
        </w:rPr>
      </w:pPr>
      <w:r>
        <w:rPr>
          <w:rFonts w:asciiTheme="majorHAnsi" w:hAnsiTheme="majorHAnsi" w:cstheme="majorHAnsi"/>
          <w:color w:val="C00000"/>
          <w:sz w:val="26"/>
          <w:szCs w:val="26"/>
        </w:rPr>
        <w:t>OneFootball</w:t>
      </w:r>
    </w:p>
    <w:p w14:paraId="4420F8CE" w14:textId="56AC3617" w:rsidR="005C30E7" w:rsidRDefault="005C30E7" w:rsidP="005C30E7">
      <w:r>
        <w:t xml:space="preserve">OneFootball offers better accessibility </w:t>
      </w:r>
      <w:r w:rsidR="00E0763B">
        <w:t>due to clear design</w:t>
      </w:r>
      <w:r w:rsidR="008F1279">
        <w:t xml:space="preserve">, text </w:t>
      </w:r>
      <w:r w:rsidR="001475E9">
        <w:t>and use of spacing the layout is more visually structured</w:t>
      </w:r>
      <w:r w:rsidR="00932D97">
        <w:t xml:space="preserve">, which improves user experience. Content is easier to </w:t>
      </w:r>
      <w:r w:rsidR="008A18B6">
        <w:t>follow,</w:t>
      </w:r>
      <w:r w:rsidR="00932D97">
        <w:t xml:space="preserve"> </w:t>
      </w:r>
      <w:r w:rsidR="005B652C">
        <w:t>and interface is more friendly for a wide range of users, including those ones with disabilities.</w:t>
      </w:r>
    </w:p>
    <w:p w14:paraId="660CB32E" w14:textId="16D1F1C4" w:rsidR="00C16AFC" w:rsidRDefault="00C16AFC" w:rsidP="00C16AFC">
      <w:pPr>
        <w:rPr>
          <w:rStyle w:val="Heading2Char"/>
          <w:color w:val="00B050"/>
        </w:rPr>
      </w:pPr>
      <w:r>
        <w:rPr>
          <w:rStyle w:val="Heading2Char"/>
          <w:color w:val="00B050"/>
        </w:rPr>
        <w:t>SEO</w:t>
      </w:r>
    </w:p>
    <w:p w14:paraId="6423C386" w14:textId="77777777" w:rsidR="00C16AFC" w:rsidRDefault="00C16AFC" w:rsidP="00C16AFC">
      <w:pPr>
        <w:rPr>
          <w:rFonts w:asciiTheme="majorHAnsi" w:hAnsiTheme="majorHAnsi" w:cstheme="majorHAnsi"/>
          <w:color w:val="C00000"/>
          <w:sz w:val="26"/>
          <w:szCs w:val="26"/>
        </w:rPr>
      </w:pPr>
      <w:r>
        <w:rPr>
          <w:rFonts w:asciiTheme="majorHAnsi" w:hAnsiTheme="majorHAnsi" w:cstheme="majorHAnsi"/>
          <w:color w:val="C00000"/>
          <w:sz w:val="26"/>
          <w:szCs w:val="26"/>
        </w:rPr>
        <w:lastRenderedPageBreak/>
        <w:t>Transfermarkt</w:t>
      </w:r>
    </w:p>
    <w:p w14:paraId="532061B4" w14:textId="20D5F08A" w:rsidR="007706DD" w:rsidRDefault="00EF3A4C" w:rsidP="00BA2F5B">
      <w:r>
        <w:t xml:space="preserve"> It presents s</w:t>
      </w:r>
      <w:r w:rsidR="00C16AFC">
        <w:t>trong</w:t>
      </w:r>
      <w:r>
        <w:t>er SEO due to structure data, also better player pages with info about their careers</w:t>
      </w:r>
      <w:r w:rsidR="00760AC9">
        <w:t xml:space="preserve">, </w:t>
      </w:r>
      <w:r w:rsidR="001B319B">
        <w:t>teams, and</w:t>
      </w:r>
      <w:r w:rsidR="00E83FE0">
        <w:t xml:space="preserve"> statistics </w:t>
      </w:r>
      <w:r w:rsidR="00881453">
        <w:t>which improves search engine visibility</w:t>
      </w:r>
      <w:r w:rsidR="001B319B">
        <w:t>.</w:t>
      </w:r>
    </w:p>
    <w:p w14:paraId="2FE86C92" w14:textId="3A1AD2EF" w:rsidR="00E8600A" w:rsidRDefault="00E8600A" w:rsidP="00E8600A">
      <w:pPr>
        <w:rPr>
          <w:rFonts w:asciiTheme="majorHAnsi" w:hAnsiTheme="majorHAnsi" w:cstheme="majorHAnsi"/>
          <w:color w:val="C00000"/>
          <w:sz w:val="26"/>
          <w:szCs w:val="26"/>
        </w:rPr>
      </w:pPr>
      <w:r>
        <w:rPr>
          <w:rFonts w:asciiTheme="majorHAnsi" w:hAnsiTheme="majorHAnsi" w:cstheme="majorHAnsi"/>
          <w:color w:val="C00000"/>
          <w:sz w:val="26"/>
          <w:szCs w:val="26"/>
        </w:rPr>
        <w:t>OneFootball</w:t>
      </w:r>
    </w:p>
    <w:p w14:paraId="3C1A93C2" w14:textId="7EF9C6F0" w:rsidR="001B0064" w:rsidRDefault="004B63F9" w:rsidP="00FD5022">
      <w:r>
        <w:t xml:space="preserve">OneFootball also uses SEO </w:t>
      </w:r>
      <w:r w:rsidR="00AB6318">
        <w:t>techniques such</w:t>
      </w:r>
      <w:r>
        <w:t xml:space="preserve"> as headings, menu, tables, etc</w:t>
      </w:r>
      <w:r w:rsidR="00AB6318">
        <w:t xml:space="preserve">. However, it relies more on </w:t>
      </w:r>
      <w:r w:rsidR="00FD5022">
        <w:t>news-based</w:t>
      </w:r>
      <w:r w:rsidR="00AB6318">
        <w:t xml:space="preserve"> </w:t>
      </w:r>
      <w:r w:rsidR="00FD5022">
        <w:t>content and</w:t>
      </w:r>
      <w:r w:rsidR="00056925">
        <w:t xml:space="preserve"> does not have the same depth of structured data </w:t>
      </w:r>
      <w:r w:rsidR="00FD5022">
        <w:t>as Transfermartk.</w:t>
      </w:r>
    </w:p>
    <w:p w14:paraId="1CE54405" w14:textId="252B43DC" w:rsidR="00FD5022" w:rsidRDefault="00062A13" w:rsidP="00FD5022">
      <w:pPr>
        <w:rPr>
          <w:rStyle w:val="Heading2Char"/>
          <w:color w:val="00B050"/>
        </w:rPr>
      </w:pPr>
      <w:r>
        <w:rPr>
          <w:rStyle w:val="Heading2Char"/>
          <w:color w:val="00B050"/>
        </w:rPr>
        <w:t xml:space="preserve">Mobile </w:t>
      </w:r>
      <w:r w:rsidR="001B0064">
        <w:rPr>
          <w:rStyle w:val="Heading2Char"/>
          <w:color w:val="00B050"/>
        </w:rPr>
        <w:t>friendless</w:t>
      </w:r>
      <w:r>
        <w:rPr>
          <w:rStyle w:val="Heading2Char"/>
          <w:color w:val="00B050"/>
        </w:rPr>
        <w:t xml:space="preserve"> </w:t>
      </w:r>
    </w:p>
    <w:p w14:paraId="1A790272" w14:textId="140EED38" w:rsidR="001A3851" w:rsidRDefault="006E073F" w:rsidP="001A3851">
      <w:pPr>
        <w:rPr>
          <w:rFonts w:asciiTheme="majorHAnsi" w:hAnsiTheme="majorHAnsi" w:cstheme="majorHAnsi"/>
          <w:color w:val="C00000"/>
          <w:sz w:val="26"/>
          <w:szCs w:val="26"/>
        </w:rPr>
      </w:pPr>
      <w:r>
        <w:rPr>
          <w:rFonts w:asciiTheme="majorHAnsi" w:hAnsiTheme="majorHAnsi" w:cstheme="majorHAnsi"/>
          <w:color w:val="C00000"/>
          <w:sz w:val="26"/>
          <w:szCs w:val="26"/>
        </w:rPr>
        <w:t>Transfermar</w:t>
      </w:r>
      <w:r w:rsidR="007D3662">
        <w:rPr>
          <w:rFonts w:asciiTheme="majorHAnsi" w:hAnsiTheme="majorHAnsi" w:cstheme="majorHAnsi"/>
          <w:color w:val="C00000"/>
          <w:sz w:val="26"/>
          <w:szCs w:val="26"/>
        </w:rPr>
        <w:t>kt</w:t>
      </w:r>
    </w:p>
    <w:p w14:paraId="336813FB" w14:textId="77777777" w:rsidR="00BC1585" w:rsidRDefault="007D3662" w:rsidP="00BC1585">
      <w:pPr>
        <w:keepNext/>
        <w:jc w:val="center"/>
      </w:pPr>
      <w:r>
        <w:rPr>
          <w:noProof/>
        </w:rPr>
        <w:drawing>
          <wp:inline distT="0" distB="0" distL="0" distR="0" wp14:anchorId="71E8A721" wp14:editId="4B538901">
            <wp:extent cx="1851660" cy="3308350"/>
            <wp:effectExtent l="0" t="0" r="0" b="6350"/>
            <wp:docPr id="1392670412" name="Picture 5" descr="Transfermarkt] Most valuable players by position after the end of the  season updates : r/socc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nsfermarkt] Most valuable players by position after the end of the  season updates : r/soccer"/>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851660" cy="3308350"/>
                    </a:xfrm>
                    <a:prstGeom prst="rect">
                      <a:avLst/>
                    </a:prstGeom>
                    <a:noFill/>
                    <a:ln>
                      <a:noFill/>
                    </a:ln>
                  </pic:spPr>
                </pic:pic>
              </a:graphicData>
            </a:graphic>
          </wp:inline>
        </w:drawing>
      </w:r>
    </w:p>
    <w:p w14:paraId="55DA3EFF" w14:textId="7B1D32FD" w:rsidR="00B0740A" w:rsidRPr="00995F82" w:rsidRDefault="00BC1585" w:rsidP="00BC1585">
      <w:pPr>
        <w:pStyle w:val="Caption"/>
        <w:jc w:val="center"/>
        <w:rPr>
          <w:color w:val="auto"/>
        </w:rPr>
      </w:pPr>
      <w:r w:rsidRPr="00995F82">
        <w:rPr>
          <w:color w:val="auto"/>
        </w:rPr>
        <w:t xml:space="preserve">Figure </w:t>
      </w:r>
      <w:r w:rsidRPr="00995F82">
        <w:rPr>
          <w:color w:val="auto"/>
        </w:rPr>
        <w:fldChar w:fldCharType="begin"/>
      </w:r>
      <w:r w:rsidRPr="00995F82">
        <w:rPr>
          <w:color w:val="auto"/>
        </w:rPr>
        <w:instrText xml:space="preserve"> SEQ Figure \* ARABIC </w:instrText>
      </w:r>
      <w:r w:rsidRPr="00995F82">
        <w:rPr>
          <w:color w:val="auto"/>
        </w:rPr>
        <w:fldChar w:fldCharType="separate"/>
      </w:r>
      <w:r w:rsidR="00C83FC8">
        <w:rPr>
          <w:noProof/>
          <w:color w:val="auto"/>
        </w:rPr>
        <w:t>27</w:t>
      </w:r>
      <w:r w:rsidRPr="00995F82">
        <w:rPr>
          <w:color w:val="auto"/>
        </w:rPr>
        <w:fldChar w:fldCharType="end"/>
      </w:r>
      <w:r w:rsidRPr="00995F82">
        <w:rPr>
          <w:color w:val="auto"/>
        </w:rPr>
        <w:t xml:space="preserve"> Transfermark Mobile layout</w:t>
      </w:r>
    </w:p>
    <w:p w14:paraId="277380AA" w14:textId="665F5DA4" w:rsidR="001A3851" w:rsidRDefault="001A3851" w:rsidP="001A3851">
      <w:r>
        <w:t xml:space="preserve">Transfermartk </w:t>
      </w:r>
      <w:r w:rsidR="001007F5">
        <w:t xml:space="preserve">is accessible on any mobile devices, however the layout </w:t>
      </w:r>
      <w:r w:rsidR="00F67BC3">
        <w:t>is not optimized for smaller screens. The larger amo</w:t>
      </w:r>
      <w:r w:rsidR="005665B5">
        <w:t>unt of data makes it difficult to navigate on phones.</w:t>
      </w:r>
    </w:p>
    <w:p w14:paraId="5363423C" w14:textId="39C35C11" w:rsidR="00BC1585" w:rsidRDefault="00BC1585" w:rsidP="00BC1585">
      <w:pPr>
        <w:rPr>
          <w:rFonts w:asciiTheme="majorHAnsi" w:hAnsiTheme="majorHAnsi" w:cstheme="majorHAnsi"/>
          <w:color w:val="C00000"/>
          <w:sz w:val="26"/>
          <w:szCs w:val="26"/>
        </w:rPr>
      </w:pPr>
      <w:r>
        <w:rPr>
          <w:rFonts w:asciiTheme="majorHAnsi" w:hAnsiTheme="majorHAnsi" w:cstheme="majorHAnsi"/>
          <w:color w:val="C00000"/>
          <w:sz w:val="26"/>
          <w:szCs w:val="26"/>
        </w:rPr>
        <w:t>Onefootball</w:t>
      </w:r>
    </w:p>
    <w:p w14:paraId="24565249" w14:textId="298B5377" w:rsidR="001B0064" w:rsidRPr="001B0064" w:rsidRDefault="00BC1585" w:rsidP="001A3851">
      <w:pPr>
        <w:rPr>
          <w:rStyle w:val="Heading2Char"/>
          <w:rFonts w:asciiTheme="minorHAnsi" w:eastAsiaTheme="minorEastAsia" w:hAnsiTheme="minorHAnsi" w:cstheme="minorBidi"/>
          <w:b w:val="0"/>
          <w:bCs w:val="0"/>
          <w:color w:val="auto"/>
          <w:sz w:val="22"/>
          <w:szCs w:val="22"/>
        </w:rPr>
      </w:pPr>
      <w:r>
        <w:rPr>
          <w:rStyle w:val="Heading2Char"/>
          <w:rFonts w:asciiTheme="minorHAnsi" w:eastAsiaTheme="minorEastAsia" w:hAnsiTheme="minorHAnsi" w:cstheme="minorBidi"/>
          <w:b w:val="0"/>
          <w:bCs w:val="0"/>
          <w:color w:val="auto"/>
          <w:sz w:val="22"/>
          <w:szCs w:val="22"/>
        </w:rPr>
        <w:t>Onefootball</w:t>
      </w:r>
      <w:r w:rsidR="00F97C1B">
        <w:rPr>
          <w:rStyle w:val="Heading2Char"/>
          <w:rFonts w:asciiTheme="minorHAnsi" w:eastAsiaTheme="minorEastAsia" w:hAnsiTheme="minorHAnsi" w:cstheme="minorBidi"/>
          <w:b w:val="0"/>
          <w:bCs w:val="0"/>
          <w:color w:val="auto"/>
          <w:sz w:val="22"/>
          <w:szCs w:val="22"/>
        </w:rPr>
        <w:t xml:space="preserve"> is highly optimized for mobile use. </w:t>
      </w:r>
      <w:r w:rsidR="001947D8">
        <w:rPr>
          <w:rStyle w:val="Heading2Char"/>
          <w:rFonts w:asciiTheme="minorHAnsi" w:eastAsiaTheme="minorEastAsia" w:hAnsiTheme="minorHAnsi" w:cstheme="minorBidi"/>
          <w:b w:val="0"/>
          <w:bCs w:val="0"/>
          <w:color w:val="auto"/>
          <w:sz w:val="22"/>
          <w:szCs w:val="22"/>
        </w:rPr>
        <w:t>The responsive design adapts well to different screen sizes</w:t>
      </w:r>
      <w:r w:rsidR="002E2B22">
        <w:rPr>
          <w:rStyle w:val="Heading2Char"/>
          <w:rFonts w:asciiTheme="minorHAnsi" w:eastAsiaTheme="minorEastAsia" w:hAnsiTheme="minorHAnsi" w:cstheme="minorBidi"/>
          <w:b w:val="0"/>
          <w:bCs w:val="0"/>
          <w:color w:val="auto"/>
          <w:sz w:val="22"/>
          <w:szCs w:val="22"/>
        </w:rPr>
        <w:t xml:space="preserve">, and the interface is smooth and easy to </w:t>
      </w:r>
      <w:r w:rsidR="008521FE">
        <w:rPr>
          <w:rStyle w:val="Heading2Char"/>
          <w:rFonts w:asciiTheme="minorHAnsi" w:eastAsiaTheme="minorEastAsia" w:hAnsiTheme="minorHAnsi" w:cstheme="minorBidi"/>
          <w:b w:val="0"/>
          <w:bCs w:val="0"/>
          <w:color w:val="auto"/>
          <w:sz w:val="22"/>
          <w:szCs w:val="22"/>
        </w:rPr>
        <w:t>use,</w:t>
      </w:r>
      <w:r w:rsidR="002E2B22">
        <w:rPr>
          <w:rStyle w:val="Heading2Char"/>
          <w:rFonts w:asciiTheme="minorHAnsi" w:eastAsiaTheme="minorEastAsia" w:hAnsiTheme="minorHAnsi" w:cstheme="minorBidi"/>
          <w:b w:val="0"/>
          <w:bCs w:val="0"/>
          <w:color w:val="auto"/>
          <w:sz w:val="22"/>
          <w:szCs w:val="22"/>
        </w:rPr>
        <w:t xml:space="preserve"> providing </w:t>
      </w:r>
      <w:r w:rsidR="008521FE">
        <w:rPr>
          <w:rStyle w:val="Heading2Char"/>
          <w:rFonts w:asciiTheme="minorHAnsi" w:eastAsiaTheme="minorEastAsia" w:hAnsiTheme="minorHAnsi" w:cstheme="minorBidi"/>
          <w:b w:val="0"/>
          <w:bCs w:val="0"/>
          <w:color w:val="auto"/>
          <w:sz w:val="22"/>
          <w:szCs w:val="22"/>
        </w:rPr>
        <w:t>better</w:t>
      </w:r>
      <w:r w:rsidR="002E2B22">
        <w:rPr>
          <w:rStyle w:val="Heading2Char"/>
          <w:rFonts w:asciiTheme="minorHAnsi" w:eastAsiaTheme="minorEastAsia" w:hAnsiTheme="minorHAnsi" w:cstheme="minorBidi"/>
          <w:b w:val="0"/>
          <w:bCs w:val="0"/>
          <w:color w:val="auto"/>
          <w:sz w:val="22"/>
          <w:szCs w:val="22"/>
        </w:rPr>
        <w:t xml:space="preserve"> use </w:t>
      </w:r>
      <w:r w:rsidR="008521FE">
        <w:rPr>
          <w:rStyle w:val="Heading2Char"/>
          <w:rFonts w:asciiTheme="minorHAnsi" w:eastAsiaTheme="minorEastAsia" w:hAnsiTheme="minorHAnsi" w:cstheme="minorBidi"/>
          <w:b w:val="0"/>
          <w:bCs w:val="0"/>
          <w:color w:val="auto"/>
          <w:sz w:val="22"/>
          <w:szCs w:val="22"/>
        </w:rPr>
        <w:t>for mobile users.</w:t>
      </w:r>
    </w:p>
    <w:p w14:paraId="2D3BD736" w14:textId="30D1F2BE" w:rsidR="001B0064" w:rsidRDefault="001B0064" w:rsidP="001B0064">
      <w:pPr>
        <w:pStyle w:val="NoSpacing"/>
        <w:rPr>
          <w:rStyle w:val="Heading2Char"/>
          <w:color w:val="00B050"/>
        </w:rPr>
      </w:pPr>
    </w:p>
    <w:p w14:paraId="2C5310BA" w14:textId="619B6C9B" w:rsidR="00881453" w:rsidRDefault="00881453" w:rsidP="00BA2F5B"/>
    <w:p w14:paraId="32AC37A7" w14:textId="77777777" w:rsidR="00B52BEA" w:rsidRDefault="008521FE" w:rsidP="00B52BEA">
      <w:pPr>
        <w:keepNext/>
        <w:ind w:right="276"/>
        <w:jc w:val="center"/>
      </w:pPr>
      <w:r>
        <w:rPr>
          <w:noProof/>
        </w:rPr>
        <w:drawing>
          <wp:inline distT="0" distB="0" distL="0" distR="0" wp14:anchorId="6DA6AE83" wp14:editId="55B580C2">
            <wp:extent cx="2012950" cy="3580543"/>
            <wp:effectExtent l="0" t="0" r="6350" b="1270"/>
            <wp:docPr id="1414798137" name="Picture 6" descr="How to Search for Teams, Players, or Competitions – OneFootball Help Cen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w to Search for Teams, Players, or Competitions – OneFootball Help Center"/>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020427" cy="3593843"/>
                    </a:xfrm>
                    <a:prstGeom prst="rect">
                      <a:avLst/>
                    </a:prstGeom>
                    <a:noFill/>
                    <a:ln>
                      <a:noFill/>
                    </a:ln>
                  </pic:spPr>
                </pic:pic>
              </a:graphicData>
            </a:graphic>
          </wp:inline>
        </w:drawing>
      </w:r>
    </w:p>
    <w:p w14:paraId="69C49C9D" w14:textId="773C43D3" w:rsidR="00BA2F5B" w:rsidRDefault="00B52BEA" w:rsidP="00B52BEA">
      <w:pPr>
        <w:pStyle w:val="Caption"/>
        <w:ind w:right="276"/>
        <w:jc w:val="center"/>
        <w:rPr>
          <w:rStyle w:val="Heading2Char"/>
          <w:color w:val="00B050"/>
        </w:rPr>
      </w:pPr>
      <w:r w:rsidRPr="00995F82">
        <w:rPr>
          <w:color w:val="auto"/>
        </w:rPr>
        <w:t xml:space="preserve">Figure </w:t>
      </w:r>
      <w:r w:rsidRPr="00995F82">
        <w:rPr>
          <w:color w:val="auto"/>
        </w:rPr>
        <w:fldChar w:fldCharType="begin"/>
      </w:r>
      <w:r w:rsidRPr="00995F82">
        <w:rPr>
          <w:color w:val="auto"/>
        </w:rPr>
        <w:instrText xml:space="preserve"> SEQ Figure \* ARABIC </w:instrText>
      </w:r>
      <w:r w:rsidRPr="00995F82">
        <w:rPr>
          <w:color w:val="auto"/>
        </w:rPr>
        <w:fldChar w:fldCharType="separate"/>
      </w:r>
      <w:r w:rsidR="00C83FC8">
        <w:rPr>
          <w:noProof/>
          <w:color w:val="auto"/>
        </w:rPr>
        <w:t>28</w:t>
      </w:r>
      <w:r w:rsidRPr="00995F82">
        <w:rPr>
          <w:color w:val="auto"/>
        </w:rPr>
        <w:fldChar w:fldCharType="end"/>
      </w:r>
      <w:r w:rsidRPr="00995F82">
        <w:rPr>
          <w:color w:val="auto"/>
        </w:rPr>
        <w:t xml:space="preserve"> Onefootball Mobile layout</w:t>
      </w:r>
    </w:p>
    <w:p w14:paraId="4FB823B0" w14:textId="77777777" w:rsidR="00BF7CA5" w:rsidRDefault="00BF7CA5" w:rsidP="00EF299F"/>
    <w:p w14:paraId="6733EF3B" w14:textId="444FAC53" w:rsidR="00995F82" w:rsidRDefault="00995F82" w:rsidP="00995F82">
      <w:pPr>
        <w:rPr>
          <w:rStyle w:val="Heading2Char"/>
          <w:color w:val="00B050"/>
        </w:rPr>
      </w:pPr>
      <w:r>
        <w:rPr>
          <w:rStyle w:val="Heading2Char"/>
          <w:color w:val="00B050"/>
        </w:rPr>
        <w:t>Conclusion</w:t>
      </w:r>
    </w:p>
    <w:p w14:paraId="4651482E" w14:textId="7A9DF33A" w:rsidR="006F31FB" w:rsidRPr="009467CC" w:rsidRDefault="004F018C" w:rsidP="00885F90">
      <w:pPr>
        <w:rPr>
          <w:rFonts w:eastAsiaTheme="majorEastAsia" w:cstheme="majorBidi"/>
        </w:rPr>
      </w:pPr>
      <w:r>
        <w:rPr>
          <w:rStyle w:val="Heading2Char"/>
          <w:rFonts w:asciiTheme="minorHAnsi" w:hAnsiTheme="minorHAnsi"/>
          <w:b w:val="0"/>
          <w:bCs w:val="0"/>
          <w:color w:val="auto"/>
          <w:sz w:val="22"/>
          <w:szCs w:val="22"/>
        </w:rPr>
        <w:t xml:space="preserve">Overall, Transfermarkt is more suitable for users </w:t>
      </w:r>
      <w:r w:rsidR="00974101">
        <w:rPr>
          <w:rStyle w:val="Heading2Char"/>
          <w:rFonts w:asciiTheme="minorHAnsi" w:hAnsiTheme="minorHAnsi"/>
          <w:b w:val="0"/>
          <w:bCs w:val="0"/>
          <w:color w:val="auto"/>
          <w:sz w:val="22"/>
          <w:szCs w:val="22"/>
        </w:rPr>
        <w:t xml:space="preserve">looking for detailed information on statistics and data. While Onefootball </w:t>
      </w:r>
      <w:r w:rsidR="003C18D6">
        <w:rPr>
          <w:rStyle w:val="Heading2Char"/>
          <w:rFonts w:asciiTheme="minorHAnsi" w:hAnsiTheme="minorHAnsi"/>
          <w:b w:val="0"/>
          <w:bCs w:val="0"/>
          <w:color w:val="auto"/>
          <w:sz w:val="22"/>
          <w:szCs w:val="22"/>
        </w:rPr>
        <w:t xml:space="preserve">provides better user experience. Onefootball stands out </w:t>
      </w:r>
      <w:r w:rsidR="001E38AD">
        <w:rPr>
          <w:rStyle w:val="Heading2Char"/>
          <w:rFonts w:asciiTheme="minorHAnsi" w:hAnsiTheme="minorHAnsi"/>
          <w:b w:val="0"/>
          <w:bCs w:val="0"/>
          <w:color w:val="auto"/>
          <w:sz w:val="22"/>
          <w:szCs w:val="22"/>
        </w:rPr>
        <w:t xml:space="preserve">in terms of usability, accessibility or mobile </w:t>
      </w:r>
      <w:r w:rsidR="006E47B4">
        <w:rPr>
          <w:rStyle w:val="Heading2Char"/>
          <w:rFonts w:asciiTheme="minorHAnsi" w:hAnsiTheme="minorHAnsi"/>
          <w:b w:val="0"/>
          <w:bCs w:val="0"/>
          <w:color w:val="auto"/>
          <w:sz w:val="22"/>
          <w:szCs w:val="22"/>
        </w:rPr>
        <w:t>friendlessness, whereas transfermarkt performs better in SEO and data depth.</w:t>
      </w:r>
    </w:p>
    <w:p w14:paraId="374AD564" w14:textId="29B88E7A" w:rsidR="006F31FB" w:rsidRDefault="0017694D">
      <w:pPr>
        <w:pStyle w:val="Heading1"/>
      </w:pPr>
      <w:bookmarkStart w:id="13" w:name="_Toc227602182"/>
      <w:r>
        <w:t>5. Conclusion</w:t>
      </w:r>
      <w:bookmarkEnd w:id="13"/>
    </w:p>
    <w:p w14:paraId="4CE93E82" w14:textId="29E4D978" w:rsidR="006F31FB" w:rsidRDefault="00DC5F6F">
      <w:r>
        <w:t xml:space="preserve">In conclusion, this assignment </w:t>
      </w:r>
      <w:r w:rsidR="006B4CEC">
        <w:t>has</w:t>
      </w:r>
      <w:r>
        <w:t xml:space="preserve"> successfully demonstrated </w:t>
      </w:r>
      <w:r w:rsidR="002C5D58">
        <w:t xml:space="preserve">the design and development of a multipage website </w:t>
      </w:r>
      <w:r w:rsidR="00463075">
        <w:t>using HTML and CSS</w:t>
      </w:r>
      <w:r w:rsidR="006B4CEC">
        <w:t>. The website has met its main goal o</w:t>
      </w:r>
      <w:r w:rsidR="00274006">
        <w:t xml:space="preserve">f presenting personal information in a clear and structured way </w:t>
      </w:r>
      <w:r w:rsidR="00E54A45">
        <w:t>with a functional navigation and consistent layout across all the pages</w:t>
      </w:r>
      <w:r w:rsidR="001667DE">
        <w:t xml:space="preserve">. It also meets key features or </w:t>
      </w:r>
      <w:r w:rsidR="00EF5D18">
        <w:t>principles such</w:t>
      </w:r>
      <w:r w:rsidR="001667DE">
        <w:t xml:space="preserve"> as Usability, Accessibility</w:t>
      </w:r>
      <w:r w:rsidR="00EF5D18">
        <w:t>, and SEO that</w:t>
      </w:r>
      <w:r w:rsidR="004D3002">
        <w:t xml:space="preserve"> were applied </w:t>
      </w:r>
      <w:r w:rsidR="001449C6">
        <w:t>throughout the project</w:t>
      </w:r>
      <w:r w:rsidR="002746B8">
        <w:t xml:space="preserve">, while the website performs well in terms of simplicity and </w:t>
      </w:r>
      <w:r w:rsidR="00EF5D18">
        <w:t>usability. The</w:t>
      </w:r>
      <w:r w:rsidR="007210F6">
        <w:t>re are</w:t>
      </w:r>
      <w:r w:rsidR="00EF5D18">
        <w:t xml:space="preserve"> areas for improvement, including more advanced styling</w:t>
      </w:r>
      <w:r w:rsidR="00262BD0">
        <w:t xml:space="preserve">, increased interactivity and enhanced accessibility features. </w:t>
      </w:r>
      <w:r w:rsidR="009467CC">
        <w:t>Overall,</w:t>
      </w:r>
      <w:r w:rsidR="007210F6">
        <w:t xml:space="preserve"> the project provided a</w:t>
      </w:r>
      <w:r w:rsidR="00F70EC9">
        <w:t xml:space="preserve"> functional website and </w:t>
      </w:r>
      <w:r w:rsidR="007F6DB9">
        <w:t>good</w:t>
      </w:r>
      <w:r w:rsidR="00F70EC9">
        <w:t xml:space="preserve"> user experience </w:t>
      </w:r>
      <w:proofErr w:type="gramStart"/>
      <w:r w:rsidR="009467CC">
        <w:t>an</w:t>
      </w:r>
      <w:proofErr w:type="gramEnd"/>
      <w:r w:rsidR="009467CC">
        <w:t xml:space="preserve"> good</w:t>
      </w:r>
      <w:r w:rsidR="00F70EC9">
        <w:t xml:space="preserve"> foundation for future improvements.</w:t>
      </w:r>
      <w:r w:rsidR="0017694D">
        <w:br/>
      </w:r>
    </w:p>
    <w:p w14:paraId="2B0FF19F" w14:textId="018B8262" w:rsidR="006F31FB" w:rsidRDefault="0017694D">
      <w:pPr>
        <w:pStyle w:val="Heading1"/>
      </w:pPr>
      <w:bookmarkStart w:id="14" w:name="_Toc227602183"/>
      <w:r>
        <w:lastRenderedPageBreak/>
        <w:t>6. References (IEEE Format)</w:t>
      </w:r>
      <w:bookmarkEnd w:id="14"/>
    </w:p>
    <w:p w14:paraId="4489CC7E" w14:textId="77777777" w:rsidR="007F6DB9" w:rsidRDefault="007F6DB9" w:rsidP="007F6DB9">
      <w:r w:rsidRPr="007F6DB9">
        <w:t>[1]</w:t>
      </w:r>
    </w:p>
    <w:p w14:paraId="6B550548" w14:textId="71AC7EC1" w:rsidR="0048516D" w:rsidRPr="007F6DB9" w:rsidRDefault="0048516D" w:rsidP="007F6DB9">
      <w:r w:rsidRPr="007F6DB9">
        <w:t>A. A. Ganiyu, A. Mishra, J. Elijah, and U. M. Gana, “The importance of usability of a website,” vol. 13, no. 3, pp. 27–35, 2017.</w:t>
      </w:r>
    </w:p>
    <w:p w14:paraId="6D231DB8" w14:textId="77777777" w:rsidR="007F6DB9" w:rsidRPr="007F6DB9" w:rsidRDefault="007F6DB9" w:rsidP="007F6DB9">
      <w:r w:rsidRPr="007F6DB9">
        <w:t>[2]</w:t>
      </w:r>
    </w:p>
    <w:p w14:paraId="7738118E" w14:textId="77777777" w:rsidR="007F6DB9" w:rsidRPr="007F6DB9" w:rsidRDefault="007F6DB9" w:rsidP="007F6DB9">
      <w:r w:rsidRPr="007F6DB9">
        <w:t>Y. Lee and K. A. Kozar, “Understanding of website usability: Specifying and measuring constructs and their relationships,” vol. 52, no. 2, pp. 450–463, 2012.</w:t>
      </w:r>
    </w:p>
    <w:p w14:paraId="3D065C36" w14:textId="77777777" w:rsidR="007F6DB9" w:rsidRPr="007F6DB9" w:rsidRDefault="007F6DB9" w:rsidP="007F6DB9">
      <w:r w:rsidRPr="007F6DB9">
        <w:t>[3]</w:t>
      </w:r>
    </w:p>
    <w:p w14:paraId="380C658D" w14:textId="77777777" w:rsidR="007F6DB9" w:rsidRPr="007F6DB9" w:rsidRDefault="007F6DB9" w:rsidP="007F6DB9">
      <w:r w:rsidRPr="007F6DB9">
        <w:t>S. L. Henry, </w:t>
      </w:r>
      <w:r w:rsidRPr="007F6DB9">
        <w:rPr>
          <w:i/>
          <w:iCs/>
        </w:rPr>
        <w:t>Understanding web accessibility</w:t>
      </w:r>
      <w:r w:rsidRPr="007F6DB9">
        <w:t>. in Web accessibility: Web standards and regulatory compliance. Springer, 2006, pp. 1–51.</w:t>
      </w:r>
    </w:p>
    <w:p w14:paraId="4EA09535" w14:textId="77777777" w:rsidR="007F6DB9" w:rsidRDefault="007F6DB9" w:rsidP="007F6DB9">
      <w:r w:rsidRPr="007F6DB9">
        <w:t>[4]</w:t>
      </w:r>
    </w:p>
    <w:p w14:paraId="25E98986" w14:textId="0B4D8E82" w:rsidR="00493411" w:rsidRPr="007F6DB9" w:rsidRDefault="00493411" w:rsidP="007F6DB9">
      <w:r w:rsidRPr="007F6DB9">
        <w:t>M. Campoverde-Molina, S. Luján-Mora, and L. Valverde, “Accessibility of university websites worldwide: a systematic literature review,” vol. 22, no. 1, pp. 133–168, 2023</w:t>
      </w:r>
    </w:p>
    <w:p w14:paraId="7F0F4CC8" w14:textId="77777777" w:rsidR="007F6DB9" w:rsidRPr="007F6DB9" w:rsidRDefault="007F6DB9" w:rsidP="007F6DB9">
      <w:r w:rsidRPr="007F6DB9">
        <w:t>[5]</w:t>
      </w:r>
    </w:p>
    <w:p w14:paraId="09018A13" w14:textId="5646D3FC" w:rsidR="007F6DB9" w:rsidRPr="007F6DB9" w:rsidRDefault="007F6DB9" w:rsidP="007F6DB9">
      <w:r w:rsidRPr="007F6DB9">
        <w:t>N. Yalçın and U. Köse, “What is search engine optimization: SEO?” vol. 9, pp. 487–493, 2010.</w:t>
      </w:r>
    </w:p>
    <w:p w14:paraId="1B1AABD5" w14:textId="1F08995A" w:rsidR="007F6DB9" w:rsidRPr="007F6DB9" w:rsidRDefault="007F6DB9" w:rsidP="007F6DB9">
      <w:r w:rsidRPr="007F6DB9">
        <w:t>[6]</w:t>
      </w:r>
    </w:p>
    <w:p w14:paraId="690570DA" w14:textId="072F5959" w:rsidR="00582097" w:rsidRDefault="00493411" w:rsidP="00582097">
      <w:r w:rsidRPr="007F6DB9">
        <w:t>A. Barbar and A. Ismail, “Search engine optimization (SEO) for websites,” presented at the Proceedings of the 2019 5th international conference on computer and technology applications, 2019, pp. 51–55.</w:t>
      </w:r>
      <w:bookmarkStart w:id="15" w:name="_Toc227602184"/>
    </w:p>
    <w:bookmarkEnd w:id="15"/>
    <w:p w14:paraId="14824E38" w14:textId="6D56E00A" w:rsidR="004D3020" w:rsidRDefault="004D3020">
      <w:r>
        <w:br w:type="page"/>
      </w:r>
    </w:p>
    <w:p w14:paraId="5BE07E4A" w14:textId="77777777" w:rsidR="004D3020" w:rsidRDefault="004D3020" w:rsidP="004D3020">
      <w:pPr>
        <w:pStyle w:val="Heading1"/>
      </w:pPr>
      <w:r>
        <w:lastRenderedPageBreak/>
        <w:t>7. Appendices</w:t>
      </w:r>
    </w:p>
    <w:p w14:paraId="4E59C841" w14:textId="77777777" w:rsidR="004D3020" w:rsidRDefault="004D3020" w:rsidP="004D3020">
      <w:r>
        <w:t xml:space="preserve">HTML Code listings </w:t>
      </w:r>
    </w:p>
    <w:p w14:paraId="5E003949" w14:textId="77777777" w:rsidR="004D3020" w:rsidRDefault="004D3020" w:rsidP="004D3020">
      <w:pPr>
        <w:keepNext/>
      </w:pPr>
      <w:r w:rsidRPr="004D3020">
        <w:drawing>
          <wp:inline distT="0" distB="0" distL="0" distR="0" wp14:anchorId="3753EF64" wp14:editId="1E5E7E3B">
            <wp:extent cx="5486400" cy="3329305"/>
            <wp:effectExtent l="0" t="0" r="0" b="4445"/>
            <wp:docPr id="341355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35587" name=""/>
                    <pic:cNvPicPr/>
                  </pic:nvPicPr>
                  <pic:blipFill>
                    <a:blip r:embed="rId36"/>
                    <a:stretch>
                      <a:fillRect/>
                    </a:stretch>
                  </pic:blipFill>
                  <pic:spPr>
                    <a:xfrm>
                      <a:off x="0" y="0"/>
                      <a:ext cx="5486400" cy="3329305"/>
                    </a:xfrm>
                    <a:prstGeom prst="rect">
                      <a:avLst/>
                    </a:prstGeom>
                  </pic:spPr>
                </pic:pic>
              </a:graphicData>
            </a:graphic>
          </wp:inline>
        </w:drawing>
      </w:r>
    </w:p>
    <w:p w14:paraId="38DDDA84" w14:textId="1187847A" w:rsidR="003E757F" w:rsidRDefault="004D3020" w:rsidP="004D3020">
      <w:pPr>
        <w:pStyle w:val="Caption"/>
      </w:pPr>
      <w:r>
        <w:t xml:space="preserve">Figure </w:t>
      </w:r>
      <w:fldSimple w:instr=" SEQ Figure \* ARABIC ">
        <w:r w:rsidR="00C83FC8">
          <w:rPr>
            <w:noProof/>
          </w:rPr>
          <w:t>29</w:t>
        </w:r>
      </w:fldSimple>
      <w:r>
        <w:t xml:space="preserve"> HTML Homepage code listing</w:t>
      </w:r>
    </w:p>
    <w:p w14:paraId="7A4FC13B" w14:textId="77777777" w:rsidR="00097A3B" w:rsidRDefault="005600E9" w:rsidP="00097A3B">
      <w:pPr>
        <w:keepNext/>
      </w:pPr>
      <w:r w:rsidRPr="005600E9">
        <w:drawing>
          <wp:inline distT="0" distB="0" distL="0" distR="0" wp14:anchorId="4DBC7DC4" wp14:editId="722D923D">
            <wp:extent cx="5486400" cy="2090420"/>
            <wp:effectExtent l="0" t="0" r="0" b="5080"/>
            <wp:docPr id="14970976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7097638" name=""/>
                    <pic:cNvPicPr/>
                  </pic:nvPicPr>
                  <pic:blipFill>
                    <a:blip r:embed="rId37"/>
                    <a:stretch>
                      <a:fillRect/>
                    </a:stretch>
                  </pic:blipFill>
                  <pic:spPr>
                    <a:xfrm>
                      <a:off x="0" y="0"/>
                      <a:ext cx="5486400" cy="2090420"/>
                    </a:xfrm>
                    <a:prstGeom prst="rect">
                      <a:avLst/>
                    </a:prstGeom>
                  </pic:spPr>
                </pic:pic>
              </a:graphicData>
            </a:graphic>
          </wp:inline>
        </w:drawing>
      </w:r>
    </w:p>
    <w:p w14:paraId="06E1A0C4" w14:textId="4423FF36" w:rsidR="004D3020" w:rsidRDefault="00097A3B" w:rsidP="00097A3B">
      <w:pPr>
        <w:pStyle w:val="Caption"/>
      </w:pPr>
      <w:r>
        <w:t xml:space="preserve">Figure </w:t>
      </w:r>
      <w:fldSimple w:instr=" SEQ Figure \* ARABIC ">
        <w:r w:rsidR="00C83FC8">
          <w:rPr>
            <w:noProof/>
          </w:rPr>
          <w:t>30</w:t>
        </w:r>
      </w:fldSimple>
      <w:r>
        <w:t xml:space="preserve"> Html Homepage Code listing</w:t>
      </w:r>
    </w:p>
    <w:p w14:paraId="0DC39FDB" w14:textId="77777777" w:rsidR="008C2F02" w:rsidRDefault="008C2F02" w:rsidP="008C2F02">
      <w:pPr>
        <w:keepNext/>
      </w:pPr>
      <w:r w:rsidRPr="008C2F02">
        <w:lastRenderedPageBreak/>
        <w:drawing>
          <wp:inline distT="0" distB="0" distL="0" distR="0" wp14:anchorId="22D28A9A" wp14:editId="30534D7D">
            <wp:extent cx="5486400" cy="2353310"/>
            <wp:effectExtent l="0" t="0" r="0" b="8890"/>
            <wp:docPr id="10611929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192932" name=""/>
                    <pic:cNvPicPr/>
                  </pic:nvPicPr>
                  <pic:blipFill>
                    <a:blip r:embed="rId38"/>
                    <a:stretch>
                      <a:fillRect/>
                    </a:stretch>
                  </pic:blipFill>
                  <pic:spPr>
                    <a:xfrm>
                      <a:off x="0" y="0"/>
                      <a:ext cx="5486400" cy="2353310"/>
                    </a:xfrm>
                    <a:prstGeom prst="rect">
                      <a:avLst/>
                    </a:prstGeom>
                  </pic:spPr>
                </pic:pic>
              </a:graphicData>
            </a:graphic>
          </wp:inline>
        </w:drawing>
      </w:r>
    </w:p>
    <w:p w14:paraId="39B2203D" w14:textId="61849C85" w:rsidR="00097A3B" w:rsidRDefault="008C2F02" w:rsidP="008C2F02">
      <w:pPr>
        <w:pStyle w:val="Caption"/>
      </w:pPr>
      <w:r>
        <w:t xml:space="preserve">Figure </w:t>
      </w:r>
      <w:fldSimple w:instr=" SEQ Figure \* ARABIC ">
        <w:r w:rsidR="00C83FC8">
          <w:rPr>
            <w:noProof/>
          </w:rPr>
          <w:t>31</w:t>
        </w:r>
      </w:fldSimple>
      <w:r>
        <w:t xml:space="preserve"> HTML Homepage code listing</w:t>
      </w:r>
    </w:p>
    <w:p w14:paraId="068AA8EB" w14:textId="77777777" w:rsidR="0032341C" w:rsidRDefault="0032341C" w:rsidP="0032341C">
      <w:pPr>
        <w:keepNext/>
      </w:pPr>
      <w:r w:rsidRPr="0032341C">
        <w:drawing>
          <wp:inline distT="0" distB="0" distL="0" distR="0" wp14:anchorId="2148AD3D" wp14:editId="282EEDA2">
            <wp:extent cx="5486400" cy="3738245"/>
            <wp:effectExtent l="0" t="0" r="0" b="0"/>
            <wp:docPr id="11084426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8442618" name=""/>
                    <pic:cNvPicPr/>
                  </pic:nvPicPr>
                  <pic:blipFill>
                    <a:blip r:embed="rId39"/>
                    <a:stretch>
                      <a:fillRect/>
                    </a:stretch>
                  </pic:blipFill>
                  <pic:spPr>
                    <a:xfrm>
                      <a:off x="0" y="0"/>
                      <a:ext cx="5486400" cy="3738245"/>
                    </a:xfrm>
                    <a:prstGeom prst="rect">
                      <a:avLst/>
                    </a:prstGeom>
                  </pic:spPr>
                </pic:pic>
              </a:graphicData>
            </a:graphic>
          </wp:inline>
        </w:drawing>
      </w:r>
    </w:p>
    <w:p w14:paraId="2BE646F0" w14:textId="31423E01" w:rsidR="008C2F02" w:rsidRDefault="0032341C" w:rsidP="0032341C">
      <w:pPr>
        <w:pStyle w:val="Caption"/>
      </w:pPr>
      <w:r>
        <w:t xml:space="preserve">Figure </w:t>
      </w:r>
      <w:fldSimple w:instr=" SEQ Figure \* ARABIC ">
        <w:r w:rsidR="00C83FC8">
          <w:rPr>
            <w:noProof/>
          </w:rPr>
          <w:t>32</w:t>
        </w:r>
      </w:fldSimple>
      <w:r>
        <w:t xml:space="preserve"> HTML About Page code listing</w:t>
      </w:r>
    </w:p>
    <w:p w14:paraId="38630ED0" w14:textId="77777777" w:rsidR="004760C0" w:rsidRDefault="004760C0" w:rsidP="004760C0">
      <w:pPr>
        <w:keepNext/>
      </w:pPr>
      <w:r w:rsidRPr="004760C0">
        <w:lastRenderedPageBreak/>
        <w:drawing>
          <wp:inline distT="0" distB="0" distL="0" distR="0" wp14:anchorId="2CD7232F" wp14:editId="1EDCB208">
            <wp:extent cx="5486400" cy="2108835"/>
            <wp:effectExtent l="0" t="0" r="0" b="5715"/>
            <wp:docPr id="9137235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3723549" name=""/>
                    <pic:cNvPicPr/>
                  </pic:nvPicPr>
                  <pic:blipFill>
                    <a:blip r:embed="rId40"/>
                    <a:stretch>
                      <a:fillRect/>
                    </a:stretch>
                  </pic:blipFill>
                  <pic:spPr>
                    <a:xfrm>
                      <a:off x="0" y="0"/>
                      <a:ext cx="5486400" cy="2108835"/>
                    </a:xfrm>
                    <a:prstGeom prst="rect">
                      <a:avLst/>
                    </a:prstGeom>
                  </pic:spPr>
                </pic:pic>
              </a:graphicData>
            </a:graphic>
          </wp:inline>
        </w:drawing>
      </w:r>
    </w:p>
    <w:p w14:paraId="2C7A7E27" w14:textId="1D7E5897" w:rsidR="0032341C" w:rsidRDefault="004760C0" w:rsidP="004760C0">
      <w:pPr>
        <w:pStyle w:val="Caption"/>
      </w:pPr>
      <w:r>
        <w:t xml:space="preserve">Figure </w:t>
      </w:r>
      <w:fldSimple w:instr=" SEQ Figure \* ARABIC ">
        <w:r w:rsidR="00C83FC8">
          <w:rPr>
            <w:noProof/>
          </w:rPr>
          <w:t>33</w:t>
        </w:r>
      </w:fldSimple>
      <w:r>
        <w:t xml:space="preserve"> About Page code listing</w:t>
      </w:r>
    </w:p>
    <w:p w14:paraId="2F91FA6B" w14:textId="77777777" w:rsidR="00726390" w:rsidRDefault="00726390" w:rsidP="00726390">
      <w:pPr>
        <w:keepNext/>
      </w:pPr>
      <w:r w:rsidRPr="00726390">
        <w:drawing>
          <wp:inline distT="0" distB="0" distL="0" distR="0" wp14:anchorId="39475496" wp14:editId="3F9D2F97">
            <wp:extent cx="5486400" cy="2241550"/>
            <wp:effectExtent l="0" t="0" r="0" b="6350"/>
            <wp:docPr id="9704562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0456202" name=""/>
                    <pic:cNvPicPr/>
                  </pic:nvPicPr>
                  <pic:blipFill>
                    <a:blip r:embed="rId41"/>
                    <a:stretch>
                      <a:fillRect/>
                    </a:stretch>
                  </pic:blipFill>
                  <pic:spPr>
                    <a:xfrm>
                      <a:off x="0" y="0"/>
                      <a:ext cx="5486400" cy="2241550"/>
                    </a:xfrm>
                    <a:prstGeom prst="rect">
                      <a:avLst/>
                    </a:prstGeom>
                  </pic:spPr>
                </pic:pic>
              </a:graphicData>
            </a:graphic>
          </wp:inline>
        </w:drawing>
      </w:r>
    </w:p>
    <w:p w14:paraId="78A0F4F2" w14:textId="016D7A72" w:rsidR="00CD206E" w:rsidRDefault="00726390" w:rsidP="00726390">
      <w:pPr>
        <w:pStyle w:val="Caption"/>
      </w:pPr>
      <w:r>
        <w:t xml:space="preserve">Figure </w:t>
      </w:r>
      <w:fldSimple w:instr=" SEQ Figure \* ARABIC ">
        <w:r w:rsidR="00C83FC8">
          <w:rPr>
            <w:noProof/>
          </w:rPr>
          <w:t>34</w:t>
        </w:r>
      </w:fldSimple>
      <w:r>
        <w:t xml:space="preserve"> about page code listing</w:t>
      </w:r>
    </w:p>
    <w:p w14:paraId="07782791" w14:textId="77777777" w:rsidR="002A195C" w:rsidRDefault="002A195C" w:rsidP="002A195C">
      <w:pPr>
        <w:keepNext/>
      </w:pPr>
      <w:r w:rsidRPr="002A195C">
        <w:drawing>
          <wp:inline distT="0" distB="0" distL="0" distR="0" wp14:anchorId="47ADCDFF" wp14:editId="71C48979">
            <wp:extent cx="3073558" cy="1454225"/>
            <wp:effectExtent l="0" t="0" r="0" b="0"/>
            <wp:docPr id="2258969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896939" name=""/>
                    <pic:cNvPicPr/>
                  </pic:nvPicPr>
                  <pic:blipFill>
                    <a:blip r:embed="rId42"/>
                    <a:stretch>
                      <a:fillRect/>
                    </a:stretch>
                  </pic:blipFill>
                  <pic:spPr>
                    <a:xfrm>
                      <a:off x="0" y="0"/>
                      <a:ext cx="3073558" cy="1454225"/>
                    </a:xfrm>
                    <a:prstGeom prst="rect">
                      <a:avLst/>
                    </a:prstGeom>
                  </pic:spPr>
                </pic:pic>
              </a:graphicData>
            </a:graphic>
          </wp:inline>
        </w:drawing>
      </w:r>
    </w:p>
    <w:p w14:paraId="18E969B3" w14:textId="320DF3E8" w:rsidR="002A195C" w:rsidRDefault="002A195C" w:rsidP="002A195C">
      <w:pPr>
        <w:pStyle w:val="Caption"/>
      </w:pPr>
      <w:r>
        <w:t xml:space="preserve">Figure </w:t>
      </w:r>
      <w:fldSimple w:instr=" SEQ Figure \* ARABIC ">
        <w:r w:rsidR="00C83FC8">
          <w:rPr>
            <w:noProof/>
          </w:rPr>
          <w:t>35</w:t>
        </w:r>
      </w:fldSimple>
      <w:r>
        <w:t xml:space="preserve"> about page code listing</w:t>
      </w:r>
    </w:p>
    <w:p w14:paraId="7EB72F69" w14:textId="77777777" w:rsidR="00A751C9" w:rsidRDefault="00A751C9" w:rsidP="00A751C9">
      <w:pPr>
        <w:keepNext/>
      </w:pPr>
      <w:r w:rsidRPr="00A751C9">
        <w:lastRenderedPageBreak/>
        <w:drawing>
          <wp:inline distT="0" distB="0" distL="0" distR="0" wp14:anchorId="71CCC73D" wp14:editId="12489A49">
            <wp:extent cx="5486400" cy="3970655"/>
            <wp:effectExtent l="0" t="0" r="0" b="0"/>
            <wp:docPr id="8917240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1724034" name=""/>
                    <pic:cNvPicPr/>
                  </pic:nvPicPr>
                  <pic:blipFill>
                    <a:blip r:embed="rId43"/>
                    <a:stretch>
                      <a:fillRect/>
                    </a:stretch>
                  </pic:blipFill>
                  <pic:spPr>
                    <a:xfrm>
                      <a:off x="0" y="0"/>
                      <a:ext cx="5486400" cy="3970655"/>
                    </a:xfrm>
                    <a:prstGeom prst="rect">
                      <a:avLst/>
                    </a:prstGeom>
                  </pic:spPr>
                </pic:pic>
              </a:graphicData>
            </a:graphic>
          </wp:inline>
        </w:drawing>
      </w:r>
    </w:p>
    <w:p w14:paraId="13449114" w14:textId="1051EACB" w:rsidR="002A195C" w:rsidRDefault="00A751C9" w:rsidP="00A751C9">
      <w:pPr>
        <w:pStyle w:val="Caption"/>
      </w:pPr>
      <w:r>
        <w:t xml:space="preserve">Figure </w:t>
      </w:r>
      <w:fldSimple w:instr=" SEQ Figure \* ARABIC ">
        <w:r w:rsidR="00C83FC8">
          <w:rPr>
            <w:noProof/>
          </w:rPr>
          <w:t>36</w:t>
        </w:r>
      </w:fldSimple>
      <w:r>
        <w:t xml:space="preserve"> Contact page code</w:t>
      </w:r>
    </w:p>
    <w:p w14:paraId="74DBAE32" w14:textId="77777777" w:rsidR="00C13AF8" w:rsidRDefault="00C13AF8" w:rsidP="00C13AF8">
      <w:pPr>
        <w:keepNext/>
      </w:pPr>
      <w:r w:rsidRPr="00C13AF8">
        <w:drawing>
          <wp:inline distT="0" distB="0" distL="0" distR="0" wp14:anchorId="13283A07" wp14:editId="4DB476CB">
            <wp:extent cx="5486400" cy="3188335"/>
            <wp:effectExtent l="0" t="0" r="0" b="0"/>
            <wp:docPr id="15766487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6648700" name=""/>
                    <pic:cNvPicPr/>
                  </pic:nvPicPr>
                  <pic:blipFill>
                    <a:blip r:embed="rId44"/>
                    <a:stretch>
                      <a:fillRect/>
                    </a:stretch>
                  </pic:blipFill>
                  <pic:spPr>
                    <a:xfrm>
                      <a:off x="0" y="0"/>
                      <a:ext cx="5486400" cy="3188335"/>
                    </a:xfrm>
                    <a:prstGeom prst="rect">
                      <a:avLst/>
                    </a:prstGeom>
                  </pic:spPr>
                </pic:pic>
              </a:graphicData>
            </a:graphic>
          </wp:inline>
        </w:drawing>
      </w:r>
    </w:p>
    <w:p w14:paraId="7DCB29CE" w14:textId="30581C00" w:rsidR="00A751C9" w:rsidRDefault="00C13AF8" w:rsidP="00C13AF8">
      <w:pPr>
        <w:pStyle w:val="Caption"/>
      </w:pPr>
      <w:r>
        <w:t xml:space="preserve">Figure </w:t>
      </w:r>
      <w:fldSimple w:instr=" SEQ Figure \* ARABIC ">
        <w:r w:rsidR="00C83FC8">
          <w:rPr>
            <w:noProof/>
          </w:rPr>
          <w:t>37</w:t>
        </w:r>
      </w:fldSimple>
      <w:r>
        <w:t xml:space="preserve"> contact page code</w:t>
      </w:r>
    </w:p>
    <w:p w14:paraId="07D1D678" w14:textId="77777777" w:rsidR="00C34A67" w:rsidRDefault="00C34A67" w:rsidP="00C34A67">
      <w:pPr>
        <w:keepNext/>
      </w:pPr>
      <w:r w:rsidRPr="00C34A67">
        <w:lastRenderedPageBreak/>
        <w:drawing>
          <wp:inline distT="0" distB="0" distL="0" distR="0" wp14:anchorId="0FDAEBFF" wp14:editId="3734AFE7">
            <wp:extent cx="5486400" cy="3008630"/>
            <wp:effectExtent l="0" t="0" r="0" b="1270"/>
            <wp:docPr id="13975363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7536392" name=""/>
                    <pic:cNvPicPr/>
                  </pic:nvPicPr>
                  <pic:blipFill>
                    <a:blip r:embed="rId45"/>
                    <a:stretch>
                      <a:fillRect/>
                    </a:stretch>
                  </pic:blipFill>
                  <pic:spPr>
                    <a:xfrm>
                      <a:off x="0" y="0"/>
                      <a:ext cx="5486400" cy="3008630"/>
                    </a:xfrm>
                    <a:prstGeom prst="rect">
                      <a:avLst/>
                    </a:prstGeom>
                  </pic:spPr>
                </pic:pic>
              </a:graphicData>
            </a:graphic>
          </wp:inline>
        </w:drawing>
      </w:r>
    </w:p>
    <w:p w14:paraId="5683B539" w14:textId="12C00304" w:rsidR="00C13AF8" w:rsidRDefault="00C34A67" w:rsidP="00C34A67">
      <w:pPr>
        <w:pStyle w:val="Caption"/>
      </w:pPr>
      <w:r>
        <w:t xml:space="preserve">Figure </w:t>
      </w:r>
      <w:fldSimple w:instr=" SEQ Figure \* ARABIC ">
        <w:r w:rsidR="00C83FC8">
          <w:rPr>
            <w:noProof/>
          </w:rPr>
          <w:t>38</w:t>
        </w:r>
      </w:fldSimple>
      <w:r>
        <w:t xml:space="preserve"> Contact page code</w:t>
      </w:r>
    </w:p>
    <w:p w14:paraId="5B4086A5" w14:textId="77777777" w:rsidR="005519D3" w:rsidRDefault="005519D3" w:rsidP="005519D3">
      <w:pPr>
        <w:keepNext/>
      </w:pPr>
      <w:r w:rsidRPr="005519D3">
        <w:drawing>
          <wp:inline distT="0" distB="0" distL="0" distR="0" wp14:anchorId="3C1CBFDC" wp14:editId="52B89694">
            <wp:extent cx="5486400" cy="2041525"/>
            <wp:effectExtent l="0" t="0" r="0" b="0"/>
            <wp:docPr id="7611242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1124244" name=""/>
                    <pic:cNvPicPr/>
                  </pic:nvPicPr>
                  <pic:blipFill>
                    <a:blip r:embed="rId46"/>
                    <a:stretch>
                      <a:fillRect/>
                    </a:stretch>
                  </pic:blipFill>
                  <pic:spPr>
                    <a:xfrm>
                      <a:off x="0" y="0"/>
                      <a:ext cx="5486400" cy="2041525"/>
                    </a:xfrm>
                    <a:prstGeom prst="rect">
                      <a:avLst/>
                    </a:prstGeom>
                  </pic:spPr>
                </pic:pic>
              </a:graphicData>
            </a:graphic>
          </wp:inline>
        </w:drawing>
      </w:r>
    </w:p>
    <w:p w14:paraId="0A051168" w14:textId="6E9CD203" w:rsidR="00C34A67" w:rsidRDefault="005519D3" w:rsidP="005519D3">
      <w:pPr>
        <w:pStyle w:val="Caption"/>
      </w:pPr>
      <w:r>
        <w:t xml:space="preserve">Figure </w:t>
      </w:r>
      <w:fldSimple w:instr=" SEQ Figure \* ARABIC ">
        <w:r w:rsidR="00C83FC8">
          <w:rPr>
            <w:noProof/>
          </w:rPr>
          <w:t>39</w:t>
        </w:r>
      </w:fldSimple>
      <w:r>
        <w:t xml:space="preserve"> contact page code listing</w:t>
      </w:r>
    </w:p>
    <w:p w14:paraId="2936BB52" w14:textId="77777777" w:rsidR="008D031F" w:rsidRDefault="008D031F" w:rsidP="008D031F">
      <w:pPr>
        <w:keepNext/>
      </w:pPr>
      <w:r w:rsidRPr="008D031F">
        <w:lastRenderedPageBreak/>
        <w:drawing>
          <wp:inline distT="0" distB="0" distL="0" distR="0" wp14:anchorId="34878014" wp14:editId="2985DA4B">
            <wp:extent cx="5486400" cy="2843530"/>
            <wp:effectExtent l="0" t="0" r="0" b="0"/>
            <wp:docPr id="2544147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414718" name=""/>
                    <pic:cNvPicPr/>
                  </pic:nvPicPr>
                  <pic:blipFill>
                    <a:blip r:embed="rId47"/>
                    <a:stretch>
                      <a:fillRect/>
                    </a:stretch>
                  </pic:blipFill>
                  <pic:spPr>
                    <a:xfrm>
                      <a:off x="0" y="0"/>
                      <a:ext cx="5486400" cy="2843530"/>
                    </a:xfrm>
                    <a:prstGeom prst="rect">
                      <a:avLst/>
                    </a:prstGeom>
                  </pic:spPr>
                </pic:pic>
              </a:graphicData>
            </a:graphic>
          </wp:inline>
        </w:drawing>
      </w:r>
    </w:p>
    <w:p w14:paraId="29EF4154" w14:textId="5536868E" w:rsidR="005519D3" w:rsidRDefault="008D031F" w:rsidP="008D031F">
      <w:pPr>
        <w:pStyle w:val="Caption"/>
      </w:pPr>
      <w:r>
        <w:t xml:space="preserve">Figure </w:t>
      </w:r>
      <w:fldSimple w:instr=" SEQ Figure \* ARABIC ">
        <w:r w:rsidR="00C83FC8">
          <w:rPr>
            <w:noProof/>
          </w:rPr>
          <w:t>40</w:t>
        </w:r>
      </w:fldSimple>
      <w:r>
        <w:t xml:space="preserve"> Hobbies page code</w:t>
      </w:r>
    </w:p>
    <w:p w14:paraId="3A62498D" w14:textId="77777777" w:rsidR="004315AC" w:rsidRDefault="004315AC" w:rsidP="004315AC">
      <w:pPr>
        <w:keepNext/>
      </w:pPr>
      <w:r w:rsidRPr="004315AC">
        <w:drawing>
          <wp:inline distT="0" distB="0" distL="0" distR="0" wp14:anchorId="61DB801A" wp14:editId="1ABEA292">
            <wp:extent cx="5486400" cy="2082165"/>
            <wp:effectExtent l="0" t="0" r="0" b="0"/>
            <wp:docPr id="20765933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6593348" name=""/>
                    <pic:cNvPicPr/>
                  </pic:nvPicPr>
                  <pic:blipFill>
                    <a:blip r:embed="rId48"/>
                    <a:stretch>
                      <a:fillRect/>
                    </a:stretch>
                  </pic:blipFill>
                  <pic:spPr>
                    <a:xfrm>
                      <a:off x="0" y="0"/>
                      <a:ext cx="5486400" cy="2082165"/>
                    </a:xfrm>
                    <a:prstGeom prst="rect">
                      <a:avLst/>
                    </a:prstGeom>
                  </pic:spPr>
                </pic:pic>
              </a:graphicData>
            </a:graphic>
          </wp:inline>
        </w:drawing>
      </w:r>
    </w:p>
    <w:p w14:paraId="393B2E5D" w14:textId="1BD9138D" w:rsidR="008D031F" w:rsidRDefault="004315AC" w:rsidP="004315AC">
      <w:pPr>
        <w:pStyle w:val="Caption"/>
      </w:pPr>
      <w:r>
        <w:t xml:space="preserve">Figure </w:t>
      </w:r>
      <w:fldSimple w:instr=" SEQ Figure \* ARABIC ">
        <w:r w:rsidR="00C83FC8">
          <w:rPr>
            <w:noProof/>
          </w:rPr>
          <w:t>41</w:t>
        </w:r>
      </w:fldSimple>
      <w:r>
        <w:t xml:space="preserve"> Hobbies page Code</w:t>
      </w:r>
    </w:p>
    <w:p w14:paraId="07334649" w14:textId="77777777" w:rsidR="007F03C9" w:rsidRDefault="007F03C9" w:rsidP="007F03C9">
      <w:pPr>
        <w:keepNext/>
      </w:pPr>
      <w:r w:rsidRPr="007F03C9">
        <w:drawing>
          <wp:inline distT="0" distB="0" distL="0" distR="0" wp14:anchorId="5F523B41" wp14:editId="323684E6">
            <wp:extent cx="5486400" cy="1840230"/>
            <wp:effectExtent l="0" t="0" r="0" b="7620"/>
            <wp:docPr id="9596549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9654943" name=""/>
                    <pic:cNvPicPr/>
                  </pic:nvPicPr>
                  <pic:blipFill>
                    <a:blip r:embed="rId49"/>
                    <a:stretch>
                      <a:fillRect/>
                    </a:stretch>
                  </pic:blipFill>
                  <pic:spPr>
                    <a:xfrm>
                      <a:off x="0" y="0"/>
                      <a:ext cx="5486400" cy="1840230"/>
                    </a:xfrm>
                    <a:prstGeom prst="rect">
                      <a:avLst/>
                    </a:prstGeom>
                  </pic:spPr>
                </pic:pic>
              </a:graphicData>
            </a:graphic>
          </wp:inline>
        </w:drawing>
      </w:r>
    </w:p>
    <w:p w14:paraId="20C90713" w14:textId="66EFCC37" w:rsidR="004315AC" w:rsidRDefault="007F03C9" w:rsidP="007F03C9">
      <w:pPr>
        <w:pStyle w:val="Caption"/>
      </w:pPr>
      <w:r>
        <w:t xml:space="preserve">Figure </w:t>
      </w:r>
      <w:fldSimple w:instr=" SEQ Figure \* ARABIC ">
        <w:r w:rsidR="00C83FC8">
          <w:rPr>
            <w:noProof/>
          </w:rPr>
          <w:t>42</w:t>
        </w:r>
      </w:fldSimple>
      <w:r>
        <w:t xml:space="preserve"> Hobbies page code</w:t>
      </w:r>
    </w:p>
    <w:p w14:paraId="48EF9FA7" w14:textId="77777777" w:rsidR="007F03C9" w:rsidRPr="007F03C9" w:rsidRDefault="007F03C9" w:rsidP="007F03C9"/>
    <w:p w14:paraId="5CDB33D5" w14:textId="77777777" w:rsidR="00C83FC8" w:rsidRDefault="00C83FC8" w:rsidP="00C83FC8">
      <w:pPr>
        <w:keepNext/>
      </w:pPr>
      <w:r w:rsidRPr="00C83FC8">
        <w:lastRenderedPageBreak/>
        <w:drawing>
          <wp:inline distT="0" distB="0" distL="0" distR="0" wp14:anchorId="05D2ABF6" wp14:editId="2D41C67E">
            <wp:extent cx="5486400" cy="1790700"/>
            <wp:effectExtent l="0" t="0" r="0" b="0"/>
            <wp:docPr id="303102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10226" name=""/>
                    <pic:cNvPicPr/>
                  </pic:nvPicPr>
                  <pic:blipFill>
                    <a:blip r:embed="rId50"/>
                    <a:stretch>
                      <a:fillRect/>
                    </a:stretch>
                  </pic:blipFill>
                  <pic:spPr>
                    <a:xfrm>
                      <a:off x="0" y="0"/>
                      <a:ext cx="5486400" cy="1790700"/>
                    </a:xfrm>
                    <a:prstGeom prst="rect">
                      <a:avLst/>
                    </a:prstGeom>
                  </pic:spPr>
                </pic:pic>
              </a:graphicData>
            </a:graphic>
          </wp:inline>
        </w:drawing>
      </w:r>
    </w:p>
    <w:p w14:paraId="1E5A80BC" w14:textId="1B997264" w:rsidR="004315AC" w:rsidRDefault="00C83FC8" w:rsidP="00C83FC8">
      <w:pPr>
        <w:pStyle w:val="Caption"/>
      </w:pPr>
      <w:r>
        <w:t xml:space="preserve">Figure </w:t>
      </w:r>
      <w:fldSimple w:instr=" SEQ Figure \* ARABIC ">
        <w:r>
          <w:rPr>
            <w:noProof/>
          </w:rPr>
          <w:t>43</w:t>
        </w:r>
      </w:fldSimple>
      <w:r>
        <w:t xml:space="preserve"> Hobbies page code</w:t>
      </w:r>
    </w:p>
    <w:p w14:paraId="159625F5" w14:textId="207E87EA" w:rsidR="00C83FC8" w:rsidRDefault="00C83FC8" w:rsidP="00C83FC8">
      <w:r>
        <w:t>CSS</w:t>
      </w:r>
    </w:p>
    <w:p w14:paraId="3BF0130D" w14:textId="51EB4CD0" w:rsidR="00C83FC8" w:rsidRDefault="00F37853" w:rsidP="00C83FC8">
      <w:r w:rsidRPr="00F37853">
        <w:drawing>
          <wp:inline distT="0" distB="0" distL="0" distR="0" wp14:anchorId="4AEEAAD8" wp14:editId="7825F392">
            <wp:extent cx="5486400" cy="2961005"/>
            <wp:effectExtent l="0" t="0" r="0" b="0"/>
            <wp:docPr id="19502511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0251141" name=""/>
                    <pic:cNvPicPr/>
                  </pic:nvPicPr>
                  <pic:blipFill>
                    <a:blip r:embed="rId51"/>
                    <a:stretch>
                      <a:fillRect/>
                    </a:stretch>
                  </pic:blipFill>
                  <pic:spPr>
                    <a:xfrm>
                      <a:off x="0" y="0"/>
                      <a:ext cx="5486400" cy="2961005"/>
                    </a:xfrm>
                    <a:prstGeom prst="rect">
                      <a:avLst/>
                    </a:prstGeom>
                  </pic:spPr>
                </pic:pic>
              </a:graphicData>
            </a:graphic>
          </wp:inline>
        </w:drawing>
      </w:r>
    </w:p>
    <w:p w14:paraId="4789503E" w14:textId="603980BF" w:rsidR="00F37853" w:rsidRDefault="00483A80" w:rsidP="00C83FC8">
      <w:r w:rsidRPr="00483A80">
        <w:lastRenderedPageBreak/>
        <w:drawing>
          <wp:inline distT="0" distB="0" distL="0" distR="0" wp14:anchorId="190CFD93" wp14:editId="2268B03E">
            <wp:extent cx="5334274" cy="4972306"/>
            <wp:effectExtent l="0" t="0" r="0" b="0"/>
            <wp:docPr id="15878680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7868094" name=""/>
                    <pic:cNvPicPr/>
                  </pic:nvPicPr>
                  <pic:blipFill>
                    <a:blip r:embed="rId52"/>
                    <a:stretch>
                      <a:fillRect/>
                    </a:stretch>
                  </pic:blipFill>
                  <pic:spPr>
                    <a:xfrm>
                      <a:off x="0" y="0"/>
                      <a:ext cx="5334274" cy="4972306"/>
                    </a:xfrm>
                    <a:prstGeom prst="rect">
                      <a:avLst/>
                    </a:prstGeom>
                  </pic:spPr>
                </pic:pic>
              </a:graphicData>
            </a:graphic>
          </wp:inline>
        </w:drawing>
      </w:r>
    </w:p>
    <w:p w14:paraId="11CECEE3" w14:textId="382257EC" w:rsidR="005D5F1C" w:rsidRDefault="00F106D8" w:rsidP="00C83FC8">
      <w:r w:rsidRPr="00F106D8">
        <w:lastRenderedPageBreak/>
        <w:drawing>
          <wp:inline distT="0" distB="0" distL="0" distR="0" wp14:anchorId="1893DCB1" wp14:editId="7B86319D">
            <wp:extent cx="3962604" cy="5073911"/>
            <wp:effectExtent l="0" t="0" r="0" b="0"/>
            <wp:docPr id="15506484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0648446" name=""/>
                    <pic:cNvPicPr/>
                  </pic:nvPicPr>
                  <pic:blipFill>
                    <a:blip r:embed="rId53"/>
                    <a:stretch>
                      <a:fillRect/>
                    </a:stretch>
                  </pic:blipFill>
                  <pic:spPr>
                    <a:xfrm>
                      <a:off x="0" y="0"/>
                      <a:ext cx="3962604" cy="5073911"/>
                    </a:xfrm>
                    <a:prstGeom prst="rect">
                      <a:avLst/>
                    </a:prstGeom>
                  </pic:spPr>
                </pic:pic>
              </a:graphicData>
            </a:graphic>
          </wp:inline>
        </w:drawing>
      </w:r>
    </w:p>
    <w:p w14:paraId="1C2111E2" w14:textId="3FB52952" w:rsidR="00BA1599" w:rsidRDefault="00940BCF" w:rsidP="00C83FC8">
      <w:r w:rsidRPr="00940BCF">
        <w:lastRenderedPageBreak/>
        <w:drawing>
          <wp:inline distT="0" distB="0" distL="0" distR="0" wp14:anchorId="23FF010E" wp14:editId="08D82B37">
            <wp:extent cx="4388076" cy="5200917"/>
            <wp:effectExtent l="0" t="0" r="0" b="0"/>
            <wp:docPr id="1787277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727705" name=""/>
                    <pic:cNvPicPr/>
                  </pic:nvPicPr>
                  <pic:blipFill>
                    <a:blip r:embed="rId54"/>
                    <a:stretch>
                      <a:fillRect/>
                    </a:stretch>
                  </pic:blipFill>
                  <pic:spPr>
                    <a:xfrm>
                      <a:off x="0" y="0"/>
                      <a:ext cx="4388076" cy="5200917"/>
                    </a:xfrm>
                    <a:prstGeom prst="rect">
                      <a:avLst/>
                    </a:prstGeom>
                  </pic:spPr>
                </pic:pic>
              </a:graphicData>
            </a:graphic>
          </wp:inline>
        </w:drawing>
      </w:r>
    </w:p>
    <w:p w14:paraId="4153CFC8" w14:textId="6B0AE965" w:rsidR="00DB139D" w:rsidRDefault="00DB139D" w:rsidP="00C83FC8">
      <w:r w:rsidRPr="00DB139D">
        <w:lastRenderedPageBreak/>
        <w:drawing>
          <wp:inline distT="0" distB="0" distL="0" distR="0" wp14:anchorId="1CA8C4E6" wp14:editId="1196731D">
            <wp:extent cx="5321573" cy="5067560"/>
            <wp:effectExtent l="0" t="0" r="0" b="0"/>
            <wp:docPr id="1089645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964521" name=""/>
                    <pic:cNvPicPr/>
                  </pic:nvPicPr>
                  <pic:blipFill>
                    <a:blip r:embed="rId55"/>
                    <a:stretch>
                      <a:fillRect/>
                    </a:stretch>
                  </pic:blipFill>
                  <pic:spPr>
                    <a:xfrm>
                      <a:off x="0" y="0"/>
                      <a:ext cx="5321573" cy="5067560"/>
                    </a:xfrm>
                    <a:prstGeom prst="rect">
                      <a:avLst/>
                    </a:prstGeom>
                  </pic:spPr>
                </pic:pic>
              </a:graphicData>
            </a:graphic>
          </wp:inline>
        </w:drawing>
      </w:r>
    </w:p>
    <w:p w14:paraId="29BCECDB" w14:textId="55E9F462" w:rsidR="00DB139D" w:rsidRDefault="001F2DEF" w:rsidP="00C83FC8">
      <w:r w:rsidRPr="001F2DEF">
        <w:lastRenderedPageBreak/>
        <w:drawing>
          <wp:inline distT="0" distB="0" distL="0" distR="0" wp14:anchorId="0B514652" wp14:editId="6D4EC78E">
            <wp:extent cx="5486400" cy="4496435"/>
            <wp:effectExtent l="0" t="0" r="0" b="0"/>
            <wp:docPr id="8347584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4758483" name=""/>
                    <pic:cNvPicPr/>
                  </pic:nvPicPr>
                  <pic:blipFill>
                    <a:blip r:embed="rId56"/>
                    <a:stretch>
                      <a:fillRect/>
                    </a:stretch>
                  </pic:blipFill>
                  <pic:spPr>
                    <a:xfrm>
                      <a:off x="0" y="0"/>
                      <a:ext cx="5486400" cy="4496435"/>
                    </a:xfrm>
                    <a:prstGeom prst="rect">
                      <a:avLst/>
                    </a:prstGeom>
                  </pic:spPr>
                </pic:pic>
              </a:graphicData>
            </a:graphic>
          </wp:inline>
        </w:drawing>
      </w:r>
    </w:p>
    <w:p w14:paraId="002C4569" w14:textId="5186D7FE" w:rsidR="001F2DEF" w:rsidRDefault="00575811" w:rsidP="00C83FC8">
      <w:r w:rsidRPr="00575811">
        <w:drawing>
          <wp:inline distT="0" distB="0" distL="0" distR="0" wp14:anchorId="3D18FDB2" wp14:editId="27E33967">
            <wp:extent cx="5486400" cy="2908935"/>
            <wp:effectExtent l="0" t="0" r="0" b="5715"/>
            <wp:docPr id="18610878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1087817" name=""/>
                    <pic:cNvPicPr/>
                  </pic:nvPicPr>
                  <pic:blipFill>
                    <a:blip r:embed="rId57"/>
                    <a:stretch>
                      <a:fillRect/>
                    </a:stretch>
                  </pic:blipFill>
                  <pic:spPr>
                    <a:xfrm>
                      <a:off x="0" y="0"/>
                      <a:ext cx="5486400" cy="2908935"/>
                    </a:xfrm>
                    <a:prstGeom prst="rect">
                      <a:avLst/>
                    </a:prstGeom>
                  </pic:spPr>
                </pic:pic>
              </a:graphicData>
            </a:graphic>
          </wp:inline>
        </w:drawing>
      </w:r>
    </w:p>
    <w:p w14:paraId="3CC7A8A8" w14:textId="6BB0DCBE" w:rsidR="00575811" w:rsidRDefault="00696225" w:rsidP="00C83FC8">
      <w:r w:rsidRPr="00696225">
        <w:lastRenderedPageBreak/>
        <w:drawing>
          <wp:inline distT="0" distB="0" distL="0" distR="0" wp14:anchorId="7B115184" wp14:editId="627135C1">
            <wp:extent cx="4654789" cy="4997707"/>
            <wp:effectExtent l="0" t="0" r="0" b="0"/>
            <wp:docPr id="17508575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0857573" name=""/>
                    <pic:cNvPicPr/>
                  </pic:nvPicPr>
                  <pic:blipFill>
                    <a:blip r:embed="rId58"/>
                    <a:stretch>
                      <a:fillRect/>
                    </a:stretch>
                  </pic:blipFill>
                  <pic:spPr>
                    <a:xfrm>
                      <a:off x="0" y="0"/>
                      <a:ext cx="4654789" cy="4997707"/>
                    </a:xfrm>
                    <a:prstGeom prst="rect">
                      <a:avLst/>
                    </a:prstGeom>
                  </pic:spPr>
                </pic:pic>
              </a:graphicData>
            </a:graphic>
          </wp:inline>
        </w:drawing>
      </w:r>
    </w:p>
    <w:p w14:paraId="04A5FCE1" w14:textId="49E2B64D" w:rsidR="005C4D91" w:rsidRDefault="005C4D91" w:rsidP="00C83FC8">
      <w:r w:rsidRPr="005C4D91">
        <w:lastRenderedPageBreak/>
        <w:drawing>
          <wp:inline distT="0" distB="0" distL="0" distR="0" wp14:anchorId="19788962" wp14:editId="0CF9481F">
            <wp:extent cx="5486400" cy="4549775"/>
            <wp:effectExtent l="0" t="0" r="0" b="3175"/>
            <wp:docPr id="7883370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337031" name=""/>
                    <pic:cNvPicPr/>
                  </pic:nvPicPr>
                  <pic:blipFill>
                    <a:blip r:embed="rId59"/>
                    <a:stretch>
                      <a:fillRect/>
                    </a:stretch>
                  </pic:blipFill>
                  <pic:spPr>
                    <a:xfrm>
                      <a:off x="0" y="0"/>
                      <a:ext cx="5486400" cy="4549775"/>
                    </a:xfrm>
                    <a:prstGeom prst="rect">
                      <a:avLst/>
                    </a:prstGeom>
                  </pic:spPr>
                </pic:pic>
              </a:graphicData>
            </a:graphic>
          </wp:inline>
        </w:drawing>
      </w:r>
    </w:p>
    <w:p w14:paraId="76113CB3" w14:textId="54C9B1CA" w:rsidR="005C4D91" w:rsidRDefault="009F0D16" w:rsidP="00C83FC8">
      <w:r w:rsidRPr="009F0D16">
        <w:lastRenderedPageBreak/>
        <w:drawing>
          <wp:inline distT="0" distB="0" distL="0" distR="0" wp14:anchorId="58B66CF8" wp14:editId="697F5715">
            <wp:extent cx="4159464" cy="5073911"/>
            <wp:effectExtent l="0" t="0" r="0" b="0"/>
            <wp:docPr id="12174793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7479383" name=""/>
                    <pic:cNvPicPr/>
                  </pic:nvPicPr>
                  <pic:blipFill>
                    <a:blip r:embed="rId60"/>
                    <a:stretch>
                      <a:fillRect/>
                    </a:stretch>
                  </pic:blipFill>
                  <pic:spPr>
                    <a:xfrm>
                      <a:off x="0" y="0"/>
                      <a:ext cx="4159464" cy="5073911"/>
                    </a:xfrm>
                    <a:prstGeom prst="rect">
                      <a:avLst/>
                    </a:prstGeom>
                  </pic:spPr>
                </pic:pic>
              </a:graphicData>
            </a:graphic>
          </wp:inline>
        </w:drawing>
      </w:r>
    </w:p>
    <w:p w14:paraId="164002BE" w14:textId="4EA7EC43" w:rsidR="009F0D16" w:rsidRDefault="009D4E47" w:rsidP="00C83FC8">
      <w:r w:rsidRPr="009D4E47">
        <w:lastRenderedPageBreak/>
        <w:drawing>
          <wp:inline distT="0" distB="0" distL="0" distR="0" wp14:anchorId="1B1FA3EE" wp14:editId="6487D8A7">
            <wp:extent cx="5486400" cy="4291330"/>
            <wp:effectExtent l="0" t="0" r="0" b="0"/>
            <wp:docPr id="5114852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485277" name=""/>
                    <pic:cNvPicPr/>
                  </pic:nvPicPr>
                  <pic:blipFill>
                    <a:blip r:embed="rId61"/>
                    <a:stretch>
                      <a:fillRect/>
                    </a:stretch>
                  </pic:blipFill>
                  <pic:spPr>
                    <a:xfrm>
                      <a:off x="0" y="0"/>
                      <a:ext cx="5486400" cy="4291330"/>
                    </a:xfrm>
                    <a:prstGeom prst="rect">
                      <a:avLst/>
                    </a:prstGeom>
                  </pic:spPr>
                </pic:pic>
              </a:graphicData>
            </a:graphic>
          </wp:inline>
        </w:drawing>
      </w:r>
    </w:p>
    <w:p w14:paraId="3B17D88B" w14:textId="5847B312" w:rsidR="00693F84" w:rsidRDefault="00693F84" w:rsidP="00C83FC8">
      <w:r w:rsidRPr="00693F84">
        <w:lastRenderedPageBreak/>
        <w:drawing>
          <wp:inline distT="0" distB="0" distL="0" distR="0" wp14:anchorId="51ADB0C0" wp14:editId="1CCD1522">
            <wp:extent cx="5486400" cy="3839210"/>
            <wp:effectExtent l="0" t="0" r="0" b="8890"/>
            <wp:docPr id="17689195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919518" name=""/>
                    <pic:cNvPicPr/>
                  </pic:nvPicPr>
                  <pic:blipFill>
                    <a:blip r:embed="rId62"/>
                    <a:stretch>
                      <a:fillRect/>
                    </a:stretch>
                  </pic:blipFill>
                  <pic:spPr>
                    <a:xfrm>
                      <a:off x="0" y="0"/>
                      <a:ext cx="5486400" cy="3839210"/>
                    </a:xfrm>
                    <a:prstGeom prst="rect">
                      <a:avLst/>
                    </a:prstGeom>
                  </pic:spPr>
                </pic:pic>
              </a:graphicData>
            </a:graphic>
          </wp:inline>
        </w:drawing>
      </w:r>
    </w:p>
    <w:p w14:paraId="7A9EE9BD" w14:textId="25716B2D" w:rsidR="009D4E47" w:rsidRDefault="00D80717" w:rsidP="00C83FC8">
      <w:r w:rsidRPr="00D80717">
        <w:drawing>
          <wp:inline distT="0" distB="0" distL="0" distR="0" wp14:anchorId="0B2969F7" wp14:editId="4ED2E4EF">
            <wp:extent cx="4330923" cy="1530429"/>
            <wp:effectExtent l="0" t="0" r="0" b="0"/>
            <wp:docPr id="9183519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8351923" name=""/>
                    <pic:cNvPicPr/>
                  </pic:nvPicPr>
                  <pic:blipFill>
                    <a:blip r:embed="rId63"/>
                    <a:stretch>
                      <a:fillRect/>
                    </a:stretch>
                  </pic:blipFill>
                  <pic:spPr>
                    <a:xfrm>
                      <a:off x="0" y="0"/>
                      <a:ext cx="4330923" cy="1530429"/>
                    </a:xfrm>
                    <a:prstGeom prst="rect">
                      <a:avLst/>
                    </a:prstGeom>
                  </pic:spPr>
                </pic:pic>
              </a:graphicData>
            </a:graphic>
          </wp:inline>
        </w:drawing>
      </w:r>
    </w:p>
    <w:p w14:paraId="18040047" w14:textId="77777777" w:rsidR="00696225" w:rsidRPr="00C83FC8" w:rsidRDefault="00696225" w:rsidP="00C83FC8"/>
    <w:sectPr w:rsidR="00696225" w:rsidRPr="00C83FC8" w:rsidSect="0069743C">
      <w:pgSz w:w="12240" w:h="15840"/>
      <w:pgMar w:top="1440" w:right="1800" w:bottom="1440" w:left="180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3992"/>
        </w:tabs>
        <w:ind w:left="3992"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31514028"/>
    <w:multiLevelType w:val="hybridMultilevel"/>
    <w:tmpl w:val="2C3A30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25925994">
    <w:abstractNumId w:val="8"/>
  </w:num>
  <w:num w:numId="2" w16cid:durableId="703794490">
    <w:abstractNumId w:val="6"/>
  </w:num>
  <w:num w:numId="3" w16cid:durableId="926573543">
    <w:abstractNumId w:val="5"/>
  </w:num>
  <w:num w:numId="4" w16cid:durableId="353457657">
    <w:abstractNumId w:val="4"/>
  </w:num>
  <w:num w:numId="5" w16cid:durableId="790057588">
    <w:abstractNumId w:val="7"/>
  </w:num>
  <w:num w:numId="6" w16cid:durableId="1395810659">
    <w:abstractNumId w:val="3"/>
  </w:num>
  <w:num w:numId="7" w16cid:durableId="353968580">
    <w:abstractNumId w:val="2"/>
  </w:num>
  <w:num w:numId="8" w16cid:durableId="1050883392">
    <w:abstractNumId w:val="1"/>
  </w:num>
  <w:num w:numId="9" w16cid:durableId="1514684511">
    <w:abstractNumId w:val="0"/>
  </w:num>
  <w:num w:numId="10" w16cid:durableId="93351307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47EB"/>
    <w:rsid w:val="0000648A"/>
    <w:rsid w:val="00034616"/>
    <w:rsid w:val="00035C48"/>
    <w:rsid w:val="00056925"/>
    <w:rsid w:val="0006063C"/>
    <w:rsid w:val="00062A13"/>
    <w:rsid w:val="0008308B"/>
    <w:rsid w:val="0008533C"/>
    <w:rsid w:val="00091C52"/>
    <w:rsid w:val="000922E8"/>
    <w:rsid w:val="00097A3B"/>
    <w:rsid w:val="000A0673"/>
    <w:rsid w:val="000A3F8C"/>
    <w:rsid w:val="000D2F70"/>
    <w:rsid w:val="000D61CC"/>
    <w:rsid w:val="000F67AD"/>
    <w:rsid w:val="001007F5"/>
    <w:rsid w:val="00101006"/>
    <w:rsid w:val="0011500F"/>
    <w:rsid w:val="001218B5"/>
    <w:rsid w:val="00142D40"/>
    <w:rsid w:val="001449C6"/>
    <w:rsid w:val="001465C0"/>
    <w:rsid w:val="001475E9"/>
    <w:rsid w:val="0015074B"/>
    <w:rsid w:val="00155A9B"/>
    <w:rsid w:val="001567F6"/>
    <w:rsid w:val="001667DE"/>
    <w:rsid w:val="0017694D"/>
    <w:rsid w:val="00177103"/>
    <w:rsid w:val="001808F5"/>
    <w:rsid w:val="001947D8"/>
    <w:rsid w:val="001A3851"/>
    <w:rsid w:val="001B0064"/>
    <w:rsid w:val="001B319B"/>
    <w:rsid w:val="001E38AD"/>
    <w:rsid w:val="001F2DEF"/>
    <w:rsid w:val="001F3548"/>
    <w:rsid w:val="00211B9C"/>
    <w:rsid w:val="00212D1E"/>
    <w:rsid w:val="00224D37"/>
    <w:rsid w:val="00232156"/>
    <w:rsid w:val="0024775A"/>
    <w:rsid w:val="002576CC"/>
    <w:rsid w:val="00257C99"/>
    <w:rsid w:val="00260EA8"/>
    <w:rsid w:val="002619CC"/>
    <w:rsid w:val="00261EC2"/>
    <w:rsid w:val="00262BD0"/>
    <w:rsid w:val="002636B4"/>
    <w:rsid w:val="0026766A"/>
    <w:rsid w:val="0027183C"/>
    <w:rsid w:val="00274006"/>
    <w:rsid w:val="002746B8"/>
    <w:rsid w:val="00285A9C"/>
    <w:rsid w:val="002867E1"/>
    <w:rsid w:val="0029559D"/>
    <w:rsid w:val="0029639D"/>
    <w:rsid w:val="002A195C"/>
    <w:rsid w:val="002C5D58"/>
    <w:rsid w:val="002D7453"/>
    <w:rsid w:val="002E2B22"/>
    <w:rsid w:val="002E5787"/>
    <w:rsid w:val="00306AE5"/>
    <w:rsid w:val="003126AC"/>
    <w:rsid w:val="003161D7"/>
    <w:rsid w:val="00321339"/>
    <w:rsid w:val="0032341C"/>
    <w:rsid w:val="00325AB7"/>
    <w:rsid w:val="00326F90"/>
    <w:rsid w:val="00342EE5"/>
    <w:rsid w:val="00344442"/>
    <w:rsid w:val="0034510C"/>
    <w:rsid w:val="00387CDF"/>
    <w:rsid w:val="00393A5E"/>
    <w:rsid w:val="003962DD"/>
    <w:rsid w:val="003A6A38"/>
    <w:rsid w:val="003B684C"/>
    <w:rsid w:val="003B7BAE"/>
    <w:rsid w:val="003C06A8"/>
    <w:rsid w:val="003C18D6"/>
    <w:rsid w:val="003C5B6E"/>
    <w:rsid w:val="003C6000"/>
    <w:rsid w:val="003E3CB2"/>
    <w:rsid w:val="003E757F"/>
    <w:rsid w:val="004273EB"/>
    <w:rsid w:val="004315AC"/>
    <w:rsid w:val="00434B74"/>
    <w:rsid w:val="00441121"/>
    <w:rsid w:val="0045082D"/>
    <w:rsid w:val="00463075"/>
    <w:rsid w:val="0046649F"/>
    <w:rsid w:val="004760C0"/>
    <w:rsid w:val="00476275"/>
    <w:rsid w:val="00481BF6"/>
    <w:rsid w:val="00483A80"/>
    <w:rsid w:val="0048516D"/>
    <w:rsid w:val="00493411"/>
    <w:rsid w:val="004960F1"/>
    <w:rsid w:val="004975FC"/>
    <w:rsid w:val="00497A4A"/>
    <w:rsid w:val="004A0817"/>
    <w:rsid w:val="004B2641"/>
    <w:rsid w:val="004B63F9"/>
    <w:rsid w:val="004C24DB"/>
    <w:rsid w:val="004C6DC5"/>
    <w:rsid w:val="004D2732"/>
    <w:rsid w:val="004D3002"/>
    <w:rsid w:val="004D3020"/>
    <w:rsid w:val="004F018C"/>
    <w:rsid w:val="004F110E"/>
    <w:rsid w:val="005029C7"/>
    <w:rsid w:val="00503554"/>
    <w:rsid w:val="0050783A"/>
    <w:rsid w:val="00517729"/>
    <w:rsid w:val="00523D29"/>
    <w:rsid w:val="00534B05"/>
    <w:rsid w:val="00535AB4"/>
    <w:rsid w:val="00537BEB"/>
    <w:rsid w:val="005519D3"/>
    <w:rsid w:val="00557E10"/>
    <w:rsid w:val="005600E9"/>
    <w:rsid w:val="00563A11"/>
    <w:rsid w:val="005663F7"/>
    <w:rsid w:val="005665B5"/>
    <w:rsid w:val="00567927"/>
    <w:rsid w:val="005701CC"/>
    <w:rsid w:val="0057355D"/>
    <w:rsid w:val="00575811"/>
    <w:rsid w:val="0057583D"/>
    <w:rsid w:val="0057584A"/>
    <w:rsid w:val="00575FFE"/>
    <w:rsid w:val="00582097"/>
    <w:rsid w:val="00582C27"/>
    <w:rsid w:val="0058429E"/>
    <w:rsid w:val="005845C3"/>
    <w:rsid w:val="00590FB6"/>
    <w:rsid w:val="005963EA"/>
    <w:rsid w:val="005B118D"/>
    <w:rsid w:val="005B338F"/>
    <w:rsid w:val="005B652C"/>
    <w:rsid w:val="005C30E7"/>
    <w:rsid w:val="005C4D91"/>
    <w:rsid w:val="005D5F1C"/>
    <w:rsid w:val="005D7FB3"/>
    <w:rsid w:val="005E7A28"/>
    <w:rsid w:val="005F3D9C"/>
    <w:rsid w:val="0061085D"/>
    <w:rsid w:val="006218D4"/>
    <w:rsid w:val="00622E86"/>
    <w:rsid w:val="00641FF2"/>
    <w:rsid w:val="00654A97"/>
    <w:rsid w:val="00657330"/>
    <w:rsid w:val="00664EE8"/>
    <w:rsid w:val="006768BE"/>
    <w:rsid w:val="006772C4"/>
    <w:rsid w:val="00693F84"/>
    <w:rsid w:val="00696225"/>
    <w:rsid w:val="00696548"/>
    <w:rsid w:val="0069743C"/>
    <w:rsid w:val="006A0FB2"/>
    <w:rsid w:val="006B4CEC"/>
    <w:rsid w:val="006D5BBD"/>
    <w:rsid w:val="006E073F"/>
    <w:rsid w:val="006E47B4"/>
    <w:rsid w:val="006E5658"/>
    <w:rsid w:val="006F095B"/>
    <w:rsid w:val="006F31FB"/>
    <w:rsid w:val="00701996"/>
    <w:rsid w:val="007210F6"/>
    <w:rsid w:val="00726390"/>
    <w:rsid w:val="00737DB0"/>
    <w:rsid w:val="00754FF5"/>
    <w:rsid w:val="00757488"/>
    <w:rsid w:val="00760AC9"/>
    <w:rsid w:val="0076566B"/>
    <w:rsid w:val="00765D22"/>
    <w:rsid w:val="00767E5D"/>
    <w:rsid w:val="007706DD"/>
    <w:rsid w:val="0077080E"/>
    <w:rsid w:val="007765C7"/>
    <w:rsid w:val="007832BB"/>
    <w:rsid w:val="00790F4E"/>
    <w:rsid w:val="007960B8"/>
    <w:rsid w:val="00797219"/>
    <w:rsid w:val="007A7902"/>
    <w:rsid w:val="007C0A0E"/>
    <w:rsid w:val="007C4AB3"/>
    <w:rsid w:val="007C7376"/>
    <w:rsid w:val="007D3662"/>
    <w:rsid w:val="007E157A"/>
    <w:rsid w:val="007F03C9"/>
    <w:rsid w:val="007F19CF"/>
    <w:rsid w:val="007F6DB9"/>
    <w:rsid w:val="00802F37"/>
    <w:rsid w:val="008035B8"/>
    <w:rsid w:val="00814AE9"/>
    <w:rsid w:val="008155AC"/>
    <w:rsid w:val="00825A86"/>
    <w:rsid w:val="00830932"/>
    <w:rsid w:val="00831783"/>
    <w:rsid w:val="00846BDA"/>
    <w:rsid w:val="008521FE"/>
    <w:rsid w:val="00872D4B"/>
    <w:rsid w:val="00880F35"/>
    <w:rsid w:val="00881453"/>
    <w:rsid w:val="008852C4"/>
    <w:rsid w:val="00885F90"/>
    <w:rsid w:val="0089171E"/>
    <w:rsid w:val="008A0DED"/>
    <w:rsid w:val="008A11DC"/>
    <w:rsid w:val="008A18B6"/>
    <w:rsid w:val="008A3996"/>
    <w:rsid w:val="008B3213"/>
    <w:rsid w:val="008C1534"/>
    <w:rsid w:val="008C2F02"/>
    <w:rsid w:val="008C6518"/>
    <w:rsid w:val="008C730F"/>
    <w:rsid w:val="008D031F"/>
    <w:rsid w:val="008E1C31"/>
    <w:rsid w:val="008F0A29"/>
    <w:rsid w:val="008F1279"/>
    <w:rsid w:val="0091374D"/>
    <w:rsid w:val="0091565F"/>
    <w:rsid w:val="00915FFC"/>
    <w:rsid w:val="0092335E"/>
    <w:rsid w:val="00924FAD"/>
    <w:rsid w:val="00932D97"/>
    <w:rsid w:val="00933186"/>
    <w:rsid w:val="0093611F"/>
    <w:rsid w:val="00940BCF"/>
    <w:rsid w:val="009467CC"/>
    <w:rsid w:val="00950038"/>
    <w:rsid w:val="00962D0E"/>
    <w:rsid w:val="00965B8A"/>
    <w:rsid w:val="00974101"/>
    <w:rsid w:val="00994673"/>
    <w:rsid w:val="00995F82"/>
    <w:rsid w:val="00997CBB"/>
    <w:rsid w:val="009A1FE6"/>
    <w:rsid w:val="009C13D1"/>
    <w:rsid w:val="009C1D04"/>
    <w:rsid w:val="009D03AA"/>
    <w:rsid w:val="009D4E47"/>
    <w:rsid w:val="009E11A8"/>
    <w:rsid w:val="009E4100"/>
    <w:rsid w:val="009F0D16"/>
    <w:rsid w:val="009F4F9A"/>
    <w:rsid w:val="00A02A5D"/>
    <w:rsid w:val="00A2425A"/>
    <w:rsid w:val="00A31798"/>
    <w:rsid w:val="00A459AB"/>
    <w:rsid w:val="00A46633"/>
    <w:rsid w:val="00A50482"/>
    <w:rsid w:val="00A54FC2"/>
    <w:rsid w:val="00A61030"/>
    <w:rsid w:val="00A70274"/>
    <w:rsid w:val="00A70DAF"/>
    <w:rsid w:val="00A7305C"/>
    <w:rsid w:val="00A73D0A"/>
    <w:rsid w:val="00A751C9"/>
    <w:rsid w:val="00A847CC"/>
    <w:rsid w:val="00A93816"/>
    <w:rsid w:val="00A97F9B"/>
    <w:rsid w:val="00AA1D8D"/>
    <w:rsid w:val="00AA6113"/>
    <w:rsid w:val="00AB6318"/>
    <w:rsid w:val="00AB70D8"/>
    <w:rsid w:val="00AC5A33"/>
    <w:rsid w:val="00AC657E"/>
    <w:rsid w:val="00AC6FE1"/>
    <w:rsid w:val="00AC7D85"/>
    <w:rsid w:val="00AD1756"/>
    <w:rsid w:val="00AE4E18"/>
    <w:rsid w:val="00AF0FDD"/>
    <w:rsid w:val="00AF329D"/>
    <w:rsid w:val="00AF62F5"/>
    <w:rsid w:val="00B04053"/>
    <w:rsid w:val="00B05075"/>
    <w:rsid w:val="00B0740A"/>
    <w:rsid w:val="00B17E28"/>
    <w:rsid w:val="00B37065"/>
    <w:rsid w:val="00B4208D"/>
    <w:rsid w:val="00B43016"/>
    <w:rsid w:val="00B47730"/>
    <w:rsid w:val="00B52BEA"/>
    <w:rsid w:val="00B55458"/>
    <w:rsid w:val="00B61B5C"/>
    <w:rsid w:val="00B83BCE"/>
    <w:rsid w:val="00B96777"/>
    <w:rsid w:val="00B97B27"/>
    <w:rsid w:val="00BA0229"/>
    <w:rsid w:val="00BA1599"/>
    <w:rsid w:val="00BA2F5B"/>
    <w:rsid w:val="00BA3BD8"/>
    <w:rsid w:val="00BC1585"/>
    <w:rsid w:val="00BD08BD"/>
    <w:rsid w:val="00BD2234"/>
    <w:rsid w:val="00BD2E52"/>
    <w:rsid w:val="00BD416E"/>
    <w:rsid w:val="00BE19BF"/>
    <w:rsid w:val="00BF7CA5"/>
    <w:rsid w:val="00C003B6"/>
    <w:rsid w:val="00C11680"/>
    <w:rsid w:val="00C13AF8"/>
    <w:rsid w:val="00C16AFC"/>
    <w:rsid w:val="00C34A67"/>
    <w:rsid w:val="00C54C54"/>
    <w:rsid w:val="00C801EA"/>
    <w:rsid w:val="00C83FC8"/>
    <w:rsid w:val="00CA0252"/>
    <w:rsid w:val="00CB0664"/>
    <w:rsid w:val="00CD206E"/>
    <w:rsid w:val="00CF0067"/>
    <w:rsid w:val="00D03808"/>
    <w:rsid w:val="00D10781"/>
    <w:rsid w:val="00D21767"/>
    <w:rsid w:val="00D24CF6"/>
    <w:rsid w:val="00D2533E"/>
    <w:rsid w:val="00D336D8"/>
    <w:rsid w:val="00D461C7"/>
    <w:rsid w:val="00D65ACA"/>
    <w:rsid w:val="00D666A0"/>
    <w:rsid w:val="00D668E6"/>
    <w:rsid w:val="00D719CD"/>
    <w:rsid w:val="00D80717"/>
    <w:rsid w:val="00D81B15"/>
    <w:rsid w:val="00D8656B"/>
    <w:rsid w:val="00DA163F"/>
    <w:rsid w:val="00DA52EE"/>
    <w:rsid w:val="00DA7A31"/>
    <w:rsid w:val="00DB0935"/>
    <w:rsid w:val="00DB139D"/>
    <w:rsid w:val="00DB560F"/>
    <w:rsid w:val="00DB6F9A"/>
    <w:rsid w:val="00DC3F79"/>
    <w:rsid w:val="00DC59C4"/>
    <w:rsid w:val="00DC5F6F"/>
    <w:rsid w:val="00DD1F8B"/>
    <w:rsid w:val="00DE39D0"/>
    <w:rsid w:val="00DE6C9C"/>
    <w:rsid w:val="00E0763B"/>
    <w:rsid w:val="00E1364C"/>
    <w:rsid w:val="00E169F6"/>
    <w:rsid w:val="00E21CAD"/>
    <w:rsid w:val="00E331A7"/>
    <w:rsid w:val="00E42B02"/>
    <w:rsid w:val="00E54364"/>
    <w:rsid w:val="00E54A45"/>
    <w:rsid w:val="00E7333E"/>
    <w:rsid w:val="00E749EF"/>
    <w:rsid w:val="00E7559F"/>
    <w:rsid w:val="00E76DF4"/>
    <w:rsid w:val="00E77706"/>
    <w:rsid w:val="00E83FE0"/>
    <w:rsid w:val="00E858EA"/>
    <w:rsid w:val="00E8600A"/>
    <w:rsid w:val="00E9696B"/>
    <w:rsid w:val="00EA05C5"/>
    <w:rsid w:val="00EA5CD4"/>
    <w:rsid w:val="00EB40CE"/>
    <w:rsid w:val="00EC1FFC"/>
    <w:rsid w:val="00EF299F"/>
    <w:rsid w:val="00EF3A4C"/>
    <w:rsid w:val="00EF5C06"/>
    <w:rsid w:val="00EF5D18"/>
    <w:rsid w:val="00F02CCE"/>
    <w:rsid w:val="00F07DF7"/>
    <w:rsid w:val="00F106D8"/>
    <w:rsid w:val="00F1479B"/>
    <w:rsid w:val="00F301ED"/>
    <w:rsid w:val="00F37853"/>
    <w:rsid w:val="00F41D2F"/>
    <w:rsid w:val="00F56EAB"/>
    <w:rsid w:val="00F652AC"/>
    <w:rsid w:val="00F67BC3"/>
    <w:rsid w:val="00F70EC9"/>
    <w:rsid w:val="00F73D2A"/>
    <w:rsid w:val="00F777C7"/>
    <w:rsid w:val="00F90C6C"/>
    <w:rsid w:val="00F97C1B"/>
    <w:rsid w:val="00FB3C89"/>
    <w:rsid w:val="00FB4AAE"/>
    <w:rsid w:val="00FC2D22"/>
    <w:rsid w:val="00FC693F"/>
    <w:rsid w:val="00FD35BF"/>
    <w:rsid w:val="00FD4C99"/>
    <w:rsid w:val="00FD5022"/>
    <w:rsid w:val="00FF3F4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30"/>
  <w15:docId w15:val="{F8DAC046-271D-431B-A921-D2040CD08A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autoRedefine/>
    <w:uiPriority w:val="9"/>
    <w:qFormat/>
    <w:rsid w:val="00A847CC"/>
    <w:pPr>
      <w:keepNext/>
      <w:keepLines/>
      <w:spacing w:before="480" w:after="0"/>
      <w:outlineLvl w:val="0"/>
    </w:pPr>
    <w:rPr>
      <w:rFonts w:asciiTheme="majorHAnsi" w:eastAsiaTheme="majorEastAsia" w:hAnsiTheme="majorHAnsi" w:cstheme="majorBidi"/>
      <w:b/>
      <w:bCs/>
      <w:color w:val="365F91" w:themeColor="accent1" w:themeShade="BF"/>
      <w:sz w:val="36"/>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FC693F"/>
    <w:pPr>
      <w:spacing w:after="0" w:line="240" w:lineRule="auto"/>
    </w:pPr>
  </w:style>
  <w:style w:type="character" w:customStyle="1" w:styleId="Heading1Char">
    <w:name w:val="Heading 1 Char"/>
    <w:basedOn w:val="DefaultParagraphFont"/>
    <w:link w:val="Heading1"/>
    <w:uiPriority w:val="9"/>
    <w:rsid w:val="00A847CC"/>
    <w:rPr>
      <w:rFonts w:asciiTheme="majorHAnsi" w:eastAsiaTheme="majorEastAsia" w:hAnsiTheme="majorHAnsi" w:cstheme="majorBidi"/>
      <w:b/>
      <w:bCs/>
      <w:color w:val="365F91" w:themeColor="accent1" w:themeShade="BF"/>
      <w:sz w:val="36"/>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69743C"/>
    <w:pPr>
      <w:spacing w:after="100"/>
    </w:pPr>
  </w:style>
  <w:style w:type="character" w:styleId="Hyperlink">
    <w:name w:val="Hyperlink"/>
    <w:basedOn w:val="DefaultParagraphFont"/>
    <w:uiPriority w:val="99"/>
    <w:unhideWhenUsed/>
    <w:rsid w:val="0069743C"/>
    <w:rPr>
      <w:color w:val="0000FF" w:themeColor="hyperlink"/>
      <w:u w:val="single"/>
    </w:rPr>
  </w:style>
  <w:style w:type="character" w:customStyle="1" w:styleId="NoSpacingChar">
    <w:name w:val="No Spacing Char"/>
    <w:basedOn w:val="DefaultParagraphFont"/>
    <w:link w:val="NoSpacing"/>
    <w:uiPriority w:val="1"/>
    <w:rsid w:val="0069743C"/>
  </w:style>
  <w:style w:type="character" w:styleId="UnresolvedMention">
    <w:name w:val="Unresolved Mention"/>
    <w:basedOn w:val="DefaultParagraphFont"/>
    <w:uiPriority w:val="99"/>
    <w:semiHidden/>
    <w:unhideWhenUsed/>
    <w:rsid w:val="00035C48"/>
    <w:rPr>
      <w:color w:val="605E5C"/>
      <w:shd w:val="clear" w:color="auto" w:fill="E1DFDD"/>
    </w:rPr>
  </w:style>
  <w:style w:type="paragraph" w:styleId="TOC2">
    <w:name w:val="toc 2"/>
    <w:basedOn w:val="Normal"/>
    <w:next w:val="Normal"/>
    <w:autoRedefine/>
    <w:uiPriority w:val="39"/>
    <w:unhideWhenUsed/>
    <w:rsid w:val="0046649F"/>
    <w:pPr>
      <w:spacing w:after="100"/>
      <w:ind w:left="220"/>
    </w:pPr>
  </w:style>
  <w:style w:type="paragraph" w:styleId="TOC3">
    <w:name w:val="toc 3"/>
    <w:basedOn w:val="Normal"/>
    <w:next w:val="Normal"/>
    <w:autoRedefine/>
    <w:uiPriority w:val="39"/>
    <w:unhideWhenUsed/>
    <w:rsid w:val="0046649F"/>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1.png"/><Relationship Id="rId21" Type="http://schemas.openxmlformats.org/officeDocument/2006/relationships/image" Target="media/image16.png"/><Relationship Id="rId34" Type="http://schemas.openxmlformats.org/officeDocument/2006/relationships/image" Target="media/image29.jpeg"/><Relationship Id="rId42" Type="http://schemas.openxmlformats.org/officeDocument/2006/relationships/image" Target="media/image37.png"/><Relationship Id="rId47" Type="http://schemas.openxmlformats.org/officeDocument/2006/relationships/image" Target="media/image42.png"/><Relationship Id="rId50" Type="http://schemas.openxmlformats.org/officeDocument/2006/relationships/image" Target="media/image45.png"/><Relationship Id="rId55" Type="http://schemas.openxmlformats.org/officeDocument/2006/relationships/image" Target="media/image50.png"/><Relationship Id="rId63" Type="http://schemas.openxmlformats.org/officeDocument/2006/relationships/image" Target="media/image58.png"/><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1.png"/><Relationship Id="rId29" Type="http://schemas.openxmlformats.org/officeDocument/2006/relationships/image" Target="media/image24.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image" Target="media/image35.png"/><Relationship Id="rId45" Type="http://schemas.openxmlformats.org/officeDocument/2006/relationships/image" Target="media/image40.png"/><Relationship Id="rId53" Type="http://schemas.openxmlformats.org/officeDocument/2006/relationships/image" Target="media/image48.png"/><Relationship Id="rId58" Type="http://schemas.openxmlformats.org/officeDocument/2006/relationships/image" Target="media/image53.png"/><Relationship Id="rId5" Type="http://schemas.openxmlformats.org/officeDocument/2006/relationships/webSettings" Target="webSettings.xml"/><Relationship Id="rId61" Type="http://schemas.openxmlformats.org/officeDocument/2006/relationships/image" Target="media/image56.png"/><Relationship Id="rId19" Type="http://schemas.openxmlformats.org/officeDocument/2006/relationships/image" Target="media/image1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image" Target="media/image38.png"/><Relationship Id="rId48" Type="http://schemas.openxmlformats.org/officeDocument/2006/relationships/image" Target="media/image43.png"/><Relationship Id="rId56" Type="http://schemas.openxmlformats.org/officeDocument/2006/relationships/image" Target="media/image51.png"/><Relationship Id="rId64" Type="http://schemas.openxmlformats.org/officeDocument/2006/relationships/fontTable" Target="fontTable.xml"/><Relationship Id="rId8" Type="http://schemas.openxmlformats.org/officeDocument/2006/relationships/image" Target="media/image3.png"/><Relationship Id="rId51" Type="http://schemas.openxmlformats.org/officeDocument/2006/relationships/image" Target="media/image46.png"/><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46" Type="http://schemas.openxmlformats.org/officeDocument/2006/relationships/image" Target="media/image41.png"/><Relationship Id="rId59" Type="http://schemas.openxmlformats.org/officeDocument/2006/relationships/image" Target="media/image54.png"/><Relationship Id="rId20" Type="http://schemas.openxmlformats.org/officeDocument/2006/relationships/image" Target="media/image15.png"/><Relationship Id="rId41" Type="http://schemas.openxmlformats.org/officeDocument/2006/relationships/image" Target="media/image36.png"/><Relationship Id="rId54" Type="http://schemas.openxmlformats.org/officeDocument/2006/relationships/image" Target="media/image49.png"/><Relationship Id="rId62" Type="http://schemas.openxmlformats.org/officeDocument/2006/relationships/image" Target="media/image57.png"/><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49" Type="http://schemas.openxmlformats.org/officeDocument/2006/relationships/image" Target="media/image44.png"/><Relationship Id="rId57" Type="http://schemas.openxmlformats.org/officeDocument/2006/relationships/image" Target="media/image52.png"/><Relationship Id="rId10" Type="http://schemas.openxmlformats.org/officeDocument/2006/relationships/image" Target="media/image5.png"/><Relationship Id="rId31" Type="http://schemas.openxmlformats.org/officeDocument/2006/relationships/image" Target="media/image26.png"/><Relationship Id="rId44" Type="http://schemas.openxmlformats.org/officeDocument/2006/relationships/image" Target="media/image39.png"/><Relationship Id="rId52" Type="http://schemas.openxmlformats.org/officeDocument/2006/relationships/image" Target="media/image47.png"/><Relationship Id="rId60" Type="http://schemas.openxmlformats.org/officeDocument/2006/relationships/image" Target="media/image55.png"/><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3" Type="http://schemas.openxmlformats.org/officeDocument/2006/relationships/image" Target="media/image8.png"/><Relationship Id="rId18" Type="http://schemas.openxmlformats.org/officeDocument/2006/relationships/image" Target="media/image13.png"/><Relationship Id="rId39" Type="http://schemas.openxmlformats.org/officeDocument/2006/relationships/image" Target="media/image3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1980</TotalTime>
  <Pages>35</Pages>
  <Words>2546</Words>
  <Characters>14518</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Html and css web development report</vt:lpstr>
    </vt:vector>
  </TitlesOfParts>
  <Manager/>
  <Company/>
  <LinksUpToDate>false</LinksUpToDate>
  <CharactersWithSpaces>17030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Html and css web development report</dc:title>
  <dc:subject>Assignment 2</dc:subject>
  <dc:creator>pythodoc</dc:creator>
  <cp:keywords/>
  <dc:description>generated by python-docx</dc:description>
  <cp:lastModifiedBy>jonathan hernandez</cp:lastModifiedBy>
  <cp:revision>354</cp:revision>
  <dcterms:created xsi:type="dcterms:W3CDTF">2026-04-15T08:52:00Z</dcterms:created>
  <dcterms:modified xsi:type="dcterms:W3CDTF">2026-04-22T17:44:00Z</dcterms:modified>
  <cp:category/>
</cp:coreProperties>
</file>