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AF601" w14:textId="77777777" w:rsidR="009E6A39" w:rsidRDefault="00000000">
      <w:pPr>
        <w:spacing w:after="40"/>
        <w:jc w:val="center"/>
      </w:pPr>
      <w:r>
        <w:rPr>
          <w:b/>
          <w:sz w:val="32"/>
        </w:rPr>
        <w:t>Professional Career Development in Health and Social Care (LCHS4009)</w:t>
      </w:r>
    </w:p>
    <w:p w14:paraId="704C834A" w14:textId="77777777" w:rsidR="009E6A39" w:rsidRDefault="009E6A39">
      <w:pPr>
        <w:spacing w:after="40"/>
      </w:pPr>
    </w:p>
    <w:p w14:paraId="4255A28C" w14:textId="77777777" w:rsidR="009E6A39" w:rsidRDefault="00000000">
      <w:pPr>
        <w:spacing w:after="40"/>
        <w:jc w:val="center"/>
      </w:pPr>
      <w:r>
        <w:rPr>
          <w:b/>
          <w:sz w:val="36"/>
        </w:rPr>
        <w:t>ASSIGNMENT 2</w:t>
      </w:r>
    </w:p>
    <w:p w14:paraId="6A49A7A7" w14:textId="77777777" w:rsidR="009E6A39" w:rsidRDefault="00000000">
      <w:pPr>
        <w:spacing w:after="40"/>
      </w:pPr>
      <w:r>
        <w:br/>
      </w:r>
      <w:r>
        <w:br/>
      </w:r>
      <w:r>
        <w:br/>
      </w:r>
    </w:p>
    <w:p w14:paraId="26B1A6DC" w14:textId="6A76E502" w:rsidR="009E6A39" w:rsidRDefault="00000000">
      <w:pPr>
        <w:spacing w:after="40"/>
      </w:pPr>
      <w:r>
        <w:rPr>
          <w:b/>
        </w:rPr>
        <w:t>Name of Student</w:t>
      </w:r>
      <w:r w:rsidR="00EA7085">
        <w:rPr>
          <w:b/>
        </w:rPr>
        <w:t>:</w:t>
      </w:r>
      <w:r w:rsidR="00EA7085">
        <w:t xml:space="preserve"> MOHAMED MOULDI LARBI</w:t>
      </w:r>
    </w:p>
    <w:p w14:paraId="085AFCB3" w14:textId="141BF64B" w:rsidR="009E6A39" w:rsidRDefault="00000000">
      <w:pPr>
        <w:spacing w:after="40"/>
      </w:pPr>
      <w:r>
        <w:rPr>
          <w:b/>
        </w:rPr>
        <w:t>I.D. Number:</w:t>
      </w:r>
      <w:r>
        <w:t xml:space="preserve"> </w:t>
      </w:r>
      <w:r w:rsidR="00EA7085">
        <w:t>2515164</w:t>
      </w:r>
    </w:p>
    <w:p w14:paraId="259D0A0A" w14:textId="4AF764A9" w:rsidR="009E6A39" w:rsidRDefault="00000000">
      <w:pPr>
        <w:spacing w:after="40"/>
      </w:pPr>
      <w:r>
        <w:rPr>
          <w:b/>
        </w:rPr>
        <w:t>Name of Tutor</w:t>
      </w:r>
      <w:r w:rsidR="00EA7085">
        <w:rPr>
          <w:b/>
        </w:rPr>
        <w:t>:</w:t>
      </w:r>
      <w:r w:rsidR="00EA7085">
        <w:t xml:space="preserve"> Odette Jack</w:t>
      </w:r>
    </w:p>
    <w:p w14:paraId="1496DF27" w14:textId="77777777" w:rsidR="009E6A39" w:rsidRDefault="00000000">
      <w:pPr>
        <w:spacing w:after="40"/>
      </w:pPr>
      <w:r>
        <w:br w:type="page"/>
      </w:r>
    </w:p>
    <w:tbl>
      <w:tblPr>
        <w:tblW w:w="0" w:type="auto"/>
        <w:jc w:val="center"/>
        <w:tblLook w:val="04A0" w:firstRow="1" w:lastRow="0" w:firstColumn="1" w:lastColumn="0" w:noHBand="0" w:noVBand="1"/>
      </w:tblPr>
      <w:tblGrid>
        <w:gridCol w:w="4968"/>
        <w:gridCol w:w="4968"/>
      </w:tblGrid>
      <w:tr w:rsidR="009E6A39" w14:paraId="43A34065" w14:textId="77777777">
        <w:trPr>
          <w:jc w:val="center"/>
        </w:trPr>
        <w:tc>
          <w:tcPr>
            <w:tcW w:w="4968" w:type="dxa"/>
            <w:vAlign w:val="center"/>
          </w:tcPr>
          <w:p w14:paraId="73FDDB64" w14:textId="77777777" w:rsidR="00017BE0" w:rsidRDefault="00017BE0" w:rsidP="00017BE0">
            <w:pPr>
              <w:spacing w:after="20"/>
              <w:rPr>
                <w:b/>
              </w:rPr>
            </w:pPr>
          </w:p>
          <w:p w14:paraId="7AFB9383" w14:textId="455EC34A" w:rsidR="009E6A39" w:rsidRDefault="00017BE0" w:rsidP="00017BE0">
            <w:pPr>
              <w:spacing w:after="20"/>
            </w:pPr>
            <w:r>
              <w:rPr>
                <w:b/>
              </w:rPr>
              <w:t xml:space="preserve">       Page Number: 10</w:t>
            </w:r>
          </w:p>
        </w:tc>
        <w:tc>
          <w:tcPr>
            <w:tcW w:w="4968" w:type="dxa"/>
            <w:vAlign w:val="center"/>
          </w:tcPr>
          <w:p w14:paraId="2056F936" w14:textId="0CCF43F9" w:rsidR="009E6A39" w:rsidRDefault="009E6A39" w:rsidP="000E107A">
            <w:pPr>
              <w:spacing w:after="20"/>
            </w:pPr>
          </w:p>
        </w:tc>
      </w:tr>
    </w:tbl>
    <w:p w14:paraId="7A553F47" w14:textId="25E4021F" w:rsidR="009E6A39" w:rsidRDefault="0063564E" w:rsidP="0063564E">
      <w:pPr>
        <w:spacing w:after="40"/>
      </w:pPr>
      <w:r>
        <w:rPr>
          <w:b/>
        </w:rPr>
        <w:t xml:space="preserve">             </w:t>
      </w:r>
      <w:r w:rsidR="00B55048">
        <w:rPr>
          <w:b/>
        </w:rPr>
        <w:t xml:space="preserve"> Course Title: </w:t>
      </w:r>
      <w:r>
        <w:t>Professional Career Development in Health and Social Care (LCHS4009)</w:t>
      </w:r>
    </w:p>
    <w:p w14:paraId="33697CE2" w14:textId="77777777" w:rsidR="009E6A39" w:rsidRDefault="00000000">
      <w:pPr>
        <w:spacing w:after="40"/>
        <w:jc w:val="center"/>
      </w:pPr>
      <w:r>
        <w:t>Assignment 2 – Practical Portfolio</w:t>
      </w:r>
    </w:p>
    <w:p w14:paraId="70E8A7C4" w14:textId="77777777" w:rsidR="009E6A39" w:rsidRDefault="00000000">
      <w:pPr>
        <w:spacing w:after="40"/>
      </w:pPr>
      <w:r>
        <w:br w:type="page"/>
      </w:r>
    </w:p>
    <w:p w14:paraId="7DB7F306" w14:textId="77777777" w:rsidR="00943B0B" w:rsidRDefault="00943B0B" w:rsidP="00943B0B"/>
    <w:p w14:paraId="4F26C586" w14:textId="77777777" w:rsidR="00943B0B" w:rsidRDefault="00943B0B" w:rsidP="00943B0B"/>
    <w:p w14:paraId="2878F6DA" w14:textId="14F326DE" w:rsidR="009E6A39" w:rsidRDefault="00000000" w:rsidP="00943B0B">
      <w:r>
        <w:t>Practical Portfolio</w:t>
      </w:r>
    </w:p>
    <w:p w14:paraId="43A2CB5B" w14:textId="3878227E" w:rsidR="009E6A39" w:rsidRDefault="00000000" w:rsidP="00943B0B">
      <w:r>
        <w:t>Introduction</w:t>
      </w:r>
      <w:r w:rsidR="00943B0B">
        <w:t>:</w:t>
      </w:r>
    </w:p>
    <w:p w14:paraId="57604ACF" w14:textId="5ECF9F3B" w:rsidR="009E6A39" w:rsidRDefault="00000000">
      <w:pPr>
        <w:spacing w:after="40"/>
      </w:pPr>
      <w:r>
        <w:t xml:space="preserve">A portfolio is a collection of work that shows my experience, skills and progress. It is also useful because it helps me think about what I am good at and what I still need to improve. In this portfolio, I have included my CV, personal statement, SWOT analysis, personal development plan and reflection. Together, they show where I am now and the </w:t>
      </w:r>
      <w:r w:rsidR="00C068A2">
        <w:t>steps,</w:t>
      </w:r>
      <w:r>
        <w:t xml:space="preserve"> I need to take to become a Care Worker or Support Worker.</w:t>
      </w:r>
    </w:p>
    <w:p w14:paraId="2422BE7E" w14:textId="77777777" w:rsidR="009E6A39" w:rsidRDefault="00000000" w:rsidP="00943B0B">
      <w:r>
        <w:t>Chosen Job Role and Current Vacancy</w:t>
      </w:r>
    </w:p>
    <w:p w14:paraId="63F2B2B3" w14:textId="066E7E8B" w:rsidR="009E6A39" w:rsidRDefault="00000000">
      <w:pPr>
        <w:spacing w:after="40"/>
      </w:pPr>
      <w:r>
        <w:t xml:space="preserve">My chosen career is Care Worker/Support Worker. I am interested in this type of work because I like helping people and I want to use what I am learning on my Health and Social Care course in a practical way. I have used a current Healthcare Support Worker vacancy with Cygnet Health Care to guide this portfolio. The job is looking for someone who cares about people and wants to make a positive difference. This is the kind of work I would like to </w:t>
      </w:r>
      <w:r w:rsidR="00C068A2">
        <w:t>do</w:t>
      </w:r>
      <w:r>
        <w:t>.</w:t>
      </w:r>
    </w:p>
    <w:p w14:paraId="4237113F" w14:textId="77777777" w:rsidR="009E6A39" w:rsidRDefault="00000000">
      <w:pPr>
        <w:spacing w:after="40"/>
      </w:pPr>
      <w:r>
        <w:t>Job advertisement source: GovJobs listing of the NHS Jobs vacancy: https://govjobs.uk/jobs/healthcare-support-worker-cygnet-health-care-2</w:t>
      </w:r>
    </w:p>
    <w:p w14:paraId="559D74F4" w14:textId="60B32DDA" w:rsidR="009E6A39" w:rsidRDefault="009E6A39">
      <w:pPr>
        <w:spacing w:after="40"/>
      </w:pPr>
    </w:p>
    <w:p w14:paraId="149C9108" w14:textId="77777777" w:rsidR="009E6A39" w:rsidRDefault="00000000">
      <w:pPr>
        <w:spacing w:after="40"/>
      </w:pPr>
      <w:r>
        <w:br w:type="page"/>
      </w:r>
    </w:p>
    <w:p w14:paraId="557491F5" w14:textId="77777777" w:rsidR="009E6A39" w:rsidRDefault="00000000" w:rsidP="0001076A">
      <w:r>
        <w:lastRenderedPageBreak/>
        <w:t>Task 1 of 4: Two-Page Professional CV</w:t>
      </w:r>
    </w:p>
    <w:p w14:paraId="74104ABA" w14:textId="76CD49D9" w:rsidR="009E6A39" w:rsidRDefault="00EA7085">
      <w:pPr>
        <w:spacing w:after="40" w:line="240" w:lineRule="auto"/>
        <w:jc w:val="center"/>
      </w:pPr>
      <w:r>
        <w:rPr>
          <w:b/>
          <w:sz w:val="32"/>
        </w:rPr>
        <w:t>MOHAMED MOULDI LARBI</w:t>
      </w:r>
    </w:p>
    <w:p w14:paraId="300FC2E6" w14:textId="0747C0C5" w:rsidR="009E6A39" w:rsidRDefault="00000000">
      <w:pPr>
        <w:spacing w:after="40" w:line="240" w:lineRule="auto"/>
        <w:jc w:val="center"/>
      </w:pPr>
      <w:r>
        <w:rPr>
          <w:b/>
        </w:rPr>
        <w:t xml:space="preserve">CARE WORKER </w:t>
      </w:r>
      <w:r w:rsidR="00EA7085">
        <w:rPr>
          <w:b/>
        </w:rPr>
        <w:t>/</w:t>
      </w:r>
      <w:r>
        <w:rPr>
          <w:b/>
        </w:rPr>
        <w:t xml:space="preserve"> SUPPORT WORKER</w:t>
      </w:r>
    </w:p>
    <w:p w14:paraId="2B9DE771" w14:textId="7163FD87" w:rsidR="00EA7085" w:rsidRDefault="00000000">
      <w:pPr>
        <w:spacing w:after="40" w:line="240" w:lineRule="auto"/>
        <w:jc w:val="center"/>
        <w:rPr>
          <w:sz w:val="19"/>
        </w:rPr>
      </w:pPr>
      <w:r>
        <w:rPr>
          <w:sz w:val="19"/>
        </w:rPr>
        <w:t>Phone</w:t>
      </w:r>
      <w:r w:rsidR="00EA7085">
        <w:rPr>
          <w:sz w:val="19"/>
        </w:rPr>
        <w:t>:07453266527</w:t>
      </w:r>
      <w:r>
        <w:rPr>
          <w:sz w:val="19"/>
        </w:rPr>
        <w:t xml:space="preserve"> </w:t>
      </w:r>
    </w:p>
    <w:p w14:paraId="20293BAE" w14:textId="104BD323" w:rsidR="00EA7085" w:rsidRDefault="003922CC">
      <w:pPr>
        <w:spacing w:after="40" w:line="240" w:lineRule="auto"/>
        <w:jc w:val="center"/>
        <w:rPr>
          <w:sz w:val="19"/>
        </w:rPr>
      </w:pPr>
      <w:r>
        <w:rPr>
          <w:sz w:val="19"/>
        </w:rPr>
        <w:t xml:space="preserve">Email: mmlarbi73@gmail.com </w:t>
      </w:r>
    </w:p>
    <w:p w14:paraId="67B4B8CF" w14:textId="59B6999B" w:rsidR="009E6A39" w:rsidRDefault="00000000">
      <w:pPr>
        <w:spacing w:after="40" w:line="240" w:lineRule="auto"/>
        <w:jc w:val="center"/>
      </w:pPr>
      <w:r>
        <w:rPr>
          <w:sz w:val="19"/>
        </w:rPr>
        <w:t xml:space="preserve"> </w:t>
      </w:r>
      <w:r w:rsidR="003922CC">
        <w:rPr>
          <w:sz w:val="19"/>
        </w:rPr>
        <w:t>Adress: Abbey</w:t>
      </w:r>
      <w:r w:rsidR="00EA7085">
        <w:rPr>
          <w:sz w:val="19"/>
        </w:rPr>
        <w:t xml:space="preserve"> </w:t>
      </w:r>
      <w:r w:rsidR="003922CC">
        <w:rPr>
          <w:sz w:val="19"/>
        </w:rPr>
        <w:t>Wood London</w:t>
      </w:r>
      <w:r>
        <w:rPr>
          <w:sz w:val="19"/>
        </w:rPr>
        <w:t>, UK</w:t>
      </w:r>
    </w:p>
    <w:p w14:paraId="5D2CE7E8" w14:textId="77777777" w:rsidR="00EA7085" w:rsidRDefault="00EA7085">
      <w:pPr>
        <w:spacing w:before="100" w:after="40" w:line="240" w:lineRule="auto"/>
        <w:rPr>
          <w:b/>
        </w:rPr>
      </w:pPr>
    </w:p>
    <w:p w14:paraId="3986636B" w14:textId="77777777" w:rsidR="00EA7085" w:rsidRDefault="00EA7085">
      <w:pPr>
        <w:spacing w:before="100" w:after="40" w:line="240" w:lineRule="auto"/>
        <w:rPr>
          <w:b/>
        </w:rPr>
      </w:pPr>
    </w:p>
    <w:p w14:paraId="1B22D370" w14:textId="1EC9A9DE" w:rsidR="009E6A39" w:rsidRPr="005D1CE1" w:rsidRDefault="00000000">
      <w:pPr>
        <w:spacing w:before="100" w:after="40" w:line="240" w:lineRule="auto"/>
        <w:rPr>
          <w:rFonts w:asciiTheme="minorBidi" w:hAnsiTheme="minorBidi"/>
          <w:u w:val="single"/>
        </w:rPr>
      </w:pPr>
      <w:r w:rsidRPr="005D1CE1">
        <w:rPr>
          <w:rFonts w:asciiTheme="minorBidi" w:hAnsiTheme="minorBidi"/>
          <w:b/>
          <w:u w:val="single"/>
        </w:rPr>
        <w:t>PERSONAL PROFILE</w:t>
      </w:r>
    </w:p>
    <w:p w14:paraId="36C667EB" w14:textId="77777777" w:rsidR="00A56559" w:rsidRDefault="00A56559">
      <w:pPr>
        <w:spacing w:after="40" w:line="240" w:lineRule="auto"/>
        <w:rPr>
          <w:rFonts w:asciiTheme="minorBidi" w:hAnsiTheme="minorBidi"/>
        </w:rPr>
      </w:pPr>
    </w:p>
    <w:p w14:paraId="22163B4B" w14:textId="1A383FB1" w:rsidR="009E6A39" w:rsidRPr="005D1CE1" w:rsidRDefault="00000000">
      <w:pPr>
        <w:spacing w:after="40" w:line="240" w:lineRule="auto"/>
        <w:rPr>
          <w:rFonts w:asciiTheme="minorBidi" w:hAnsiTheme="minorBidi"/>
        </w:rPr>
      </w:pPr>
      <w:r w:rsidRPr="005D1CE1">
        <w:rPr>
          <w:rFonts w:asciiTheme="minorBidi" w:hAnsiTheme="minorBidi"/>
        </w:rPr>
        <w:t>Caring, reliable and responsible professional with over 25 years of experience in customer service, hospitality and delivery roles. Currently studying Level 4 Health and Social Care at the University of Wales Trinity Saint David, with plans to progress to Level 5</w:t>
      </w:r>
      <w:r w:rsidR="008973AC" w:rsidRPr="005D1CE1">
        <w:rPr>
          <w:rFonts w:asciiTheme="minorBidi" w:hAnsiTheme="minorBidi"/>
        </w:rPr>
        <w:t xml:space="preserve"> and 6</w:t>
      </w:r>
      <w:r w:rsidRPr="005D1CE1">
        <w:rPr>
          <w:rFonts w:asciiTheme="minorBidi" w:hAnsiTheme="minorBidi"/>
        </w:rPr>
        <w:t>. I have personal experience supporting a close family member with mental-health needs, which has developed my patience, empathy and understanding. My medicine-delivery experience has also strengthened my sense of responsibility, reliability and professionalism. I am now seeking to build a long-term career in care and provide people with respectful, compassionate and person-</w:t>
      </w:r>
      <w:r w:rsidR="00B57676" w:rsidRPr="005D1CE1">
        <w:rPr>
          <w:rFonts w:asciiTheme="minorBidi" w:hAnsiTheme="minorBidi"/>
        </w:rPr>
        <w:t>centered</w:t>
      </w:r>
      <w:r w:rsidRPr="005D1CE1">
        <w:rPr>
          <w:rFonts w:asciiTheme="minorBidi" w:hAnsiTheme="minorBidi"/>
        </w:rPr>
        <w:t xml:space="preserve"> support.</w:t>
      </w:r>
    </w:p>
    <w:p w14:paraId="49ED6A49" w14:textId="77777777" w:rsidR="009E6A39" w:rsidRPr="005D1CE1" w:rsidRDefault="00000000">
      <w:pPr>
        <w:spacing w:before="100" w:after="40" w:line="240" w:lineRule="auto"/>
        <w:rPr>
          <w:rFonts w:asciiTheme="minorBidi" w:hAnsiTheme="minorBidi"/>
          <w:u w:val="single"/>
        </w:rPr>
      </w:pPr>
      <w:r w:rsidRPr="005D1CE1">
        <w:rPr>
          <w:rFonts w:asciiTheme="minorBidi" w:hAnsiTheme="minorBidi"/>
          <w:b/>
          <w:u w:val="single"/>
        </w:rPr>
        <w:t>EDUCATION</w:t>
      </w:r>
    </w:p>
    <w:p w14:paraId="4B873936" w14:textId="77777777" w:rsidR="00A56559" w:rsidRDefault="00A56559">
      <w:pPr>
        <w:spacing w:after="40" w:line="240" w:lineRule="auto"/>
        <w:rPr>
          <w:rFonts w:asciiTheme="minorBidi" w:hAnsiTheme="minorBidi"/>
          <w:b/>
        </w:rPr>
      </w:pPr>
    </w:p>
    <w:p w14:paraId="34135BA5" w14:textId="6820C089" w:rsidR="009E6A39" w:rsidRPr="005D1CE1" w:rsidRDefault="00000000">
      <w:pPr>
        <w:spacing w:after="40" w:line="240" w:lineRule="auto"/>
        <w:rPr>
          <w:rFonts w:asciiTheme="minorBidi" w:hAnsiTheme="minorBidi"/>
        </w:rPr>
      </w:pPr>
      <w:r w:rsidRPr="005D1CE1">
        <w:rPr>
          <w:rFonts w:asciiTheme="minorBidi" w:hAnsiTheme="minorBidi"/>
          <w:b/>
        </w:rPr>
        <w:t>University of Wales Trinity Saint David</w:t>
      </w:r>
    </w:p>
    <w:p w14:paraId="65AF9CB6" w14:textId="77777777" w:rsidR="009E6A39" w:rsidRPr="005D1CE1" w:rsidRDefault="00000000">
      <w:pPr>
        <w:spacing w:after="40" w:line="240" w:lineRule="auto"/>
        <w:rPr>
          <w:rFonts w:asciiTheme="minorBidi" w:hAnsiTheme="minorBidi"/>
        </w:rPr>
      </w:pPr>
      <w:r w:rsidRPr="005D1CE1">
        <w:rPr>
          <w:rFonts w:asciiTheme="minorBidi" w:hAnsiTheme="minorBidi"/>
        </w:rPr>
        <w:t>Level 4 Health and Social Care - Currently Studying</w:t>
      </w:r>
    </w:p>
    <w:p w14:paraId="1D1BCECE" w14:textId="34E40146" w:rsidR="009E6A39" w:rsidRPr="005D1CE1" w:rsidRDefault="00000000">
      <w:pPr>
        <w:spacing w:after="40" w:line="240" w:lineRule="auto"/>
        <w:rPr>
          <w:rFonts w:asciiTheme="minorBidi" w:hAnsiTheme="minorBidi"/>
        </w:rPr>
      </w:pPr>
      <w:r w:rsidRPr="005D1CE1">
        <w:rPr>
          <w:rFonts w:asciiTheme="minorBidi" w:hAnsiTheme="minorBidi"/>
        </w:rPr>
        <w:t>• Planning to progress to Level 5</w:t>
      </w:r>
      <w:r w:rsidR="008973AC" w:rsidRPr="005D1CE1">
        <w:rPr>
          <w:rFonts w:asciiTheme="minorBidi" w:hAnsiTheme="minorBidi"/>
        </w:rPr>
        <w:t xml:space="preserve"> and 6</w:t>
      </w:r>
      <w:r w:rsidRPr="005D1CE1">
        <w:rPr>
          <w:rFonts w:asciiTheme="minorBidi" w:hAnsiTheme="minorBidi"/>
        </w:rPr>
        <w:t xml:space="preserve"> Health and Social Care next year.</w:t>
      </w:r>
    </w:p>
    <w:p w14:paraId="4ED982C3" w14:textId="3E4494D7" w:rsidR="009E6A39" w:rsidRPr="005D1CE1" w:rsidRDefault="00000000">
      <w:pPr>
        <w:spacing w:after="40" w:line="240" w:lineRule="auto"/>
        <w:rPr>
          <w:rFonts w:asciiTheme="minorBidi" w:hAnsiTheme="minorBidi"/>
        </w:rPr>
      </w:pPr>
      <w:r w:rsidRPr="005D1CE1">
        <w:rPr>
          <w:rFonts w:asciiTheme="minorBidi" w:hAnsiTheme="minorBidi"/>
          <w:b/>
        </w:rPr>
        <w:t>S</w:t>
      </w:r>
      <w:r w:rsidR="004F29D5" w:rsidRPr="005D1CE1">
        <w:rPr>
          <w:rFonts w:asciiTheme="minorBidi" w:hAnsiTheme="minorBidi"/>
          <w:b/>
        </w:rPr>
        <w:t>adikia</w:t>
      </w:r>
      <w:r w:rsidRPr="005D1CE1">
        <w:rPr>
          <w:rFonts w:asciiTheme="minorBidi" w:hAnsiTheme="minorBidi"/>
          <w:b/>
        </w:rPr>
        <w:t xml:space="preserve"> Secondary School, Tunisia</w:t>
      </w:r>
    </w:p>
    <w:p w14:paraId="097A4916" w14:textId="77777777" w:rsidR="009E6A39" w:rsidRPr="005D1CE1" w:rsidRDefault="00000000">
      <w:pPr>
        <w:spacing w:after="40" w:line="240" w:lineRule="auto"/>
        <w:rPr>
          <w:rFonts w:asciiTheme="minorBidi" w:hAnsiTheme="minorBidi"/>
        </w:rPr>
      </w:pPr>
      <w:r w:rsidRPr="005D1CE1">
        <w:rPr>
          <w:rFonts w:asciiTheme="minorBidi" w:hAnsiTheme="minorBidi"/>
        </w:rPr>
        <w:t>September 1985 - June 1992</w:t>
      </w:r>
    </w:p>
    <w:p w14:paraId="33528717" w14:textId="77777777" w:rsidR="009E6A39" w:rsidRPr="005D1CE1" w:rsidRDefault="00000000">
      <w:pPr>
        <w:spacing w:after="40" w:line="240" w:lineRule="auto"/>
        <w:rPr>
          <w:rFonts w:asciiTheme="minorBidi" w:hAnsiTheme="minorBidi"/>
        </w:rPr>
      </w:pPr>
      <w:r w:rsidRPr="005D1CE1">
        <w:rPr>
          <w:rFonts w:asciiTheme="minorBidi" w:hAnsiTheme="minorBidi"/>
        </w:rPr>
        <w:t>• Baccalaureate Certificate - Mathematics, 1992</w:t>
      </w:r>
    </w:p>
    <w:p w14:paraId="00155CBE" w14:textId="4D13CCCB" w:rsidR="009E6A39" w:rsidRPr="005D1CE1" w:rsidRDefault="00000000">
      <w:pPr>
        <w:spacing w:after="40" w:line="240" w:lineRule="auto"/>
        <w:rPr>
          <w:rFonts w:asciiTheme="minorBidi" w:hAnsiTheme="minorBidi"/>
        </w:rPr>
      </w:pPr>
      <w:r w:rsidRPr="005D1CE1">
        <w:rPr>
          <w:rFonts w:asciiTheme="minorBidi" w:hAnsiTheme="minorBidi"/>
          <w:b/>
        </w:rPr>
        <w:t>S</w:t>
      </w:r>
      <w:r w:rsidR="00A9060D">
        <w:rPr>
          <w:rFonts w:asciiTheme="minorBidi" w:hAnsiTheme="minorBidi"/>
          <w:b/>
        </w:rPr>
        <w:t>a</w:t>
      </w:r>
      <w:r w:rsidR="00B57676">
        <w:rPr>
          <w:rFonts w:asciiTheme="minorBidi" w:hAnsiTheme="minorBidi"/>
          <w:b/>
        </w:rPr>
        <w:t>dikia</w:t>
      </w:r>
      <w:r w:rsidRPr="005D1CE1">
        <w:rPr>
          <w:rFonts w:asciiTheme="minorBidi" w:hAnsiTheme="minorBidi"/>
          <w:b/>
        </w:rPr>
        <w:t xml:space="preserve"> Primary School, Tunisia</w:t>
      </w:r>
    </w:p>
    <w:p w14:paraId="4E93A144" w14:textId="77777777" w:rsidR="009E6A39" w:rsidRPr="005D1CE1" w:rsidRDefault="00000000">
      <w:pPr>
        <w:spacing w:after="40" w:line="240" w:lineRule="auto"/>
        <w:rPr>
          <w:rFonts w:asciiTheme="minorBidi" w:hAnsiTheme="minorBidi"/>
        </w:rPr>
      </w:pPr>
      <w:r w:rsidRPr="005D1CE1">
        <w:rPr>
          <w:rFonts w:asciiTheme="minorBidi" w:hAnsiTheme="minorBidi"/>
        </w:rPr>
        <w:t>September 1979 - June 1985</w:t>
      </w:r>
    </w:p>
    <w:p w14:paraId="109E890C" w14:textId="77777777" w:rsidR="009E6A39" w:rsidRPr="005D1CE1" w:rsidRDefault="00000000">
      <w:pPr>
        <w:spacing w:before="100" w:after="40" w:line="240" w:lineRule="auto"/>
        <w:rPr>
          <w:rFonts w:asciiTheme="minorBidi" w:hAnsiTheme="minorBidi"/>
          <w:u w:val="single"/>
        </w:rPr>
      </w:pPr>
      <w:r w:rsidRPr="005D1CE1">
        <w:rPr>
          <w:rFonts w:asciiTheme="minorBidi" w:hAnsiTheme="minorBidi"/>
          <w:b/>
          <w:u w:val="single"/>
        </w:rPr>
        <w:t>EMPLOYMENT HISTORY</w:t>
      </w:r>
    </w:p>
    <w:p w14:paraId="281C7E29" w14:textId="77777777" w:rsidR="00A56559" w:rsidRDefault="00A56559">
      <w:pPr>
        <w:spacing w:after="40" w:line="240" w:lineRule="auto"/>
        <w:rPr>
          <w:rFonts w:asciiTheme="minorBidi" w:hAnsiTheme="minorBidi"/>
          <w:b/>
        </w:rPr>
      </w:pPr>
    </w:p>
    <w:p w14:paraId="2CFC3C38" w14:textId="4A93EDF4" w:rsidR="009E6A39" w:rsidRPr="005D1CE1" w:rsidRDefault="00000000">
      <w:pPr>
        <w:spacing w:after="40" w:line="240" w:lineRule="auto"/>
        <w:rPr>
          <w:rFonts w:asciiTheme="minorBidi" w:hAnsiTheme="minorBidi"/>
        </w:rPr>
      </w:pPr>
      <w:r w:rsidRPr="005D1CE1">
        <w:rPr>
          <w:rFonts w:asciiTheme="minorBidi" w:hAnsiTheme="minorBidi"/>
          <w:b/>
        </w:rPr>
        <w:t>Uber Eats - Food Delivery Driver</w:t>
      </w:r>
    </w:p>
    <w:p w14:paraId="639F0649" w14:textId="77777777" w:rsidR="009E6A39" w:rsidRPr="005D1CE1" w:rsidRDefault="00000000">
      <w:pPr>
        <w:spacing w:after="40" w:line="240" w:lineRule="auto"/>
        <w:rPr>
          <w:rFonts w:asciiTheme="minorBidi" w:hAnsiTheme="minorBidi"/>
        </w:rPr>
      </w:pPr>
      <w:r w:rsidRPr="005D1CE1">
        <w:rPr>
          <w:rFonts w:asciiTheme="minorBidi" w:hAnsiTheme="minorBidi"/>
        </w:rPr>
        <w:t>London | May 2022 - Present</w:t>
      </w:r>
    </w:p>
    <w:p w14:paraId="66C10578" w14:textId="77777777" w:rsidR="009E6A39" w:rsidRPr="005D1CE1" w:rsidRDefault="00000000">
      <w:pPr>
        <w:spacing w:after="40" w:line="240" w:lineRule="auto"/>
        <w:rPr>
          <w:rFonts w:asciiTheme="minorBidi" w:hAnsiTheme="minorBidi"/>
        </w:rPr>
      </w:pPr>
      <w:r w:rsidRPr="005D1CE1">
        <w:rPr>
          <w:rFonts w:asciiTheme="minorBidi" w:hAnsiTheme="minorBidi"/>
        </w:rPr>
        <w:t>• Provide reliable and professional customer service.</w:t>
      </w:r>
    </w:p>
    <w:p w14:paraId="15FBBC77" w14:textId="77777777" w:rsidR="009E6A39" w:rsidRPr="005D1CE1" w:rsidRDefault="00000000">
      <w:pPr>
        <w:spacing w:after="40" w:line="240" w:lineRule="auto"/>
        <w:rPr>
          <w:rFonts w:asciiTheme="minorBidi" w:hAnsiTheme="minorBidi"/>
        </w:rPr>
      </w:pPr>
      <w:r w:rsidRPr="005D1CE1">
        <w:rPr>
          <w:rFonts w:asciiTheme="minorBidi" w:hAnsiTheme="minorBidi"/>
        </w:rPr>
        <w:t>• Manage routes, time and deliveries efficiently.</w:t>
      </w:r>
    </w:p>
    <w:p w14:paraId="7579DBF9" w14:textId="77777777" w:rsidR="009E6A39" w:rsidRPr="005D1CE1" w:rsidRDefault="00000000">
      <w:pPr>
        <w:spacing w:after="40" w:line="240" w:lineRule="auto"/>
        <w:rPr>
          <w:rFonts w:asciiTheme="minorBidi" w:hAnsiTheme="minorBidi"/>
        </w:rPr>
      </w:pPr>
      <w:r w:rsidRPr="005D1CE1">
        <w:rPr>
          <w:rFonts w:asciiTheme="minorBidi" w:hAnsiTheme="minorBidi"/>
        </w:rPr>
        <w:t>• Communicate respectfully with customers and restaurants.</w:t>
      </w:r>
    </w:p>
    <w:p w14:paraId="5EF8C8E1" w14:textId="77777777" w:rsidR="009E6A39" w:rsidRPr="005D1CE1" w:rsidRDefault="00000000">
      <w:pPr>
        <w:spacing w:after="40" w:line="240" w:lineRule="auto"/>
        <w:rPr>
          <w:rFonts w:asciiTheme="minorBidi" w:hAnsiTheme="minorBidi"/>
        </w:rPr>
      </w:pPr>
      <w:r w:rsidRPr="005D1CE1">
        <w:rPr>
          <w:rFonts w:asciiTheme="minorBidi" w:hAnsiTheme="minorBidi"/>
        </w:rPr>
        <w:t>• Work independently and deal calmly with unexpected situations.</w:t>
      </w:r>
    </w:p>
    <w:p w14:paraId="093F4F76" w14:textId="2B310ACF" w:rsidR="009E6A39" w:rsidRPr="005D1CE1" w:rsidRDefault="00000000">
      <w:pPr>
        <w:spacing w:after="40" w:line="240" w:lineRule="auto"/>
        <w:rPr>
          <w:rFonts w:asciiTheme="minorBidi" w:hAnsiTheme="minorBidi"/>
        </w:rPr>
      </w:pPr>
      <w:r w:rsidRPr="005D1CE1">
        <w:rPr>
          <w:rFonts w:asciiTheme="minorBidi" w:hAnsiTheme="minorBidi"/>
          <w:b/>
        </w:rPr>
        <w:t>R</w:t>
      </w:r>
      <w:r w:rsidR="004F29D5" w:rsidRPr="005D1CE1">
        <w:rPr>
          <w:rFonts w:asciiTheme="minorBidi" w:hAnsiTheme="minorBidi"/>
          <w:b/>
        </w:rPr>
        <w:t>TOA</w:t>
      </w:r>
      <w:r w:rsidRPr="005D1CE1">
        <w:rPr>
          <w:rFonts w:asciiTheme="minorBidi" w:hAnsiTheme="minorBidi"/>
          <w:b/>
        </w:rPr>
        <w:t xml:space="preserve"> ALEHSAN LTD - Medicine Delivery Driver</w:t>
      </w:r>
    </w:p>
    <w:p w14:paraId="5CD80EAC" w14:textId="77777777" w:rsidR="009E6A39" w:rsidRPr="005D1CE1" w:rsidRDefault="00000000">
      <w:pPr>
        <w:spacing w:after="40" w:line="240" w:lineRule="auto"/>
        <w:rPr>
          <w:rFonts w:asciiTheme="minorBidi" w:hAnsiTheme="minorBidi"/>
        </w:rPr>
      </w:pPr>
      <w:r w:rsidRPr="005D1CE1">
        <w:rPr>
          <w:rFonts w:asciiTheme="minorBidi" w:hAnsiTheme="minorBidi"/>
        </w:rPr>
        <w:t>London | March 2015 - August 2021</w:t>
      </w:r>
    </w:p>
    <w:p w14:paraId="67B7CE26" w14:textId="77777777" w:rsidR="009E6A39" w:rsidRPr="005D1CE1" w:rsidRDefault="00000000">
      <w:pPr>
        <w:spacing w:after="40" w:line="240" w:lineRule="auto"/>
        <w:rPr>
          <w:rFonts w:asciiTheme="minorBidi" w:hAnsiTheme="minorBidi"/>
        </w:rPr>
      </w:pPr>
      <w:r w:rsidRPr="005D1CE1">
        <w:rPr>
          <w:rFonts w:asciiTheme="minorBidi" w:hAnsiTheme="minorBidi"/>
        </w:rPr>
        <w:t>• Delivered medicines safely, reliably and on time.</w:t>
      </w:r>
    </w:p>
    <w:p w14:paraId="116C76B4" w14:textId="77777777" w:rsidR="009E6A39" w:rsidRPr="005D1CE1" w:rsidRDefault="00000000">
      <w:pPr>
        <w:spacing w:after="40" w:line="240" w:lineRule="auto"/>
        <w:rPr>
          <w:rFonts w:asciiTheme="minorBidi" w:hAnsiTheme="minorBidi"/>
        </w:rPr>
      </w:pPr>
      <w:r w:rsidRPr="005D1CE1">
        <w:rPr>
          <w:rFonts w:asciiTheme="minorBidi" w:hAnsiTheme="minorBidi"/>
        </w:rPr>
        <w:t>• Handled deliveries responsibly and professionally.</w:t>
      </w:r>
    </w:p>
    <w:p w14:paraId="09128447" w14:textId="77777777" w:rsidR="009E6A39" w:rsidRPr="005D1CE1" w:rsidRDefault="00000000">
      <w:pPr>
        <w:spacing w:after="40" w:line="240" w:lineRule="auto"/>
        <w:rPr>
          <w:rFonts w:asciiTheme="minorBidi" w:hAnsiTheme="minorBidi"/>
        </w:rPr>
      </w:pPr>
      <w:r w:rsidRPr="005D1CE1">
        <w:rPr>
          <w:rFonts w:asciiTheme="minorBidi" w:hAnsiTheme="minorBidi"/>
        </w:rPr>
        <w:t>• Communicated respectfully with customers.</w:t>
      </w:r>
    </w:p>
    <w:p w14:paraId="266943B4" w14:textId="77777777" w:rsidR="009E6A39" w:rsidRPr="005D1CE1" w:rsidRDefault="00000000">
      <w:pPr>
        <w:spacing w:after="40" w:line="240" w:lineRule="auto"/>
        <w:rPr>
          <w:rFonts w:asciiTheme="minorBidi" w:hAnsiTheme="minorBidi"/>
        </w:rPr>
      </w:pPr>
      <w:r w:rsidRPr="005D1CE1">
        <w:rPr>
          <w:rFonts w:asciiTheme="minorBidi" w:hAnsiTheme="minorBidi"/>
        </w:rPr>
        <w:t>• Followed company procedures and maintained confidentiality.</w:t>
      </w:r>
    </w:p>
    <w:p w14:paraId="2F5714CD" w14:textId="77777777" w:rsidR="009E6A39" w:rsidRPr="005D1CE1" w:rsidRDefault="00000000">
      <w:pPr>
        <w:spacing w:after="40" w:line="240" w:lineRule="auto"/>
        <w:rPr>
          <w:rFonts w:asciiTheme="minorBidi" w:hAnsiTheme="minorBidi"/>
        </w:rPr>
      </w:pPr>
      <w:r w:rsidRPr="005D1CE1">
        <w:rPr>
          <w:rFonts w:asciiTheme="minorBidi" w:hAnsiTheme="minorBidi"/>
          <w:b/>
        </w:rPr>
        <w:t>Sixt Rent a Car - Car Rental Agent</w:t>
      </w:r>
    </w:p>
    <w:p w14:paraId="3AC5D018" w14:textId="77777777" w:rsidR="009E6A39" w:rsidRPr="005D1CE1" w:rsidRDefault="00000000">
      <w:pPr>
        <w:spacing w:after="40" w:line="240" w:lineRule="auto"/>
        <w:rPr>
          <w:rFonts w:asciiTheme="minorBidi" w:hAnsiTheme="minorBidi"/>
        </w:rPr>
      </w:pPr>
      <w:r w:rsidRPr="005D1CE1">
        <w:rPr>
          <w:rFonts w:asciiTheme="minorBidi" w:hAnsiTheme="minorBidi"/>
        </w:rPr>
        <w:t>King's Cross, London | April 2013 - March 2015</w:t>
      </w:r>
    </w:p>
    <w:p w14:paraId="51CCF778" w14:textId="77777777" w:rsidR="009E6A39" w:rsidRPr="005D1CE1" w:rsidRDefault="00000000">
      <w:pPr>
        <w:spacing w:after="40" w:line="240" w:lineRule="auto"/>
        <w:rPr>
          <w:rFonts w:asciiTheme="minorBidi" w:hAnsiTheme="minorBidi"/>
        </w:rPr>
      </w:pPr>
      <w:r w:rsidRPr="005D1CE1">
        <w:rPr>
          <w:rFonts w:asciiTheme="minorBidi" w:hAnsiTheme="minorBidi"/>
        </w:rPr>
        <w:t>• Assisted customers with bookings, rentals and enquiries.</w:t>
      </w:r>
    </w:p>
    <w:p w14:paraId="3F3E8CC3" w14:textId="77777777" w:rsidR="009E6A39" w:rsidRPr="005D1CE1" w:rsidRDefault="00000000">
      <w:pPr>
        <w:spacing w:after="40" w:line="240" w:lineRule="auto"/>
        <w:rPr>
          <w:rFonts w:asciiTheme="minorBidi" w:hAnsiTheme="minorBidi"/>
        </w:rPr>
      </w:pPr>
      <w:r w:rsidRPr="005D1CE1">
        <w:rPr>
          <w:rFonts w:asciiTheme="minorBidi" w:hAnsiTheme="minorBidi"/>
        </w:rPr>
        <w:t>• Provided professional customer service.</w:t>
      </w:r>
    </w:p>
    <w:p w14:paraId="5DAAEA55" w14:textId="77777777" w:rsidR="009E6A39" w:rsidRPr="005D1CE1" w:rsidRDefault="00000000">
      <w:pPr>
        <w:spacing w:after="40" w:line="240" w:lineRule="auto"/>
        <w:rPr>
          <w:rFonts w:asciiTheme="minorBidi" w:hAnsiTheme="minorBidi"/>
        </w:rPr>
      </w:pPr>
      <w:r w:rsidRPr="005D1CE1">
        <w:rPr>
          <w:rFonts w:asciiTheme="minorBidi" w:hAnsiTheme="minorBidi"/>
        </w:rPr>
        <w:t>• Dealt with customer concerns calmly and efficiently.</w:t>
      </w:r>
    </w:p>
    <w:p w14:paraId="00ECA263" w14:textId="77777777" w:rsidR="009E6A39" w:rsidRPr="005D1CE1" w:rsidRDefault="00000000">
      <w:pPr>
        <w:spacing w:after="40" w:line="240" w:lineRule="auto"/>
        <w:rPr>
          <w:rFonts w:asciiTheme="minorBidi" w:hAnsiTheme="minorBidi"/>
        </w:rPr>
      </w:pPr>
      <w:r w:rsidRPr="005D1CE1">
        <w:rPr>
          <w:rFonts w:asciiTheme="minorBidi" w:hAnsiTheme="minorBidi"/>
        </w:rPr>
        <w:t>• Managed customer information and administrative duties.</w:t>
      </w:r>
    </w:p>
    <w:p w14:paraId="111E6BD6" w14:textId="77777777" w:rsidR="009E6A39" w:rsidRPr="005D1CE1" w:rsidRDefault="00000000">
      <w:pPr>
        <w:spacing w:after="40" w:line="240" w:lineRule="auto"/>
        <w:rPr>
          <w:rFonts w:asciiTheme="minorBidi" w:hAnsiTheme="minorBidi"/>
        </w:rPr>
      </w:pPr>
      <w:r w:rsidRPr="005D1CE1">
        <w:rPr>
          <w:rFonts w:asciiTheme="minorBidi" w:hAnsiTheme="minorBidi"/>
          <w:b/>
        </w:rPr>
        <w:lastRenderedPageBreak/>
        <w:t>Renault Garage - Car Dealer Agent</w:t>
      </w:r>
    </w:p>
    <w:p w14:paraId="571BA93D" w14:textId="1F0C50C0" w:rsidR="009E6A39" w:rsidRPr="005D1CE1" w:rsidRDefault="00000000">
      <w:pPr>
        <w:spacing w:after="40" w:line="240" w:lineRule="auto"/>
        <w:rPr>
          <w:rFonts w:asciiTheme="minorBidi" w:hAnsiTheme="minorBidi"/>
        </w:rPr>
      </w:pPr>
      <w:r w:rsidRPr="005D1CE1">
        <w:rPr>
          <w:rFonts w:asciiTheme="minorBidi" w:hAnsiTheme="minorBidi"/>
        </w:rPr>
        <w:t>Châte</w:t>
      </w:r>
      <w:r w:rsidR="00CF14FD">
        <w:rPr>
          <w:rFonts w:asciiTheme="minorBidi" w:hAnsiTheme="minorBidi"/>
        </w:rPr>
        <w:t>llerault</w:t>
      </w:r>
      <w:r w:rsidRPr="005D1CE1">
        <w:rPr>
          <w:rFonts w:asciiTheme="minorBidi" w:hAnsiTheme="minorBidi"/>
        </w:rPr>
        <w:t>, France | October 2007 - January 2013</w:t>
      </w:r>
    </w:p>
    <w:p w14:paraId="5B386CDA" w14:textId="77777777" w:rsidR="009E6A39" w:rsidRPr="005D1CE1" w:rsidRDefault="00000000">
      <w:pPr>
        <w:spacing w:after="40" w:line="240" w:lineRule="auto"/>
        <w:rPr>
          <w:rFonts w:asciiTheme="minorBidi" w:hAnsiTheme="minorBidi"/>
        </w:rPr>
      </w:pPr>
      <w:r w:rsidRPr="005D1CE1">
        <w:rPr>
          <w:rFonts w:asciiTheme="minorBidi" w:hAnsiTheme="minorBidi"/>
        </w:rPr>
        <w:t>• Assisted customers with vehicle enquiries and sales.</w:t>
      </w:r>
    </w:p>
    <w:p w14:paraId="1EB4C7B5" w14:textId="77777777" w:rsidR="009E6A39" w:rsidRPr="005D1CE1" w:rsidRDefault="00000000">
      <w:pPr>
        <w:spacing w:after="40" w:line="240" w:lineRule="auto"/>
        <w:rPr>
          <w:rFonts w:asciiTheme="minorBidi" w:hAnsiTheme="minorBidi"/>
        </w:rPr>
      </w:pPr>
      <w:r w:rsidRPr="005D1CE1">
        <w:rPr>
          <w:rFonts w:asciiTheme="minorBidi" w:hAnsiTheme="minorBidi"/>
        </w:rPr>
        <w:t>• Built positive customer relationships.</w:t>
      </w:r>
    </w:p>
    <w:p w14:paraId="185E1C6F" w14:textId="77777777" w:rsidR="009E6A39" w:rsidRPr="005D1CE1" w:rsidRDefault="00000000">
      <w:pPr>
        <w:spacing w:after="40" w:line="240" w:lineRule="auto"/>
        <w:rPr>
          <w:rFonts w:asciiTheme="minorBidi" w:hAnsiTheme="minorBidi"/>
        </w:rPr>
      </w:pPr>
      <w:r w:rsidRPr="005D1CE1">
        <w:rPr>
          <w:rFonts w:asciiTheme="minorBidi" w:hAnsiTheme="minorBidi"/>
        </w:rPr>
        <w:t>• Explained vehicles and services clearly.</w:t>
      </w:r>
    </w:p>
    <w:p w14:paraId="6D759235" w14:textId="77777777" w:rsidR="009E6A39" w:rsidRPr="005D1CE1" w:rsidRDefault="00000000">
      <w:pPr>
        <w:spacing w:after="40" w:line="240" w:lineRule="auto"/>
        <w:rPr>
          <w:rFonts w:asciiTheme="minorBidi" w:hAnsiTheme="minorBidi"/>
        </w:rPr>
      </w:pPr>
      <w:r w:rsidRPr="005D1CE1">
        <w:rPr>
          <w:rFonts w:asciiTheme="minorBidi" w:hAnsiTheme="minorBidi"/>
        </w:rPr>
        <w:t>• Provided professional customer service.</w:t>
      </w:r>
    </w:p>
    <w:p w14:paraId="5276EAD2" w14:textId="0927C7C9" w:rsidR="009E6A39" w:rsidRPr="005D1CE1" w:rsidRDefault="008B3F04">
      <w:pPr>
        <w:spacing w:after="40" w:line="240" w:lineRule="auto"/>
        <w:rPr>
          <w:rFonts w:asciiTheme="minorBidi" w:hAnsiTheme="minorBidi"/>
        </w:rPr>
      </w:pPr>
      <w:r w:rsidRPr="005D1CE1">
        <w:rPr>
          <w:rFonts w:asciiTheme="minorBidi" w:hAnsiTheme="minorBidi"/>
          <w:b/>
        </w:rPr>
        <w:t xml:space="preserve">Futuroscope </w:t>
      </w:r>
      <w:r w:rsidR="00DD7B0F" w:rsidRPr="005D1CE1">
        <w:rPr>
          <w:rFonts w:asciiTheme="minorBidi" w:hAnsiTheme="minorBidi"/>
          <w:b/>
        </w:rPr>
        <w:t>Park</w:t>
      </w:r>
      <w:r w:rsidRPr="005D1CE1">
        <w:rPr>
          <w:rFonts w:asciiTheme="minorBidi" w:hAnsiTheme="minorBidi"/>
          <w:b/>
        </w:rPr>
        <w:t>– Receptionist</w:t>
      </w:r>
    </w:p>
    <w:p w14:paraId="371B65F6" w14:textId="77777777" w:rsidR="009E6A39" w:rsidRPr="005D1CE1" w:rsidRDefault="00000000">
      <w:pPr>
        <w:spacing w:after="40" w:line="240" w:lineRule="auto"/>
        <w:rPr>
          <w:rFonts w:asciiTheme="minorBidi" w:hAnsiTheme="minorBidi"/>
        </w:rPr>
      </w:pPr>
      <w:r w:rsidRPr="005D1CE1">
        <w:rPr>
          <w:rFonts w:asciiTheme="minorBidi" w:hAnsiTheme="minorBidi"/>
        </w:rPr>
        <w:t>Poitiers, France | May 2001 - August 2007</w:t>
      </w:r>
    </w:p>
    <w:p w14:paraId="312368E2" w14:textId="77777777" w:rsidR="009E6A39" w:rsidRPr="005D1CE1" w:rsidRDefault="00000000">
      <w:pPr>
        <w:spacing w:after="40" w:line="240" w:lineRule="auto"/>
        <w:rPr>
          <w:rFonts w:asciiTheme="minorBidi" w:hAnsiTheme="minorBidi"/>
        </w:rPr>
      </w:pPr>
      <w:r w:rsidRPr="005D1CE1">
        <w:rPr>
          <w:rFonts w:asciiTheme="minorBidi" w:hAnsiTheme="minorBidi"/>
        </w:rPr>
        <w:t>• Welcomed and assisted visitors.</w:t>
      </w:r>
    </w:p>
    <w:p w14:paraId="367B69C3" w14:textId="77777777" w:rsidR="009E6A39" w:rsidRPr="005D1CE1" w:rsidRDefault="00000000">
      <w:pPr>
        <w:spacing w:after="40" w:line="240" w:lineRule="auto"/>
        <w:rPr>
          <w:rFonts w:asciiTheme="minorBidi" w:hAnsiTheme="minorBidi"/>
        </w:rPr>
      </w:pPr>
      <w:r w:rsidRPr="005D1CE1">
        <w:rPr>
          <w:rFonts w:asciiTheme="minorBidi" w:hAnsiTheme="minorBidi"/>
        </w:rPr>
        <w:t>• Provided information and handled enquiries.</w:t>
      </w:r>
    </w:p>
    <w:p w14:paraId="37953881" w14:textId="77777777" w:rsidR="009E6A39" w:rsidRPr="005D1CE1" w:rsidRDefault="00000000">
      <w:pPr>
        <w:spacing w:after="40" w:line="240" w:lineRule="auto"/>
        <w:rPr>
          <w:rFonts w:asciiTheme="minorBidi" w:hAnsiTheme="minorBidi"/>
        </w:rPr>
      </w:pPr>
      <w:r w:rsidRPr="005D1CE1">
        <w:rPr>
          <w:rFonts w:asciiTheme="minorBidi" w:hAnsiTheme="minorBidi"/>
        </w:rPr>
        <w:t>• Communicated with people from different backgrounds.</w:t>
      </w:r>
    </w:p>
    <w:p w14:paraId="72A57E75" w14:textId="77777777" w:rsidR="009E6A39" w:rsidRPr="005D1CE1" w:rsidRDefault="00000000">
      <w:pPr>
        <w:spacing w:after="40" w:line="240" w:lineRule="auto"/>
        <w:rPr>
          <w:rFonts w:asciiTheme="minorBidi" w:hAnsiTheme="minorBidi"/>
        </w:rPr>
      </w:pPr>
      <w:r w:rsidRPr="005D1CE1">
        <w:rPr>
          <w:rFonts w:asciiTheme="minorBidi" w:hAnsiTheme="minorBidi"/>
        </w:rPr>
        <w:t>• Dealt with customer requests professionally.</w:t>
      </w:r>
    </w:p>
    <w:p w14:paraId="51F1474A" w14:textId="77777777" w:rsidR="009E6A39" w:rsidRPr="005D1CE1" w:rsidRDefault="00000000">
      <w:pPr>
        <w:spacing w:after="40" w:line="240" w:lineRule="auto"/>
        <w:rPr>
          <w:rFonts w:asciiTheme="minorBidi" w:hAnsiTheme="minorBidi"/>
        </w:rPr>
      </w:pPr>
      <w:r w:rsidRPr="005D1CE1">
        <w:rPr>
          <w:rFonts w:asciiTheme="minorBidi" w:hAnsiTheme="minorBidi"/>
          <w:b/>
        </w:rPr>
        <w:t>Flemings Mayfair Hotel - Receptionist</w:t>
      </w:r>
    </w:p>
    <w:p w14:paraId="3048B43B" w14:textId="77777777" w:rsidR="009E6A39" w:rsidRPr="005D1CE1" w:rsidRDefault="00000000">
      <w:pPr>
        <w:spacing w:after="40" w:line="240" w:lineRule="auto"/>
        <w:rPr>
          <w:rFonts w:asciiTheme="minorBidi" w:hAnsiTheme="minorBidi"/>
        </w:rPr>
      </w:pPr>
      <w:r w:rsidRPr="005D1CE1">
        <w:rPr>
          <w:rFonts w:asciiTheme="minorBidi" w:hAnsiTheme="minorBidi"/>
        </w:rPr>
        <w:t>London | December 1998 - February 2001</w:t>
      </w:r>
    </w:p>
    <w:p w14:paraId="703706CF" w14:textId="77777777" w:rsidR="009E6A39" w:rsidRPr="005D1CE1" w:rsidRDefault="00000000">
      <w:pPr>
        <w:spacing w:after="40" w:line="240" w:lineRule="auto"/>
        <w:rPr>
          <w:rFonts w:asciiTheme="minorBidi" w:hAnsiTheme="minorBidi"/>
        </w:rPr>
      </w:pPr>
      <w:r w:rsidRPr="005D1CE1">
        <w:rPr>
          <w:rFonts w:asciiTheme="minorBidi" w:hAnsiTheme="minorBidi"/>
        </w:rPr>
        <w:t>• Welcomed hotel guests and provided customer service.</w:t>
      </w:r>
    </w:p>
    <w:p w14:paraId="0A0D2911" w14:textId="77777777" w:rsidR="009E6A39" w:rsidRPr="005D1CE1" w:rsidRDefault="00000000">
      <w:pPr>
        <w:spacing w:after="40" w:line="240" w:lineRule="auto"/>
        <w:rPr>
          <w:rFonts w:asciiTheme="minorBidi" w:hAnsiTheme="minorBidi"/>
        </w:rPr>
      </w:pPr>
      <w:r w:rsidRPr="005D1CE1">
        <w:rPr>
          <w:rFonts w:asciiTheme="minorBidi" w:hAnsiTheme="minorBidi"/>
        </w:rPr>
        <w:t>• Assisted guests with enquiries and requests.</w:t>
      </w:r>
    </w:p>
    <w:p w14:paraId="35ED1A03" w14:textId="77777777" w:rsidR="009E6A39" w:rsidRPr="005D1CE1" w:rsidRDefault="00000000">
      <w:pPr>
        <w:spacing w:after="40" w:line="240" w:lineRule="auto"/>
        <w:rPr>
          <w:rFonts w:asciiTheme="minorBidi" w:hAnsiTheme="minorBidi"/>
        </w:rPr>
      </w:pPr>
      <w:r w:rsidRPr="005D1CE1">
        <w:rPr>
          <w:rFonts w:asciiTheme="minorBidi" w:hAnsiTheme="minorBidi"/>
        </w:rPr>
        <w:t>• Supported reception and general hotel operations.</w:t>
      </w:r>
    </w:p>
    <w:p w14:paraId="640BBEB4" w14:textId="77777777" w:rsidR="009E6A39" w:rsidRPr="005D1CE1" w:rsidRDefault="00000000">
      <w:pPr>
        <w:spacing w:after="40" w:line="240" w:lineRule="auto"/>
        <w:rPr>
          <w:rFonts w:asciiTheme="minorBidi" w:hAnsiTheme="minorBidi"/>
        </w:rPr>
      </w:pPr>
      <w:r w:rsidRPr="005D1CE1">
        <w:rPr>
          <w:rFonts w:asciiTheme="minorBidi" w:hAnsiTheme="minorBidi"/>
        </w:rPr>
        <w:t>• Dealt with customers professionally and respectfully.</w:t>
      </w:r>
    </w:p>
    <w:p w14:paraId="319FE286" w14:textId="77777777" w:rsidR="009E6A39" w:rsidRPr="005D1CE1" w:rsidRDefault="00000000">
      <w:pPr>
        <w:spacing w:before="100" w:after="40" w:line="240" w:lineRule="auto"/>
        <w:rPr>
          <w:rFonts w:asciiTheme="minorBidi" w:hAnsiTheme="minorBidi"/>
          <w:u w:val="single"/>
        </w:rPr>
      </w:pPr>
      <w:r w:rsidRPr="005D1CE1">
        <w:rPr>
          <w:rFonts w:asciiTheme="minorBidi" w:hAnsiTheme="minorBidi"/>
          <w:b/>
          <w:u w:val="single"/>
        </w:rPr>
        <w:t>TRAINING &amp; CERTIFICATIONS</w:t>
      </w:r>
    </w:p>
    <w:p w14:paraId="5DC1EE11" w14:textId="77777777" w:rsidR="009E6A39" w:rsidRPr="005D1CE1" w:rsidRDefault="00000000">
      <w:pPr>
        <w:spacing w:after="40" w:line="240" w:lineRule="auto"/>
        <w:rPr>
          <w:rFonts w:asciiTheme="minorBidi" w:hAnsiTheme="minorBidi"/>
        </w:rPr>
      </w:pPr>
      <w:r w:rsidRPr="005D1CE1">
        <w:rPr>
          <w:rFonts w:asciiTheme="minorBidi" w:hAnsiTheme="minorBidi"/>
        </w:rPr>
        <w:t>• First Aid Training - France, 2002</w:t>
      </w:r>
    </w:p>
    <w:p w14:paraId="73D6F5A3" w14:textId="77777777" w:rsidR="009E6A39" w:rsidRPr="005D1CE1" w:rsidRDefault="00000000">
      <w:pPr>
        <w:spacing w:after="40" w:line="240" w:lineRule="auto"/>
        <w:rPr>
          <w:rFonts w:asciiTheme="minorBidi" w:hAnsiTheme="minorBidi"/>
        </w:rPr>
      </w:pPr>
      <w:r w:rsidRPr="005D1CE1">
        <w:rPr>
          <w:rFonts w:asciiTheme="minorBidi" w:hAnsiTheme="minorBidi"/>
        </w:rPr>
        <w:t>• DBS Check - Registered with DBS Update Service</w:t>
      </w:r>
    </w:p>
    <w:p w14:paraId="189A6AE6" w14:textId="77777777" w:rsidR="009E6A39" w:rsidRPr="005D1CE1" w:rsidRDefault="00000000">
      <w:pPr>
        <w:spacing w:after="40" w:line="240" w:lineRule="auto"/>
        <w:rPr>
          <w:rFonts w:asciiTheme="minorBidi" w:hAnsiTheme="minorBidi"/>
        </w:rPr>
      </w:pPr>
      <w:r w:rsidRPr="005D1CE1">
        <w:rPr>
          <w:rFonts w:asciiTheme="minorBidi" w:hAnsiTheme="minorBidi"/>
        </w:rPr>
        <w:t>• Full UK Driving License</w:t>
      </w:r>
    </w:p>
    <w:p w14:paraId="7703B69E" w14:textId="77777777" w:rsidR="009E6A39" w:rsidRPr="005D1CE1" w:rsidRDefault="00000000">
      <w:pPr>
        <w:spacing w:after="40" w:line="240" w:lineRule="auto"/>
        <w:rPr>
          <w:rFonts w:asciiTheme="minorBidi" w:hAnsiTheme="minorBidi"/>
        </w:rPr>
      </w:pPr>
      <w:r w:rsidRPr="005D1CE1">
        <w:rPr>
          <w:rFonts w:asciiTheme="minorBidi" w:hAnsiTheme="minorBidi"/>
        </w:rPr>
        <w:t>• ESOL Level 1 (CEFR B2) - London, 1996</w:t>
      </w:r>
    </w:p>
    <w:p w14:paraId="6481CD06" w14:textId="77777777" w:rsidR="009E6A39" w:rsidRPr="005D1CE1" w:rsidRDefault="00000000">
      <w:pPr>
        <w:spacing w:before="100" w:after="40" w:line="240" w:lineRule="auto"/>
        <w:rPr>
          <w:rFonts w:asciiTheme="minorBidi" w:hAnsiTheme="minorBidi"/>
          <w:u w:val="single"/>
        </w:rPr>
      </w:pPr>
      <w:r w:rsidRPr="005D1CE1">
        <w:rPr>
          <w:rFonts w:asciiTheme="minorBidi" w:hAnsiTheme="minorBidi"/>
          <w:b/>
          <w:u w:val="single"/>
        </w:rPr>
        <w:t>SKILLS</w:t>
      </w:r>
    </w:p>
    <w:p w14:paraId="62A3424F" w14:textId="77777777" w:rsidR="009E6A39" w:rsidRPr="005D1CE1" w:rsidRDefault="00000000">
      <w:pPr>
        <w:spacing w:after="40" w:line="240" w:lineRule="auto"/>
        <w:rPr>
          <w:rFonts w:asciiTheme="minorBidi" w:hAnsiTheme="minorBidi"/>
        </w:rPr>
      </w:pPr>
      <w:r w:rsidRPr="005D1CE1">
        <w:rPr>
          <w:rFonts w:asciiTheme="minorBidi" w:hAnsiTheme="minorBidi"/>
        </w:rPr>
        <w:t>• Compassionate, patient and respectful</w:t>
      </w:r>
    </w:p>
    <w:p w14:paraId="2C33B674" w14:textId="77777777" w:rsidR="009E6A39" w:rsidRPr="005D1CE1" w:rsidRDefault="00000000">
      <w:pPr>
        <w:spacing w:after="40" w:line="240" w:lineRule="auto"/>
        <w:rPr>
          <w:rFonts w:asciiTheme="minorBidi" w:hAnsiTheme="minorBidi"/>
        </w:rPr>
      </w:pPr>
      <w:r w:rsidRPr="005D1CE1">
        <w:rPr>
          <w:rFonts w:asciiTheme="minorBidi" w:hAnsiTheme="minorBidi"/>
        </w:rPr>
        <w:t>• Good communication and listening skills</w:t>
      </w:r>
    </w:p>
    <w:p w14:paraId="56EB4D3E" w14:textId="77777777" w:rsidR="009E6A39" w:rsidRPr="005D1CE1" w:rsidRDefault="00000000">
      <w:pPr>
        <w:spacing w:after="40" w:line="240" w:lineRule="auto"/>
        <w:rPr>
          <w:rFonts w:asciiTheme="minorBidi" w:hAnsiTheme="minorBidi"/>
        </w:rPr>
      </w:pPr>
      <w:r w:rsidRPr="005D1CE1">
        <w:rPr>
          <w:rFonts w:asciiTheme="minorBidi" w:hAnsiTheme="minorBidi"/>
        </w:rPr>
        <w:t>• Empathy and understanding</w:t>
      </w:r>
    </w:p>
    <w:p w14:paraId="1BFF19D8" w14:textId="77777777" w:rsidR="009E6A39" w:rsidRPr="005D1CE1" w:rsidRDefault="00000000">
      <w:pPr>
        <w:spacing w:after="40" w:line="240" w:lineRule="auto"/>
        <w:rPr>
          <w:rFonts w:asciiTheme="minorBidi" w:hAnsiTheme="minorBidi"/>
        </w:rPr>
      </w:pPr>
      <w:r w:rsidRPr="005D1CE1">
        <w:rPr>
          <w:rFonts w:asciiTheme="minorBidi" w:hAnsiTheme="minorBidi"/>
        </w:rPr>
        <w:t>• Reliable and responsible</w:t>
      </w:r>
    </w:p>
    <w:p w14:paraId="248F308A" w14:textId="77777777" w:rsidR="009E6A39" w:rsidRPr="005D1CE1" w:rsidRDefault="00000000">
      <w:pPr>
        <w:spacing w:after="40" w:line="240" w:lineRule="auto"/>
        <w:rPr>
          <w:rFonts w:asciiTheme="minorBidi" w:hAnsiTheme="minorBidi"/>
        </w:rPr>
      </w:pPr>
      <w:r w:rsidRPr="005D1CE1">
        <w:rPr>
          <w:rFonts w:asciiTheme="minorBidi" w:hAnsiTheme="minorBidi"/>
        </w:rPr>
        <w:t>• Calm when dealing with challenging situations</w:t>
      </w:r>
    </w:p>
    <w:p w14:paraId="2445D309" w14:textId="77777777" w:rsidR="009E6A39" w:rsidRPr="005D1CE1" w:rsidRDefault="00000000">
      <w:pPr>
        <w:spacing w:after="40" w:line="240" w:lineRule="auto"/>
        <w:rPr>
          <w:rFonts w:asciiTheme="minorBidi" w:hAnsiTheme="minorBidi"/>
        </w:rPr>
      </w:pPr>
      <w:r w:rsidRPr="005D1CE1">
        <w:rPr>
          <w:rFonts w:asciiTheme="minorBidi" w:hAnsiTheme="minorBidi"/>
        </w:rPr>
        <w:t>• Able to work independently or as part of a team</w:t>
      </w:r>
    </w:p>
    <w:p w14:paraId="25BDBCE3" w14:textId="77777777" w:rsidR="009E6A39" w:rsidRPr="005D1CE1" w:rsidRDefault="00000000">
      <w:pPr>
        <w:spacing w:after="40" w:line="240" w:lineRule="auto"/>
        <w:rPr>
          <w:rFonts w:asciiTheme="minorBidi" w:hAnsiTheme="minorBidi"/>
        </w:rPr>
      </w:pPr>
      <w:r w:rsidRPr="005D1CE1">
        <w:rPr>
          <w:rFonts w:asciiTheme="minorBidi" w:hAnsiTheme="minorBidi"/>
        </w:rPr>
        <w:t>• Good organisation and time management</w:t>
      </w:r>
    </w:p>
    <w:p w14:paraId="7B042847" w14:textId="77777777" w:rsidR="009E6A39" w:rsidRPr="005D1CE1" w:rsidRDefault="00000000">
      <w:pPr>
        <w:spacing w:after="40" w:line="240" w:lineRule="auto"/>
        <w:rPr>
          <w:rFonts w:asciiTheme="minorBidi" w:hAnsiTheme="minorBidi"/>
        </w:rPr>
      </w:pPr>
      <w:r w:rsidRPr="005D1CE1">
        <w:rPr>
          <w:rFonts w:asciiTheme="minorBidi" w:hAnsiTheme="minorBidi"/>
        </w:rPr>
        <w:t>• Experience delivering medicines responsibly</w:t>
      </w:r>
    </w:p>
    <w:p w14:paraId="698A277F" w14:textId="77777777" w:rsidR="009E6A39" w:rsidRPr="005D1CE1" w:rsidRDefault="00000000">
      <w:pPr>
        <w:spacing w:after="40" w:line="240" w:lineRule="auto"/>
        <w:rPr>
          <w:rFonts w:asciiTheme="minorBidi" w:hAnsiTheme="minorBidi"/>
        </w:rPr>
      </w:pPr>
      <w:r w:rsidRPr="005D1CE1">
        <w:rPr>
          <w:rFonts w:asciiTheme="minorBidi" w:hAnsiTheme="minorBidi"/>
        </w:rPr>
        <w:t>• Full UK driving license</w:t>
      </w:r>
    </w:p>
    <w:p w14:paraId="741A2F24" w14:textId="77777777" w:rsidR="009E6A39" w:rsidRPr="005D1CE1" w:rsidRDefault="00000000">
      <w:pPr>
        <w:spacing w:after="40" w:line="240" w:lineRule="auto"/>
        <w:rPr>
          <w:rFonts w:asciiTheme="minorBidi" w:hAnsiTheme="minorBidi"/>
        </w:rPr>
      </w:pPr>
      <w:r w:rsidRPr="005D1CE1">
        <w:rPr>
          <w:rFonts w:asciiTheme="minorBidi" w:hAnsiTheme="minorBidi"/>
        </w:rPr>
        <w:t>• DBS on the Update Service</w:t>
      </w:r>
    </w:p>
    <w:p w14:paraId="2B8F6985" w14:textId="77777777" w:rsidR="009E6A39" w:rsidRPr="005D1CE1" w:rsidRDefault="00000000">
      <w:pPr>
        <w:spacing w:after="40" w:line="240" w:lineRule="auto"/>
        <w:rPr>
          <w:rFonts w:asciiTheme="minorBidi" w:hAnsiTheme="minorBidi"/>
        </w:rPr>
      </w:pPr>
      <w:r w:rsidRPr="005D1CE1">
        <w:rPr>
          <w:rFonts w:asciiTheme="minorBidi" w:hAnsiTheme="minorBidi"/>
        </w:rPr>
        <w:t>• First Aid trained</w:t>
      </w:r>
    </w:p>
    <w:p w14:paraId="37CFED75" w14:textId="77777777" w:rsidR="009E6A39" w:rsidRPr="005D1CE1" w:rsidRDefault="00000000">
      <w:pPr>
        <w:spacing w:after="40" w:line="240" w:lineRule="auto"/>
        <w:rPr>
          <w:rFonts w:asciiTheme="minorBidi" w:hAnsiTheme="minorBidi"/>
        </w:rPr>
      </w:pPr>
      <w:r w:rsidRPr="005D1CE1">
        <w:rPr>
          <w:rFonts w:asciiTheme="minorBidi" w:hAnsiTheme="minorBidi"/>
        </w:rPr>
        <w:t>• Multilingual: English, French and Arabic</w:t>
      </w:r>
    </w:p>
    <w:p w14:paraId="3ED568B0" w14:textId="77777777" w:rsidR="009E6A39" w:rsidRPr="005D1CE1" w:rsidRDefault="00000000">
      <w:pPr>
        <w:spacing w:before="100" w:after="40" w:line="240" w:lineRule="auto"/>
        <w:rPr>
          <w:rFonts w:asciiTheme="minorBidi" w:hAnsiTheme="minorBidi"/>
          <w:u w:val="single"/>
        </w:rPr>
      </w:pPr>
      <w:r w:rsidRPr="005D1CE1">
        <w:rPr>
          <w:rFonts w:asciiTheme="minorBidi" w:hAnsiTheme="minorBidi"/>
          <w:b/>
          <w:u w:val="single"/>
        </w:rPr>
        <w:t>LANGUAGES</w:t>
      </w:r>
    </w:p>
    <w:p w14:paraId="1C1DF0D8" w14:textId="77777777" w:rsidR="009E6A39" w:rsidRPr="005D1CE1" w:rsidRDefault="00000000">
      <w:pPr>
        <w:spacing w:after="40" w:line="240" w:lineRule="auto"/>
        <w:rPr>
          <w:rFonts w:asciiTheme="minorBidi" w:hAnsiTheme="minorBidi"/>
        </w:rPr>
      </w:pPr>
      <w:r w:rsidRPr="005D1CE1">
        <w:rPr>
          <w:rFonts w:asciiTheme="minorBidi" w:hAnsiTheme="minorBidi"/>
        </w:rPr>
        <w:t>• English - Good working proficiency</w:t>
      </w:r>
    </w:p>
    <w:p w14:paraId="43AD5E31" w14:textId="77777777" w:rsidR="009E6A39" w:rsidRPr="005D1CE1" w:rsidRDefault="00000000">
      <w:pPr>
        <w:spacing w:after="40" w:line="240" w:lineRule="auto"/>
        <w:rPr>
          <w:rFonts w:asciiTheme="minorBidi" w:hAnsiTheme="minorBidi"/>
        </w:rPr>
      </w:pPr>
      <w:r w:rsidRPr="005D1CE1">
        <w:rPr>
          <w:rFonts w:asciiTheme="minorBidi" w:hAnsiTheme="minorBidi"/>
        </w:rPr>
        <w:t>• French - Excellent</w:t>
      </w:r>
    </w:p>
    <w:p w14:paraId="6D0361D4" w14:textId="77777777" w:rsidR="009E6A39" w:rsidRPr="005D1CE1" w:rsidRDefault="00000000">
      <w:pPr>
        <w:spacing w:after="40" w:line="240" w:lineRule="auto"/>
        <w:rPr>
          <w:rFonts w:asciiTheme="minorBidi" w:hAnsiTheme="minorBidi"/>
        </w:rPr>
      </w:pPr>
      <w:r w:rsidRPr="005D1CE1">
        <w:rPr>
          <w:rFonts w:asciiTheme="minorBidi" w:hAnsiTheme="minorBidi"/>
        </w:rPr>
        <w:t>• Arabic - Excellent</w:t>
      </w:r>
    </w:p>
    <w:p w14:paraId="24BAA1EA" w14:textId="0CEA5758" w:rsidR="003922CC" w:rsidRPr="005D1CE1" w:rsidRDefault="003922CC" w:rsidP="003922CC">
      <w:pPr>
        <w:spacing w:before="100" w:after="40" w:line="240" w:lineRule="auto"/>
        <w:rPr>
          <w:rFonts w:asciiTheme="minorBidi" w:hAnsiTheme="minorBidi"/>
          <w:b/>
          <w:u w:val="single"/>
        </w:rPr>
      </w:pPr>
      <w:r w:rsidRPr="005D1CE1">
        <w:rPr>
          <w:rFonts w:asciiTheme="minorBidi" w:hAnsiTheme="minorBidi"/>
          <w:b/>
          <w:u w:val="single"/>
        </w:rPr>
        <w:t>HOBBIES</w:t>
      </w:r>
    </w:p>
    <w:p w14:paraId="5652CE96" w14:textId="67C4FACF" w:rsidR="003922CC" w:rsidRPr="005D1CE1" w:rsidRDefault="003922CC">
      <w:pPr>
        <w:spacing w:before="100" w:after="40" w:line="240" w:lineRule="auto"/>
        <w:rPr>
          <w:rFonts w:asciiTheme="minorBidi" w:hAnsiTheme="minorBidi"/>
        </w:rPr>
      </w:pPr>
      <w:r w:rsidRPr="005D1CE1">
        <w:rPr>
          <w:rFonts w:asciiTheme="minorBidi" w:hAnsiTheme="minorBidi"/>
        </w:rPr>
        <w:t xml:space="preserve">•Playing and watching Football </w:t>
      </w:r>
    </w:p>
    <w:p w14:paraId="6DDBEA0E" w14:textId="4B7AC4C5" w:rsidR="003922CC" w:rsidRPr="005D1CE1" w:rsidRDefault="003922CC">
      <w:pPr>
        <w:spacing w:before="100" w:after="40" w:line="240" w:lineRule="auto"/>
        <w:rPr>
          <w:rFonts w:asciiTheme="minorBidi" w:hAnsiTheme="minorBidi"/>
        </w:rPr>
      </w:pPr>
      <w:r w:rsidRPr="005D1CE1">
        <w:rPr>
          <w:rFonts w:asciiTheme="minorBidi" w:hAnsiTheme="minorBidi"/>
        </w:rPr>
        <w:t>•Cinema</w:t>
      </w:r>
    </w:p>
    <w:p w14:paraId="23EB5E62" w14:textId="4CDB1154" w:rsidR="003922CC" w:rsidRPr="005D1CE1" w:rsidRDefault="003922CC">
      <w:pPr>
        <w:spacing w:before="100" w:after="40" w:line="240" w:lineRule="auto"/>
        <w:rPr>
          <w:rFonts w:asciiTheme="minorBidi" w:hAnsiTheme="minorBidi"/>
          <w:b/>
        </w:rPr>
      </w:pPr>
      <w:r w:rsidRPr="005D1CE1">
        <w:rPr>
          <w:rFonts w:asciiTheme="minorBidi" w:hAnsiTheme="minorBidi"/>
        </w:rPr>
        <w:t xml:space="preserve">•Adventure </w:t>
      </w:r>
    </w:p>
    <w:p w14:paraId="35CCEEAA" w14:textId="41CC39D7" w:rsidR="009E6A39" w:rsidRPr="005D1CE1" w:rsidRDefault="00000000">
      <w:pPr>
        <w:spacing w:before="100" w:after="40" w:line="240" w:lineRule="auto"/>
        <w:rPr>
          <w:rFonts w:asciiTheme="minorBidi" w:hAnsiTheme="minorBidi"/>
          <w:u w:val="single"/>
        </w:rPr>
      </w:pPr>
      <w:r w:rsidRPr="005D1CE1">
        <w:rPr>
          <w:rFonts w:asciiTheme="minorBidi" w:hAnsiTheme="minorBidi"/>
          <w:b/>
          <w:u w:val="single"/>
        </w:rPr>
        <w:t>REFERENCES</w:t>
      </w:r>
    </w:p>
    <w:p w14:paraId="11ECB1EC" w14:textId="77777777" w:rsidR="009E6A39" w:rsidRPr="005D1CE1" w:rsidRDefault="00000000">
      <w:pPr>
        <w:spacing w:after="40" w:line="240" w:lineRule="auto"/>
        <w:rPr>
          <w:rFonts w:asciiTheme="minorBidi" w:hAnsiTheme="minorBidi"/>
        </w:rPr>
      </w:pPr>
      <w:r w:rsidRPr="005D1CE1">
        <w:rPr>
          <w:rFonts w:asciiTheme="minorBidi" w:hAnsiTheme="minorBidi"/>
        </w:rPr>
        <w:t>Available upon request.</w:t>
      </w:r>
    </w:p>
    <w:p w14:paraId="5E490F73" w14:textId="77777777" w:rsidR="004367AC" w:rsidRDefault="004367AC">
      <w:pPr>
        <w:pStyle w:val="Heading1"/>
        <w:spacing w:after="40"/>
      </w:pPr>
    </w:p>
    <w:p w14:paraId="146669A9" w14:textId="77777777" w:rsidR="004367AC" w:rsidRDefault="004367AC">
      <w:pPr>
        <w:pStyle w:val="Heading1"/>
        <w:spacing w:after="40"/>
      </w:pPr>
    </w:p>
    <w:p w14:paraId="149912A2" w14:textId="77777777" w:rsidR="004367AC" w:rsidRDefault="004367AC">
      <w:pPr>
        <w:pStyle w:val="Heading1"/>
        <w:spacing w:after="40"/>
      </w:pPr>
    </w:p>
    <w:p w14:paraId="37BC8D61"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Task 2 of 4: Personal Statement. </w:t>
      </w:r>
    </w:p>
    <w:p w14:paraId="3B24010B" w14:textId="77777777" w:rsidR="00B82C1A" w:rsidRDefault="00B82C1A" w:rsidP="00CB133D">
      <w:pPr>
        <w:spacing w:after="160" w:line="259" w:lineRule="auto"/>
        <w:rPr>
          <w:rFonts w:asciiTheme="minorBidi" w:eastAsia="Aptos" w:hAnsiTheme="minorBidi"/>
          <w:kern w:val="2"/>
          <w:lang w:val="en-GB"/>
          <w14:ligatures w14:val="standardContextual"/>
        </w:rPr>
      </w:pPr>
    </w:p>
    <w:p w14:paraId="57889F39" w14:textId="50FDFEC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I would like to work as a Healthcare Support Worker in the future if I work in a long-term career in health and social care. I want to make use of the skills I have gained at work and life experience and my study in a caring and respectful way. I am on a Level 4 Health and Social Care course at the University of Wales Trinity Saint David, and I will move up to Level 5 and 6 My course is getting me into the world of person-centred care, communication, professional responsibilities and the need to treat people with dignity and respect.</w:t>
      </w:r>
    </w:p>
    <w:p w14:paraId="2F513782"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Most of my job experience has been in customer service, hospitality and delivery rather than being very much in care. But I believe these jobs have given me an array of skills that I can use as a Support Worker. I have worked with the public many times and met people from all walks of life. In my hotel, reception, car rental and delivery jobs I had to listen closely, explain things clearly and be polite, and handle problems calmly. I learned that everyone is different and good communication makes people feel respected and valued.</w:t>
      </w:r>
    </w:p>
    <w:p w14:paraId="59CB3BFC"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Working as a medicine delivery driver also gave me useful experience. I had to deliver medicines safely and on time, follow procedures and respect people’s privacy. This made me realize how much trust, responsibility, and confidentiality are crucial in such situations, especially when you are working with people who might be dependent on you.</w:t>
      </w:r>
    </w:p>
    <w:p w14:paraId="64C91081"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I also have experience of supporting a close family member with mental-health needs. It has taught me patience, empathy and understanding. I have learned that sometimes people need practical help, but they also need someone who will listen to them without judging them. This experience is one of the reasons I am interested in care work.</w:t>
      </w:r>
    </w:p>
    <w:p w14:paraId="108B1C87" w14:textId="6A3AFC00"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My key strengths are communication, patience, reliability, organisation and staying calm when things do not go as planned. I can manage on my own, but I also know how to work with people. It was through my presentation about working in teams that I was </w:t>
      </w:r>
      <w:r w:rsidR="00943B0B" w:rsidRPr="00CB133D">
        <w:rPr>
          <w:rFonts w:asciiTheme="minorBidi" w:eastAsia="Aptos" w:hAnsiTheme="minorBidi"/>
          <w:kern w:val="2"/>
          <w:lang w:val="en-GB"/>
          <w14:ligatures w14:val="standardContextual"/>
        </w:rPr>
        <w:t>able</w:t>
      </w:r>
      <w:r w:rsidRPr="00CB133D">
        <w:rPr>
          <w:rFonts w:asciiTheme="minorBidi" w:eastAsia="Aptos" w:hAnsiTheme="minorBidi"/>
          <w:kern w:val="2"/>
          <w:lang w:val="en-GB"/>
          <w14:ligatures w14:val="standardContextual"/>
        </w:rPr>
        <w:t xml:space="preserve"> to think more deeply about communication, listening and providing for colleagues. I speak English, French and Arabic which could also help me with people from different backgrounds. I have a full UK driving licence, I am registered with the DBS Update Service, and I have completed First Aid training.</w:t>
      </w:r>
    </w:p>
    <w:p w14:paraId="43D21D97"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My aim is to be a good and reliable Support Worker and continue to develop my knowledge and practical skills. I am willing to learn from experienced staff and undertake any training necessary. I think my life experience, current studies, caring attitude and many years of working with people would help me make a positive contribution to a care team and to the people I support.</w:t>
      </w:r>
    </w:p>
    <w:p w14:paraId="6EC60CAF"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p>
    <w:p w14:paraId="3EE185D1"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p>
    <w:p w14:paraId="6CD780A9"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p>
    <w:p w14:paraId="226FB627"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p>
    <w:p w14:paraId="32ABB93B"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p>
    <w:p w14:paraId="00EDD5B8"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p>
    <w:p w14:paraId="3F2C99AF"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p>
    <w:p w14:paraId="2D109E00"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Task 3 of 4: SWOT Analysis.</w:t>
      </w:r>
    </w:p>
    <w:p w14:paraId="62116935" w14:textId="77777777" w:rsidR="00B82C1A" w:rsidRDefault="00B82C1A" w:rsidP="00CB133D">
      <w:pPr>
        <w:spacing w:after="160" w:line="259" w:lineRule="auto"/>
        <w:rPr>
          <w:rFonts w:asciiTheme="minorBidi" w:eastAsia="Aptos" w:hAnsiTheme="minorBidi"/>
          <w:kern w:val="2"/>
          <w:lang w:val="en-GB"/>
          <w14:ligatures w14:val="standardContextual"/>
        </w:rPr>
      </w:pPr>
    </w:p>
    <w:p w14:paraId="718A399E" w14:textId="47B767AE"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A SWOT analysis helps me look honestly at where I am now. It demonstrates the value I can provide for support work, but it also shows me where I need to gain experience and where I am not yet a professional. It also shows me the opportunities and challenges I might face in the future. </w:t>
      </w:r>
    </w:p>
    <w:p w14:paraId="5ED15783"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STRENGTHS. </w:t>
      </w:r>
    </w:p>
    <w:p w14:paraId="201712D6"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 Compassion, patience and empathy developed through supporting a close family member with mental health needs. </w:t>
      </w:r>
    </w:p>
    <w:p w14:paraId="303A51D7"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 25 years of customer-facing experience that gives me strong communication skills, listening and relationship-building abilities. </w:t>
      </w:r>
    </w:p>
    <w:p w14:paraId="4862847D"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Reliable and responsible and able to keep calm when things change unexpectedly.</w:t>
      </w:r>
    </w:p>
    <w:p w14:paraId="06819205"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 Care delivery experience which involves careful working, time management, professionalism and confidentiality. I’m currently in Level 4 Health and Social Care and continue to develop my knowledge of care practice. </w:t>
      </w:r>
    </w:p>
    <w:p w14:paraId="33CB7ECB"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 Fluency in English, French and Arabic and the ability to communicate with people from different backgrounds. </w:t>
      </w:r>
    </w:p>
    <w:p w14:paraId="20CBF555"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 DBS Update Service registration, First Aid training and a full UK driving licence. WEAKNESSES. </w:t>
      </w:r>
    </w:p>
    <w:p w14:paraId="4B8F9193"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 I have no formal paid experience in a Care Worker or Support Worker role. </w:t>
      </w:r>
    </w:p>
    <w:p w14:paraId="5DD08A1E"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 I want more practical experience of day-to-day care work in a supervised way. </w:t>
      </w:r>
    </w:p>
    <w:p w14:paraId="244F994F"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 I will have to continue to improve academic and professional reflective writing. </w:t>
      </w:r>
    </w:p>
    <w:p w14:paraId="1CB94192"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 My First Aid training was completed some time ago and may need refreshing to meet current employer requirements. </w:t>
      </w:r>
    </w:p>
    <w:p w14:paraId="0A1537AA" w14:textId="77777777" w:rsidR="00CB133D" w:rsidRPr="005D1CE1" w:rsidRDefault="00CB133D" w:rsidP="005D1CE1">
      <w:pPr>
        <w:rPr>
          <w:lang w:val="en-GB"/>
        </w:rPr>
      </w:pPr>
      <w:r w:rsidRPr="005D1CE1">
        <w:rPr>
          <w:lang w:val="en-GB"/>
        </w:rPr>
        <w:t xml:space="preserve">OPPORTUNITIES. </w:t>
      </w:r>
    </w:p>
    <w:p w14:paraId="6B051C05"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 I can progress from Level 4 to Level 5 Health and Social Care and gain knowledge that will help me in the short term. • I can apply for entry-level Support Worker positions with direct experience of induction, supervision and workplace learning. </w:t>
      </w:r>
    </w:p>
    <w:p w14:paraId="3E10CC8D"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 I can also receive further training on safeguarding, moving and handling, infection prevention, medication awareness and other care-related areas. </w:t>
      </w:r>
    </w:p>
    <w:p w14:paraId="258403E2"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 I believe my customer service background and language skills could help me to assist people from diverse communities. </w:t>
      </w:r>
    </w:p>
    <w:p w14:paraId="5495B397"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 I might eventually move on to a senior support or health and social care role after my education and further study. </w:t>
      </w:r>
    </w:p>
    <w:p w14:paraId="0E17946E"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p>
    <w:p w14:paraId="39A5FB01"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p>
    <w:p w14:paraId="2F9B344C"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p>
    <w:p w14:paraId="703226C4"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p>
    <w:p w14:paraId="375C2CCD" w14:textId="77777777" w:rsidR="00B82C1A" w:rsidRDefault="00B82C1A" w:rsidP="00CB133D">
      <w:pPr>
        <w:spacing w:after="160" w:line="259" w:lineRule="auto"/>
        <w:rPr>
          <w:rFonts w:asciiTheme="minorBidi" w:eastAsia="Aptos" w:hAnsiTheme="minorBidi"/>
          <w:kern w:val="2"/>
          <w:lang w:val="en-GB"/>
          <w14:ligatures w14:val="standardContextual"/>
        </w:rPr>
      </w:pPr>
    </w:p>
    <w:p w14:paraId="4803754A" w14:textId="77777777" w:rsidR="00B82C1A" w:rsidRDefault="00B82C1A" w:rsidP="00CB133D">
      <w:pPr>
        <w:spacing w:after="160" w:line="259" w:lineRule="auto"/>
        <w:rPr>
          <w:rFonts w:asciiTheme="minorBidi" w:eastAsia="Aptos" w:hAnsiTheme="minorBidi"/>
          <w:kern w:val="2"/>
          <w:lang w:val="en-GB"/>
          <w14:ligatures w14:val="standardContextual"/>
        </w:rPr>
      </w:pPr>
    </w:p>
    <w:p w14:paraId="4F062144" w14:textId="662F84B8"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THREATS. </w:t>
      </w:r>
    </w:p>
    <w:p w14:paraId="3937157B"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 Other applicants may already have paid care experience and recent care training as well. </w:t>
      </w:r>
    </w:p>
    <w:p w14:paraId="113FD91E"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 Support work involves nights, weekends and long hours so I will have to adapt to different working patterns. </w:t>
      </w:r>
    </w:p>
    <w:p w14:paraId="597907AC"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 Care work is emotionally and physically challenging and it needs resilience and appropriate professional boundaries. </w:t>
      </w:r>
    </w:p>
    <w:p w14:paraId="13283F08"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Policies, regulations and training expectations can change so I must keep my knowledge, certificates and training information up to date. I already have some skills that serve well in support work, my SWOT analysis shows. I am patient, reliable and good at interacting with different people. As well as supporting a family member and delivering medicines, I have learned about responsibility, privacy and treating people with respect. I am missing paid experience in a care setting. So, gaining hands-on experience and completing current care training is important for me. And I want to continue my studies so that my knowledge grows alongside my practical experience. I understand that care work can be demanding, including shift work, so I will also need to manage my time and wellbeing.</w:t>
      </w:r>
    </w:p>
    <w:p w14:paraId="0A06DED1"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Personal Development Plan (PDP). </w:t>
      </w:r>
    </w:p>
    <w:p w14:paraId="449EA149"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My PDP is a useful plan for me to work towards in the next two years. I have set up goals that I believe will be realistic for me: gaining care experience, completing useful training, continuing my studies and improving my teamwork and communication. Development Goal Actions Timescale Evidence Monitoring/Evaluation </w:t>
      </w:r>
    </w:p>
    <w:p w14:paraId="149E518D"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1. Gain direct Support Worker experience Apply for suitable care and support jobs, tailor my CV for each job, prepare for interviews and learn from experienced staff once I start.  Applications, interview feedback, employment offer, induction record and supervision notes. Review applications monthly. Once employed, discuss progress and areas for improvement during supervision. </w:t>
      </w:r>
    </w:p>
    <w:p w14:paraId="18AB5482"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2. Develop essential care skills and current training Complete or refresh important training such as safeguarding, First Aid, moving and handling, infection prevention and medication awareness, as well as any training required by my employer. Certificates, training records, competency checks and supervisor feedback. Review training every three months and record which skills require further practice. </w:t>
      </w:r>
    </w:p>
    <w:p w14:paraId="7FD5C13C"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3. Progress academically to Level 5 Complete Level 4 successfully, use lecturer feedback to improve assignments, and progress to Level 5 in Health and Social Care. The Assessment results, lecturer feedback and Level 5 enrolment. Review progress at the end of each module or semester and set a new learning target. </w:t>
      </w:r>
    </w:p>
    <w:p w14:paraId="46631BF9"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 xml:space="preserve">4. Strengthen teamwork, communication, and reflective practice: Take part in team discussions and handovers, ask questions if I am unsure, write down feedback, and keep short notes about what I learn. Supervisor feedback, reflective notes, and examples of improved professional communication. Review every three months and compare new feedback with previous targets. I will be seeing my PDP every three months. And then I can see what I have done and what I need to work on. I'll have things like training certificates, university feedback, job applications and supervision notes to see where I have improved. And as I move forward, we can adapt our plan. In the Support Worker role, for example, I can apply for jobs, but I can be more confident in the job. </w:t>
      </w:r>
    </w:p>
    <w:p w14:paraId="6334FEFD"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p>
    <w:p w14:paraId="03272075"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p>
    <w:p w14:paraId="0F14D53D"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lastRenderedPageBreak/>
        <w:t xml:space="preserve">Task 4 of 4: Critical Reflection using Gibbs’ Model. </w:t>
      </w:r>
    </w:p>
    <w:p w14:paraId="49EEEA40" w14:textId="77777777" w:rsidR="0001076A" w:rsidRDefault="0001076A" w:rsidP="00CB133D">
      <w:pPr>
        <w:spacing w:after="160" w:line="259" w:lineRule="auto"/>
        <w:rPr>
          <w:rFonts w:asciiTheme="minorBidi" w:eastAsia="Aptos" w:hAnsiTheme="minorBidi"/>
          <w:kern w:val="2"/>
          <w:lang w:val="en-GB"/>
          <w14:ligatures w14:val="standardContextual"/>
        </w:rPr>
      </w:pPr>
    </w:p>
    <w:p w14:paraId="2D454980" w14:textId="16BF74C2"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I have used Gibbs’ reflective cycle to review my LCHS4009 Component 1 presentation on working in teams. The model helps me to reflect on what happened, how I felt, what was good, what I couldn’t do better or what I’d do next time (Gibbs, 1988). I also gave a presentation as an individual on working in teams for Component 1. I was the only presenter, but the topic was about working together as a team and why we need teamwork. I had all the information prepared and I took it for the assessment. This topic is an area I am aware of as teamwork is a big part of health and social care. A Support Worker must communicate with colleagues and communicate with nurses, managers, families and other professionals through a professional relationship. Feelings. I was fine before the presentation. I was not nervous. I felt good during the presentation and tried to keep things focused on what I wanted to say. I felt good afterwards and I was happy that I had finished it. I feel that to keep myself calm I could concentrate on the presentation and not think about it. But I’m sure the feeling that I was comfortable doesn’t mean I can do it all perfectly, and there’s always something I can improve. Evaluation. The presentation was not so scary for me. I was talking about a topic that had me in it and I could relate to it. In my previous jobs, I have spoken to customers, colleagues, visitors and people from many backgrounds, so I know how important communication is for people working together. I don’t remember the exact verbal feedback from my lecturer, so I won’t write comments about what I don’t know. I have learned that I should write feedback right away so that I can use it later. Analysis. The presentation made me think about teamwork in a practical framework. Teamwork is much more than the fact that many people are working together in the same place. People should listen, communicate clearly, respect the role of each other and pass on information to each other. And in care work that is very important, because bad communication affects the person who gets cared for. That customer service work has taught me to listen and respect people in a respectful manner, and the delivery work has instilled in me the structure and responsibility of the work. As a Support Worker, I must bring all these skills into a team and communicate with my colleagues. Gibbs' model helped me to think about what I learned from the presentation instead of just telling what happened.</w:t>
      </w:r>
    </w:p>
    <w:p w14:paraId="3158FFEE" w14:textId="77777777" w:rsidR="0001076A" w:rsidRDefault="0001076A" w:rsidP="00CB133D">
      <w:pPr>
        <w:spacing w:after="160" w:line="259" w:lineRule="auto"/>
        <w:rPr>
          <w:rFonts w:asciiTheme="minorBidi" w:eastAsia="Aptos" w:hAnsiTheme="minorBidi"/>
          <w:kern w:val="2"/>
          <w:lang w:val="en-GB"/>
          <w14:ligatures w14:val="standardContextual"/>
        </w:rPr>
      </w:pPr>
    </w:p>
    <w:p w14:paraId="562170CA" w14:textId="5F0419BA"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Conclusion</w:t>
      </w:r>
      <w:r w:rsidR="0001076A">
        <w:rPr>
          <w:rFonts w:asciiTheme="minorBidi" w:eastAsia="Aptos" w:hAnsiTheme="minorBidi"/>
          <w:kern w:val="2"/>
          <w:lang w:val="en-GB"/>
          <w14:ligatures w14:val="standardContextual"/>
        </w:rPr>
        <w:t>:</w:t>
      </w:r>
    </w:p>
    <w:p w14:paraId="5BF0E58D" w14:textId="77777777" w:rsidR="00CB133D" w:rsidRPr="00CB133D" w:rsidRDefault="00CB133D" w:rsidP="00CB133D">
      <w:pPr>
        <w:spacing w:after="4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Overall, I feel the presentation went reasonably well. I completed it on my own and felt okay before, during and after it. It reminded me that staying calm and communicating with people are useful strengths for me. It also showed me that I need to keep better notes of any feedback I receive. Most importantly, the topic helped me see how important teamwork will be if I work in care.</w:t>
      </w:r>
    </w:p>
    <w:p w14:paraId="43A328D7"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p>
    <w:p w14:paraId="6562990B"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p>
    <w:p w14:paraId="6C418AE4"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Action Plan.</w:t>
      </w:r>
    </w:p>
    <w:p w14:paraId="297A42D8" w14:textId="77777777" w:rsidR="00CB133D" w:rsidRPr="00CB133D" w:rsidRDefault="00CB133D" w:rsidP="00CB133D">
      <w:pPr>
        <w:spacing w:after="4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For my next presentation, I will prepare early and practise saying the main points aloud. I will also try to keep my information clear and easy to follow. If I receive feedback, I will write it down straight away and use it when preparing for the next assessment. When I start working as a Support Worker, I want to listen carefully during handovers, communicate respectfully with colleagues and ask questions when I am unsure. I will also ask for feedback from supervisors and keep short notes about what I learn. I can then review these notes as part of my PDP.</w:t>
      </w:r>
    </w:p>
    <w:p w14:paraId="52630F3E" w14:textId="77777777" w:rsidR="00CB133D" w:rsidRPr="00CB133D" w:rsidRDefault="00CB133D" w:rsidP="00CB133D">
      <w:pPr>
        <w:spacing w:after="160" w:line="259" w:lineRule="auto"/>
        <w:rPr>
          <w:rFonts w:asciiTheme="minorBidi" w:eastAsia="Aptos" w:hAnsiTheme="minorBidi"/>
          <w:kern w:val="2"/>
          <w:lang w:val="en-GB"/>
          <w14:ligatures w14:val="standardContextual"/>
        </w:rPr>
      </w:pPr>
    </w:p>
    <w:p w14:paraId="4DA79A60" w14:textId="77777777" w:rsidR="0001076A" w:rsidRDefault="0001076A" w:rsidP="00CB133D">
      <w:pPr>
        <w:spacing w:after="160" w:line="259" w:lineRule="auto"/>
        <w:rPr>
          <w:rFonts w:asciiTheme="minorBidi" w:eastAsia="Aptos" w:hAnsiTheme="minorBidi"/>
          <w:kern w:val="2"/>
          <w:lang w:val="en-GB"/>
          <w14:ligatures w14:val="standardContextual"/>
        </w:rPr>
      </w:pPr>
    </w:p>
    <w:p w14:paraId="181CCCBA" w14:textId="77777777" w:rsidR="0001076A" w:rsidRDefault="0001076A" w:rsidP="00CB133D">
      <w:pPr>
        <w:spacing w:after="160" w:line="259" w:lineRule="auto"/>
        <w:rPr>
          <w:rFonts w:asciiTheme="minorBidi" w:eastAsia="Aptos" w:hAnsiTheme="minorBidi"/>
          <w:kern w:val="2"/>
          <w:lang w:val="en-GB"/>
          <w14:ligatures w14:val="standardContextual"/>
        </w:rPr>
      </w:pPr>
    </w:p>
    <w:p w14:paraId="662096A6" w14:textId="77777777" w:rsidR="0001076A" w:rsidRDefault="0001076A" w:rsidP="00CB133D">
      <w:pPr>
        <w:spacing w:after="160" w:line="259" w:lineRule="auto"/>
        <w:rPr>
          <w:rFonts w:asciiTheme="minorBidi" w:eastAsia="Aptos" w:hAnsiTheme="minorBidi"/>
          <w:kern w:val="2"/>
          <w:lang w:val="en-GB"/>
          <w14:ligatures w14:val="standardContextual"/>
        </w:rPr>
      </w:pPr>
    </w:p>
    <w:p w14:paraId="3A23F033" w14:textId="77777777" w:rsidR="0001076A" w:rsidRDefault="0001076A" w:rsidP="00CB133D">
      <w:pPr>
        <w:spacing w:after="160" w:line="259" w:lineRule="auto"/>
        <w:rPr>
          <w:rFonts w:asciiTheme="minorBidi" w:eastAsia="Aptos" w:hAnsiTheme="minorBidi"/>
          <w:kern w:val="2"/>
          <w:lang w:val="en-GB"/>
          <w14:ligatures w14:val="standardContextual"/>
        </w:rPr>
      </w:pPr>
    </w:p>
    <w:p w14:paraId="7F2F5918" w14:textId="77777777" w:rsidR="0001076A" w:rsidRDefault="0001076A" w:rsidP="00CB133D">
      <w:pPr>
        <w:spacing w:after="160" w:line="259" w:lineRule="auto"/>
        <w:rPr>
          <w:rFonts w:asciiTheme="minorBidi" w:eastAsia="Aptos" w:hAnsiTheme="minorBidi"/>
          <w:kern w:val="2"/>
          <w:lang w:val="en-GB"/>
          <w14:ligatures w14:val="standardContextual"/>
        </w:rPr>
      </w:pPr>
    </w:p>
    <w:p w14:paraId="1CD79D6F" w14:textId="77777777" w:rsidR="0001076A" w:rsidRDefault="0001076A" w:rsidP="00CB133D">
      <w:pPr>
        <w:spacing w:after="160" w:line="259" w:lineRule="auto"/>
        <w:rPr>
          <w:rFonts w:asciiTheme="minorBidi" w:eastAsia="Aptos" w:hAnsiTheme="minorBidi"/>
          <w:kern w:val="2"/>
          <w:lang w:val="en-GB"/>
          <w14:ligatures w14:val="standardContextual"/>
        </w:rPr>
      </w:pPr>
    </w:p>
    <w:p w14:paraId="3D4C8EE5" w14:textId="5679E1C8" w:rsidR="00CB133D" w:rsidRPr="00CB133D" w:rsidRDefault="00CB133D" w:rsidP="00CB133D">
      <w:pPr>
        <w:spacing w:after="160" w:line="259" w:lineRule="auto"/>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References</w:t>
      </w:r>
      <w:r w:rsidR="0001076A">
        <w:rPr>
          <w:rFonts w:asciiTheme="minorBidi" w:eastAsia="Aptos" w:hAnsiTheme="minorBidi"/>
          <w:kern w:val="2"/>
          <w:lang w:val="en-GB"/>
          <w14:ligatures w14:val="standardContextual"/>
        </w:rPr>
        <w:t>:</w:t>
      </w:r>
    </w:p>
    <w:p w14:paraId="3D12CB12" w14:textId="77777777" w:rsidR="00CB133D" w:rsidRPr="00CB133D" w:rsidRDefault="00CB133D" w:rsidP="00CB133D">
      <w:pPr>
        <w:spacing w:after="40" w:line="259" w:lineRule="auto"/>
        <w:ind w:left="360" w:hanging="360"/>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Gibbs, G. (1988) Learning by Doing: A Guide to Teaching and Learning Methods. Oxford: Further Education Unit, Oxford Polytechnic.</w:t>
      </w:r>
    </w:p>
    <w:p w14:paraId="15055040" w14:textId="77777777" w:rsidR="00CB133D" w:rsidRPr="00CB133D" w:rsidRDefault="00CB133D" w:rsidP="00CB133D">
      <w:pPr>
        <w:spacing w:after="40" w:line="259" w:lineRule="auto"/>
        <w:ind w:left="360" w:hanging="360"/>
        <w:rPr>
          <w:rFonts w:asciiTheme="minorBidi" w:eastAsia="Aptos" w:hAnsiTheme="minorBidi"/>
          <w:kern w:val="2"/>
          <w:lang w:val="en-GB"/>
          <w14:ligatures w14:val="standardContextual"/>
        </w:rPr>
      </w:pPr>
      <w:r w:rsidRPr="00CB133D">
        <w:rPr>
          <w:rFonts w:asciiTheme="minorBidi" w:eastAsia="Aptos" w:hAnsiTheme="minorBidi"/>
          <w:kern w:val="2"/>
          <w:lang w:val="en-GB"/>
          <w14:ligatures w14:val="standardContextual"/>
        </w:rPr>
        <w:t>GovJobs (2026) Healthcare Support Worker – Cygnet Health Care, Weston-super-Mare. Vacancy reference E0233-26-1550. Available at: https://govjobs.uk/jobs/healthcare-support-worker-cygnet-health-care-2 (Accessed: 12 August 2026).</w:t>
      </w:r>
    </w:p>
    <w:p w14:paraId="07E47182" w14:textId="77777777" w:rsidR="00CB133D" w:rsidRPr="00EE3E25" w:rsidRDefault="00CB133D" w:rsidP="00EE3E25">
      <w:pPr>
        <w:rPr>
          <w:lang w:val="en-GB"/>
        </w:rPr>
      </w:pPr>
    </w:p>
    <w:p w14:paraId="55631B46" w14:textId="0BE57723" w:rsidR="009E6A39" w:rsidRPr="00CB133D" w:rsidRDefault="009E6A39" w:rsidP="00CB133D">
      <w:pPr>
        <w:pStyle w:val="Heading1"/>
        <w:spacing w:after="40"/>
        <w:rPr>
          <w:lang w:val="en-GB"/>
        </w:rPr>
      </w:pPr>
    </w:p>
    <w:sectPr w:rsidR="009E6A39" w:rsidRPr="00CB133D" w:rsidSect="00034616">
      <w:footerReference w:type="default" r:id="rId8"/>
      <w:pgSz w:w="12240" w:h="15840"/>
      <w:pgMar w:top="576" w:right="864" w:bottom="576"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17353" w14:textId="77777777" w:rsidR="00B41437" w:rsidRDefault="00B41437">
      <w:pPr>
        <w:spacing w:after="0" w:line="240" w:lineRule="auto"/>
      </w:pPr>
      <w:r>
        <w:separator/>
      </w:r>
    </w:p>
  </w:endnote>
  <w:endnote w:type="continuationSeparator" w:id="0">
    <w:p w14:paraId="69B039A6" w14:textId="77777777" w:rsidR="00B41437" w:rsidRDefault="00B41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0CB45" w14:textId="77777777" w:rsidR="009E6A39" w:rsidRDefault="00000000">
    <w:pPr>
      <w:pStyle w:val="Footer"/>
      <w:jc w:val="center"/>
    </w:pPr>
    <w:r>
      <w:t xml:space="preserve">Page </w:t>
    </w:r>
    <w:r>
      <w:fldChar w:fldCharType="begin"/>
    </w:r>
    <w:r>
      <w:instrText>PAGE</w:instrText>
    </w:r>
    <w:r>
      <w:fldChar w:fldCharType="separate"/>
    </w:r>
    <w:r w:rsidR="00EA708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CD847" w14:textId="77777777" w:rsidR="00B41437" w:rsidRDefault="00B41437">
      <w:pPr>
        <w:spacing w:after="0" w:line="240" w:lineRule="auto"/>
      </w:pPr>
      <w:r>
        <w:separator/>
      </w:r>
    </w:p>
  </w:footnote>
  <w:footnote w:type="continuationSeparator" w:id="0">
    <w:p w14:paraId="081CF228" w14:textId="77777777" w:rsidR="00B41437" w:rsidRDefault="00B414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97241262">
    <w:abstractNumId w:val="8"/>
  </w:num>
  <w:num w:numId="2" w16cid:durableId="417793289">
    <w:abstractNumId w:val="6"/>
  </w:num>
  <w:num w:numId="3" w16cid:durableId="73166536">
    <w:abstractNumId w:val="5"/>
  </w:num>
  <w:num w:numId="4" w16cid:durableId="1823161671">
    <w:abstractNumId w:val="4"/>
  </w:num>
  <w:num w:numId="5" w16cid:durableId="1487472680">
    <w:abstractNumId w:val="7"/>
  </w:num>
  <w:num w:numId="6" w16cid:durableId="605380827">
    <w:abstractNumId w:val="3"/>
  </w:num>
  <w:num w:numId="7" w16cid:durableId="1053389911">
    <w:abstractNumId w:val="2"/>
  </w:num>
  <w:num w:numId="8" w16cid:durableId="1922443721">
    <w:abstractNumId w:val="1"/>
  </w:num>
  <w:num w:numId="9" w16cid:durableId="606693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076A"/>
    <w:rsid w:val="00017BE0"/>
    <w:rsid w:val="00034616"/>
    <w:rsid w:val="0006063C"/>
    <w:rsid w:val="000C0A17"/>
    <w:rsid w:val="000C1299"/>
    <w:rsid w:val="000E107A"/>
    <w:rsid w:val="000E136F"/>
    <w:rsid w:val="0015074B"/>
    <w:rsid w:val="00247229"/>
    <w:rsid w:val="0029639D"/>
    <w:rsid w:val="00326F90"/>
    <w:rsid w:val="003922CC"/>
    <w:rsid w:val="004367AC"/>
    <w:rsid w:val="004F29D5"/>
    <w:rsid w:val="005D1CE1"/>
    <w:rsid w:val="0063564E"/>
    <w:rsid w:val="007C2097"/>
    <w:rsid w:val="008503EF"/>
    <w:rsid w:val="008973AC"/>
    <w:rsid w:val="008B3F04"/>
    <w:rsid w:val="00911E84"/>
    <w:rsid w:val="00943B0B"/>
    <w:rsid w:val="009E6A39"/>
    <w:rsid w:val="00A56559"/>
    <w:rsid w:val="00A9060D"/>
    <w:rsid w:val="00AA1D8D"/>
    <w:rsid w:val="00AE1C01"/>
    <w:rsid w:val="00B41437"/>
    <w:rsid w:val="00B47730"/>
    <w:rsid w:val="00B55048"/>
    <w:rsid w:val="00B57676"/>
    <w:rsid w:val="00B82C1A"/>
    <w:rsid w:val="00C068A2"/>
    <w:rsid w:val="00CB0664"/>
    <w:rsid w:val="00CB133D"/>
    <w:rsid w:val="00CF14FD"/>
    <w:rsid w:val="00DD7B0F"/>
    <w:rsid w:val="00E55AED"/>
    <w:rsid w:val="00E624BF"/>
    <w:rsid w:val="00E90A9E"/>
    <w:rsid w:val="00EA7085"/>
    <w:rsid w:val="00EE3E25"/>
    <w:rsid w:val="00F53F00"/>
    <w:rsid w:val="00FC693F"/>
    <w:rsid w:val="00FC782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A0CDF4"/>
  <w14:defaultImageDpi w14:val="300"/>
  <w15:docId w15:val="{0DFFFB45-8CDC-4F65-9E41-0FEE701A8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2CC"/>
    <w:pPr>
      <w:spacing w:after="120" w:line="360" w:lineRule="auto"/>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2565</Words>
  <Characters>14627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17158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Mohamed Larbi</cp:lastModifiedBy>
  <cp:revision>29</cp:revision>
  <dcterms:created xsi:type="dcterms:W3CDTF">2026-08-18T04:03:00Z</dcterms:created>
  <dcterms:modified xsi:type="dcterms:W3CDTF">2026-08-18T16:40:00Z</dcterms:modified>
  <cp:category/>
</cp:coreProperties>
</file>