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16B0C" w14:textId="77777777" w:rsidR="001633FC" w:rsidRPr="00B95EF4" w:rsidRDefault="007071BC">
      <w:pPr>
        <w:jc w:val="center"/>
        <w:rPr>
          <w:b/>
          <w:color w:val="4F81BD" w:themeColor="accent1"/>
          <w:sz w:val="24"/>
          <w:szCs w:val="24"/>
        </w:rPr>
      </w:pPr>
      <w:r w:rsidRPr="001761A1">
        <w:rPr>
          <w:b/>
          <w:sz w:val="24"/>
          <w:szCs w:val="24"/>
        </w:rPr>
        <w:br/>
      </w:r>
      <w:r w:rsidRPr="001761A1">
        <w:rPr>
          <w:b/>
          <w:sz w:val="24"/>
          <w:szCs w:val="24"/>
        </w:rPr>
        <w:br/>
      </w:r>
      <w:r w:rsidRPr="00B95EF4">
        <w:rPr>
          <w:b/>
          <w:color w:val="4F81BD" w:themeColor="accent1"/>
          <w:sz w:val="24"/>
          <w:szCs w:val="24"/>
        </w:rPr>
        <w:t>OPERATING SYSTEMS, CLI COMMANDS AND SCRIPT AUTOMATION</w:t>
      </w:r>
    </w:p>
    <w:p w14:paraId="6B047A8E" w14:textId="77777777" w:rsidR="001633FC" w:rsidRPr="00B95EF4" w:rsidRDefault="007071BC">
      <w:pPr>
        <w:jc w:val="center"/>
        <w:rPr>
          <w:b/>
          <w:color w:val="4F81BD" w:themeColor="accent1"/>
          <w:sz w:val="24"/>
          <w:szCs w:val="24"/>
        </w:rPr>
      </w:pPr>
      <w:r w:rsidRPr="00B95EF4">
        <w:rPr>
          <w:b/>
          <w:color w:val="4F81BD" w:themeColor="accent1"/>
          <w:sz w:val="24"/>
          <w:szCs w:val="24"/>
        </w:rPr>
        <w:t>Report and Practical Evidence Portfolio</w:t>
      </w:r>
    </w:p>
    <w:p w14:paraId="25DE9991" w14:textId="77777777" w:rsidR="001633FC" w:rsidRPr="001761A1" w:rsidRDefault="007071BC">
      <w:pPr>
        <w:rPr>
          <w:sz w:val="24"/>
          <w:szCs w:val="24"/>
        </w:rPr>
      </w:pPr>
      <w:r w:rsidRPr="001761A1">
        <w:rPr>
          <w:sz w:val="24"/>
          <w:szCs w:val="24"/>
        </w:rPr>
        <w:br/>
      </w:r>
    </w:p>
    <w:p w14:paraId="67B60C71" w14:textId="60FD89E3" w:rsidR="001633FC" w:rsidRPr="001761A1" w:rsidRDefault="003819B7" w:rsidP="003819B7">
      <w:pPr>
        <w:rPr>
          <w:sz w:val="24"/>
          <w:szCs w:val="24"/>
        </w:rPr>
      </w:pPr>
      <w:r>
        <w:rPr>
          <w:b/>
          <w:bCs/>
          <w:color w:val="4F81BD" w:themeColor="accent1"/>
          <w:sz w:val="24"/>
          <w:szCs w:val="24"/>
        </w:rPr>
        <w:t xml:space="preserve">                                                             </w:t>
      </w:r>
      <w:r w:rsidR="00B24BBD">
        <w:rPr>
          <w:b/>
          <w:bCs/>
          <w:color w:val="4F81BD" w:themeColor="accent1"/>
          <w:sz w:val="24"/>
          <w:szCs w:val="24"/>
        </w:rPr>
        <w:t xml:space="preserve"> </w:t>
      </w:r>
      <w:r w:rsidR="007071BC" w:rsidRPr="005E5DD2">
        <w:rPr>
          <w:b/>
          <w:bCs/>
          <w:color w:val="4F81BD" w:themeColor="accent1"/>
          <w:sz w:val="24"/>
          <w:szCs w:val="24"/>
        </w:rPr>
        <w:t>Student name</w:t>
      </w:r>
      <w:r w:rsidR="007071BC" w:rsidRPr="001761A1">
        <w:rPr>
          <w:sz w:val="24"/>
          <w:szCs w:val="24"/>
        </w:rPr>
        <w:t xml:space="preserve">: </w:t>
      </w:r>
      <w:r w:rsidR="005A5455">
        <w:rPr>
          <w:sz w:val="24"/>
          <w:szCs w:val="24"/>
        </w:rPr>
        <w:t>Rao M A Siddique</w:t>
      </w:r>
    </w:p>
    <w:p w14:paraId="4E0830CE" w14:textId="799FB01D" w:rsidR="001633FC" w:rsidRPr="001761A1" w:rsidRDefault="00327E54" w:rsidP="005E5DD2">
      <w:pPr>
        <w:rPr>
          <w:sz w:val="24"/>
          <w:szCs w:val="24"/>
        </w:rPr>
      </w:pPr>
      <w:r>
        <w:rPr>
          <w:b/>
          <w:bCs/>
          <w:color w:val="4F81BD" w:themeColor="accent1"/>
          <w:sz w:val="24"/>
          <w:szCs w:val="24"/>
        </w:rPr>
        <w:t xml:space="preserve">                                                             </w:t>
      </w:r>
      <w:r w:rsidR="00B24BBD">
        <w:rPr>
          <w:b/>
          <w:bCs/>
          <w:color w:val="4F81BD" w:themeColor="accent1"/>
          <w:sz w:val="24"/>
          <w:szCs w:val="24"/>
        </w:rPr>
        <w:t xml:space="preserve"> </w:t>
      </w:r>
      <w:r w:rsidR="007071BC" w:rsidRPr="005E5DD2">
        <w:rPr>
          <w:b/>
          <w:bCs/>
          <w:color w:val="4F81BD" w:themeColor="accent1"/>
          <w:sz w:val="24"/>
          <w:szCs w:val="24"/>
        </w:rPr>
        <w:t>Student number</w:t>
      </w:r>
      <w:r w:rsidR="007071BC" w:rsidRPr="001761A1">
        <w:rPr>
          <w:sz w:val="24"/>
          <w:szCs w:val="24"/>
        </w:rPr>
        <w:t xml:space="preserve">: </w:t>
      </w:r>
      <w:r w:rsidR="005A5455">
        <w:rPr>
          <w:sz w:val="24"/>
          <w:szCs w:val="24"/>
        </w:rPr>
        <w:t>2531847</w:t>
      </w:r>
    </w:p>
    <w:p w14:paraId="2B451BF0" w14:textId="6326CEBE" w:rsidR="001633FC" w:rsidRPr="001761A1" w:rsidRDefault="00327E54">
      <w:pPr>
        <w:jc w:val="center"/>
        <w:rPr>
          <w:sz w:val="24"/>
          <w:szCs w:val="24"/>
        </w:rPr>
      </w:pPr>
      <w:r>
        <w:rPr>
          <w:b/>
          <w:bCs/>
          <w:color w:val="4F81BD" w:themeColor="accent1"/>
          <w:sz w:val="24"/>
          <w:szCs w:val="24"/>
        </w:rPr>
        <w:t xml:space="preserve">                                                      </w:t>
      </w:r>
      <w:r w:rsidR="00B24BBD">
        <w:rPr>
          <w:b/>
          <w:bCs/>
          <w:color w:val="4F81BD" w:themeColor="accent1"/>
          <w:sz w:val="24"/>
          <w:szCs w:val="24"/>
        </w:rPr>
        <w:t xml:space="preserve"> </w:t>
      </w:r>
      <w:r w:rsidR="007071BC" w:rsidRPr="005E5DD2">
        <w:rPr>
          <w:b/>
          <w:bCs/>
          <w:color w:val="4F81BD" w:themeColor="accent1"/>
          <w:sz w:val="24"/>
          <w:szCs w:val="24"/>
        </w:rPr>
        <w:t>Course name</w:t>
      </w:r>
      <w:r w:rsidR="007071BC" w:rsidRPr="001761A1">
        <w:rPr>
          <w:sz w:val="24"/>
          <w:szCs w:val="24"/>
        </w:rPr>
        <w:t xml:space="preserve">: </w:t>
      </w:r>
      <w:r w:rsidR="005C4235">
        <w:t>C</w:t>
      </w:r>
      <w:r w:rsidR="005C4235" w:rsidRPr="005C4235">
        <w:rPr>
          <w:sz w:val="24"/>
          <w:szCs w:val="24"/>
        </w:rPr>
        <w:t>omputer Architecture and Operating Systems</w:t>
      </w:r>
    </w:p>
    <w:p w14:paraId="154D9C82" w14:textId="51BC5F47" w:rsidR="001633FC" w:rsidRPr="001761A1" w:rsidRDefault="00327E54" w:rsidP="00327E54">
      <w:pPr>
        <w:rPr>
          <w:sz w:val="24"/>
          <w:szCs w:val="24"/>
        </w:rPr>
      </w:pPr>
      <w:r>
        <w:rPr>
          <w:b/>
          <w:bCs/>
          <w:color w:val="4F81BD" w:themeColor="accent1"/>
          <w:sz w:val="24"/>
          <w:szCs w:val="24"/>
        </w:rPr>
        <w:t xml:space="preserve">                                                              </w:t>
      </w:r>
      <w:r w:rsidR="007071BC" w:rsidRPr="005E5DD2">
        <w:rPr>
          <w:b/>
          <w:bCs/>
          <w:color w:val="4F81BD" w:themeColor="accent1"/>
          <w:sz w:val="24"/>
          <w:szCs w:val="24"/>
        </w:rPr>
        <w:t>Module name</w:t>
      </w:r>
      <w:r w:rsidR="007071BC" w:rsidRPr="001761A1">
        <w:rPr>
          <w:sz w:val="24"/>
          <w:szCs w:val="24"/>
        </w:rPr>
        <w:t xml:space="preserve">: </w:t>
      </w:r>
      <w:r w:rsidR="00534C44" w:rsidRPr="00534C44">
        <w:rPr>
          <w:sz w:val="24"/>
          <w:szCs w:val="24"/>
        </w:rPr>
        <w:t>ACCA4022</w:t>
      </w:r>
    </w:p>
    <w:p w14:paraId="5D79E44B" w14:textId="4CF8D74F" w:rsidR="001633FC" w:rsidRPr="001761A1" w:rsidRDefault="00327E54">
      <w:pPr>
        <w:jc w:val="center"/>
        <w:rPr>
          <w:sz w:val="24"/>
          <w:szCs w:val="24"/>
        </w:rPr>
      </w:pPr>
      <w:r>
        <w:rPr>
          <w:b/>
          <w:bCs/>
          <w:color w:val="4F81BD" w:themeColor="accent1"/>
          <w:sz w:val="24"/>
          <w:szCs w:val="24"/>
        </w:rPr>
        <w:t xml:space="preserve">                                  </w:t>
      </w:r>
      <w:r w:rsidR="007071BC" w:rsidRPr="005E5DD2">
        <w:rPr>
          <w:b/>
          <w:bCs/>
          <w:color w:val="4F81BD" w:themeColor="accent1"/>
          <w:sz w:val="24"/>
          <w:szCs w:val="24"/>
        </w:rPr>
        <w:t>Assessment</w:t>
      </w:r>
      <w:r w:rsidR="007071BC" w:rsidRPr="001761A1">
        <w:rPr>
          <w:sz w:val="24"/>
          <w:szCs w:val="24"/>
        </w:rPr>
        <w:t>: Operating Systems / CLI and Scripting</w:t>
      </w:r>
    </w:p>
    <w:p w14:paraId="2837EC83" w14:textId="62D6293C" w:rsidR="001633FC" w:rsidRPr="001761A1" w:rsidRDefault="00327E54" w:rsidP="00327E54">
      <w:pPr>
        <w:rPr>
          <w:sz w:val="24"/>
          <w:szCs w:val="24"/>
        </w:rPr>
      </w:pPr>
      <w:r>
        <w:rPr>
          <w:b/>
          <w:bCs/>
          <w:color w:val="4F81BD" w:themeColor="accent1"/>
          <w:sz w:val="24"/>
          <w:szCs w:val="24"/>
        </w:rPr>
        <w:t xml:space="preserve">                                                              </w:t>
      </w:r>
      <w:r w:rsidR="007071BC" w:rsidRPr="005E5DD2">
        <w:rPr>
          <w:b/>
          <w:bCs/>
          <w:color w:val="4F81BD" w:themeColor="accent1"/>
          <w:sz w:val="24"/>
          <w:szCs w:val="24"/>
        </w:rPr>
        <w:t>Submission date</w:t>
      </w:r>
      <w:r w:rsidR="007071BC" w:rsidRPr="001761A1">
        <w:rPr>
          <w:sz w:val="24"/>
          <w:szCs w:val="24"/>
        </w:rPr>
        <w:t xml:space="preserve">: </w:t>
      </w:r>
      <w:r w:rsidR="005E5DD2">
        <w:rPr>
          <w:sz w:val="24"/>
          <w:szCs w:val="24"/>
        </w:rPr>
        <w:t>12/08/2026</w:t>
      </w:r>
    </w:p>
    <w:p w14:paraId="34EF3B12" w14:textId="49C4ACB9" w:rsidR="001633FC" w:rsidRPr="001761A1" w:rsidRDefault="007071BC" w:rsidP="00B95EF4">
      <w:pPr>
        <w:rPr>
          <w:sz w:val="24"/>
          <w:szCs w:val="24"/>
        </w:rPr>
      </w:pPr>
      <w:r w:rsidRPr="001761A1">
        <w:rPr>
          <w:sz w:val="24"/>
          <w:szCs w:val="24"/>
        </w:rPr>
        <w:br/>
      </w:r>
    </w:p>
    <w:p w14:paraId="58B9F6E2" w14:textId="77777777" w:rsidR="001633FC" w:rsidRPr="001761A1" w:rsidRDefault="007071BC">
      <w:pPr>
        <w:rPr>
          <w:sz w:val="24"/>
          <w:szCs w:val="24"/>
        </w:rPr>
      </w:pPr>
      <w:r w:rsidRPr="001761A1">
        <w:rPr>
          <w:sz w:val="24"/>
          <w:szCs w:val="24"/>
        </w:rPr>
        <w:br w:type="page"/>
      </w:r>
    </w:p>
    <w:p w14:paraId="714111AB" w14:textId="77777777" w:rsidR="001633FC" w:rsidRPr="001761A1" w:rsidRDefault="007071BC">
      <w:pPr>
        <w:pStyle w:val="Heading1"/>
        <w:rPr>
          <w:sz w:val="24"/>
          <w:szCs w:val="24"/>
        </w:rPr>
      </w:pPr>
      <w:r w:rsidRPr="001761A1">
        <w:rPr>
          <w:sz w:val="24"/>
          <w:szCs w:val="24"/>
        </w:rPr>
        <w:lastRenderedPageBreak/>
        <w:t>Table of Contents</w:t>
      </w:r>
    </w:p>
    <w:p w14:paraId="684FB798" w14:textId="77777777" w:rsidR="001633FC" w:rsidRPr="001761A1" w:rsidRDefault="007071BC">
      <w:pPr>
        <w:rPr>
          <w:sz w:val="24"/>
          <w:szCs w:val="24"/>
        </w:rPr>
      </w:pPr>
      <w:r w:rsidRPr="001761A1">
        <w:rPr>
          <w:sz w:val="24"/>
          <w:szCs w:val="24"/>
        </w:rPr>
        <w:fldChar w:fldCharType="begin"/>
      </w:r>
      <w:r w:rsidRPr="001761A1">
        <w:rPr>
          <w:sz w:val="24"/>
          <w:szCs w:val="24"/>
        </w:rPr>
        <w:instrText>TOC \o "1-3" \h \z \u</w:instrText>
      </w:r>
      <w:r w:rsidRPr="001761A1">
        <w:rPr>
          <w:sz w:val="24"/>
          <w:szCs w:val="24"/>
        </w:rPr>
        <w:fldChar w:fldCharType="end"/>
      </w:r>
    </w:p>
    <w:p w14:paraId="55432067" w14:textId="77777777" w:rsidR="001633FC" w:rsidRPr="001761A1" w:rsidRDefault="007071BC">
      <w:pPr>
        <w:rPr>
          <w:sz w:val="24"/>
          <w:szCs w:val="24"/>
        </w:rPr>
      </w:pPr>
      <w:r w:rsidRPr="001761A1">
        <w:rPr>
          <w:sz w:val="24"/>
          <w:szCs w:val="24"/>
        </w:rPr>
        <w:t>If the table of contents is not populated automatically, right-click it in Word and select “Update Field” → “Update entire table”.</w:t>
      </w:r>
    </w:p>
    <w:p w14:paraId="0B3EF5A0" w14:textId="77777777" w:rsidR="001633FC" w:rsidRPr="001761A1" w:rsidRDefault="007071BC">
      <w:pPr>
        <w:rPr>
          <w:sz w:val="24"/>
          <w:szCs w:val="24"/>
        </w:rPr>
      </w:pPr>
      <w:r w:rsidRPr="001761A1">
        <w:rPr>
          <w:sz w:val="24"/>
          <w:szCs w:val="24"/>
        </w:rPr>
        <w:br w:type="page"/>
      </w:r>
    </w:p>
    <w:p w14:paraId="0961A550" w14:textId="77777777" w:rsidR="001633FC" w:rsidRPr="001761A1" w:rsidRDefault="007071BC">
      <w:pPr>
        <w:pStyle w:val="Heading1"/>
        <w:rPr>
          <w:sz w:val="24"/>
          <w:szCs w:val="24"/>
        </w:rPr>
      </w:pPr>
      <w:r w:rsidRPr="001761A1">
        <w:rPr>
          <w:sz w:val="24"/>
          <w:szCs w:val="24"/>
        </w:rPr>
        <w:lastRenderedPageBreak/>
        <w:t>Introduction</w:t>
      </w:r>
    </w:p>
    <w:p w14:paraId="19DEA9B7" w14:textId="41964D9B" w:rsidR="007A35D7" w:rsidRPr="001761A1" w:rsidRDefault="007A35D7">
      <w:pPr>
        <w:rPr>
          <w:sz w:val="24"/>
          <w:szCs w:val="24"/>
        </w:rPr>
      </w:pPr>
      <w:r w:rsidRPr="001761A1">
        <w:rPr>
          <w:sz w:val="24"/>
          <w:szCs w:val="24"/>
        </w:rPr>
        <w:t xml:space="preserve">An operating system (OS) is software that coordinates hardware, applications, users, and system resources. This report covers the core functions of a general-purpose operating system and then applies them to Windows and Linux command-line interfaces (CLI). PowerShell/Batch and Bash are practical in how to process files, networks, users, and scheduling. Small scripts are also produced </w:t>
      </w:r>
      <w:proofErr w:type="gramStart"/>
      <w:r w:rsidRPr="001761A1">
        <w:rPr>
          <w:sz w:val="24"/>
          <w:szCs w:val="24"/>
        </w:rPr>
        <w:t>in order to</w:t>
      </w:r>
      <w:proofErr w:type="gramEnd"/>
      <w:r w:rsidRPr="001761A1">
        <w:rPr>
          <w:sz w:val="24"/>
          <w:szCs w:val="24"/>
        </w:rPr>
        <w:t xml:space="preserve"> illustrate how command-line automation can reduce repetitive work and achieve repeatable system management. Vendor documentation and technical references guide the discussion and evidence placeholders list where the student’s own screenshots and course-activity evidence should be added.</w:t>
      </w:r>
    </w:p>
    <w:p w14:paraId="5D751B77" w14:textId="77777777" w:rsidR="001633FC" w:rsidRPr="001761A1" w:rsidRDefault="007071BC">
      <w:pPr>
        <w:rPr>
          <w:sz w:val="24"/>
          <w:szCs w:val="24"/>
        </w:rPr>
      </w:pPr>
      <w:r w:rsidRPr="001761A1">
        <w:rPr>
          <w:sz w:val="24"/>
          <w:szCs w:val="24"/>
        </w:rPr>
        <w:br w:type="page"/>
      </w:r>
    </w:p>
    <w:p w14:paraId="70AB95AB" w14:textId="77777777" w:rsidR="001633FC" w:rsidRPr="001761A1" w:rsidRDefault="007071BC">
      <w:pPr>
        <w:pStyle w:val="Heading1"/>
        <w:rPr>
          <w:sz w:val="24"/>
          <w:szCs w:val="24"/>
        </w:rPr>
      </w:pPr>
      <w:r w:rsidRPr="001761A1">
        <w:rPr>
          <w:sz w:val="24"/>
          <w:szCs w:val="24"/>
        </w:rPr>
        <w:lastRenderedPageBreak/>
        <w:t>1. Key Functions of General Operating Systems</w:t>
      </w:r>
    </w:p>
    <w:p w14:paraId="09E99DE2" w14:textId="6E951963" w:rsidR="007B3DBD" w:rsidRPr="001761A1" w:rsidRDefault="007B3DBD">
      <w:pPr>
        <w:rPr>
          <w:sz w:val="24"/>
          <w:szCs w:val="24"/>
        </w:rPr>
      </w:pPr>
      <w:r w:rsidRPr="001761A1">
        <w:rPr>
          <w:sz w:val="24"/>
          <w:szCs w:val="24"/>
        </w:rPr>
        <w:t xml:space="preserve">A general-purpose operating system acts as an intermediary between applications and physical resources. It is responsible for process management, memory management, file system management, device and I/O management, networking, security/access control, resource allocation and performance monitoring [1], [2]. All these functions are very related and have similar tasks. For example, a process needs CPU time and memory, accesses files in the file system, communicates through networking services and operates under the permissions of a user or service account. Process management manages the creation, execution, scheduling and termination of processes. Windows shows this through Task Manager, which allows processes and resource usage, users and services to be assessed. Microsoft describes Task Manager as an integrated system to monitor application and process performance [3]. PowerShell provides a programmable alternative: Get-Process returns process objects and allows for filtering by name or PID [4]. Linux provides similar visibility via </w:t>
      </w:r>
      <w:proofErr w:type="spellStart"/>
      <w:r w:rsidRPr="001761A1">
        <w:rPr>
          <w:sz w:val="24"/>
          <w:szCs w:val="24"/>
        </w:rPr>
        <w:t>ps</w:t>
      </w:r>
      <w:proofErr w:type="spellEnd"/>
      <w:r w:rsidRPr="001761A1">
        <w:rPr>
          <w:sz w:val="24"/>
          <w:szCs w:val="24"/>
        </w:rPr>
        <w:t xml:space="preserve">, but longer-running observation can be done with top. The Linux </w:t>
      </w:r>
      <w:proofErr w:type="spellStart"/>
      <w:r w:rsidRPr="001761A1">
        <w:rPr>
          <w:sz w:val="24"/>
          <w:szCs w:val="24"/>
        </w:rPr>
        <w:t>ps</w:t>
      </w:r>
      <w:proofErr w:type="spellEnd"/>
      <w:r w:rsidRPr="001761A1">
        <w:rPr>
          <w:sz w:val="24"/>
          <w:szCs w:val="24"/>
        </w:rPr>
        <w:t xml:space="preserve"> tool reports a snapshot of current processes [5]. Memory management allocates RAM and virtual memory to processes while trying to keep process performance and isolation. Windows documentation explains that working-set and virtual-allocation information can be used to understand application memory consumption [6]. In Linux, the kernel memory management subsystem does virtual memory management, which requires paging and memory allocation for kernel and user-space programs [7]. This demonstrates that memory management is more than just showing free RAM; the OS manages mappings, pages and resource pressure. File system management keeps files, directories, names, permissions and metadata </w:t>
      </w:r>
      <w:proofErr w:type="gramStart"/>
      <w:r w:rsidRPr="001761A1">
        <w:rPr>
          <w:sz w:val="24"/>
          <w:szCs w:val="24"/>
        </w:rPr>
        <w:t>organized, and</w:t>
      </w:r>
      <w:proofErr w:type="gramEnd"/>
      <w:r w:rsidRPr="001761A1">
        <w:rPr>
          <w:sz w:val="24"/>
          <w:szCs w:val="24"/>
        </w:rPr>
        <w:t xml:space="preserve"> is a core OS responsibility. IBM identifies file system management as essential to create and retrieve files in Windows PowerShell because the system </w:t>
      </w:r>
      <w:proofErr w:type="gramStart"/>
      <w:r w:rsidRPr="001761A1">
        <w:rPr>
          <w:sz w:val="24"/>
          <w:szCs w:val="24"/>
        </w:rPr>
        <w:t>has to</w:t>
      </w:r>
      <w:proofErr w:type="gramEnd"/>
      <w:r w:rsidRPr="001761A1">
        <w:rPr>
          <w:sz w:val="24"/>
          <w:szCs w:val="24"/>
        </w:rPr>
        <w:t xml:space="preserve"> ensure the permissions and the organization of the data in the files. Linux uses ls and </w:t>
      </w:r>
      <w:proofErr w:type="gramStart"/>
      <w:r w:rsidRPr="001761A1">
        <w:rPr>
          <w:sz w:val="24"/>
          <w:szCs w:val="24"/>
        </w:rPr>
        <w:t>find</w:t>
      </w:r>
      <w:proofErr w:type="gramEnd"/>
      <w:r w:rsidRPr="001761A1">
        <w:rPr>
          <w:sz w:val="24"/>
          <w:szCs w:val="24"/>
        </w:rPr>
        <w:t xml:space="preserve">; ls can show hidden entries and detailed metadata, while </w:t>
      </w:r>
      <w:proofErr w:type="gramStart"/>
      <w:r w:rsidRPr="001761A1">
        <w:rPr>
          <w:sz w:val="24"/>
          <w:szCs w:val="24"/>
        </w:rPr>
        <w:t>find</w:t>
      </w:r>
      <w:proofErr w:type="gramEnd"/>
      <w:r w:rsidRPr="001761A1">
        <w:rPr>
          <w:sz w:val="24"/>
          <w:szCs w:val="24"/>
        </w:rPr>
        <w:t xml:space="preserve"> searches directory hierarchies using expressions [9], [10]. Device management and I/O provide common interfaces to hardware such as disks, keyboards, displays and network interfaces. Networking is also an OS service because TCP/IP communication, interfaces and routing depend on system-level configuration. Linux has the </w:t>
      </w:r>
      <w:proofErr w:type="spellStart"/>
      <w:r w:rsidRPr="001761A1">
        <w:rPr>
          <w:sz w:val="24"/>
          <w:szCs w:val="24"/>
        </w:rPr>
        <w:t>ip</w:t>
      </w:r>
      <w:proofErr w:type="spellEnd"/>
      <w:r w:rsidRPr="001761A1">
        <w:rPr>
          <w:sz w:val="24"/>
          <w:szCs w:val="24"/>
        </w:rPr>
        <w:t xml:space="preserve"> command which can display or manipulate network devices and routes [11], while Windows has PowerShell networking cmdlets and traditional utilities such as ipconfig. Security and access control provide authentication, account management and authorization. The Windows net user can display, create, modify and delete accounts [12], while Linux </w:t>
      </w:r>
      <w:r w:rsidRPr="001761A1">
        <w:rPr>
          <w:sz w:val="24"/>
          <w:szCs w:val="24"/>
        </w:rPr>
        <w:t>user add</w:t>
      </w:r>
      <w:r w:rsidRPr="001761A1">
        <w:rPr>
          <w:sz w:val="24"/>
          <w:szCs w:val="24"/>
        </w:rPr>
        <w:t xml:space="preserve"> creates accounts with options for home directories, groups and shells [13].</w:t>
      </w:r>
    </w:p>
    <w:p w14:paraId="7BE19F06" w14:textId="77777777" w:rsidR="004E33AF" w:rsidRPr="001761A1" w:rsidRDefault="004E33AF">
      <w:pPr>
        <w:rPr>
          <w:sz w:val="24"/>
          <w:szCs w:val="24"/>
        </w:rPr>
      </w:pPr>
    </w:p>
    <w:p w14:paraId="75DAD186" w14:textId="77777777" w:rsidR="004E33AF" w:rsidRPr="001761A1" w:rsidRDefault="004E33AF">
      <w:pPr>
        <w:rPr>
          <w:sz w:val="24"/>
          <w:szCs w:val="24"/>
        </w:rPr>
      </w:pPr>
    </w:p>
    <w:p w14:paraId="5F71D906" w14:textId="58273ADF" w:rsidR="004E33AF" w:rsidRPr="001761A1" w:rsidRDefault="004E33AF">
      <w:pPr>
        <w:rPr>
          <w:sz w:val="24"/>
          <w:szCs w:val="24"/>
        </w:rPr>
      </w:pPr>
    </w:p>
    <w:p w14:paraId="6F4BB5E1" w14:textId="6BEED75D" w:rsidR="001633FC" w:rsidRPr="001761A1" w:rsidRDefault="004E33AF">
      <w:pPr>
        <w:jc w:val="center"/>
        <w:rPr>
          <w:sz w:val="24"/>
          <w:szCs w:val="24"/>
        </w:rPr>
      </w:pPr>
      <w:r w:rsidRPr="001761A1">
        <w:rPr>
          <w:noProof/>
          <w:sz w:val="24"/>
          <w:szCs w:val="24"/>
        </w:rPr>
        <w:lastRenderedPageBreak/>
        <w:drawing>
          <wp:inline distT="0" distB="0" distL="0" distR="0" wp14:anchorId="65D87523" wp14:editId="03D3B5B7">
            <wp:extent cx="6217920" cy="3497580"/>
            <wp:effectExtent l="0" t="0" r="0" b="7620"/>
            <wp:docPr id="1801304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04439" name=""/>
                    <pic:cNvPicPr/>
                  </pic:nvPicPr>
                  <pic:blipFill>
                    <a:blip r:embed="rId11"/>
                    <a:stretch>
                      <a:fillRect/>
                    </a:stretch>
                  </pic:blipFill>
                  <pic:spPr>
                    <a:xfrm>
                      <a:off x="0" y="0"/>
                      <a:ext cx="6217920" cy="3497580"/>
                    </a:xfrm>
                    <a:prstGeom prst="rect">
                      <a:avLst/>
                    </a:prstGeom>
                  </pic:spPr>
                </pic:pic>
              </a:graphicData>
            </a:graphic>
          </wp:inline>
        </w:drawing>
      </w:r>
    </w:p>
    <w:p w14:paraId="468D6C5A" w14:textId="77777777" w:rsidR="001633FC" w:rsidRPr="001761A1" w:rsidRDefault="007071BC">
      <w:pPr>
        <w:jc w:val="center"/>
        <w:rPr>
          <w:i/>
          <w:sz w:val="24"/>
          <w:szCs w:val="24"/>
        </w:rPr>
      </w:pPr>
      <w:r w:rsidRPr="001761A1">
        <w:rPr>
          <w:i/>
          <w:sz w:val="24"/>
          <w:szCs w:val="24"/>
        </w:rPr>
        <w:t>Figure 1A. Windows service management (illustrative screenshot).</w:t>
      </w:r>
    </w:p>
    <w:p w14:paraId="39BED6A4" w14:textId="77777777" w:rsidR="004E33AF" w:rsidRPr="001761A1" w:rsidRDefault="004E33AF">
      <w:pPr>
        <w:jc w:val="center"/>
        <w:rPr>
          <w:i/>
          <w:sz w:val="24"/>
          <w:szCs w:val="24"/>
        </w:rPr>
      </w:pPr>
    </w:p>
    <w:p w14:paraId="6BC5AD62" w14:textId="77777777" w:rsidR="004E33AF" w:rsidRPr="001761A1" w:rsidRDefault="004E33AF">
      <w:pPr>
        <w:jc w:val="center"/>
        <w:rPr>
          <w:i/>
          <w:sz w:val="24"/>
          <w:szCs w:val="24"/>
        </w:rPr>
      </w:pPr>
    </w:p>
    <w:p w14:paraId="20DDB3DB" w14:textId="77777777" w:rsidR="004E33AF" w:rsidRPr="001761A1" w:rsidRDefault="004E33AF">
      <w:pPr>
        <w:jc w:val="center"/>
        <w:rPr>
          <w:i/>
          <w:sz w:val="24"/>
          <w:szCs w:val="24"/>
        </w:rPr>
      </w:pPr>
    </w:p>
    <w:p w14:paraId="45FB1684" w14:textId="77777777" w:rsidR="004E33AF" w:rsidRPr="001761A1" w:rsidRDefault="004E33AF">
      <w:pPr>
        <w:jc w:val="center"/>
        <w:rPr>
          <w:i/>
          <w:sz w:val="24"/>
          <w:szCs w:val="24"/>
        </w:rPr>
      </w:pPr>
    </w:p>
    <w:p w14:paraId="0B4DA967" w14:textId="1126B15D" w:rsidR="004E33AF" w:rsidRPr="001761A1" w:rsidRDefault="004E33AF">
      <w:pPr>
        <w:jc w:val="center"/>
        <w:rPr>
          <w:i/>
          <w:sz w:val="24"/>
          <w:szCs w:val="24"/>
        </w:rPr>
      </w:pPr>
      <w:r w:rsidRPr="001761A1">
        <w:rPr>
          <w:noProof/>
          <w:sz w:val="24"/>
          <w:szCs w:val="24"/>
        </w:rPr>
        <w:drawing>
          <wp:inline distT="0" distB="0" distL="0" distR="0" wp14:anchorId="146EF62F" wp14:editId="0A82F5AE">
            <wp:extent cx="6217920" cy="3497580"/>
            <wp:effectExtent l="0" t="0" r="0" b="7620"/>
            <wp:docPr id="2052188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88017" name=""/>
                    <pic:cNvPicPr/>
                  </pic:nvPicPr>
                  <pic:blipFill>
                    <a:blip r:embed="rId12"/>
                    <a:stretch>
                      <a:fillRect/>
                    </a:stretch>
                  </pic:blipFill>
                  <pic:spPr>
                    <a:xfrm>
                      <a:off x="0" y="0"/>
                      <a:ext cx="6217920" cy="3497580"/>
                    </a:xfrm>
                    <a:prstGeom prst="rect">
                      <a:avLst/>
                    </a:prstGeom>
                  </pic:spPr>
                </pic:pic>
              </a:graphicData>
            </a:graphic>
          </wp:inline>
        </w:drawing>
      </w:r>
    </w:p>
    <w:p w14:paraId="2FBAAFE9" w14:textId="77777777" w:rsidR="001761A1" w:rsidRPr="001761A1" w:rsidRDefault="001761A1" w:rsidP="004E33AF">
      <w:pPr>
        <w:jc w:val="center"/>
        <w:rPr>
          <w:i/>
          <w:sz w:val="24"/>
          <w:szCs w:val="24"/>
        </w:rPr>
      </w:pPr>
    </w:p>
    <w:p w14:paraId="28F42649" w14:textId="4B3E4A71" w:rsidR="004E33AF" w:rsidRPr="001761A1" w:rsidRDefault="004E33AF" w:rsidP="004E33AF">
      <w:pPr>
        <w:jc w:val="center"/>
        <w:rPr>
          <w:rFonts w:hint="eastAsia"/>
          <w:i/>
          <w:sz w:val="24"/>
          <w:szCs w:val="24"/>
        </w:rPr>
      </w:pPr>
      <w:r w:rsidRPr="001761A1">
        <w:rPr>
          <w:rFonts w:hint="eastAsia"/>
          <w:i/>
          <w:sz w:val="24"/>
          <w:szCs w:val="24"/>
        </w:rPr>
        <w:t xml:space="preserve">This screenshot shows Windows Task Manager </w:t>
      </w:r>
      <w:r w:rsidRPr="001761A1">
        <w:rPr>
          <w:rFonts w:hint="eastAsia"/>
          <w:i/>
          <w:sz w:val="24"/>
          <w:szCs w:val="24"/>
        </w:rPr>
        <w:t>→</w:t>
      </w:r>
      <w:r w:rsidRPr="001761A1">
        <w:rPr>
          <w:rFonts w:hint="eastAsia"/>
          <w:i/>
          <w:sz w:val="24"/>
          <w:szCs w:val="24"/>
        </w:rPr>
        <w:t xml:space="preserve"> Performance </w:t>
      </w:r>
      <w:r w:rsidRPr="001761A1">
        <w:rPr>
          <w:rFonts w:hint="eastAsia"/>
          <w:i/>
          <w:sz w:val="24"/>
          <w:szCs w:val="24"/>
        </w:rPr>
        <w:t>→</w:t>
      </w:r>
      <w:r w:rsidRPr="001761A1">
        <w:rPr>
          <w:rFonts w:hint="eastAsia"/>
          <w:i/>
          <w:sz w:val="24"/>
          <w:szCs w:val="24"/>
        </w:rPr>
        <w:t xml:space="preserve"> Memory. You can use the following explanation directly under the screenshot in your report:</w:t>
      </w:r>
    </w:p>
    <w:p w14:paraId="396D84CE" w14:textId="77777777" w:rsidR="004E33AF" w:rsidRPr="001761A1" w:rsidRDefault="004E33AF" w:rsidP="004E33AF">
      <w:pPr>
        <w:jc w:val="center"/>
        <w:rPr>
          <w:i/>
          <w:sz w:val="24"/>
          <w:szCs w:val="24"/>
        </w:rPr>
      </w:pPr>
    </w:p>
    <w:p w14:paraId="398C94D9" w14:textId="77777777" w:rsidR="004E33AF" w:rsidRPr="001761A1" w:rsidRDefault="004E33AF" w:rsidP="004E33AF">
      <w:pPr>
        <w:jc w:val="center"/>
        <w:rPr>
          <w:i/>
          <w:sz w:val="24"/>
          <w:szCs w:val="24"/>
        </w:rPr>
      </w:pPr>
      <w:r w:rsidRPr="001761A1">
        <w:rPr>
          <w:i/>
          <w:sz w:val="24"/>
          <w:szCs w:val="24"/>
        </w:rPr>
        <w:t>Figure: Windows Task Manager - Memory Performance.</w:t>
      </w:r>
    </w:p>
    <w:p w14:paraId="613723A5" w14:textId="77777777" w:rsidR="004E33AF" w:rsidRPr="001761A1" w:rsidRDefault="004E33AF" w:rsidP="004E33AF">
      <w:pPr>
        <w:jc w:val="center"/>
        <w:rPr>
          <w:i/>
          <w:sz w:val="24"/>
          <w:szCs w:val="24"/>
        </w:rPr>
      </w:pPr>
    </w:p>
    <w:p w14:paraId="1B5F507A" w14:textId="77777777" w:rsidR="004E33AF" w:rsidRPr="001761A1" w:rsidRDefault="004E33AF" w:rsidP="004E33AF">
      <w:pPr>
        <w:jc w:val="center"/>
        <w:rPr>
          <w:i/>
          <w:sz w:val="24"/>
          <w:szCs w:val="24"/>
        </w:rPr>
      </w:pPr>
      <w:r w:rsidRPr="001761A1">
        <w:rPr>
          <w:i/>
          <w:sz w:val="24"/>
          <w:szCs w:val="24"/>
        </w:rPr>
        <w:t>This screenshot shows the memory management and system monitoring function of the Windows operating system. Task Manager provides real-time information about how the computer’s physical memory (RAM) is being used by the operating system and running applications.</w:t>
      </w:r>
    </w:p>
    <w:p w14:paraId="329F2280" w14:textId="36C904DD" w:rsidR="004E33AF" w:rsidRPr="001761A1" w:rsidRDefault="004E33AF" w:rsidP="004E33AF">
      <w:pPr>
        <w:jc w:val="center"/>
        <w:rPr>
          <w:i/>
          <w:sz w:val="24"/>
          <w:szCs w:val="24"/>
        </w:rPr>
      </w:pPr>
    </w:p>
    <w:p w14:paraId="1DFB5B99" w14:textId="77777777" w:rsidR="004E33AF" w:rsidRPr="001761A1" w:rsidRDefault="004E33AF" w:rsidP="004E33AF">
      <w:pPr>
        <w:jc w:val="center"/>
        <w:rPr>
          <w:i/>
          <w:sz w:val="24"/>
          <w:szCs w:val="24"/>
        </w:rPr>
      </w:pPr>
      <w:r w:rsidRPr="001761A1">
        <w:rPr>
          <w:i/>
          <w:sz w:val="24"/>
          <w:szCs w:val="24"/>
        </w:rPr>
        <w:t>The system has 8.0 GB of LPDDR4 RAM, of which approximately 6.2 GB (81%) is currently in use, leaving around 1.5 GB available. The high memory consumption indicates that most of the RAM used is currently being used by Windows and active applications. Windows uses RAM to store programs and data that are actively required, allowing applications to access them much faster than they can from storage.</w:t>
      </w:r>
    </w:p>
    <w:p w14:paraId="4EF5C0EB" w14:textId="77777777" w:rsidR="004E33AF" w:rsidRPr="001761A1" w:rsidRDefault="004E33AF" w:rsidP="004E33AF">
      <w:pPr>
        <w:jc w:val="center"/>
        <w:rPr>
          <w:i/>
          <w:sz w:val="24"/>
          <w:szCs w:val="24"/>
        </w:rPr>
      </w:pPr>
    </w:p>
    <w:p w14:paraId="44F6C406" w14:textId="77777777" w:rsidR="004E33AF" w:rsidRPr="001761A1" w:rsidRDefault="004E33AF" w:rsidP="004E33AF">
      <w:pPr>
        <w:jc w:val="center"/>
        <w:rPr>
          <w:i/>
          <w:sz w:val="24"/>
          <w:szCs w:val="24"/>
        </w:rPr>
      </w:pPr>
      <w:r w:rsidRPr="001761A1">
        <w:rPr>
          <w:i/>
          <w:sz w:val="24"/>
          <w:szCs w:val="24"/>
        </w:rPr>
        <w:t xml:space="preserve">The Memory usage graph shows how RAM </w:t>
      </w:r>
      <w:proofErr w:type="spellStart"/>
      <w:r w:rsidRPr="001761A1">
        <w:rPr>
          <w:i/>
          <w:sz w:val="24"/>
          <w:szCs w:val="24"/>
        </w:rPr>
        <w:t>utilisation</w:t>
      </w:r>
      <w:proofErr w:type="spellEnd"/>
      <w:r w:rsidRPr="001761A1">
        <w:rPr>
          <w:i/>
          <w:sz w:val="24"/>
          <w:szCs w:val="24"/>
        </w:rPr>
        <w:t xml:space="preserve"> has changed during the last 60 seconds. In this screenshot, the graph is relatively </w:t>
      </w:r>
      <w:proofErr w:type="gramStart"/>
      <w:r w:rsidRPr="001761A1">
        <w:rPr>
          <w:i/>
          <w:sz w:val="24"/>
          <w:szCs w:val="24"/>
        </w:rPr>
        <w:t>static</w:t>
      </w:r>
      <w:proofErr w:type="gramEnd"/>
      <w:r w:rsidRPr="001761A1">
        <w:rPr>
          <w:i/>
          <w:sz w:val="24"/>
          <w:szCs w:val="24"/>
        </w:rPr>
        <w:t xml:space="preserve"> and memory usage has not changed significantly during that period. The value of </w:t>
      </w:r>
      <w:proofErr w:type="gramStart"/>
      <w:r w:rsidRPr="001761A1">
        <w:rPr>
          <w:i/>
          <w:sz w:val="24"/>
          <w:szCs w:val="24"/>
        </w:rPr>
        <w:t>In</w:t>
      </w:r>
      <w:proofErr w:type="gramEnd"/>
      <w:r w:rsidRPr="001761A1">
        <w:rPr>
          <w:i/>
          <w:sz w:val="24"/>
          <w:szCs w:val="24"/>
        </w:rPr>
        <w:t xml:space="preserve"> use (Compressed) of 6.2 GB contains memory actively being used, with around 493 MB compressed. Memory compression allows Windows to store more data in RAM without necessarily going to slower disk-based virtual memory.</w:t>
      </w:r>
    </w:p>
    <w:p w14:paraId="49CAED0D" w14:textId="77777777" w:rsidR="004E33AF" w:rsidRPr="001761A1" w:rsidRDefault="004E33AF" w:rsidP="004E33AF">
      <w:pPr>
        <w:jc w:val="center"/>
        <w:rPr>
          <w:i/>
          <w:sz w:val="24"/>
          <w:szCs w:val="24"/>
        </w:rPr>
      </w:pPr>
    </w:p>
    <w:p w14:paraId="08F4E185" w14:textId="77777777" w:rsidR="004E33AF" w:rsidRPr="001761A1" w:rsidRDefault="004E33AF" w:rsidP="004E33AF">
      <w:pPr>
        <w:jc w:val="center"/>
        <w:rPr>
          <w:i/>
          <w:sz w:val="24"/>
          <w:szCs w:val="24"/>
        </w:rPr>
      </w:pPr>
      <w:r w:rsidRPr="001761A1">
        <w:rPr>
          <w:i/>
          <w:sz w:val="24"/>
          <w:szCs w:val="24"/>
        </w:rPr>
        <w:t xml:space="preserve">The screenshot also shows the available memory of 1.5 GB and the cached memory of 1.4 GB. The cached memory contains </w:t>
      </w:r>
      <w:proofErr w:type="gramStart"/>
      <w:r w:rsidRPr="001761A1">
        <w:rPr>
          <w:i/>
          <w:sz w:val="24"/>
          <w:szCs w:val="24"/>
        </w:rPr>
        <w:t>the data</w:t>
      </w:r>
      <w:proofErr w:type="gramEnd"/>
      <w:r w:rsidRPr="001761A1">
        <w:rPr>
          <w:i/>
          <w:sz w:val="24"/>
          <w:szCs w:val="24"/>
        </w:rPr>
        <w:t xml:space="preserve"> that Windows can use if required. The committed value of 8.5/19.7 GB is the committed virtual memory, while the hardware-reserved value of 317 MB is the RAM reserved for hardware functions.</w:t>
      </w:r>
    </w:p>
    <w:p w14:paraId="357C5DF8" w14:textId="77777777" w:rsidR="004E33AF" w:rsidRPr="001761A1" w:rsidRDefault="004E33AF" w:rsidP="004E33AF">
      <w:pPr>
        <w:jc w:val="center"/>
        <w:rPr>
          <w:i/>
          <w:sz w:val="24"/>
          <w:szCs w:val="24"/>
        </w:rPr>
      </w:pPr>
    </w:p>
    <w:p w14:paraId="7F2DC4D6" w14:textId="77777777" w:rsidR="004E33AF" w:rsidRPr="001761A1" w:rsidRDefault="004E33AF" w:rsidP="004E33AF">
      <w:pPr>
        <w:jc w:val="center"/>
        <w:rPr>
          <w:i/>
          <w:sz w:val="24"/>
          <w:szCs w:val="24"/>
        </w:rPr>
      </w:pPr>
      <w:r w:rsidRPr="001761A1">
        <w:rPr>
          <w:i/>
          <w:sz w:val="24"/>
          <w:szCs w:val="24"/>
        </w:rPr>
        <w:t>Other information includes the memory speed of 4267 MT/s, the LPDDR4 memory type, and that 8 of 8 memory slots are used. The left-hand panel also provides fast information about CPU, disk, Wi-Fi, and GPU performance.</w:t>
      </w:r>
    </w:p>
    <w:p w14:paraId="19E54C77" w14:textId="77777777" w:rsidR="004E33AF" w:rsidRPr="001761A1" w:rsidRDefault="004E33AF" w:rsidP="004E33AF">
      <w:pPr>
        <w:jc w:val="center"/>
        <w:rPr>
          <w:i/>
          <w:sz w:val="24"/>
          <w:szCs w:val="24"/>
        </w:rPr>
      </w:pPr>
    </w:p>
    <w:p w14:paraId="6D6EB6A8" w14:textId="0CB33B7D" w:rsidR="004E33AF" w:rsidRDefault="004E33AF" w:rsidP="004E33AF">
      <w:pPr>
        <w:jc w:val="center"/>
        <w:rPr>
          <w:i/>
          <w:sz w:val="24"/>
          <w:szCs w:val="24"/>
        </w:rPr>
      </w:pPr>
      <w:r w:rsidRPr="001761A1">
        <w:rPr>
          <w:i/>
          <w:sz w:val="24"/>
          <w:szCs w:val="24"/>
        </w:rPr>
        <w:t xml:space="preserve">The screenshot </w:t>
      </w:r>
      <w:proofErr w:type="gramStart"/>
      <w:r w:rsidRPr="001761A1">
        <w:rPr>
          <w:i/>
          <w:sz w:val="24"/>
          <w:szCs w:val="24"/>
        </w:rPr>
        <w:t>as a whole provides</w:t>
      </w:r>
      <w:proofErr w:type="gramEnd"/>
      <w:r w:rsidRPr="001761A1">
        <w:rPr>
          <w:i/>
          <w:sz w:val="24"/>
          <w:szCs w:val="24"/>
        </w:rPr>
        <w:t xml:space="preserve"> concrete evidence of OS memory management and performance monitoring functionality. It shows how Windows monitors RAM usage and provides administrators/users with information that can be used to identify high memory usage and potential performance problems.</w:t>
      </w:r>
    </w:p>
    <w:p w14:paraId="3659CDEB" w14:textId="5BB3A0FE" w:rsidR="005F55BA" w:rsidRDefault="005F55BA" w:rsidP="004E33AF">
      <w:pPr>
        <w:jc w:val="center"/>
        <w:rPr>
          <w:i/>
          <w:sz w:val="24"/>
          <w:szCs w:val="24"/>
        </w:rPr>
      </w:pPr>
      <w:r>
        <w:rPr>
          <w:noProof/>
        </w:rPr>
        <w:lastRenderedPageBreak/>
        <w:drawing>
          <wp:inline distT="0" distB="0" distL="0" distR="0" wp14:anchorId="15340698" wp14:editId="4FD56A71">
            <wp:extent cx="6217920" cy="3497580"/>
            <wp:effectExtent l="0" t="0" r="0" b="7620"/>
            <wp:docPr id="940058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058351" name=""/>
                    <pic:cNvPicPr/>
                  </pic:nvPicPr>
                  <pic:blipFill>
                    <a:blip r:embed="rId13"/>
                    <a:stretch>
                      <a:fillRect/>
                    </a:stretch>
                  </pic:blipFill>
                  <pic:spPr>
                    <a:xfrm>
                      <a:off x="0" y="0"/>
                      <a:ext cx="6217920" cy="3497580"/>
                    </a:xfrm>
                    <a:prstGeom prst="rect">
                      <a:avLst/>
                    </a:prstGeom>
                  </pic:spPr>
                </pic:pic>
              </a:graphicData>
            </a:graphic>
          </wp:inline>
        </w:drawing>
      </w:r>
    </w:p>
    <w:p w14:paraId="34D91A9F" w14:textId="5A24ABE1" w:rsidR="005F55BA" w:rsidRDefault="00185D16" w:rsidP="004E33AF">
      <w:pPr>
        <w:jc w:val="center"/>
        <w:rPr>
          <w:i/>
          <w:sz w:val="24"/>
          <w:szCs w:val="24"/>
        </w:rPr>
      </w:pPr>
      <w:r w:rsidRPr="00185D16">
        <w:rPr>
          <w:i/>
          <w:sz w:val="24"/>
          <w:szCs w:val="24"/>
        </w:rPr>
        <w:t xml:space="preserve">This screenshot shows Windows File Explorer - This PC </w:t>
      </w:r>
      <w:proofErr w:type="gramStart"/>
      <w:r w:rsidRPr="00185D16">
        <w:rPr>
          <w:i/>
          <w:sz w:val="24"/>
          <w:szCs w:val="24"/>
        </w:rPr>
        <w:t>showing</w:t>
      </w:r>
      <w:proofErr w:type="gramEnd"/>
      <w:r w:rsidRPr="00185D16">
        <w:rPr>
          <w:i/>
          <w:sz w:val="24"/>
          <w:szCs w:val="24"/>
        </w:rPr>
        <w:t xml:space="preserve"> the operating system’s file and storage management. It lists the available storage devices: a Local disk (C:) with 39.8 GB free of 219 GB and an SDXC drive (D:) with 96.4 GB free of 124 GB. Users can access, </w:t>
      </w:r>
      <w:r w:rsidRPr="00185D16">
        <w:rPr>
          <w:i/>
          <w:sz w:val="24"/>
          <w:szCs w:val="24"/>
        </w:rPr>
        <w:t>organize</w:t>
      </w:r>
      <w:r w:rsidRPr="00185D16">
        <w:rPr>
          <w:i/>
          <w:sz w:val="24"/>
          <w:szCs w:val="24"/>
        </w:rPr>
        <w:t>, copy, move, delete, and manage files and folders through this interface.</w:t>
      </w:r>
    </w:p>
    <w:p w14:paraId="4D9FB503" w14:textId="77777777" w:rsidR="001761A1" w:rsidRPr="001761A1" w:rsidRDefault="001761A1" w:rsidP="004E33AF">
      <w:pPr>
        <w:jc w:val="center"/>
        <w:rPr>
          <w:i/>
          <w:sz w:val="24"/>
          <w:szCs w:val="24"/>
        </w:rPr>
      </w:pPr>
    </w:p>
    <w:p w14:paraId="10DC7D5D" w14:textId="77777777" w:rsidR="004E33AF" w:rsidRPr="001761A1" w:rsidRDefault="004E33AF">
      <w:pPr>
        <w:jc w:val="center"/>
        <w:rPr>
          <w:i/>
          <w:sz w:val="24"/>
          <w:szCs w:val="24"/>
        </w:rPr>
      </w:pPr>
    </w:p>
    <w:p w14:paraId="30B09443" w14:textId="77777777" w:rsidR="004E33AF" w:rsidRPr="001761A1" w:rsidRDefault="004E33AF">
      <w:pPr>
        <w:jc w:val="center"/>
        <w:rPr>
          <w:i/>
          <w:sz w:val="24"/>
          <w:szCs w:val="24"/>
        </w:rPr>
      </w:pPr>
    </w:p>
    <w:p w14:paraId="5B6CC6A9" w14:textId="2C511BD7" w:rsidR="004E33AF" w:rsidRPr="001761A1" w:rsidRDefault="004E33AF">
      <w:pPr>
        <w:jc w:val="center"/>
        <w:rPr>
          <w:i/>
          <w:sz w:val="24"/>
          <w:szCs w:val="24"/>
        </w:rPr>
      </w:pPr>
    </w:p>
    <w:p w14:paraId="6D0E1C61" w14:textId="77777777" w:rsidR="004E33AF" w:rsidRPr="001761A1" w:rsidRDefault="004E33AF">
      <w:pPr>
        <w:jc w:val="center"/>
        <w:rPr>
          <w:sz w:val="24"/>
          <w:szCs w:val="24"/>
        </w:rPr>
      </w:pPr>
    </w:p>
    <w:p w14:paraId="3A829D06" w14:textId="77777777" w:rsidR="001633FC" w:rsidRPr="001761A1" w:rsidRDefault="007071BC">
      <w:pPr>
        <w:jc w:val="center"/>
        <w:rPr>
          <w:sz w:val="24"/>
          <w:szCs w:val="24"/>
        </w:rPr>
      </w:pPr>
      <w:r w:rsidRPr="001761A1">
        <w:rPr>
          <w:noProof/>
          <w:sz w:val="24"/>
          <w:szCs w:val="24"/>
        </w:rPr>
        <w:lastRenderedPageBreak/>
        <w:drawing>
          <wp:inline distT="0" distB="0" distL="0" distR="0" wp14:anchorId="36275251" wp14:editId="1D8DC731">
            <wp:extent cx="5715000" cy="2971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linux_files.png"/>
                    <pic:cNvPicPr/>
                  </pic:nvPicPr>
                  <pic:blipFill>
                    <a:blip r:embed="rId14"/>
                    <a:stretch>
                      <a:fillRect/>
                    </a:stretch>
                  </pic:blipFill>
                  <pic:spPr>
                    <a:xfrm>
                      <a:off x="0" y="0"/>
                      <a:ext cx="5715000" cy="2971800"/>
                    </a:xfrm>
                    <a:prstGeom prst="rect">
                      <a:avLst/>
                    </a:prstGeom>
                  </pic:spPr>
                </pic:pic>
              </a:graphicData>
            </a:graphic>
          </wp:inline>
        </w:drawing>
      </w:r>
    </w:p>
    <w:p w14:paraId="3FCED156" w14:textId="77777777" w:rsidR="001633FC" w:rsidRPr="001761A1" w:rsidRDefault="007071BC">
      <w:pPr>
        <w:jc w:val="center"/>
        <w:rPr>
          <w:i/>
          <w:sz w:val="24"/>
          <w:szCs w:val="24"/>
        </w:rPr>
      </w:pPr>
      <w:r w:rsidRPr="001761A1">
        <w:rPr>
          <w:i/>
          <w:sz w:val="24"/>
          <w:szCs w:val="24"/>
        </w:rPr>
        <w:t>Figure 1B. Linux file-system management (illustrative screenshot).</w:t>
      </w:r>
    </w:p>
    <w:p w14:paraId="238410C7" w14:textId="77951493" w:rsidR="007B3DBD" w:rsidRPr="001761A1" w:rsidRDefault="007B3DBD">
      <w:pPr>
        <w:jc w:val="center"/>
        <w:rPr>
          <w:sz w:val="24"/>
          <w:szCs w:val="24"/>
        </w:rPr>
      </w:pPr>
      <w:r w:rsidRPr="001761A1">
        <w:rPr>
          <w:sz w:val="24"/>
          <w:szCs w:val="24"/>
        </w:rPr>
        <w:t xml:space="preserve">Finally, scheduling and monitoring are reliable. Windows Task Scheduler can run programs at specific times or when events happen [14], and </w:t>
      </w:r>
      <w:proofErr w:type="spellStart"/>
      <w:r w:rsidRPr="001761A1">
        <w:rPr>
          <w:sz w:val="24"/>
          <w:szCs w:val="24"/>
        </w:rPr>
        <w:t>schtasks</w:t>
      </w:r>
      <w:proofErr w:type="spellEnd"/>
      <w:r w:rsidRPr="001761A1">
        <w:rPr>
          <w:sz w:val="24"/>
          <w:szCs w:val="24"/>
        </w:rPr>
        <w:t xml:space="preserve"> </w:t>
      </w:r>
      <w:r w:rsidRPr="001761A1">
        <w:rPr>
          <w:sz w:val="24"/>
          <w:szCs w:val="24"/>
        </w:rPr>
        <w:t>display</w:t>
      </w:r>
      <w:r w:rsidRPr="001761A1">
        <w:rPr>
          <w:sz w:val="24"/>
          <w:szCs w:val="24"/>
        </w:rPr>
        <w:t xml:space="preserve"> these operations using the CLI [15]. Linux </w:t>
      </w:r>
      <w:proofErr w:type="spellStart"/>
      <w:r w:rsidRPr="001761A1">
        <w:rPr>
          <w:sz w:val="24"/>
          <w:szCs w:val="24"/>
        </w:rPr>
        <w:t>cron</w:t>
      </w:r>
      <w:proofErr w:type="spellEnd"/>
      <w:r w:rsidRPr="001761A1">
        <w:rPr>
          <w:sz w:val="24"/>
          <w:szCs w:val="24"/>
        </w:rPr>
        <w:t xml:space="preserve"> uses crontab files to set commands that run at specified times (e.g</w:t>
      </w:r>
      <w:proofErr w:type="gramStart"/>
      <w:r w:rsidRPr="001761A1">
        <w:rPr>
          <w:sz w:val="24"/>
          <w:szCs w:val="24"/>
        </w:rPr>
        <w:t>., @</w:t>
      </w:r>
      <w:proofErr w:type="gramEnd"/>
      <w:r w:rsidRPr="001761A1">
        <w:rPr>
          <w:sz w:val="24"/>
          <w:szCs w:val="24"/>
        </w:rPr>
        <w:t xml:space="preserve">daily </w:t>
      </w:r>
      <w:proofErr w:type="gramStart"/>
      <w:r w:rsidRPr="001761A1">
        <w:rPr>
          <w:sz w:val="24"/>
          <w:szCs w:val="24"/>
        </w:rPr>
        <w:t>or @</w:t>
      </w:r>
      <w:proofErr w:type="gramEnd"/>
      <w:r w:rsidRPr="001761A1">
        <w:rPr>
          <w:sz w:val="24"/>
          <w:szCs w:val="24"/>
        </w:rPr>
        <w:t>reboot). Together, these functions demonstrate why an OS is more than a graphical desktop: it is the control layer that allocates resources, provides interfaces and enforces system-wide policies.</w:t>
      </w:r>
    </w:p>
    <w:p w14:paraId="7DDBFCA9" w14:textId="77777777" w:rsidR="001633FC" w:rsidRPr="001761A1" w:rsidRDefault="007071BC">
      <w:pPr>
        <w:pStyle w:val="Heading1"/>
        <w:rPr>
          <w:sz w:val="24"/>
          <w:szCs w:val="24"/>
        </w:rPr>
      </w:pPr>
      <w:r w:rsidRPr="001761A1">
        <w:rPr>
          <w:sz w:val="24"/>
          <w:szCs w:val="24"/>
        </w:rPr>
        <w:t>2. Use of Windows OS CLI Commands</w:t>
      </w:r>
    </w:p>
    <w:p w14:paraId="430011A7" w14:textId="0470366B" w:rsidR="007B3DBD" w:rsidRPr="001761A1" w:rsidRDefault="007B3DBD">
      <w:pPr>
        <w:rPr>
          <w:sz w:val="24"/>
          <w:szCs w:val="24"/>
        </w:rPr>
      </w:pPr>
      <w:r w:rsidRPr="001761A1">
        <w:rPr>
          <w:sz w:val="24"/>
          <w:szCs w:val="24"/>
        </w:rPr>
        <w:t xml:space="preserve">The following PowerShell and Windows command line activities provide a practical administration set. Each command should be run on the student's Windows test system and captured with the command and output visible. PowerShell is especially useful since many cmdlets return structured objects instead of plain text, and filtering and sorting can be chained together [4], [8]. The examples below are intentionally </w:t>
      </w:r>
      <w:proofErr w:type="gramStart"/>
      <w:r w:rsidRPr="001761A1">
        <w:rPr>
          <w:sz w:val="24"/>
          <w:szCs w:val="24"/>
        </w:rPr>
        <w:t>low-risk</w:t>
      </w:r>
      <w:proofErr w:type="gramEnd"/>
      <w:r w:rsidRPr="001761A1">
        <w:rPr>
          <w:sz w:val="24"/>
          <w:szCs w:val="24"/>
        </w:rPr>
        <w:t xml:space="preserve">; commands that modify accounts or scheduled tasks should only be run in an approved lab environment. Get-Process | Sort-Object CPU -Descending | Select-Object -First 5 — Process management: identifies the five processes with the most CPU time. Get-Process -Name explorer | Select-Object Id, </w:t>
      </w:r>
      <w:r w:rsidRPr="001761A1">
        <w:rPr>
          <w:sz w:val="24"/>
          <w:szCs w:val="24"/>
        </w:rPr>
        <w:t>Process Name</w:t>
      </w:r>
      <w:r w:rsidRPr="001761A1">
        <w:rPr>
          <w:sz w:val="24"/>
          <w:szCs w:val="24"/>
        </w:rPr>
        <w:t>, CPU — Process management: retrieves a specific process and selected properties. Get-</w:t>
      </w:r>
      <w:r w:rsidRPr="001761A1">
        <w:rPr>
          <w:sz w:val="24"/>
          <w:szCs w:val="24"/>
        </w:rPr>
        <w:t>Child Item</w:t>
      </w:r>
      <w:r w:rsidRPr="001761A1">
        <w:rPr>
          <w:sz w:val="24"/>
          <w:szCs w:val="24"/>
        </w:rPr>
        <w:t xml:space="preserve"> -Path $HOME -File -Recurse -Depth 2 — File/directory management: recursively lists files to a limited depth. New-Item -Path "$HOME\</w:t>
      </w:r>
      <w:proofErr w:type="spellStart"/>
      <w:r w:rsidRPr="001761A1">
        <w:rPr>
          <w:sz w:val="24"/>
          <w:szCs w:val="24"/>
        </w:rPr>
        <w:t>OSLab</w:t>
      </w:r>
      <w:proofErr w:type="spellEnd"/>
      <w:r w:rsidRPr="001761A1">
        <w:rPr>
          <w:sz w:val="24"/>
          <w:szCs w:val="24"/>
        </w:rPr>
        <w:t xml:space="preserve">" -ItemType Directory -Force — File/directory </w:t>
      </w:r>
      <w:proofErr w:type="gramStart"/>
      <w:r w:rsidRPr="001761A1">
        <w:rPr>
          <w:sz w:val="24"/>
          <w:szCs w:val="24"/>
        </w:rPr>
        <w:t>management:</w:t>
      </w:r>
      <w:proofErr w:type="gramEnd"/>
      <w:r w:rsidRPr="001761A1">
        <w:rPr>
          <w:sz w:val="24"/>
          <w:szCs w:val="24"/>
        </w:rPr>
        <w:t xml:space="preserve"> creates the laboratory directory; -Force avoids failure if it already exists. Copy-Item "$HOME\</w:t>
      </w:r>
      <w:proofErr w:type="spellStart"/>
      <w:r w:rsidRPr="001761A1">
        <w:rPr>
          <w:sz w:val="24"/>
          <w:szCs w:val="24"/>
        </w:rPr>
        <w:t>OSLab</w:t>
      </w:r>
      <w:proofErr w:type="spellEnd"/>
      <w:r w:rsidRPr="001761A1">
        <w:rPr>
          <w:sz w:val="24"/>
          <w:szCs w:val="24"/>
        </w:rPr>
        <w:t>\notes.txt" "$HOME\</w:t>
      </w:r>
      <w:proofErr w:type="spellStart"/>
      <w:r w:rsidRPr="001761A1">
        <w:rPr>
          <w:sz w:val="24"/>
          <w:szCs w:val="24"/>
        </w:rPr>
        <w:t>OSLab</w:t>
      </w:r>
      <w:proofErr w:type="spellEnd"/>
      <w:r w:rsidRPr="001761A1">
        <w:rPr>
          <w:sz w:val="24"/>
          <w:szCs w:val="24"/>
        </w:rPr>
        <w:t>\backup.txt" -Force — File management: copies a file and overwrites an existing destination when required. Test-Connection 8.8.8.8 -Count 4 — Network testing: sends four ICMP echo requests to test reachability. Get-</w:t>
      </w:r>
      <w:proofErr w:type="spellStart"/>
      <w:r w:rsidRPr="001761A1">
        <w:rPr>
          <w:sz w:val="24"/>
          <w:szCs w:val="24"/>
        </w:rPr>
        <w:t>NetTCPConnection</w:t>
      </w:r>
      <w:proofErr w:type="spellEnd"/>
      <w:r w:rsidRPr="001761A1">
        <w:rPr>
          <w:sz w:val="24"/>
          <w:szCs w:val="24"/>
        </w:rPr>
        <w:t xml:space="preserve"> -State Established | Select-Object -First 10 — Network monitoring: lists established TCP connections. ipconfig /all — Network monitoring: shows </w:t>
      </w:r>
      <w:r w:rsidRPr="001761A1">
        <w:rPr>
          <w:sz w:val="24"/>
          <w:szCs w:val="24"/>
        </w:rPr>
        <w:lastRenderedPageBreak/>
        <w:t>detailed adapter configuration, addresses and DNS information. Get-</w:t>
      </w:r>
      <w:r w:rsidRPr="001761A1">
        <w:rPr>
          <w:sz w:val="24"/>
          <w:szCs w:val="24"/>
        </w:rPr>
        <w:t>Local User</w:t>
      </w:r>
      <w:r w:rsidRPr="001761A1">
        <w:rPr>
          <w:sz w:val="24"/>
          <w:szCs w:val="24"/>
        </w:rPr>
        <w:t xml:space="preserve"> | Select-Object Name, Enabled, </w:t>
      </w:r>
      <w:r w:rsidRPr="001761A1">
        <w:rPr>
          <w:sz w:val="24"/>
          <w:szCs w:val="24"/>
        </w:rPr>
        <w:t>Last Logon</w:t>
      </w:r>
      <w:r w:rsidRPr="001761A1">
        <w:rPr>
          <w:sz w:val="24"/>
          <w:szCs w:val="24"/>
        </w:rPr>
        <w:t xml:space="preserve"> — User management: reviews local user accounts and selected account properties. net user — User management: lists local user accounts; Microsoft provides options for viewing, adding, modifying and deleting accounts [12]. </w:t>
      </w:r>
      <w:proofErr w:type="spellStart"/>
      <w:r w:rsidRPr="001761A1">
        <w:rPr>
          <w:sz w:val="24"/>
          <w:szCs w:val="24"/>
        </w:rPr>
        <w:t>schtasks</w:t>
      </w:r>
      <w:proofErr w:type="spellEnd"/>
      <w:r w:rsidRPr="001761A1">
        <w:rPr>
          <w:sz w:val="24"/>
          <w:szCs w:val="24"/>
        </w:rPr>
        <w:t xml:space="preserve"> /query /</w:t>
      </w:r>
      <w:proofErr w:type="spellStart"/>
      <w:r w:rsidRPr="001761A1">
        <w:rPr>
          <w:sz w:val="24"/>
          <w:szCs w:val="24"/>
        </w:rPr>
        <w:t>fo</w:t>
      </w:r>
      <w:proofErr w:type="spellEnd"/>
      <w:r w:rsidRPr="001761A1">
        <w:rPr>
          <w:sz w:val="24"/>
          <w:szCs w:val="24"/>
        </w:rPr>
        <w:t xml:space="preserve"> LIST /v — Task scheduling: queries scheduled tasks in verbose list format [15]. </w:t>
      </w:r>
      <w:proofErr w:type="spellStart"/>
      <w:r w:rsidRPr="001761A1">
        <w:rPr>
          <w:sz w:val="24"/>
          <w:szCs w:val="24"/>
        </w:rPr>
        <w:t>schtasks</w:t>
      </w:r>
      <w:proofErr w:type="spellEnd"/>
      <w:r w:rsidRPr="001761A1">
        <w:rPr>
          <w:sz w:val="24"/>
          <w:szCs w:val="24"/>
        </w:rPr>
        <w:t xml:space="preserve"> /query /</w:t>
      </w:r>
      <w:proofErr w:type="spellStart"/>
      <w:r w:rsidRPr="001761A1">
        <w:rPr>
          <w:sz w:val="24"/>
          <w:szCs w:val="24"/>
        </w:rPr>
        <w:t>tn</w:t>
      </w:r>
      <w:proofErr w:type="spellEnd"/>
      <w:r w:rsidRPr="001761A1">
        <w:rPr>
          <w:sz w:val="24"/>
          <w:szCs w:val="24"/>
        </w:rPr>
        <w:t xml:space="preserve"> "</w:t>
      </w:r>
      <w:r w:rsidRPr="001761A1">
        <w:rPr>
          <w:sz w:val="24"/>
          <w:szCs w:val="24"/>
        </w:rPr>
        <w:t>\Microsoft\Windows\Defrag\Scheduled Defrag”</w:t>
      </w:r>
      <w:r w:rsidRPr="001761A1">
        <w:rPr>
          <w:sz w:val="24"/>
          <w:szCs w:val="24"/>
        </w:rPr>
        <w:t xml:space="preserve"> Task scheduling: queries one named task; /</w:t>
      </w:r>
      <w:proofErr w:type="spellStart"/>
      <w:r w:rsidRPr="001761A1">
        <w:rPr>
          <w:sz w:val="24"/>
          <w:szCs w:val="24"/>
        </w:rPr>
        <w:t>tn</w:t>
      </w:r>
      <w:proofErr w:type="spellEnd"/>
      <w:r w:rsidRPr="001761A1">
        <w:rPr>
          <w:sz w:val="24"/>
          <w:szCs w:val="24"/>
        </w:rPr>
        <w:t xml:space="preserve"> selects the specific task [15].</w:t>
      </w:r>
    </w:p>
    <w:p w14:paraId="64C5AD7F" w14:textId="77777777" w:rsidR="001633FC" w:rsidRPr="001761A1" w:rsidRDefault="007071BC">
      <w:pPr>
        <w:jc w:val="center"/>
        <w:rPr>
          <w:sz w:val="24"/>
          <w:szCs w:val="24"/>
        </w:rPr>
      </w:pPr>
      <w:r w:rsidRPr="001761A1">
        <w:rPr>
          <w:noProof/>
          <w:sz w:val="24"/>
          <w:szCs w:val="24"/>
        </w:rPr>
        <w:drawing>
          <wp:inline distT="0" distB="0" distL="0" distR="0" wp14:anchorId="631F6D81" wp14:editId="47B8CB60">
            <wp:extent cx="5715000" cy="2971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_win_network.png"/>
                    <pic:cNvPicPr/>
                  </pic:nvPicPr>
                  <pic:blipFill>
                    <a:blip r:embed="rId15"/>
                    <a:stretch>
                      <a:fillRect/>
                    </a:stretch>
                  </pic:blipFill>
                  <pic:spPr>
                    <a:xfrm>
                      <a:off x="0" y="0"/>
                      <a:ext cx="5715000" cy="2971800"/>
                    </a:xfrm>
                    <a:prstGeom prst="rect">
                      <a:avLst/>
                    </a:prstGeom>
                  </pic:spPr>
                </pic:pic>
              </a:graphicData>
            </a:graphic>
          </wp:inline>
        </w:drawing>
      </w:r>
    </w:p>
    <w:p w14:paraId="0E9DD01C" w14:textId="77777777" w:rsidR="001633FC" w:rsidRPr="001761A1" w:rsidRDefault="007071BC">
      <w:pPr>
        <w:jc w:val="center"/>
        <w:rPr>
          <w:sz w:val="24"/>
          <w:szCs w:val="24"/>
        </w:rPr>
      </w:pPr>
      <w:r w:rsidRPr="001761A1">
        <w:rPr>
          <w:i/>
          <w:sz w:val="24"/>
          <w:szCs w:val="24"/>
        </w:rPr>
        <w:t>Figure 2A. Windows network testing/monitoring (illustrative screenshot).</w:t>
      </w:r>
    </w:p>
    <w:p w14:paraId="57457605" w14:textId="77777777" w:rsidR="001633FC" w:rsidRPr="001761A1" w:rsidRDefault="007071BC">
      <w:pPr>
        <w:jc w:val="center"/>
        <w:rPr>
          <w:sz w:val="24"/>
          <w:szCs w:val="24"/>
        </w:rPr>
      </w:pPr>
      <w:r w:rsidRPr="001761A1">
        <w:rPr>
          <w:noProof/>
          <w:sz w:val="24"/>
          <w:szCs w:val="24"/>
        </w:rPr>
        <w:drawing>
          <wp:inline distT="0" distB="0" distL="0" distR="0" wp14:anchorId="175EEFBA" wp14:editId="301F81D9">
            <wp:extent cx="5715000" cy="2971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_win_schedule.png"/>
                    <pic:cNvPicPr/>
                  </pic:nvPicPr>
                  <pic:blipFill>
                    <a:blip r:embed="rId16"/>
                    <a:stretch>
                      <a:fillRect/>
                    </a:stretch>
                  </pic:blipFill>
                  <pic:spPr>
                    <a:xfrm>
                      <a:off x="0" y="0"/>
                      <a:ext cx="5715000" cy="2971800"/>
                    </a:xfrm>
                    <a:prstGeom prst="rect">
                      <a:avLst/>
                    </a:prstGeom>
                  </pic:spPr>
                </pic:pic>
              </a:graphicData>
            </a:graphic>
          </wp:inline>
        </w:drawing>
      </w:r>
    </w:p>
    <w:p w14:paraId="1ECD9255" w14:textId="77777777" w:rsidR="001633FC" w:rsidRPr="001761A1" w:rsidRDefault="007071BC">
      <w:pPr>
        <w:jc w:val="center"/>
        <w:rPr>
          <w:sz w:val="24"/>
          <w:szCs w:val="24"/>
        </w:rPr>
      </w:pPr>
      <w:r w:rsidRPr="001761A1">
        <w:rPr>
          <w:i/>
          <w:sz w:val="24"/>
          <w:szCs w:val="24"/>
        </w:rPr>
        <w:t>Figure 2B. Windows scheduled-task query (illustrative screenshot).</w:t>
      </w:r>
    </w:p>
    <w:p w14:paraId="1064B558" w14:textId="63CB6FA3" w:rsidR="007B3DBD" w:rsidRPr="001761A1" w:rsidRDefault="007B3DBD">
      <w:pPr>
        <w:rPr>
          <w:sz w:val="24"/>
          <w:szCs w:val="24"/>
        </w:rPr>
      </w:pPr>
      <w:r w:rsidRPr="001761A1">
        <w:rPr>
          <w:sz w:val="24"/>
          <w:szCs w:val="24"/>
        </w:rPr>
        <w:t xml:space="preserve">These commands show the five main areas needed without a single interface. Process commands show resource use and identity; file commands show how directories and files can </w:t>
      </w:r>
      <w:r w:rsidRPr="001761A1">
        <w:rPr>
          <w:sz w:val="24"/>
          <w:szCs w:val="24"/>
        </w:rPr>
        <w:lastRenderedPageBreak/>
        <w:t xml:space="preserve">be manipulated; network commands test connectivity and examine active connections; account commands provide local administration; and </w:t>
      </w:r>
      <w:proofErr w:type="spellStart"/>
      <w:r w:rsidRPr="001761A1">
        <w:rPr>
          <w:sz w:val="24"/>
          <w:szCs w:val="24"/>
        </w:rPr>
        <w:t>schtasks</w:t>
      </w:r>
      <w:proofErr w:type="spellEnd"/>
      <w:r w:rsidRPr="001761A1">
        <w:rPr>
          <w:sz w:val="24"/>
          <w:szCs w:val="24"/>
        </w:rPr>
        <w:t xml:space="preserve"> </w:t>
      </w:r>
      <w:r w:rsidRPr="001761A1">
        <w:rPr>
          <w:sz w:val="24"/>
          <w:szCs w:val="24"/>
        </w:rPr>
        <w:t>provide</w:t>
      </w:r>
      <w:r w:rsidRPr="001761A1">
        <w:rPr>
          <w:sz w:val="24"/>
          <w:szCs w:val="24"/>
        </w:rPr>
        <w:t xml:space="preserve"> CLI access to Windows Task Scheduler. Microsoft confirms that </w:t>
      </w:r>
      <w:proofErr w:type="spellStart"/>
      <w:r w:rsidRPr="001761A1">
        <w:rPr>
          <w:sz w:val="24"/>
          <w:szCs w:val="24"/>
        </w:rPr>
        <w:t>schtasks</w:t>
      </w:r>
      <w:proofErr w:type="spellEnd"/>
      <w:r w:rsidRPr="001761A1">
        <w:rPr>
          <w:sz w:val="24"/>
          <w:szCs w:val="24"/>
        </w:rPr>
        <w:t xml:space="preserve"> can query, create, change, run and end scheduled tasks [15]; Task Scheduler itself is designed to execute programs at chosen times or in response to events [14].</w:t>
      </w:r>
    </w:p>
    <w:p w14:paraId="1EC1C8DC" w14:textId="20FCCAF0" w:rsidR="001633FC" w:rsidRPr="001761A1" w:rsidRDefault="007071BC">
      <w:pPr>
        <w:pStyle w:val="Heading1"/>
        <w:rPr>
          <w:sz w:val="24"/>
          <w:szCs w:val="24"/>
        </w:rPr>
      </w:pPr>
      <w:r w:rsidRPr="001761A1">
        <w:rPr>
          <w:sz w:val="24"/>
          <w:szCs w:val="24"/>
        </w:rPr>
        <w:t>3. Use of Linux OS CLI Commands</w:t>
      </w:r>
      <w:r w:rsidR="00235F8F" w:rsidRPr="001761A1">
        <w:rPr>
          <w:sz w:val="24"/>
          <w:szCs w:val="24"/>
        </w:rPr>
        <w:t xml:space="preserve"> </w:t>
      </w:r>
    </w:p>
    <w:p w14:paraId="73649F26" w14:textId="6173923F" w:rsidR="00235F8F" w:rsidRPr="001761A1" w:rsidRDefault="00235F8F" w:rsidP="00235F8F">
      <w:pPr>
        <w:rPr>
          <w:sz w:val="24"/>
          <w:szCs w:val="24"/>
        </w:rPr>
      </w:pPr>
      <w:r w:rsidRPr="001761A1">
        <w:rPr>
          <w:sz w:val="24"/>
          <w:szCs w:val="24"/>
        </w:rPr>
        <w:t>Bash provides a text-based interface to interact with Linux and is widely used for administration and automation. Ubuntu describes the command line as a text interface that can manipulate files and command chaining [17</w:t>
      </w:r>
      <w:proofErr w:type="gramStart"/>
      <w:r w:rsidRPr="001761A1">
        <w:rPr>
          <w:sz w:val="24"/>
          <w:szCs w:val="24"/>
        </w:rPr>
        <w:t>]</w:t>
      </w:r>
      <w:proofErr w:type="gramEnd"/>
      <w:r w:rsidRPr="001761A1">
        <w:rPr>
          <w:sz w:val="24"/>
          <w:szCs w:val="24"/>
        </w:rPr>
        <w:t xml:space="preserve"> and the GNU Bash manual includes shell variables, conditional constructs, loops and arithmetic [18]</w:t>
      </w:r>
      <w:proofErr w:type="gramStart"/>
      <w:r w:rsidRPr="001761A1">
        <w:rPr>
          <w:sz w:val="24"/>
          <w:szCs w:val="24"/>
        </w:rPr>
        <w:t>–[</w:t>
      </w:r>
      <w:proofErr w:type="gramEnd"/>
      <w:r w:rsidRPr="001761A1">
        <w:rPr>
          <w:sz w:val="24"/>
          <w:szCs w:val="24"/>
        </w:rPr>
        <w:t xml:space="preserve">20]. The following commands cover the same administration themes as the Windows section and can be helpful for comparison. 1. </w:t>
      </w:r>
      <w:proofErr w:type="spellStart"/>
      <w:r w:rsidRPr="001761A1">
        <w:rPr>
          <w:sz w:val="24"/>
          <w:szCs w:val="24"/>
        </w:rPr>
        <w:t>ps</w:t>
      </w:r>
      <w:proofErr w:type="spellEnd"/>
      <w:r w:rsidRPr="001761A1">
        <w:rPr>
          <w:sz w:val="24"/>
          <w:szCs w:val="24"/>
        </w:rPr>
        <w:t xml:space="preserve"> aux --sort=-%</w:t>
      </w:r>
      <w:proofErr w:type="spellStart"/>
      <w:r w:rsidRPr="001761A1">
        <w:rPr>
          <w:sz w:val="24"/>
          <w:szCs w:val="24"/>
        </w:rPr>
        <w:t>cpu</w:t>
      </w:r>
      <w:proofErr w:type="spellEnd"/>
      <w:r w:rsidRPr="001761A1">
        <w:rPr>
          <w:sz w:val="24"/>
          <w:szCs w:val="24"/>
        </w:rPr>
        <w:t xml:space="preserve"> | head -n 6 — Process management: shows the processes sorted by CPU usage and keeps only the first six lines [5]. 2. </w:t>
      </w:r>
      <w:proofErr w:type="spellStart"/>
      <w:r w:rsidRPr="001761A1">
        <w:rPr>
          <w:sz w:val="24"/>
          <w:szCs w:val="24"/>
        </w:rPr>
        <w:t>pgrep</w:t>
      </w:r>
      <w:proofErr w:type="spellEnd"/>
      <w:r w:rsidRPr="001761A1">
        <w:rPr>
          <w:sz w:val="24"/>
          <w:szCs w:val="24"/>
        </w:rPr>
        <w:t xml:space="preserve"> -a bash — Process management: is to find Bash processes and print their command lines. 3. ls -</w:t>
      </w:r>
      <w:proofErr w:type="spellStart"/>
      <w:r w:rsidRPr="001761A1">
        <w:rPr>
          <w:sz w:val="24"/>
          <w:szCs w:val="24"/>
        </w:rPr>
        <w:t>lah</w:t>
      </w:r>
      <w:proofErr w:type="spellEnd"/>
      <w:r w:rsidRPr="001761A1">
        <w:rPr>
          <w:sz w:val="24"/>
          <w:szCs w:val="24"/>
        </w:rPr>
        <w:t xml:space="preserve"> ~/</w:t>
      </w:r>
      <w:proofErr w:type="spellStart"/>
      <w:r w:rsidRPr="001761A1">
        <w:rPr>
          <w:sz w:val="24"/>
          <w:szCs w:val="24"/>
        </w:rPr>
        <w:t>OSLab</w:t>
      </w:r>
      <w:proofErr w:type="spellEnd"/>
      <w:r w:rsidRPr="001761A1">
        <w:rPr>
          <w:sz w:val="24"/>
          <w:szCs w:val="24"/>
        </w:rPr>
        <w:t xml:space="preserve"> — File/directory management: displays long, human-readable and hidden files [9]. 4. </w:t>
      </w:r>
      <w:proofErr w:type="spellStart"/>
      <w:r w:rsidRPr="001761A1">
        <w:rPr>
          <w:sz w:val="24"/>
          <w:szCs w:val="24"/>
        </w:rPr>
        <w:t>mkdir</w:t>
      </w:r>
      <w:proofErr w:type="spellEnd"/>
      <w:r w:rsidRPr="001761A1">
        <w:rPr>
          <w:sz w:val="24"/>
          <w:szCs w:val="24"/>
        </w:rPr>
        <w:t xml:space="preserve"> -p ~/</w:t>
      </w:r>
      <w:proofErr w:type="spellStart"/>
      <w:r w:rsidRPr="001761A1">
        <w:rPr>
          <w:sz w:val="24"/>
          <w:szCs w:val="24"/>
        </w:rPr>
        <w:t>OSLab</w:t>
      </w:r>
      <w:proofErr w:type="spellEnd"/>
      <w:proofErr w:type="gramStart"/>
      <w:r w:rsidRPr="001761A1">
        <w:rPr>
          <w:sz w:val="24"/>
          <w:szCs w:val="24"/>
        </w:rPr>
        <w:t>/{</w:t>
      </w:r>
      <w:proofErr w:type="gramEnd"/>
      <w:r w:rsidRPr="001761A1">
        <w:rPr>
          <w:sz w:val="24"/>
          <w:szCs w:val="24"/>
        </w:rPr>
        <w:t>logs, backup</w:t>
      </w:r>
      <w:r w:rsidRPr="001761A1">
        <w:rPr>
          <w:sz w:val="24"/>
          <w:szCs w:val="24"/>
        </w:rPr>
        <w:t>} — File/directory management: creates nested directories and does not fail when parent directories already exist. 5. find ~/</w:t>
      </w:r>
      <w:proofErr w:type="spellStart"/>
      <w:r w:rsidRPr="001761A1">
        <w:rPr>
          <w:sz w:val="24"/>
          <w:szCs w:val="24"/>
        </w:rPr>
        <w:t>OSLab</w:t>
      </w:r>
      <w:proofErr w:type="spellEnd"/>
      <w:r w:rsidRPr="001761A1">
        <w:rPr>
          <w:sz w:val="24"/>
          <w:szCs w:val="24"/>
        </w:rPr>
        <w:t xml:space="preserve"> -type f -name '*.log' -print — File management: searches a directory hierarchy for regular .log files [10]. 6. cp -v ~/</w:t>
      </w:r>
      <w:proofErr w:type="spellStart"/>
      <w:r w:rsidRPr="001761A1">
        <w:rPr>
          <w:sz w:val="24"/>
          <w:szCs w:val="24"/>
        </w:rPr>
        <w:t>OSLab</w:t>
      </w:r>
      <w:proofErr w:type="spellEnd"/>
      <w:r w:rsidRPr="001761A1">
        <w:rPr>
          <w:sz w:val="24"/>
          <w:szCs w:val="24"/>
        </w:rPr>
        <w:t>/notes.txt ~/</w:t>
      </w:r>
      <w:proofErr w:type="spellStart"/>
      <w:r w:rsidRPr="001761A1">
        <w:rPr>
          <w:sz w:val="24"/>
          <w:szCs w:val="24"/>
        </w:rPr>
        <w:t>OSLab</w:t>
      </w:r>
      <w:proofErr w:type="spellEnd"/>
      <w:r w:rsidRPr="001761A1">
        <w:rPr>
          <w:sz w:val="24"/>
          <w:szCs w:val="24"/>
        </w:rPr>
        <w:t>/</w:t>
      </w:r>
      <w:proofErr w:type="gramStart"/>
      <w:r w:rsidRPr="001761A1">
        <w:rPr>
          <w:sz w:val="24"/>
          <w:szCs w:val="24"/>
        </w:rPr>
        <w:t>backup/ —</w:t>
      </w:r>
      <w:proofErr w:type="gramEnd"/>
      <w:r w:rsidRPr="001761A1">
        <w:rPr>
          <w:sz w:val="24"/>
          <w:szCs w:val="24"/>
        </w:rPr>
        <w:t xml:space="preserve"> File management: copies a file and reports the action. 7. ping -c 4 8.8.8.8 — Network testing: sends four ICMP echo requests. 8. </w:t>
      </w:r>
      <w:proofErr w:type="spellStart"/>
      <w:r w:rsidRPr="001761A1">
        <w:rPr>
          <w:sz w:val="24"/>
          <w:szCs w:val="24"/>
        </w:rPr>
        <w:t>ip</w:t>
      </w:r>
      <w:proofErr w:type="spellEnd"/>
      <w:r w:rsidRPr="001761A1">
        <w:rPr>
          <w:sz w:val="24"/>
          <w:szCs w:val="24"/>
        </w:rPr>
        <w:t xml:space="preserve"> -</w:t>
      </w:r>
      <w:proofErr w:type="spellStart"/>
      <w:r w:rsidRPr="001761A1">
        <w:rPr>
          <w:sz w:val="24"/>
          <w:szCs w:val="24"/>
        </w:rPr>
        <w:t>br</w:t>
      </w:r>
      <w:proofErr w:type="spellEnd"/>
      <w:r w:rsidRPr="001761A1">
        <w:rPr>
          <w:sz w:val="24"/>
          <w:szCs w:val="24"/>
        </w:rPr>
        <w:t xml:space="preserve"> </w:t>
      </w:r>
      <w:proofErr w:type="spellStart"/>
      <w:r w:rsidRPr="001761A1">
        <w:rPr>
          <w:sz w:val="24"/>
          <w:szCs w:val="24"/>
        </w:rPr>
        <w:t>addr</w:t>
      </w:r>
      <w:proofErr w:type="spellEnd"/>
      <w:r w:rsidRPr="001761A1">
        <w:rPr>
          <w:sz w:val="24"/>
          <w:szCs w:val="24"/>
        </w:rPr>
        <w:t xml:space="preserve"> — Network monitoring: provides a quick overview of the interface addresses; </w:t>
      </w:r>
      <w:proofErr w:type="spellStart"/>
      <w:r w:rsidRPr="001761A1">
        <w:rPr>
          <w:sz w:val="24"/>
          <w:szCs w:val="24"/>
        </w:rPr>
        <w:t>ip</w:t>
      </w:r>
      <w:proofErr w:type="spellEnd"/>
      <w:r w:rsidRPr="001761A1">
        <w:rPr>
          <w:sz w:val="24"/>
          <w:szCs w:val="24"/>
        </w:rPr>
        <w:t xml:space="preserve"> can show/manipulate interfaces and routes [11]. 9. </w:t>
      </w:r>
      <w:proofErr w:type="spellStart"/>
      <w:r w:rsidRPr="001761A1">
        <w:rPr>
          <w:sz w:val="24"/>
          <w:szCs w:val="24"/>
        </w:rPr>
        <w:t>ip</w:t>
      </w:r>
      <w:proofErr w:type="spellEnd"/>
      <w:r w:rsidRPr="001761A1">
        <w:rPr>
          <w:sz w:val="24"/>
          <w:szCs w:val="24"/>
        </w:rPr>
        <w:t xml:space="preserve"> route — Network monitoring: displays the routing table [11]. 10. id — User management: shows the user's UID, GID and group memberships. 11. </w:t>
      </w:r>
      <w:proofErr w:type="spellStart"/>
      <w:r w:rsidRPr="001761A1">
        <w:rPr>
          <w:sz w:val="24"/>
          <w:szCs w:val="24"/>
        </w:rPr>
        <w:t>getent</w:t>
      </w:r>
      <w:proofErr w:type="spellEnd"/>
      <w:r w:rsidRPr="001761A1">
        <w:rPr>
          <w:sz w:val="24"/>
          <w:szCs w:val="24"/>
        </w:rPr>
        <w:t xml:space="preserve"> passwd | cut -d: -f1 | head -n 10 — User management: displays a sample of account names in the system account database. 12. crontab -l — Task scheduling: shows the current user's </w:t>
      </w:r>
      <w:proofErr w:type="spellStart"/>
      <w:r w:rsidRPr="001761A1">
        <w:rPr>
          <w:sz w:val="24"/>
          <w:szCs w:val="24"/>
        </w:rPr>
        <w:t>cron</w:t>
      </w:r>
      <w:proofErr w:type="spellEnd"/>
      <w:r w:rsidRPr="001761A1">
        <w:rPr>
          <w:sz w:val="24"/>
          <w:szCs w:val="24"/>
        </w:rPr>
        <w:t xml:space="preserve"> entries and crontab is used to set scheduled commands [16].</w:t>
      </w:r>
    </w:p>
    <w:p w14:paraId="1A7A2DB0" w14:textId="77777777" w:rsidR="001633FC" w:rsidRPr="001761A1" w:rsidRDefault="007071BC">
      <w:pPr>
        <w:jc w:val="center"/>
        <w:rPr>
          <w:sz w:val="24"/>
          <w:szCs w:val="24"/>
        </w:rPr>
      </w:pPr>
      <w:r w:rsidRPr="001761A1">
        <w:rPr>
          <w:noProof/>
          <w:sz w:val="24"/>
          <w:szCs w:val="24"/>
        </w:rPr>
        <w:drawing>
          <wp:inline distT="0" distB="0" distL="0" distR="0" wp14:anchorId="43C51C0D" wp14:editId="7BD1FDBA">
            <wp:extent cx="5715000" cy="2971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_linux_network.png"/>
                    <pic:cNvPicPr/>
                  </pic:nvPicPr>
                  <pic:blipFill>
                    <a:blip r:embed="rId17"/>
                    <a:stretch>
                      <a:fillRect/>
                    </a:stretch>
                  </pic:blipFill>
                  <pic:spPr>
                    <a:xfrm>
                      <a:off x="0" y="0"/>
                      <a:ext cx="5715000" cy="2971800"/>
                    </a:xfrm>
                    <a:prstGeom prst="rect">
                      <a:avLst/>
                    </a:prstGeom>
                  </pic:spPr>
                </pic:pic>
              </a:graphicData>
            </a:graphic>
          </wp:inline>
        </w:drawing>
      </w:r>
    </w:p>
    <w:p w14:paraId="5C3775DA" w14:textId="77777777" w:rsidR="001633FC" w:rsidRPr="001761A1" w:rsidRDefault="007071BC">
      <w:pPr>
        <w:jc w:val="center"/>
        <w:rPr>
          <w:sz w:val="24"/>
          <w:szCs w:val="24"/>
        </w:rPr>
      </w:pPr>
      <w:r w:rsidRPr="001761A1">
        <w:rPr>
          <w:i/>
          <w:sz w:val="24"/>
          <w:szCs w:val="24"/>
        </w:rPr>
        <w:lastRenderedPageBreak/>
        <w:t>Figure 3A. Linux network testing/monitoring (illustrative screenshot).</w:t>
      </w:r>
    </w:p>
    <w:p w14:paraId="56B11FE2" w14:textId="77777777" w:rsidR="001633FC" w:rsidRPr="001761A1" w:rsidRDefault="007071BC">
      <w:pPr>
        <w:jc w:val="center"/>
        <w:rPr>
          <w:sz w:val="24"/>
          <w:szCs w:val="24"/>
        </w:rPr>
      </w:pPr>
      <w:r w:rsidRPr="001761A1">
        <w:rPr>
          <w:noProof/>
          <w:sz w:val="24"/>
          <w:szCs w:val="24"/>
        </w:rPr>
        <w:drawing>
          <wp:inline distT="0" distB="0" distL="0" distR="0" wp14:anchorId="41FFD510" wp14:editId="0E9D9078">
            <wp:extent cx="5715000" cy="2971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_linux_schedule.png"/>
                    <pic:cNvPicPr/>
                  </pic:nvPicPr>
                  <pic:blipFill>
                    <a:blip r:embed="rId18"/>
                    <a:stretch>
                      <a:fillRect/>
                    </a:stretch>
                  </pic:blipFill>
                  <pic:spPr>
                    <a:xfrm>
                      <a:off x="0" y="0"/>
                      <a:ext cx="5715000" cy="2971800"/>
                    </a:xfrm>
                    <a:prstGeom prst="rect">
                      <a:avLst/>
                    </a:prstGeom>
                  </pic:spPr>
                </pic:pic>
              </a:graphicData>
            </a:graphic>
          </wp:inline>
        </w:drawing>
      </w:r>
    </w:p>
    <w:p w14:paraId="64210C52" w14:textId="77777777" w:rsidR="001633FC" w:rsidRPr="001761A1" w:rsidRDefault="007071BC">
      <w:pPr>
        <w:jc w:val="center"/>
        <w:rPr>
          <w:i/>
          <w:sz w:val="24"/>
          <w:szCs w:val="24"/>
        </w:rPr>
      </w:pPr>
      <w:r w:rsidRPr="001761A1">
        <w:rPr>
          <w:i/>
          <w:sz w:val="24"/>
          <w:szCs w:val="24"/>
        </w:rPr>
        <w:t>Figure 3B. Linux crontab scheduling (illustrative screenshot).</w:t>
      </w:r>
    </w:p>
    <w:p w14:paraId="618101E3" w14:textId="77777777" w:rsidR="00235F8F" w:rsidRPr="001761A1" w:rsidRDefault="00235F8F">
      <w:pPr>
        <w:jc w:val="center"/>
        <w:rPr>
          <w:i/>
          <w:sz w:val="24"/>
          <w:szCs w:val="24"/>
        </w:rPr>
      </w:pPr>
    </w:p>
    <w:p w14:paraId="7CA3BF49" w14:textId="04ED6809" w:rsidR="00235F8F" w:rsidRPr="001761A1" w:rsidRDefault="00235F8F">
      <w:pPr>
        <w:jc w:val="center"/>
        <w:rPr>
          <w:sz w:val="24"/>
          <w:szCs w:val="24"/>
        </w:rPr>
      </w:pPr>
      <w:r w:rsidRPr="001761A1">
        <w:rPr>
          <w:sz w:val="24"/>
          <w:szCs w:val="24"/>
        </w:rPr>
        <w:t xml:space="preserve">The Linux commands show how the CLI will expose core OS functions. </w:t>
      </w:r>
      <w:proofErr w:type="spellStart"/>
      <w:r w:rsidRPr="001761A1">
        <w:rPr>
          <w:sz w:val="24"/>
          <w:szCs w:val="24"/>
        </w:rPr>
        <w:t>ps</w:t>
      </w:r>
      <w:proofErr w:type="spellEnd"/>
      <w:r w:rsidRPr="001761A1">
        <w:rPr>
          <w:sz w:val="24"/>
          <w:szCs w:val="24"/>
        </w:rPr>
        <w:t xml:space="preserve"> provides a process snapshot [5]; ls and find support structured file discovery [9], [10]; </w:t>
      </w:r>
      <w:proofErr w:type="spellStart"/>
      <w:r w:rsidRPr="001761A1">
        <w:rPr>
          <w:sz w:val="24"/>
          <w:szCs w:val="24"/>
        </w:rPr>
        <w:t>ip</w:t>
      </w:r>
      <w:proofErr w:type="spellEnd"/>
      <w:r w:rsidRPr="001761A1">
        <w:rPr>
          <w:sz w:val="24"/>
          <w:szCs w:val="24"/>
        </w:rPr>
        <w:t xml:space="preserve"> exposes interfaces and routing [11]; and crontab provides per-user scheduling [16]. Account creation can also be done through </w:t>
      </w:r>
      <w:r w:rsidRPr="001761A1">
        <w:rPr>
          <w:sz w:val="24"/>
          <w:szCs w:val="24"/>
        </w:rPr>
        <w:t>user add</w:t>
      </w:r>
      <w:r w:rsidRPr="001761A1">
        <w:rPr>
          <w:sz w:val="24"/>
          <w:szCs w:val="24"/>
        </w:rPr>
        <w:t>, which supports options such as -m for a home directory and -G for supplementary groups [13]. The administrative commands should be tested carefully because Linux privileged operations can impact system-wide files, users and services [17].</w:t>
      </w:r>
    </w:p>
    <w:p w14:paraId="2B9C77BB" w14:textId="77777777" w:rsidR="001633FC" w:rsidRPr="001761A1" w:rsidRDefault="007071BC">
      <w:pPr>
        <w:pStyle w:val="Heading1"/>
        <w:rPr>
          <w:sz w:val="24"/>
          <w:szCs w:val="24"/>
        </w:rPr>
      </w:pPr>
      <w:r w:rsidRPr="001761A1">
        <w:rPr>
          <w:sz w:val="24"/>
          <w:szCs w:val="24"/>
        </w:rPr>
        <w:t>4. Use of Windows OS Scripts</w:t>
      </w:r>
    </w:p>
    <w:p w14:paraId="390558EF" w14:textId="34545BAC" w:rsidR="00235F8F" w:rsidRPr="001761A1" w:rsidRDefault="00235F8F" w:rsidP="00235F8F">
      <w:pPr>
        <w:rPr>
          <w:sz w:val="24"/>
          <w:szCs w:val="24"/>
        </w:rPr>
      </w:pPr>
      <w:r w:rsidRPr="001761A1">
        <w:rPr>
          <w:sz w:val="24"/>
          <w:szCs w:val="24"/>
        </w:rPr>
        <w:t>Batch files are a simple way to combine Windows commands into repeatable procedures. The examples in the following are variables, user input, arithmetic, a loop and conditional logic. They must be saved for a laboratory folder instead of system directories. Scripts should be saved as .bat files which the student executes and screenshots of the source and the result are made.</w:t>
      </w:r>
    </w:p>
    <w:p w14:paraId="149B5210" w14:textId="77777777" w:rsidR="001633FC" w:rsidRPr="001761A1" w:rsidRDefault="007071BC">
      <w:pPr>
        <w:pStyle w:val="Heading2"/>
        <w:rPr>
          <w:sz w:val="24"/>
          <w:szCs w:val="24"/>
        </w:rPr>
      </w:pPr>
      <w:r w:rsidRPr="001761A1">
        <w:rPr>
          <w:sz w:val="24"/>
          <w:szCs w:val="24"/>
        </w:rPr>
        <w:t>4.1 Batch Script A – Repeated File Test</w:t>
      </w:r>
    </w:p>
    <w:tbl>
      <w:tblPr>
        <w:tblW w:w="0" w:type="auto"/>
        <w:jc w:val="center"/>
        <w:tblLook w:val="04A0" w:firstRow="1" w:lastRow="0" w:firstColumn="1" w:lastColumn="0" w:noHBand="0" w:noVBand="1"/>
      </w:tblPr>
      <w:tblGrid>
        <w:gridCol w:w="9792"/>
      </w:tblGrid>
      <w:tr w:rsidR="001633FC" w:rsidRPr="001761A1" w14:paraId="34F27D9E" w14:textId="77777777">
        <w:trPr>
          <w:jc w:val="center"/>
        </w:trPr>
        <w:tc>
          <w:tcPr>
            <w:tcW w:w="9792" w:type="dxa"/>
            <w:shd w:val="clear" w:color="auto" w:fill="F3F3F3"/>
          </w:tcPr>
          <w:p w14:paraId="25A7E46A" w14:textId="77777777" w:rsidR="001633FC" w:rsidRPr="001761A1" w:rsidRDefault="007071BC">
            <w:pPr>
              <w:spacing w:after="0"/>
              <w:rPr>
                <w:sz w:val="24"/>
                <w:szCs w:val="24"/>
              </w:rPr>
            </w:pPr>
            <w:r w:rsidRPr="001761A1">
              <w:rPr>
                <w:rFonts w:ascii="Consolas" w:hAnsi="Consolas"/>
                <w:sz w:val="24"/>
                <w:szCs w:val="24"/>
              </w:rPr>
              <w:t>@echo off</w:t>
            </w:r>
            <w:r w:rsidRPr="001761A1">
              <w:rPr>
                <w:rFonts w:ascii="Consolas" w:hAnsi="Consolas"/>
                <w:sz w:val="24"/>
                <w:szCs w:val="24"/>
              </w:rPr>
              <w:br/>
            </w:r>
            <w:r w:rsidRPr="001761A1">
              <w:rPr>
                <w:rFonts w:ascii="Consolas" w:hAnsi="Consolas"/>
                <w:sz w:val="24"/>
                <w:szCs w:val="24"/>
              </w:rPr>
              <w:t>set /p "name=Enter your name: "</w:t>
            </w:r>
            <w:r w:rsidRPr="001761A1">
              <w:rPr>
                <w:rFonts w:ascii="Consolas" w:hAnsi="Consolas"/>
                <w:sz w:val="24"/>
                <w:szCs w:val="24"/>
              </w:rPr>
              <w:br/>
              <w:t>set /p "count=How many test files? "</w:t>
            </w:r>
            <w:r w:rsidRPr="001761A1">
              <w:rPr>
                <w:rFonts w:ascii="Consolas" w:hAnsi="Consolas"/>
                <w:sz w:val="24"/>
                <w:szCs w:val="24"/>
              </w:rPr>
              <w:br/>
              <w:t>set /a total=count*2</w:t>
            </w:r>
            <w:r w:rsidRPr="001761A1">
              <w:rPr>
                <w:rFonts w:ascii="Consolas" w:hAnsi="Consolas"/>
                <w:sz w:val="24"/>
                <w:szCs w:val="24"/>
              </w:rPr>
              <w:br/>
              <w:t>echo Hello %name%. Two operations per file = %total%.</w:t>
            </w:r>
            <w:r w:rsidRPr="001761A1">
              <w:rPr>
                <w:rFonts w:ascii="Consolas" w:hAnsi="Consolas"/>
                <w:sz w:val="24"/>
                <w:szCs w:val="24"/>
              </w:rPr>
              <w:br/>
              <w:t>if %count% LEQ 0 (</w:t>
            </w:r>
            <w:r w:rsidRPr="001761A1">
              <w:rPr>
                <w:rFonts w:ascii="Consolas" w:hAnsi="Consolas"/>
                <w:sz w:val="24"/>
                <w:szCs w:val="24"/>
              </w:rPr>
              <w:br/>
              <w:t xml:space="preserve">    echo Enter a positive number.</w:t>
            </w:r>
            <w:r w:rsidRPr="001761A1">
              <w:rPr>
                <w:rFonts w:ascii="Consolas" w:hAnsi="Consolas"/>
                <w:sz w:val="24"/>
                <w:szCs w:val="24"/>
              </w:rPr>
              <w:br/>
              <w:t xml:space="preserve">    exit /b 1</w:t>
            </w:r>
            <w:r w:rsidRPr="001761A1">
              <w:rPr>
                <w:rFonts w:ascii="Consolas" w:hAnsi="Consolas"/>
                <w:sz w:val="24"/>
                <w:szCs w:val="24"/>
              </w:rPr>
              <w:br/>
            </w:r>
            <w:r w:rsidRPr="001761A1">
              <w:rPr>
                <w:rFonts w:ascii="Consolas" w:hAnsi="Consolas"/>
                <w:sz w:val="24"/>
                <w:szCs w:val="24"/>
              </w:rPr>
              <w:lastRenderedPageBreak/>
              <w:t>)</w:t>
            </w:r>
            <w:r w:rsidRPr="001761A1">
              <w:rPr>
                <w:rFonts w:ascii="Consolas" w:hAnsi="Consolas"/>
                <w:sz w:val="24"/>
                <w:szCs w:val="24"/>
              </w:rPr>
              <w:br/>
              <w:t>for /L %%N in (1,</w:t>
            </w:r>
            <w:proofErr w:type="gramStart"/>
            <w:r w:rsidRPr="001761A1">
              <w:rPr>
                <w:rFonts w:ascii="Consolas" w:hAnsi="Consolas"/>
                <w:sz w:val="24"/>
                <w:szCs w:val="24"/>
              </w:rPr>
              <w:t>1,%</w:t>
            </w:r>
            <w:proofErr w:type="gramEnd"/>
            <w:r w:rsidRPr="001761A1">
              <w:rPr>
                <w:rFonts w:ascii="Consolas" w:hAnsi="Consolas"/>
                <w:sz w:val="24"/>
                <w:szCs w:val="24"/>
              </w:rPr>
              <w:t>count%) do (</w:t>
            </w:r>
            <w:r w:rsidRPr="001761A1">
              <w:rPr>
                <w:rFonts w:ascii="Consolas" w:hAnsi="Consolas"/>
                <w:sz w:val="24"/>
                <w:szCs w:val="24"/>
              </w:rPr>
              <w:br/>
              <w:t xml:space="preserve">    echo Test %%N &gt; "OSLab_Test_%%N.txt"</w:t>
            </w:r>
            <w:r w:rsidRPr="001761A1">
              <w:rPr>
                <w:rFonts w:ascii="Consolas" w:hAnsi="Consolas"/>
                <w:sz w:val="24"/>
                <w:szCs w:val="24"/>
              </w:rPr>
              <w:br/>
              <w:t>)</w:t>
            </w:r>
            <w:r w:rsidRPr="001761A1">
              <w:rPr>
                <w:rFonts w:ascii="Consolas" w:hAnsi="Consolas"/>
                <w:sz w:val="24"/>
                <w:szCs w:val="24"/>
              </w:rPr>
              <w:br/>
              <w:t>echo Created %count% test files.</w:t>
            </w:r>
            <w:r w:rsidRPr="001761A1">
              <w:rPr>
                <w:rFonts w:ascii="Consolas" w:hAnsi="Consolas"/>
                <w:sz w:val="24"/>
                <w:szCs w:val="24"/>
              </w:rPr>
              <w:br/>
              <w:t>pause</w:t>
            </w:r>
          </w:p>
        </w:tc>
      </w:tr>
    </w:tbl>
    <w:p w14:paraId="55C9D856" w14:textId="77777777" w:rsidR="001633FC" w:rsidRPr="001761A1" w:rsidRDefault="007071BC">
      <w:pPr>
        <w:rPr>
          <w:sz w:val="24"/>
          <w:szCs w:val="24"/>
        </w:rPr>
      </w:pPr>
      <w:r w:rsidRPr="001761A1">
        <w:rPr>
          <w:sz w:val="24"/>
          <w:szCs w:val="24"/>
        </w:rPr>
        <w:lastRenderedPageBreak/>
        <w:t>This script accepts two inputs and performs integer arithmetic using set /a. The if statement validates that the requested number is positive, while for /L repeats a file-creation action. The design demonstrates a small but realistic automation pattern: gather parameters, validate them, calculate a derived value, then perform a repeated operation.</w:t>
      </w:r>
    </w:p>
    <w:p w14:paraId="3B7D2F16" w14:textId="77777777" w:rsidR="001633FC" w:rsidRPr="001761A1" w:rsidRDefault="007071BC">
      <w:pPr>
        <w:pStyle w:val="Heading2"/>
        <w:rPr>
          <w:sz w:val="24"/>
          <w:szCs w:val="24"/>
        </w:rPr>
      </w:pPr>
      <w:r w:rsidRPr="001761A1">
        <w:rPr>
          <w:sz w:val="24"/>
          <w:szCs w:val="24"/>
        </w:rPr>
        <w:t>4.2 Batch Script B – Simple Backup Loop</w:t>
      </w:r>
    </w:p>
    <w:tbl>
      <w:tblPr>
        <w:tblW w:w="0" w:type="auto"/>
        <w:jc w:val="center"/>
        <w:tblLook w:val="04A0" w:firstRow="1" w:lastRow="0" w:firstColumn="1" w:lastColumn="0" w:noHBand="0" w:noVBand="1"/>
      </w:tblPr>
      <w:tblGrid>
        <w:gridCol w:w="9792"/>
      </w:tblGrid>
      <w:tr w:rsidR="001633FC" w:rsidRPr="001761A1" w14:paraId="08FDA41D" w14:textId="77777777">
        <w:trPr>
          <w:jc w:val="center"/>
        </w:trPr>
        <w:tc>
          <w:tcPr>
            <w:tcW w:w="9792" w:type="dxa"/>
            <w:shd w:val="clear" w:color="auto" w:fill="F3F3F3"/>
          </w:tcPr>
          <w:p w14:paraId="4C8442A5" w14:textId="77777777" w:rsidR="001633FC" w:rsidRPr="001761A1" w:rsidRDefault="007071BC">
            <w:pPr>
              <w:spacing w:after="0"/>
              <w:rPr>
                <w:sz w:val="24"/>
                <w:szCs w:val="24"/>
              </w:rPr>
            </w:pPr>
            <w:r w:rsidRPr="001761A1">
              <w:rPr>
                <w:rFonts w:ascii="Consolas" w:hAnsi="Consolas"/>
                <w:sz w:val="24"/>
                <w:szCs w:val="24"/>
              </w:rPr>
              <w:t>@echo off</w:t>
            </w:r>
            <w:r w:rsidRPr="001761A1">
              <w:rPr>
                <w:rFonts w:ascii="Consolas" w:hAnsi="Consolas"/>
                <w:sz w:val="24"/>
                <w:szCs w:val="24"/>
              </w:rPr>
              <w:br/>
              <w:t>set /p "source=Enter source folder: "</w:t>
            </w:r>
            <w:r w:rsidRPr="001761A1">
              <w:rPr>
                <w:rFonts w:ascii="Consolas" w:hAnsi="Consolas"/>
                <w:sz w:val="24"/>
                <w:szCs w:val="24"/>
              </w:rPr>
              <w:br/>
              <w:t>set "backup=%source%\backup"</w:t>
            </w:r>
            <w:r w:rsidRPr="001761A1">
              <w:rPr>
                <w:rFonts w:ascii="Consolas" w:hAnsi="Consolas"/>
                <w:sz w:val="24"/>
                <w:szCs w:val="24"/>
              </w:rPr>
              <w:br/>
              <w:t>if not exist "%source%" (</w:t>
            </w:r>
            <w:r w:rsidRPr="001761A1">
              <w:rPr>
                <w:rFonts w:ascii="Consolas" w:hAnsi="Consolas"/>
                <w:sz w:val="24"/>
                <w:szCs w:val="24"/>
              </w:rPr>
              <w:br/>
            </w:r>
            <w:r w:rsidRPr="001761A1">
              <w:rPr>
                <w:rFonts w:ascii="Consolas" w:hAnsi="Consolas"/>
                <w:sz w:val="24"/>
                <w:szCs w:val="24"/>
              </w:rPr>
              <w:t xml:space="preserve">    echo Source folder does not exist.</w:t>
            </w:r>
            <w:r w:rsidRPr="001761A1">
              <w:rPr>
                <w:rFonts w:ascii="Consolas" w:hAnsi="Consolas"/>
                <w:sz w:val="24"/>
                <w:szCs w:val="24"/>
              </w:rPr>
              <w:br/>
              <w:t xml:space="preserve">    exit /b 1</w:t>
            </w:r>
            <w:r w:rsidRPr="001761A1">
              <w:rPr>
                <w:rFonts w:ascii="Consolas" w:hAnsi="Consolas"/>
                <w:sz w:val="24"/>
                <w:szCs w:val="24"/>
              </w:rPr>
              <w:br/>
              <w:t>)</w:t>
            </w:r>
            <w:r w:rsidRPr="001761A1">
              <w:rPr>
                <w:rFonts w:ascii="Consolas" w:hAnsi="Consolas"/>
                <w:sz w:val="24"/>
                <w:szCs w:val="24"/>
              </w:rPr>
              <w:br/>
              <w:t>if not exist "%backup%" mkdir "%backup%"</w:t>
            </w:r>
            <w:r w:rsidRPr="001761A1">
              <w:rPr>
                <w:rFonts w:ascii="Consolas" w:hAnsi="Consolas"/>
                <w:sz w:val="24"/>
                <w:szCs w:val="24"/>
              </w:rPr>
              <w:br/>
              <w:t>set /a copied=0</w:t>
            </w:r>
            <w:r w:rsidRPr="001761A1">
              <w:rPr>
                <w:rFonts w:ascii="Consolas" w:hAnsi="Consolas"/>
                <w:sz w:val="24"/>
                <w:szCs w:val="24"/>
              </w:rPr>
              <w:br/>
              <w:t>for %%F in ("%source%\*.txt") do (</w:t>
            </w:r>
            <w:r w:rsidRPr="001761A1">
              <w:rPr>
                <w:rFonts w:ascii="Consolas" w:hAnsi="Consolas"/>
                <w:sz w:val="24"/>
                <w:szCs w:val="24"/>
              </w:rPr>
              <w:br/>
              <w:t xml:space="preserve">    copy /Y "%%F" "%backup%\" &gt;nul</w:t>
            </w:r>
            <w:r w:rsidRPr="001761A1">
              <w:rPr>
                <w:rFonts w:ascii="Consolas" w:hAnsi="Consolas"/>
                <w:sz w:val="24"/>
                <w:szCs w:val="24"/>
              </w:rPr>
              <w:br/>
              <w:t xml:space="preserve">    set /a copied+=1</w:t>
            </w:r>
            <w:r w:rsidRPr="001761A1">
              <w:rPr>
                <w:rFonts w:ascii="Consolas" w:hAnsi="Consolas"/>
                <w:sz w:val="24"/>
                <w:szCs w:val="24"/>
              </w:rPr>
              <w:br/>
              <w:t>)</w:t>
            </w:r>
            <w:r w:rsidRPr="001761A1">
              <w:rPr>
                <w:rFonts w:ascii="Consolas" w:hAnsi="Consolas"/>
                <w:sz w:val="24"/>
                <w:szCs w:val="24"/>
              </w:rPr>
              <w:br/>
              <w:t>echo Backup complete. Files processed: %copied%</w:t>
            </w:r>
            <w:r w:rsidRPr="001761A1">
              <w:rPr>
                <w:rFonts w:ascii="Consolas" w:hAnsi="Consolas"/>
                <w:sz w:val="24"/>
                <w:szCs w:val="24"/>
              </w:rPr>
              <w:br/>
              <w:t>pause</w:t>
            </w:r>
          </w:p>
        </w:tc>
      </w:tr>
    </w:tbl>
    <w:p w14:paraId="058D9CCB" w14:textId="77777777" w:rsidR="001633FC" w:rsidRPr="001761A1" w:rsidRDefault="007071BC">
      <w:pPr>
        <w:rPr>
          <w:sz w:val="24"/>
          <w:szCs w:val="24"/>
        </w:rPr>
      </w:pPr>
      <w:r w:rsidRPr="001761A1">
        <w:rPr>
          <w:sz w:val="24"/>
          <w:szCs w:val="24"/>
        </w:rPr>
        <w:t>The second script accepts a folder from the user, checks that it exists, creates a backup directory when necessary and loops over text files. The copied counter is incremented with set /a. This demonstrates how Batch can automate a routine backup-style operation while still providing basic validation.</w:t>
      </w:r>
    </w:p>
    <w:p w14:paraId="24C4CA53" w14:textId="77777777" w:rsidR="001633FC" w:rsidRPr="001761A1" w:rsidRDefault="007071BC">
      <w:pPr>
        <w:pStyle w:val="Heading1"/>
        <w:rPr>
          <w:sz w:val="24"/>
          <w:szCs w:val="24"/>
        </w:rPr>
      </w:pPr>
      <w:r w:rsidRPr="001761A1">
        <w:rPr>
          <w:sz w:val="24"/>
          <w:szCs w:val="24"/>
        </w:rPr>
        <w:t>5. Use of Linux OS Scripts</w:t>
      </w:r>
    </w:p>
    <w:p w14:paraId="0491A67A" w14:textId="0EC30B41" w:rsidR="00235F8F" w:rsidRPr="001761A1" w:rsidRDefault="00235F8F" w:rsidP="00235F8F">
      <w:pPr>
        <w:rPr>
          <w:sz w:val="24"/>
          <w:szCs w:val="24"/>
        </w:rPr>
      </w:pPr>
      <w:r w:rsidRPr="001761A1">
        <w:rPr>
          <w:sz w:val="24"/>
          <w:szCs w:val="24"/>
        </w:rPr>
        <w:t>Bash is particularly suitable for automation because commands can be combined with variables, command substitution, conditions and loops. The GNU documentation confirms that Bash can be programmed with arithmetic evaluation and compound structures like if, for and while [18]</w:t>
      </w:r>
      <w:proofErr w:type="gramStart"/>
      <w:r w:rsidRPr="001761A1">
        <w:rPr>
          <w:sz w:val="24"/>
          <w:szCs w:val="24"/>
        </w:rPr>
        <w:t>–[</w:t>
      </w:r>
      <w:proofErr w:type="gramEnd"/>
      <w:r w:rsidRPr="001761A1">
        <w:rPr>
          <w:sz w:val="24"/>
          <w:szCs w:val="24"/>
        </w:rPr>
        <w:t>20]. In the following examples we use ordinary user space files and therefore avoid unnecessary system changes.</w:t>
      </w:r>
    </w:p>
    <w:p w14:paraId="0689896F" w14:textId="77777777" w:rsidR="00235F8F" w:rsidRPr="001761A1" w:rsidRDefault="00235F8F" w:rsidP="00235F8F">
      <w:pPr>
        <w:rPr>
          <w:sz w:val="24"/>
          <w:szCs w:val="24"/>
        </w:rPr>
      </w:pPr>
    </w:p>
    <w:p w14:paraId="0F9B3AF1" w14:textId="77777777" w:rsidR="001633FC" w:rsidRPr="001761A1" w:rsidRDefault="007071BC">
      <w:pPr>
        <w:pStyle w:val="Heading2"/>
        <w:rPr>
          <w:sz w:val="24"/>
          <w:szCs w:val="24"/>
        </w:rPr>
      </w:pPr>
      <w:r w:rsidRPr="001761A1">
        <w:rPr>
          <w:sz w:val="24"/>
          <w:szCs w:val="24"/>
        </w:rPr>
        <w:t>5.1 Bash Script A – Arithmetic and Validation</w:t>
      </w:r>
    </w:p>
    <w:tbl>
      <w:tblPr>
        <w:tblW w:w="0" w:type="auto"/>
        <w:jc w:val="center"/>
        <w:tblLook w:val="04A0" w:firstRow="1" w:lastRow="0" w:firstColumn="1" w:lastColumn="0" w:noHBand="0" w:noVBand="1"/>
      </w:tblPr>
      <w:tblGrid>
        <w:gridCol w:w="9792"/>
      </w:tblGrid>
      <w:tr w:rsidR="001633FC" w:rsidRPr="001761A1" w14:paraId="5ED80ECE" w14:textId="77777777">
        <w:trPr>
          <w:jc w:val="center"/>
        </w:trPr>
        <w:tc>
          <w:tcPr>
            <w:tcW w:w="9792" w:type="dxa"/>
            <w:shd w:val="clear" w:color="auto" w:fill="F3F3F3"/>
          </w:tcPr>
          <w:p w14:paraId="5130F948" w14:textId="77777777" w:rsidR="001633FC" w:rsidRPr="001761A1" w:rsidRDefault="007071BC">
            <w:pPr>
              <w:spacing w:after="0"/>
              <w:rPr>
                <w:sz w:val="24"/>
                <w:szCs w:val="24"/>
              </w:rPr>
            </w:pPr>
            <w:proofErr w:type="gramStart"/>
            <w:r w:rsidRPr="001761A1">
              <w:rPr>
                <w:rFonts w:ascii="Consolas" w:hAnsi="Consolas"/>
                <w:sz w:val="24"/>
                <w:szCs w:val="24"/>
              </w:rPr>
              <w:t>#!/</w:t>
            </w:r>
            <w:proofErr w:type="gramEnd"/>
            <w:r w:rsidRPr="001761A1">
              <w:rPr>
                <w:rFonts w:ascii="Consolas" w:hAnsi="Consolas"/>
                <w:sz w:val="24"/>
                <w:szCs w:val="24"/>
              </w:rPr>
              <w:t>usr/bin/env bash</w:t>
            </w:r>
            <w:r w:rsidRPr="001761A1">
              <w:rPr>
                <w:rFonts w:ascii="Consolas" w:hAnsi="Consolas"/>
                <w:sz w:val="24"/>
                <w:szCs w:val="24"/>
              </w:rPr>
              <w:br/>
              <w:t>read -rp "Enter your name: " name</w:t>
            </w:r>
            <w:r w:rsidRPr="001761A1">
              <w:rPr>
                <w:rFonts w:ascii="Consolas" w:hAnsi="Consolas"/>
                <w:sz w:val="24"/>
                <w:szCs w:val="24"/>
              </w:rPr>
              <w:br/>
            </w:r>
            <w:r w:rsidRPr="001761A1">
              <w:rPr>
                <w:rFonts w:ascii="Consolas" w:hAnsi="Consolas"/>
                <w:sz w:val="24"/>
                <w:szCs w:val="24"/>
              </w:rPr>
              <w:lastRenderedPageBreak/>
              <w:t>read -rp "Enter a positive integer: " n</w:t>
            </w:r>
            <w:r w:rsidRPr="001761A1">
              <w:rPr>
                <w:rFonts w:ascii="Consolas" w:hAnsi="Consolas"/>
                <w:sz w:val="24"/>
                <w:szCs w:val="24"/>
              </w:rPr>
              <w:br/>
            </w:r>
            <w:r w:rsidRPr="001761A1">
              <w:rPr>
                <w:rFonts w:ascii="Consolas" w:hAnsi="Consolas"/>
                <w:sz w:val="24"/>
                <w:szCs w:val="24"/>
              </w:rPr>
              <w:br/>
            </w:r>
            <w:r w:rsidRPr="001761A1">
              <w:rPr>
                <w:rFonts w:ascii="Consolas" w:hAnsi="Consolas"/>
                <w:sz w:val="24"/>
                <w:szCs w:val="24"/>
              </w:rPr>
              <w:t xml:space="preserve">if [[ "$n" =~ </w:t>
            </w:r>
            <w:proofErr w:type="gramStart"/>
            <w:r w:rsidRPr="001761A1">
              <w:rPr>
                <w:rFonts w:ascii="Consolas" w:hAnsi="Consolas"/>
                <w:sz w:val="24"/>
                <w:szCs w:val="24"/>
              </w:rPr>
              <w:t>^[</w:t>
            </w:r>
            <w:proofErr w:type="gramEnd"/>
            <w:r w:rsidRPr="001761A1">
              <w:rPr>
                <w:rFonts w:ascii="Consolas" w:hAnsi="Consolas"/>
                <w:sz w:val="24"/>
                <w:szCs w:val="24"/>
              </w:rPr>
              <w:t>0-</w:t>
            </w:r>
            <w:proofErr w:type="gramStart"/>
            <w:r w:rsidRPr="001761A1">
              <w:rPr>
                <w:rFonts w:ascii="Consolas" w:hAnsi="Consolas"/>
                <w:sz w:val="24"/>
                <w:szCs w:val="24"/>
              </w:rPr>
              <w:t>9]+$ ]</w:t>
            </w:r>
            <w:proofErr w:type="gramEnd"/>
            <w:r w:rsidRPr="001761A1">
              <w:rPr>
                <w:rFonts w:ascii="Consolas" w:hAnsi="Consolas"/>
                <w:sz w:val="24"/>
                <w:szCs w:val="24"/>
              </w:rPr>
              <w:t xml:space="preserve">] &amp;&amp; </w:t>
            </w:r>
            <w:proofErr w:type="gramStart"/>
            <w:r w:rsidRPr="001761A1">
              <w:rPr>
                <w:rFonts w:ascii="Consolas" w:hAnsi="Consolas"/>
                <w:sz w:val="24"/>
                <w:szCs w:val="24"/>
              </w:rPr>
              <w:t>(( n</w:t>
            </w:r>
            <w:proofErr w:type="gramEnd"/>
            <w:r w:rsidRPr="001761A1">
              <w:rPr>
                <w:rFonts w:ascii="Consolas" w:hAnsi="Consolas"/>
                <w:sz w:val="24"/>
                <w:szCs w:val="24"/>
              </w:rPr>
              <w:t xml:space="preserve"> &gt; </w:t>
            </w:r>
            <w:proofErr w:type="gramStart"/>
            <w:r w:rsidRPr="001761A1">
              <w:rPr>
                <w:rFonts w:ascii="Consolas" w:hAnsi="Consolas"/>
                <w:sz w:val="24"/>
                <w:szCs w:val="24"/>
              </w:rPr>
              <w:t>0 )</w:t>
            </w:r>
            <w:proofErr w:type="gramEnd"/>
            <w:r w:rsidRPr="001761A1">
              <w:rPr>
                <w:rFonts w:ascii="Consolas" w:hAnsi="Consolas"/>
                <w:sz w:val="24"/>
                <w:szCs w:val="24"/>
              </w:rPr>
              <w:t>); then</w:t>
            </w:r>
            <w:r w:rsidRPr="001761A1">
              <w:rPr>
                <w:rFonts w:ascii="Consolas" w:hAnsi="Consolas"/>
                <w:sz w:val="24"/>
                <w:szCs w:val="24"/>
              </w:rPr>
              <w:br/>
              <w:t xml:space="preserve">    square=$((n * n))</w:t>
            </w:r>
            <w:r w:rsidRPr="001761A1">
              <w:rPr>
                <w:rFonts w:ascii="Consolas" w:hAnsi="Consolas"/>
                <w:sz w:val="24"/>
                <w:szCs w:val="24"/>
              </w:rPr>
              <w:br/>
              <w:t xml:space="preserve">    echo "Hello $name"</w:t>
            </w:r>
            <w:r w:rsidRPr="001761A1">
              <w:rPr>
                <w:rFonts w:ascii="Consolas" w:hAnsi="Consolas"/>
                <w:sz w:val="24"/>
                <w:szCs w:val="24"/>
              </w:rPr>
              <w:br/>
              <w:t xml:space="preserve">    echo "The square of $n is $square"</w:t>
            </w:r>
            <w:r w:rsidRPr="001761A1">
              <w:rPr>
                <w:rFonts w:ascii="Consolas" w:hAnsi="Consolas"/>
                <w:sz w:val="24"/>
                <w:szCs w:val="24"/>
              </w:rPr>
              <w:br/>
              <w:t xml:space="preserve">    for ((i=1; i&lt;=n; i++)); do</w:t>
            </w:r>
            <w:r w:rsidRPr="001761A1">
              <w:rPr>
                <w:rFonts w:ascii="Consolas" w:hAnsi="Consolas"/>
                <w:sz w:val="24"/>
                <w:szCs w:val="24"/>
              </w:rPr>
              <w:br/>
              <w:t xml:space="preserve">        echo "Iteration $i"</w:t>
            </w:r>
            <w:r w:rsidRPr="001761A1">
              <w:rPr>
                <w:rFonts w:ascii="Consolas" w:hAnsi="Consolas"/>
                <w:sz w:val="24"/>
                <w:szCs w:val="24"/>
              </w:rPr>
              <w:br/>
              <w:t xml:space="preserve">    done</w:t>
            </w:r>
            <w:r w:rsidRPr="001761A1">
              <w:rPr>
                <w:rFonts w:ascii="Consolas" w:hAnsi="Consolas"/>
                <w:sz w:val="24"/>
                <w:szCs w:val="24"/>
              </w:rPr>
              <w:br/>
              <w:t>else</w:t>
            </w:r>
            <w:r w:rsidRPr="001761A1">
              <w:rPr>
                <w:rFonts w:ascii="Consolas" w:hAnsi="Consolas"/>
                <w:sz w:val="24"/>
                <w:szCs w:val="24"/>
              </w:rPr>
              <w:br/>
              <w:t xml:space="preserve">    echo "Input must be a positive integer."</w:t>
            </w:r>
            <w:r w:rsidRPr="001761A1">
              <w:rPr>
                <w:rFonts w:ascii="Consolas" w:hAnsi="Consolas"/>
                <w:sz w:val="24"/>
                <w:szCs w:val="24"/>
              </w:rPr>
              <w:br/>
              <w:t>fi</w:t>
            </w:r>
          </w:p>
        </w:tc>
      </w:tr>
    </w:tbl>
    <w:p w14:paraId="21BCD1E6" w14:textId="77777777" w:rsidR="001633FC" w:rsidRPr="001761A1" w:rsidRDefault="007071BC">
      <w:pPr>
        <w:rPr>
          <w:sz w:val="24"/>
          <w:szCs w:val="24"/>
        </w:rPr>
      </w:pPr>
      <w:r w:rsidRPr="001761A1">
        <w:rPr>
          <w:sz w:val="24"/>
          <w:szCs w:val="24"/>
        </w:rPr>
        <w:lastRenderedPageBreak/>
        <w:t>The script uses read for user input, a regular-expression check inside [</w:t>
      </w:r>
      <w:proofErr w:type="gramStart"/>
      <w:r w:rsidRPr="001761A1">
        <w:rPr>
          <w:sz w:val="24"/>
          <w:szCs w:val="24"/>
        </w:rPr>
        <w:t>[ ]</w:t>
      </w:r>
      <w:proofErr w:type="gramEnd"/>
      <w:r w:rsidRPr="001761A1">
        <w:rPr>
          <w:sz w:val="24"/>
          <w:szCs w:val="24"/>
        </w:rPr>
        <w:t>], arithmetic expansion with $</w:t>
      </w:r>
      <w:proofErr w:type="gramStart"/>
      <w:r w:rsidRPr="001761A1">
        <w:rPr>
          <w:sz w:val="24"/>
          <w:szCs w:val="24"/>
        </w:rPr>
        <w:t>(( )</w:t>
      </w:r>
      <w:proofErr w:type="gramEnd"/>
      <w:r w:rsidRPr="001761A1">
        <w:rPr>
          <w:sz w:val="24"/>
          <w:szCs w:val="24"/>
        </w:rPr>
        <w:t>), and a C-style for loop. Bash arithmetic supports operators such as multiplication and addition, while conditional expressions can evaluate numeric comparisons [18], [20]. The result is a compact example of validation followed by controlled repetition.</w:t>
      </w:r>
    </w:p>
    <w:p w14:paraId="63CD2EF5" w14:textId="77777777" w:rsidR="001633FC" w:rsidRPr="001761A1" w:rsidRDefault="007071BC">
      <w:pPr>
        <w:pStyle w:val="Heading2"/>
        <w:rPr>
          <w:sz w:val="24"/>
          <w:szCs w:val="24"/>
        </w:rPr>
      </w:pPr>
      <w:r w:rsidRPr="001761A1">
        <w:rPr>
          <w:sz w:val="24"/>
          <w:szCs w:val="24"/>
        </w:rPr>
        <w:t>5.2 Bash Script B – Log File Counter</w:t>
      </w:r>
    </w:p>
    <w:tbl>
      <w:tblPr>
        <w:tblW w:w="0" w:type="auto"/>
        <w:jc w:val="center"/>
        <w:tblLook w:val="04A0" w:firstRow="1" w:lastRow="0" w:firstColumn="1" w:lastColumn="0" w:noHBand="0" w:noVBand="1"/>
      </w:tblPr>
      <w:tblGrid>
        <w:gridCol w:w="9792"/>
      </w:tblGrid>
      <w:tr w:rsidR="001633FC" w:rsidRPr="001761A1" w14:paraId="02BCE5B4" w14:textId="77777777">
        <w:trPr>
          <w:jc w:val="center"/>
        </w:trPr>
        <w:tc>
          <w:tcPr>
            <w:tcW w:w="9792" w:type="dxa"/>
            <w:shd w:val="clear" w:color="auto" w:fill="F3F3F3"/>
          </w:tcPr>
          <w:p w14:paraId="518F5501" w14:textId="77777777" w:rsidR="001633FC" w:rsidRPr="001761A1" w:rsidRDefault="007071BC">
            <w:pPr>
              <w:spacing w:after="0"/>
              <w:rPr>
                <w:sz w:val="24"/>
                <w:szCs w:val="24"/>
              </w:rPr>
            </w:pPr>
            <w:proofErr w:type="gramStart"/>
            <w:r w:rsidRPr="001761A1">
              <w:rPr>
                <w:rFonts w:ascii="Consolas" w:hAnsi="Consolas"/>
                <w:sz w:val="24"/>
                <w:szCs w:val="24"/>
              </w:rPr>
              <w:t>#!/</w:t>
            </w:r>
            <w:proofErr w:type="gramEnd"/>
            <w:r w:rsidRPr="001761A1">
              <w:rPr>
                <w:rFonts w:ascii="Consolas" w:hAnsi="Consolas"/>
                <w:sz w:val="24"/>
                <w:szCs w:val="24"/>
              </w:rPr>
              <w:t>usr/bin/env bash</w:t>
            </w:r>
            <w:r w:rsidRPr="001761A1">
              <w:rPr>
                <w:rFonts w:ascii="Consolas" w:hAnsi="Consolas"/>
                <w:sz w:val="24"/>
                <w:szCs w:val="24"/>
              </w:rPr>
              <w:br/>
              <w:t>read -rp "Enter a directory to scan: " dir</w:t>
            </w:r>
            <w:r w:rsidRPr="001761A1">
              <w:rPr>
                <w:rFonts w:ascii="Consolas" w:hAnsi="Consolas"/>
                <w:sz w:val="24"/>
                <w:szCs w:val="24"/>
              </w:rPr>
              <w:br/>
              <w:t>count=0</w:t>
            </w:r>
            <w:r w:rsidRPr="001761A1">
              <w:rPr>
                <w:rFonts w:ascii="Consolas" w:hAnsi="Consolas"/>
                <w:sz w:val="24"/>
                <w:szCs w:val="24"/>
              </w:rPr>
              <w:br/>
            </w:r>
            <w:r w:rsidRPr="001761A1">
              <w:rPr>
                <w:rFonts w:ascii="Consolas" w:hAnsi="Consolas"/>
                <w:sz w:val="24"/>
                <w:szCs w:val="24"/>
              </w:rPr>
              <w:br/>
              <w:t>if [[ -d "$dir</w:t>
            </w:r>
            <w:proofErr w:type="gramStart"/>
            <w:r w:rsidRPr="001761A1">
              <w:rPr>
                <w:rFonts w:ascii="Consolas" w:hAnsi="Consolas"/>
                <w:sz w:val="24"/>
                <w:szCs w:val="24"/>
              </w:rPr>
              <w:t>" ]</w:t>
            </w:r>
            <w:proofErr w:type="gramEnd"/>
            <w:r w:rsidRPr="001761A1">
              <w:rPr>
                <w:rFonts w:ascii="Consolas" w:hAnsi="Consolas"/>
                <w:sz w:val="24"/>
                <w:szCs w:val="24"/>
              </w:rPr>
              <w:t>]; then</w:t>
            </w:r>
            <w:r w:rsidRPr="001761A1">
              <w:rPr>
                <w:rFonts w:ascii="Consolas" w:hAnsi="Consolas"/>
                <w:sz w:val="24"/>
                <w:szCs w:val="24"/>
              </w:rPr>
              <w:br/>
            </w:r>
            <w:r w:rsidRPr="001761A1">
              <w:rPr>
                <w:rFonts w:ascii="Consolas" w:hAnsi="Consolas"/>
                <w:sz w:val="24"/>
                <w:szCs w:val="24"/>
              </w:rPr>
              <w:t xml:space="preserve">    while IFS= read -r file; do</w:t>
            </w:r>
            <w:r w:rsidRPr="001761A1">
              <w:rPr>
                <w:rFonts w:ascii="Consolas" w:hAnsi="Consolas"/>
                <w:sz w:val="24"/>
                <w:szCs w:val="24"/>
              </w:rPr>
              <w:br/>
              <w:t xml:space="preserve">        echo "Found: $file"</w:t>
            </w:r>
            <w:r w:rsidRPr="001761A1">
              <w:rPr>
                <w:rFonts w:ascii="Consolas" w:hAnsi="Consolas"/>
                <w:sz w:val="24"/>
                <w:szCs w:val="24"/>
              </w:rPr>
              <w:br/>
              <w:t xml:space="preserve">     </w:t>
            </w:r>
            <w:proofErr w:type="gramStart"/>
            <w:r w:rsidRPr="001761A1">
              <w:rPr>
                <w:rFonts w:ascii="Consolas" w:hAnsi="Consolas"/>
                <w:sz w:val="24"/>
                <w:szCs w:val="24"/>
              </w:rPr>
              <w:t xml:space="preserve">   (</w:t>
            </w:r>
            <w:proofErr w:type="gramEnd"/>
            <w:r w:rsidRPr="001761A1">
              <w:rPr>
                <w:rFonts w:ascii="Consolas" w:hAnsi="Consolas"/>
                <w:sz w:val="24"/>
                <w:szCs w:val="24"/>
              </w:rPr>
              <w:t>(count++))</w:t>
            </w:r>
            <w:r w:rsidRPr="001761A1">
              <w:rPr>
                <w:rFonts w:ascii="Consolas" w:hAnsi="Consolas"/>
                <w:sz w:val="24"/>
                <w:szCs w:val="24"/>
              </w:rPr>
              <w:br/>
              <w:t xml:space="preserve">    done &lt; </w:t>
            </w:r>
            <w:proofErr w:type="gramStart"/>
            <w:r w:rsidRPr="001761A1">
              <w:rPr>
                <w:rFonts w:ascii="Consolas" w:hAnsi="Consolas"/>
                <w:sz w:val="24"/>
                <w:szCs w:val="24"/>
              </w:rPr>
              <w:t>&lt;(</w:t>
            </w:r>
            <w:proofErr w:type="gramEnd"/>
            <w:r w:rsidRPr="001761A1">
              <w:rPr>
                <w:rFonts w:ascii="Consolas" w:hAnsi="Consolas"/>
                <w:sz w:val="24"/>
                <w:szCs w:val="24"/>
              </w:rPr>
              <w:t>find "$dir" -type f -name "*.log" -print)</w:t>
            </w:r>
            <w:r w:rsidRPr="001761A1">
              <w:rPr>
                <w:rFonts w:ascii="Consolas" w:hAnsi="Consolas"/>
                <w:sz w:val="24"/>
                <w:szCs w:val="24"/>
              </w:rPr>
              <w:br/>
            </w:r>
            <w:r w:rsidRPr="001761A1">
              <w:rPr>
                <w:rFonts w:ascii="Consolas" w:hAnsi="Consolas"/>
                <w:sz w:val="24"/>
                <w:szCs w:val="24"/>
              </w:rPr>
              <w:br/>
              <w:t xml:space="preserve">    echo "Total log files: $count"</w:t>
            </w:r>
            <w:r w:rsidRPr="001761A1">
              <w:rPr>
                <w:rFonts w:ascii="Consolas" w:hAnsi="Consolas"/>
                <w:sz w:val="24"/>
                <w:szCs w:val="24"/>
              </w:rPr>
              <w:br/>
              <w:t>else</w:t>
            </w:r>
            <w:r w:rsidRPr="001761A1">
              <w:rPr>
                <w:rFonts w:ascii="Consolas" w:hAnsi="Consolas"/>
                <w:sz w:val="24"/>
                <w:szCs w:val="24"/>
              </w:rPr>
              <w:br/>
              <w:t xml:space="preserve">    echo "Directory not found."</w:t>
            </w:r>
            <w:r w:rsidRPr="001761A1">
              <w:rPr>
                <w:rFonts w:ascii="Consolas" w:hAnsi="Consolas"/>
                <w:sz w:val="24"/>
                <w:szCs w:val="24"/>
              </w:rPr>
              <w:br/>
              <w:t>fi</w:t>
            </w:r>
          </w:p>
        </w:tc>
      </w:tr>
    </w:tbl>
    <w:p w14:paraId="23C4D1CE" w14:textId="77777777" w:rsidR="001633FC" w:rsidRPr="001761A1" w:rsidRDefault="007071BC">
      <w:pPr>
        <w:rPr>
          <w:sz w:val="24"/>
          <w:szCs w:val="24"/>
        </w:rPr>
      </w:pPr>
      <w:r w:rsidRPr="001761A1">
        <w:rPr>
          <w:sz w:val="24"/>
          <w:szCs w:val="24"/>
        </w:rPr>
        <w:t xml:space="preserve">This script demonstrates directory validation, a while loop, process substitution and arithmetic counting. It reuses the </w:t>
      </w:r>
      <w:proofErr w:type="gramStart"/>
      <w:r w:rsidRPr="001761A1">
        <w:rPr>
          <w:sz w:val="24"/>
          <w:szCs w:val="24"/>
        </w:rPr>
        <w:t>find</w:t>
      </w:r>
      <w:proofErr w:type="gramEnd"/>
      <w:r w:rsidRPr="001761A1">
        <w:rPr>
          <w:sz w:val="24"/>
          <w:szCs w:val="24"/>
        </w:rPr>
        <w:t xml:space="preserve"> utility to locate log files and counts each result. This is a practical example of composing small Linux tools into an administrative workflow. Because find searches directory trees according to expressions [10], the same structure could be adapted for backup inventories, audit reports or cleanup preparation.</w:t>
      </w:r>
    </w:p>
    <w:p w14:paraId="50B19425" w14:textId="77777777" w:rsidR="001633FC" w:rsidRPr="001761A1" w:rsidRDefault="007071BC">
      <w:pPr>
        <w:pStyle w:val="Heading1"/>
        <w:rPr>
          <w:sz w:val="24"/>
          <w:szCs w:val="24"/>
        </w:rPr>
      </w:pPr>
      <w:r w:rsidRPr="001761A1">
        <w:rPr>
          <w:sz w:val="24"/>
          <w:szCs w:val="24"/>
        </w:rPr>
        <w:t>Conclusion</w:t>
      </w:r>
    </w:p>
    <w:p w14:paraId="7997C34F" w14:textId="77777777" w:rsidR="00235F8F" w:rsidRPr="001761A1" w:rsidRDefault="00235F8F" w:rsidP="00235F8F">
      <w:pPr>
        <w:rPr>
          <w:sz w:val="24"/>
          <w:szCs w:val="24"/>
        </w:rPr>
      </w:pPr>
    </w:p>
    <w:p w14:paraId="24A47DD8" w14:textId="77777777" w:rsidR="001633FC" w:rsidRPr="001761A1" w:rsidRDefault="007071BC">
      <w:pPr>
        <w:pStyle w:val="Heading1"/>
        <w:rPr>
          <w:sz w:val="24"/>
          <w:szCs w:val="24"/>
        </w:rPr>
      </w:pPr>
      <w:r w:rsidRPr="001761A1">
        <w:rPr>
          <w:sz w:val="24"/>
          <w:szCs w:val="24"/>
        </w:rPr>
        <w:lastRenderedPageBreak/>
        <w:t>References</w:t>
      </w:r>
    </w:p>
    <w:p w14:paraId="2F09EFCF" w14:textId="58597D23" w:rsidR="001633FC" w:rsidRPr="001761A1" w:rsidRDefault="00E62C2B">
      <w:pPr>
        <w:rPr>
          <w:sz w:val="24"/>
          <w:szCs w:val="24"/>
        </w:rPr>
      </w:pPr>
      <w:r w:rsidRPr="00E62C2B">
        <w:rPr>
          <w:sz w:val="24"/>
          <w:szCs w:val="24"/>
        </w:rPr>
        <w:t>1: IBM, “What is an operating system?” IBM Think, 2026. [Online]. Available: https://www.ibm.com/think/topics/operating-systems. [Accessed: Aug. 12, 2026]. [2] Microsoft, “Troubleshoot performance problems in Windows,” Microsoft Learn, 2026. [Online]. Available: https://learn.microsoft.com/en-us/troubleshoot/windows-server/performance/troubleshoot-performance-problems-in-windows. [Accessed: Aug. 12, 2026]. [3] Microsoft, “Troubleshoot processes by using Task Manager,” Microsoft Learn, 2026. [Online]. Available: https://learn.microsoft.com/en-us/troubleshoot/windows-server/support-tools/support-tools-task-manager. [Accessed: Aug. 12, 2026]. Michael Kerrisk, “</w:t>
      </w:r>
      <w:proofErr w:type="spellStart"/>
      <w:proofErr w:type="gramStart"/>
      <w:r w:rsidRPr="00E62C2B">
        <w:rPr>
          <w:sz w:val="24"/>
          <w:szCs w:val="24"/>
        </w:rPr>
        <w:t>ps</w:t>
      </w:r>
      <w:proofErr w:type="spellEnd"/>
      <w:r w:rsidRPr="00E62C2B">
        <w:rPr>
          <w:sz w:val="24"/>
          <w:szCs w:val="24"/>
        </w:rPr>
        <w:t>(</w:t>
      </w:r>
      <w:proofErr w:type="gramEnd"/>
      <w:r w:rsidRPr="00E62C2B">
        <w:rPr>
          <w:sz w:val="24"/>
          <w:szCs w:val="24"/>
        </w:rPr>
        <w:t>1) — Linux manual page,” man7.org, 2026. [Online]. Available: https://man7.org/linux/man-pages/man1/ps.1.html. [Accessed: Aug. 12, 2026]. [6] Microsoft, “Disk use, memory improvements and Windows Application Performance,” Microsoft Learn, 2026. [Online]. Available: https://learn.microsoft.com/en-us/windows/apps/develop/performance/disk-memory. [Accessed: Aug. 12, 2026]. [7] The Linux Kernel documentation, “Memory Management,” Linux Kernel, 2026. [Online]. Available: https://www.kernel.org/doc/html/latest/admin-guide/mm/index.html. [Accessed: Aug. 12, 2026]. [8] Microsoft, “Get-</w:t>
      </w:r>
      <w:proofErr w:type="spellStart"/>
      <w:r w:rsidRPr="00E62C2B">
        <w:rPr>
          <w:sz w:val="24"/>
          <w:szCs w:val="24"/>
        </w:rPr>
        <w:t>ChildItem</w:t>
      </w:r>
      <w:proofErr w:type="spellEnd"/>
      <w:r w:rsidRPr="00E62C2B">
        <w:rPr>
          <w:sz w:val="24"/>
          <w:szCs w:val="24"/>
        </w:rPr>
        <w:t>,” PowerShell documentation, 2026. [Online]. Available: https://learn.microsoft.com/en-us/powershell/module/microsoft.powershell.management/get-childitem. [Accessed: Aug. 12, 2026]. [9] Michael Kerrisk, “</w:t>
      </w:r>
      <w:proofErr w:type="gramStart"/>
      <w:r w:rsidRPr="00E62C2B">
        <w:rPr>
          <w:sz w:val="24"/>
          <w:szCs w:val="24"/>
        </w:rPr>
        <w:t>ls(</w:t>
      </w:r>
      <w:proofErr w:type="gramEnd"/>
      <w:r w:rsidRPr="00E62C2B">
        <w:rPr>
          <w:sz w:val="24"/>
          <w:szCs w:val="24"/>
        </w:rPr>
        <w:t>1) - Linux manual page,” man7.org, 2026. [Online]. Available: https://man7.org/linux/man-pages/man1/ls.1.html. [Accessed: Aug. 12, 2026]. [10] Michael Kerrisk, “</w:t>
      </w:r>
      <w:proofErr w:type="gramStart"/>
      <w:r w:rsidRPr="00E62C2B">
        <w:rPr>
          <w:sz w:val="24"/>
          <w:szCs w:val="24"/>
        </w:rPr>
        <w:t>find(</w:t>
      </w:r>
      <w:proofErr w:type="gramEnd"/>
      <w:r w:rsidRPr="00E62C2B">
        <w:rPr>
          <w:sz w:val="24"/>
          <w:szCs w:val="24"/>
        </w:rPr>
        <w:t>1) — Linux manual page,” man7.org, 2026. [Online]. Available: https://man7.org/linux/man-pages/man1/find.1.html. [Accessed: Aug. 12, 2026]. [11] Michael Kerrisk, "</w:t>
      </w:r>
      <w:proofErr w:type="spellStart"/>
      <w:proofErr w:type="gramStart"/>
      <w:r w:rsidRPr="00E62C2B">
        <w:rPr>
          <w:sz w:val="24"/>
          <w:szCs w:val="24"/>
        </w:rPr>
        <w:t>ip</w:t>
      </w:r>
      <w:proofErr w:type="spellEnd"/>
      <w:r w:rsidRPr="00E62C2B">
        <w:rPr>
          <w:sz w:val="24"/>
          <w:szCs w:val="24"/>
        </w:rPr>
        <w:t>(</w:t>
      </w:r>
      <w:proofErr w:type="gramEnd"/>
      <w:r w:rsidRPr="00E62C2B">
        <w:rPr>
          <w:sz w:val="24"/>
          <w:szCs w:val="24"/>
        </w:rPr>
        <w:t>8) - Linux manual page", man7.org, 2026. [Online]. Available: https://www.man7.org/linux/man-pages/man8/ip.8.html. [Accessed: Aug. 12, 2026]. [12] Michael Kerrisk,"</w:t>
      </w:r>
      <w:proofErr w:type="spellStart"/>
      <w:proofErr w:type="gramStart"/>
      <w:r w:rsidRPr="00E62C2B">
        <w:rPr>
          <w:sz w:val="24"/>
          <w:szCs w:val="24"/>
        </w:rPr>
        <w:t>useradd</w:t>
      </w:r>
      <w:proofErr w:type="spellEnd"/>
      <w:r w:rsidRPr="00E62C2B">
        <w:rPr>
          <w:sz w:val="24"/>
          <w:szCs w:val="24"/>
        </w:rPr>
        <w:t>(</w:t>
      </w:r>
      <w:proofErr w:type="gramEnd"/>
      <w:r w:rsidRPr="00E62C2B">
        <w:rPr>
          <w:sz w:val="24"/>
          <w:szCs w:val="24"/>
        </w:rPr>
        <w:t>8) - Linux manual page," man7.org, 2026. [Online]. Available: https://man7.org/linux/man-pages/man8/useradd.8.html. [Accessed: Aug. 12, 2026]. [14] Microsoft, “About the Task Scheduler,” Microsoft Learn, 2026. [Online]. Available: https://learn.microsoft.com/en-us/windows/win32/taskschd/about-the-task-scheduler. [Accessed: Aug. 12, 2026]. [15] Microsoft, “</w:t>
      </w:r>
      <w:proofErr w:type="spellStart"/>
      <w:r w:rsidRPr="00E62C2B">
        <w:rPr>
          <w:sz w:val="24"/>
          <w:szCs w:val="24"/>
        </w:rPr>
        <w:t>schtasks</w:t>
      </w:r>
      <w:proofErr w:type="spellEnd"/>
      <w:r w:rsidRPr="00E62C2B">
        <w:rPr>
          <w:sz w:val="24"/>
          <w:szCs w:val="24"/>
        </w:rPr>
        <w:t xml:space="preserve"> commands,” Microsoft Learn, 2023. [Online]. Available: https://learn.microsoft.com/en-us/windows-server/administration/windows-commands/schtasks. [Accessed: Aug. 12, 2026]. [16] Michael Kerrisk, “</w:t>
      </w:r>
      <w:proofErr w:type="gramStart"/>
      <w:r w:rsidRPr="00E62C2B">
        <w:rPr>
          <w:sz w:val="24"/>
          <w:szCs w:val="24"/>
        </w:rPr>
        <w:t>crontab(</w:t>
      </w:r>
      <w:proofErr w:type="gramEnd"/>
      <w:r w:rsidRPr="00E62C2B">
        <w:rPr>
          <w:sz w:val="24"/>
          <w:szCs w:val="24"/>
        </w:rPr>
        <w:t xml:space="preserve">5) - Linux manual page,” man7.org, 2026. [Online]. Available: https://man7.org/linux/man-pages/man5/crontab.5.html. [Accessed: Aug. 12, 2026]. Canonical, “The Linux command line for beginners,” Ubuntu, 2026. [Online]. Available: https://documentation.ubuntu.com/desktop/en/latest/tutorial/the-linux-command-line-for-beginners/. [Accessed: Aug. 12, 2026]. [18] GNU Project, “Bash Reference Manual,” GNU, 2026. [Online]. Available: https://www.gnu.org/software/bash/manual/bash.html. [Accessed: Aug. 12, 2026]. [19] GNU Project, “Shell Arithmetic,” Bash Reference Manual, 2026. [Online]. Available: https://www.gnu.org/software/bash/manual/html_node/Shell-Arithmetic.html. [Accessed: Aug. 12, 2026]. [20] GNU Project, “Conditional Constructs,” Bash Reference Manual, 2026. [Online]. Available: </w:t>
      </w:r>
      <w:r w:rsidRPr="00E62C2B">
        <w:rPr>
          <w:sz w:val="24"/>
          <w:szCs w:val="24"/>
        </w:rPr>
        <w:lastRenderedPageBreak/>
        <w:t>https://www.gnu.org/s/bash/manual/html_node/Conditional-Constructs.html. [Accessed: Aug. 12, 2026].</w:t>
      </w:r>
      <w:r w:rsidR="007071BC" w:rsidRPr="001761A1">
        <w:rPr>
          <w:sz w:val="24"/>
          <w:szCs w:val="24"/>
        </w:rPr>
        <w:br w:type="page"/>
      </w:r>
    </w:p>
    <w:p w14:paraId="2B419C63" w14:textId="77777777" w:rsidR="001633FC" w:rsidRPr="001761A1" w:rsidRDefault="007071BC">
      <w:pPr>
        <w:pStyle w:val="Heading1"/>
        <w:rPr>
          <w:sz w:val="24"/>
          <w:szCs w:val="24"/>
        </w:rPr>
      </w:pPr>
      <w:r w:rsidRPr="001761A1">
        <w:rPr>
          <w:sz w:val="24"/>
          <w:szCs w:val="24"/>
        </w:rPr>
        <w:lastRenderedPageBreak/>
        <w:t>Appendices</w:t>
      </w:r>
    </w:p>
    <w:p w14:paraId="0F1940AF" w14:textId="77777777" w:rsidR="001633FC" w:rsidRPr="001761A1" w:rsidRDefault="007071BC">
      <w:pPr>
        <w:pStyle w:val="Heading2"/>
        <w:rPr>
          <w:sz w:val="24"/>
          <w:szCs w:val="24"/>
        </w:rPr>
      </w:pPr>
      <w:r w:rsidRPr="001761A1">
        <w:rPr>
          <w:sz w:val="24"/>
          <w:szCs w:val="24"/>
        </w:rPr>
        <w:t>Appendix A – Tutorial Activity: OS Types</w:t>
      </w:r>
    </w:p>
    <w:p w14:paraId="56D32E53" w14:textId="77777777" w:rsidR="001633FC" w:rsidRPr="001761A1" w:rsidRDefault="007071BC">
      <w:pPr>
        <w:rPr>
          <w:sz w:val="24"/>
          <w:szCs w:val="24"/>
        </w:rPr>
      </w:pPr>
      <w:r w:rsidRPr="001761A1">
        <w:rPr>
          <w:sz w:val="24"/>
          <w:szCs w:val="24"/>
        </w:rPr>
        <w:t>INSERT YOUR COMPLETED OS Tutorial 1 activity here. Include the questions/answers required by your module and, where appropriate, a screenshot or scan of the completed activity. Do not substitute invented answers for your own tutorial work.</w:t>
      </w:r>
    </w:p>
    <w:tbl>
      <w:tblPr>
        <w:tblW w:w="0" w:type="auto"/>
        <w:jc w:val="center"/>
        <w:tblLayout w:type="fixed"/>
        <w:tblLook w:val="04A0" w:firstRow="1" w:lastRow="0" w:firstColumn="1" w:lastColumn="0" w:noHBand="0" w:noVBand="1"/>
      </w:tblPr>
      <w:tblGrid>
        <w:gridCol w:w="9072"/>
      </w:tblGrid>
      <w:tr w:rsidR="001633FC" w:rsidRPr="001761A1" w14:paraId="1A458D3A" w14:textId="77777777">
        <w:trPr>
          <w:jc w:val="center"/>
        </w:trPr>
        <w:tc>
          <w:tcPr>
            <w:tcW w:w="9072" w:type="dxa"/>
            <w:shd w:val="clear" w:color="auto" w:fill="EDEDED"/>
            <w:vAlign w:val="center"/>
          </w:tcPr>
          <w:p w14:paraId="7EA4FB31" w14:textId="77777777" w:rsidR="001633FC" w:rsidRPr="001761A1" w:rsidRDefault="007071BC">
            <w:pPr>
              <w:jc w:val="center"/>
              <w:rPr>
                <w:sz w:val="24"/>
                <w:szCs w:val="24"/>
              </w:rPr>
            </w:pPr>
            <w:r w:rsidRPr="001761A1">
              <w:rPr>
                <w:b/>
                <w:sz w:val="24"/>
                <w:szCs w:val="24"/>
              </w:rPr>
              <w:t xml:space="preserve">INSERT </w:t>
            </w:r>
            <w:proofErr w:type="gramStart"/>
            <w:r w:rsidRPr="001761A1">
              <w:rPr>
                <w:b/>
                <w:sz w:val="24"/>
                <w:szCs w:val="24"/>
              </w:rPr>
              <w:t>APPENDIX A</w:t>
            </w:r>
            <w:proofErr w:type="gramEnd"/>
            <w:r w:rsidRPr="001761A1">
              <w:rPr>
                <w:b/>
                <w:sz w:val="24"/>
                <w:szCs w:val="24"/>
              </w:rPr>
              <w:t xml:space="preserve"> EVIDENCE: OS Tutorial 1 activity / answers.</w:t>
            </w:r>
          </w:p>
        </w:tc>
      </w:tr>
    </w:tbl>
    <w:p w14:paraId="79479873" w14:textId="77777777" w:rsidR="001633FC" w:rsidRPr="001761A1" w:rsidRDefault="007071BC">
      <w:pPr>
        <w:jc w:val="center"/>
        <w:rPr>
          <w:sz w:val="24"/>
          <w:szCs w:val="24"/>
        </w:rPr>
      </w:pPr>
      <w:r w:rsidRPr="001761A1">
        <w:rPr>
          <w:i/>
          <w:sz w:val="24"/>
          <w:szCs w:val="24"/>
        </w:rPr>
        <w:t>INSERT APPENDIX A EVIDENCE: OS Tutorial 1 activity / answers.</w:t>
      </w:r>
    </w:p>
    <w:p w14:paraId="4AB05E53" w14:textId="77777777" w:rsidR="001633FC" w:rsidRPr="001761A1" w:rsidRDefault="007071BC">
      <w:pPr>
        <w:pStyle w:val="Heading2"/>
        <w:rPr>
          <w:sz w:val="24"/>
          <w:szCs w:val="24"/>
        </w:rPr>
      </w:pPr>
      <w:r w:rsidRPr="001761A1">
        <w:rPr>
          <w:sz w:val="24"/>
          <w:szCs w:val="24"/>
        </w:rPr>
        <w:t>Appendix B – Lecture Activities / Activity Log</w:t>
      </w:r>
    </w:p>
    <w:p w14:paraId="6B1F7B61" w14:textId="77777777" w:rsidR="001633FC" w:rsidRPr="001761A1" w:rsidRDefault="007071BC">
      <w:pPr>
        <w:rPr>
          <w:sz w:val="24"/>
          <w:szCs w:val="24"/>
        </w:rPr>
      </w:pPr>
      <w:r w:rsidRPr="001761A1">
        <w:rPr>
          <w:sz w:val="24"/>
          <w:szCs w:val="24"/>
        </w:rPr>
        <w:t>Insert selected lecture-activity answers or an activity log showing dates, topics, commands tested and brief outcomes. This appendix should demonstrate engagement with the teaching activities and should correspond to the report's practical work.</w:t>
      </w:r>
    </w:p>
    <w:tbl>
      <w:tblPr>
        <w:tblW w:w="0" w:type="auto"/>
        <w:jc w:val="center"/>
        <w:tblLayout w:type="fixed"/>
        <w:tblLook w:val="04A0" w:firstRow="1" w:lastRow="0" w:firstColumn="1" w:lastColumn="0" w:noHBand="0" w:noVBand="1"/>
      </w:tblPr>
      <w:tblGrid>
        <w:gridCol w:w="9072"/>
      </w:tblGrid>
      <w:tr w:rsidR="001633FC" w:rsidRPr="001761A1" w14:paraId="2582E0D6" w14:textId="77777777">
        <w:trPr>
          <w:jc w:val="center"/>
        </w:trPr>
        <w:tc>
          <w:tcPr>
            <w:tcW w:w="9072" w:type="dxa"/>
            <w:shd w:val="clear" w:color="auto" w:fill="EDEDED"/>
            <w:vAlign w:val="center"/>
          </w:tcPr>
          <w:p w14:paraId="31CD214A" w14:textId="77777777" w:rsidR="001633FC" w:rsidRPr="001761A1" w:rsidRDefault="007071BC">
            <w:pPr>
              <w:jc w:val="center"/>
              <w:rPr>
                <w:sz w:val="24"/>
                <w:szCs w:val="24"/>
              </w:rPr>
            </w:pPr>
            <w:r w:rsidRPr="001761A1">
              <w:rPr>
                <w:b/>
                <w:sz w:val="24"/>
                <w:szCs w:val="24"/>
              </w:rPr>
              <w:t>INSERT APPENDIX B EVIDENCE: Lecture activity answers / activity log.</w:t>
            </w:r>
          </w:p>
        </w:tc>
      </w:tr>
    </w:tbl>
    <w:p w14:paraId="28F83A20" w14:textId="77777777" w:rsidR="001633FC" w:rsidRPr="001761A1" w:rsidRDefault="007071BC">
      <w:pPr>
        <w:jc w:val="center"/>
        <w:rPr>
          <w:sz w:val="24"/>
          <w:szCs w:val="24"/>
        </w:rPr>
      </w:pPr>
      <w:r w:rsidRPr="001761A1">
        <w:rPr>
          <w:i/>
          <w:sz w:val="24"/>
          <w:szCs w:val="24"/>
        </w:rPr>
        <w:t>INSERT APPENDIX B EVIDENCE: Lecture activity answers / activity log.</w:t>
      </w:r>
    </w:p>
    <w:p w14:paraId="55DAA2EF" w14:textId="77777777" w:rsidR="001633FC" w:rsidRPr="001761A1" w:rsidRDefault="007071BC">
      <w:pPr>
        <w:pStyle w:val="Heading2"/>
        <w:rPr>
          <w:sz w:val="24"/>
          <w:szCs w:val="24"/>
        </w:rPr>
      </w:pPr>
      <w:r w:rsidRPr="001761A1">
        <w:rPr>
          <w:sz w:val="24"/>
          <w:szCs w:val="24"/>
        </w:rPr>
        <w:t>Appendix C – Evidence of Engagement with an Online Certified Course</w:t>
      </w:r>
    </w:p>
    <w:p w14:paraId="3FA98557" w14:textId="77777777" w:rsidR="001633FC" w:rsidRPr="001761A1" w:rsidRDefault="007071BC">
      <w:pPr>
        <w:rPr>
          <w:sz w:val="24"/>
          <w:szCs w:val="24"/>
        </w:rPr>
      </w:pPr>
      <w:r w:rsidRPr="001761A1">
        <w:rPr>
          <w:sz w:val="24"/>
          <w:szCs w:val="24"/>
        </w:rPr>
        <w:t>Insert evidence from one relevant online certified course. Suitable examples from the assessment brief include Cisco Networking Academy/Skills for All OS or Linux courses, Labex Linux for Beginners, LinkedIn Learning PowerShell courses, Microsoft Learn PowerShell automation learning, Google Cloud Shell learning, or another approved OS/CLI course. Include several screenshots showing the course title, your enrolled/progress status, module completion and/or certificate evidence. The evidence must be genuine an</w:t>
      </w:r>
      <w:r w:rsidRPr="001761A1">
        <w:rPr>
          <w:sz w:val="24"/>
          <w:szCs w:val="24"/>
        </w:rPr>
        <w:t>d associated with your own learner account.</w:t>
      </w:r>
    </w:p>
    <w:tbl>
      <w:tblPr>
        <w:tblW w:w="0" w:type="auto"/>
        <w:jc w:val="center"/>
        <w:tblLayout w:type="fixed"/>
        <w:tblLook w:val="04A0" w:firstRow="1" w:lastRow="0" w:firstColumn="1" w:lastColumn="0" w:noHBand="0" w:noVBand="1"/>
      </w:tblPr>
      <w:tblGrid>
        <w:gridCol w:w="9072"/>
      </w:tblGrid>
      <w:tr w:rsidR="001633FC" w:rsidRPr="001761A1" w14:paraId="262EF15E" w14:textId="77777777">
        <w:trPr>
          <w:jc w:val="center"/>
        </w:trPr>
        <w:tc>
          <w:tcPr>
            <w:tcW w:w="9072" w:type="dxa"/>
            <w:shd w:val="clear" w:color="auto" w:fill="EDEDED"/>
            <w:vAlign w:val="center"/>
          </w:tcPr>
          <w:p w14:paraId="656D1E44" w14:textId="77777777" w:rsidR="001633FC" w:rsidRPr="001761A1" w:rsidRDefault="007071BC">
            <w:pPr>
              <w:jc w:val="center"/>
              <w:rPr>
                <w:sz w:val="24"/>
                <w:szCs w:val="24"/>
              </w:rPr>
            </w:pPr>
            <w:r w:rsidRPr="001761A1">
              <w:rPr>
                <w:b/>
                <w:sz w:val="24"/>
                <w:szCs w:val="24"/>
              </w:rPr>
              <w:t>INSERT APPENDIX C FIGURE 1: Course enrolment / course title evidence.</w:t>
            </w:r>
          </w:p>
        </w:tc>
      </w:tr>
    </w:tbl>
    <w:p w14:paraId="71EE74BE" w14:textId="77777777" w:rsidR="001633FC" w:rsidRPr="001761A1" w:rsidRDefault="007071BC">
      <w:pPr>
        <w:jc w:val="center"/>
        <w:rPr>
          <w:sz w:val="24"/>
          <w:szCs w:val="24"/>
        </w:rPr>
      </w:pPr>
      <w:r w:rsidRPr="001761A1">
        <w:rPr>
          <w:i/>
          <w:sz w:val="24"/>
          <w:szCs w:val="24"/>
        </w:rPr>
        <w:t>INSERT APPENDIX C FIGURE 1: Course enrolment / course title evidence.</w:t>
      </w:r>
    </w:p>
    <w:tbl>
      <w:tblPr>
        <w:tblW w:w="0" w:type="auto"/>
        <w:jc w:val="center"/>
        <w:tblLayout w:type="fixed"/>
        <w:tblLook w:val="04A0" w:firstRow="1" w:lastRow="0" w:firstColumn="1" w:lastColumn="0" w:noHBand="0" w:noVBand="1"/>
      </w:tblPr>
      <w:tblGrid>
        <w:gridCol w:w="9072"/>
      </w:tblGrid>
      <w:tr w:rsidR="001633FC" w:rsidRPr="001761A1" w14:paraId="2BDCF88C" w14:textId="77777777">
        <w:trPr>
          <w:jc w:val="center"/>
        </w:trPr>
        <w:tc>
          <w:tcPr>
            <w:tcW w:w="9072" w:type="dxa"/>
            <w:shd w:val="clear" w:color="auto" w:fill="EDEDED"/>
            <w:vAlign w:val="center"/>
          </w:tcPr>
          <w:p w14:paraId="640195CE" w14:textId="77777777" w:rsidR="001633FC" w:rsidRPr="001761A1" w:rsidRDefault="007071BC">
            <w:pPr>
              <w:jc w:val="center"/>
              <w:rPr>
                <w:sz w:val="24"/>
                <w:szCs w:val="24"/>
              </w:rPr>
            </w:pPr>
            <w:r w:rsidRPr="001761A1">
              <w:rPr>
                <w:b/>
                <w:sz w:val="24"/>
                <w:szCs w:val="24"/>
              </w:rPr>
              <w:t>INSERT APPENDIX C FIGURE 2: Course progress / completed modules evidence.</w:t>
            </w:r>
          </w:p>
        </w:tc>
      </w:tr>
    </w:tbl>
    <w:p w14:paraId="5737DE3C" w14:textId="77777777" w:rsidR="001633FC" w:rsidRPr="001761A1" w:rsidRDefault="007071BC">
      <w:pPr>
        <w:jc w:val="center"/>
        <w:rPr>
          <w:sz w:val="24"/>
          <w:szCs w:val="24"/>
        </w:rPr>
      </w:pPr>
      <w:r w:rsidRPr="001761A1">
        <w:rPr>
          <w:i/>
          <w:sz w:val="24"/>
          <w:szCs w:val="24"/>
        </w:rPr>
        <w:t>INSERT APPENDIX C FIGURE 2: Course progress / completed modules evidence.</w:t>
      </w:r>
    </w:p>
    <w:tbl>
      <w:tblPr>
        <w:tblW w:w="0" w:type="auto"/>
        <w:jc w:val="center"/>
        <w:tblLayout w:type="fixed"/>
        <w:tblLook w:val="04A0" w:firstRow="1" w:lastRow="0" w:firstColumn="1" w:lastColumn="0" w:noHBand="0" w:noVBand="1"/>
      </w:tblPr>
      <w:tblGrid>
        <w:gridCol w:w="9072"/>
      </w:tblGrid>
      <w:tr w:rsidR="001633FC" w:rsidRPr="001761A1" w14:paraId="0FF4B786" w14:textId="77777777">
        <w:trPr>
          <w:jc w:val="center"/>
        </w:trPr>
        <w:tc>
          <w:tcPr>
            <w:tcW w:w="9072" w:type="dxa"/>
            <w:shd w:val="clear" w:color="auto" w:fill="EDEDED"/>
            <w:vAlign w:val="center"/>
          </w:tcPr>
          <w:p w14:paraId="155599A9" w14:textId="77777777" w:rsidR="001633FC" w:rsidRPr="001761A1" w:rsidRDefault="007071BC">
            <w:pPr>
              <w:jc w:val="center"/>
              <w:rPr>
                <w:sz w:val="24"/>
                <w:szCs w:val="24"/>
              </w:rPr>
            </w:pPr>
            <w:r w:rsidRPr="001761A1">
              <w:rPr>
                <w:b/>
                <w:sz w:val="24"/>
                <w:szCs w:val="24"/>
              </w:rPr>
              <w:t>INSERT APPENDIX C FIGURE 3: Certificate or completion evidence, if available.</w:t>
            </w:r>
          </w:p>
        </w:tc>
      </w:tr>
    </w:tbl>
    <w:p w14:paraId="3A313BF7" w14:textId="77777777" w:rsidR="001633FC" w:rsidRPr="001761A1" w:rsidRDefault="007071BC">
      <w:pPr>
        <w:jc w:val="center"/>
        <w:rPr>
          <w:sz w:val="24"/>
          <w:szCs w:val="24"/>
        </w:rPr>
      </w:pPr>
      <w:r w:rsidRPr="001761A1">
        <w:rPr>
          <w:i/>
          <w:sz w:val="24"/>
          <w:szCs w:val="24"/>
        </w:rPr>
        <w:t>INSERT APPENDIX C FIGURE 3: Certificate or completion evidence, if available.</w:t>
      </w:r>
    </w:p>
    <w:p w14:paraId="0DD6339F" w14:textId="77777777" w:rsidR="001633FC" w:rsidRPr="001761A1" w:rsidRDefault="007071BC">
      <w:pPr>
        <w:rPr>
          <w:sz w:val="24"/>
          <w:szCs w:val="24"/>
        </w:rPr>
      </w:pPr>
      <w:r w:rsidRPr="001761A1">
        <w:rPr>
          <w:sz w:val="24"/>
          <w:szCs w:val="24"/>
        </w:rPr>
        <w:t>Submission checklist: replace every screenshot placeholder; update the title-page details; add your authentic tutorial, lecture and online-course evidence; update the table of contents; proofread the final document; then export/submit the Word document through the institution's required Turnitin submission route.</w:t>
      </w:r>
    </w:p>
    <w:p w14:paraId="6D8719C6" w14:textId="77777777" w:rsidR="001633FC" w:rsidRPr="001761A1" w:rsidRDefault="007071BC">
      <w:pPr>
        <w:jc w:val="center"/>
        <w:rPr>
          <w:sz w:val="24"/>
          <w:szCs w:val="24"/>
        </w:rPr>
      </w:pPr>
      <w:r w:rsidRPr="001761A1">
        <w:rPr>
          <w:noProof/>
          <w:sz w:val="24"/>
          <w:szCs w:val="24"/>
        </w:rPr>
        <w:lastRenderedPageBreak/>
        <w:drawing>
          <wp:inline distT="0" distB="0" distL="0" distR="0" wp14:anchorId="4DBC1446" wp14:editId="4362A29D">
            <wp:extent cx="5715000" cy="297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task_manager.png"/>
                    <pic:cNvPicPr/>
                  </pic:nvPicPr>
                  <pic:blipFill>
                    <a:blip r:embed="rId19"/>
                    <a:stretch>
                      <a:fillRect/>
                    </a:stretch>
                  </pic:blipFill>
                  <pic:spPr>
                    <a:xfrm>
                      <a:off x="0" y="0"/>
                      <a:ext cx="5715000" cy="2971800"/>
                    </a:xfrm>
                    <a:prstGeom prst="rect">
                      <a:avLst/>
                    </a:prstGeom>
                  </pic:spPr>
                </pic:pic>
              </a:graphicData>
            </a:graphic>
          </wp:inline>
        </w:drawing>
      </w:r>
    </w:p>
    <w:p w14:paraId="72F4B7EA" w14:textId="77777777" w:rsidR="001633FC" w:rsidRPr="001761A1" w:rsidRDefault="007071BC">
      <w:pPr>
        <w:jc w:val="center"/>
        <w:rPr>
          <w:sz w:val="24"/>
          <w:szCs w:val="24"/>
        </w:rPr>
      </w:pPr>
      <w:r w:rsidRPr="001761A1">
        <w:rPr>
          <w:i/>
          <w:sz w:val="24"/>
          <w:szCs w:val="24"/>
        </w:rPr>
        <w:t>INSERT FIGURE 1: Windows Task Manager screenshot showing Processes and Performance tabs.</w:t>
      </w:r>
    </w:p>
    <w:p w14:paraId="314076EF" w14:textId="77777777" w:rsidR="001633FC" w:rsidRPr="001761A1" w:rsidRDefault="007071BC">
      <w:pPr>
        <w:jc w:val="center"/>
        <w:rPr>
          <w:sz w:val="24"/>
          <w:szCs w:val="24"/>
        </w:rPr>
      </w:pPr>
      <w:r w:rsidRPr="001761A1">
        <w:rPr>
          <w:noProof/>
          <w:sz w:val="24"/>
          <w:szCs w:val="24"/>
        </w:rPr>
        <w:drawing>
          <wp:inline distT="0" distB="0" distL="0" distR="0" wp14:anchorId="3A052B11" wp14:editId="7351F055">
            <wp:extent cx="5715000" cy="2971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linux_system.png"/>
                    <pic:cNvPicPr/>
                  </pic:nvPicPr>
                  <pic:blipFill>
                    <a:blip r:embed="rId20"/>
                    <a:stretch>
                      <a:fillRect/>
                    </a:stretch>
                  </pic:blipFill>
                  <pic:spPr>
                    <a:xfrm>
                      <a:off x="0" y="0"/>
                      <a:ext cx="5715000" cy="2971800"/>
                    </a:xfrm>
                    <a:prstGeom prst="rect">
                      <a:avLst/>
                    </a:prstGeom>
                  </pic:spPr>
                </pic:pic>
              </a:graphicData>
            </a:graphic>
          </wp:inline>
        </w:drawing>
      </w:r>
    </w:p>
    <w:p w14:paraId="111F6A18" w14:textId="77777777" w:rsidR="001633FC" w:rsidRPr="001761A1" w:rsidRDefault="007071BC">
      <w:pPr>
        <w:jc w:val="center"/>
        <w:rPr>
          <w:sz w:val="24"/>
          <w:szCs w:val="24"/>
        </w:rPr>
      </w:pPr>
      <w:r w:rsidRPr="001761A1">
        <w:rPr>
          <w:i/>
          <w:sz w:val="24"/>
          <w:szCs w:val="24"/>
        </w:rPr>
        <w:t>INSERT FIGURE 2: Linux terminal screenshot showing ps/top and memory or system information.</w:t>
      </w:r>
    </w:p>
    <w:p w14:paraId="7D35E831" w14:textId="77777777" w:rsidR="001633FC" w:rsidRPr="001761A1" w:rsidRDefault="007071BC">
      <w:pPr>
        <w:jc w:val="center"/>
        <w:rPr>
          <w:sz w:val="24"/>
          <w:szCs w:val="24"/>
        </w:rPr>
      </w:pPr>
      <w:r w:rsidRPr="001761A1">
        <w:rPr>
          <w:noProof/>
          <w:sz w:val="24"/>
          <w:szCs w:val="24"/>
        </w:rPr>
        <w:lastRenderedPageBreak/>
        <w:drawing>
          <wp:inline distT="0" distB="0" distL="0" distR="0" wp14:anchorId="297DDFD2" wp14:editId="5D004757">
            <wp:extent cx="5715000" cy="2971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win_process.png"/>
                    <pic:cNvPicPr/>
                  </pic:nvPicPr>
                  <pic:blipFill>
                    <a:blip r:embed="rId21"/>
                    <a:stretch>
                      <a:fillRect/>
                    </a:stretch>
                  </pic:blipFill>
                  <pic:spPr>
                    <a:xfrm>
                      <a:off x="0" y="0"/>
                      <a:ext cx="5715000" cy="2971800"/>
                    </a:xfrm>
                    <a:prstGeom prst="rect">
                      <a:avLst/>
                    </a:prstGeom>
                  </pic:spPr>
                </pic:pic>
              </a:graphicData>
            </a:graphic>
          </wp:inline>
        </w:drawing>
      </w:r>
    </w:p>
    <w:p w14:paraId="181998F6" w14:textId="77777777" w:rsidR="001633FC" w:rsidRPr="001761A1" w:rsidRDefault="007071BC">
      <w:pPr>
        <w:jc w:val="center"/>
        <w:rPr>
          <w:sz w:val="24"/>
          <w:szCs w:val="24"/>
        </w:rPr>
      </w:pPr>
      <w:r w:rsidRPr="001761A1">
        <w:rPr>
          <w:i/>
          <w:sz w:val="24"/>
          <w:szCs w:val="24"/>
        </w:rPr>
        <w:t>INSERT FIGURE 3: Windows CLI evidence – commands 1–4 with real output from machine.</w:t>
      </w:r>
    </w:p>
    <w:p w14:paraId="290DE445" w14:textId="77777777" w:rsidR="001633FC" w:rsidRPr="001761A1" w:rsidRDefault="007071BC">
      <w:pPr>
        <w:jc w:val="center"/>
        <w:rPr>
          <w:sz w:val="24"/>
          <w:szCs w:val="24"/>
        </w:rPr>
      </w:pPr>
      <w:r w:rsidRPr="001761A1">
        <w:rPr>
          <w:noProof/>
          <w:sz w:val="24"/>
          <w:szCs w:val="24"/>
        </w:rPr>
        <w:drawing>
          <wp:inline distT="0" distB="0" distL="0" distR="0" wp14:anchorId="6EBDBC74" wp14:editId="7FF3A4E6">
            <wp:extent cx="5715000" cy="2971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win_files.png"/>
                    <pic:cNvPicPr/>
                  </pic:nvPicPr>
                  <pic:blipFill>
                    <a:blip r:embed="rId22"/>
                    <a:stretch>
                      <a:fillRect/>
                    </a:stretch>
                  </pic:blipFill>
                  <pic:spPr>
                    <a:xfrm>
                      <a:off x="0" y="0"/>
                      <a:ext cx="5715000" cy="2971800"/>
                    </a:xfrm>
                    <a:prstGeom prst="rect">
                      <a:avLst/>
                    </a:prstGeom>
                  </pic:spPr>
                </pic:pic>
              </a:graphicData>
            </a:graphic>
          </wp:inline>
        </w:drawing>
      </w:r>
    </w:p>
    <w:p w14:paraId="14FAE8CF" w14:textId="77777777" w:rsidR="001633FC" w:rsidRPr="001761A1" w:rsidRDefault="007071BC">
      <w:pPr>
        <w:jc w:val="center"/>
        <w:rPr>
          <w:sz w:val="24"/>
          <w:szCs w:val="24"/>
        </w:rPr>
      </w:pPr>
      <w:r w:rsidRPr="001761A1">
        <w:rPr>
          <w:i/>
          <w:sz w:val="24"/>
          <w:szCs w:val="24"/>
        </w:rPr>
        <w:t>INSERT FIGURE 4: Windows CLI evidence – commands 5–8 with real output from machine.</w:t>
      </w:r>
    </w:p>
    <w:p w14:paraId="78C21A72" w14:textId="77777777" w:rsidR="001633FC" w:rsidRPr="001761A1" w:rsidRDefault="007071BC">
      <w:pPr>
        <w:jc w:val="center"/>
        <w:rPr>
          <w:sz w:val="24"/>
          <w:szCs w:val="24"/>
        </w:rPr>
      </w:pPr>
      <w:r w:rsidRPr="001761A1">
        <w:rPr>
          <w:noProof/>
          <w:sz w:val="24"/>
          <w:szCs w:val="24"/>
        </w:rPr>
        <w:lastRenderedPageBreak/>
        <w:drawing>
          <wp:inline distT="0" distB="0" distL="0" distR="0" wp14:anchorId="410A0803" wp14:editId="38E229B1">
            <wp:extent cx="5715000" cy="2971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_win_users.png"/>
                    <pic:cNvPicPr/>
                  </pic:nvPicPr>
                  <pic:blipFill>
                    <a:blip r:embed="rId23"/>
                    <a:stretch>
                      <a:fillRect/>
                    </a:stretch>
                  </pic:blipFill>
                  <pic:spPr>
                    <a:xfrm>
                      <a:off x="0" y="0"/>
                      <a:ext cx="5715000" cy="2971800"/>
                    </a:xfrm>
                    <a:prstGeom prst="rect">
                      <a:avLst/>
                    </a:prstGeom>
                  </pic:spPr>
                </pic:pic>
              </a:graphicData>
            </a:graphic>
          </wp:inline>
        </w:drawing>
      </w:r>
    </w:p>
    <w:p w14:paraId="497D9208" w14:textId="77777777" w:rsidR="001633FC" w:rsidRPr="001761A1" w:rsidRDefault="007071BC">
      <w:pPr>
        <w:jc w:val="center"/>
        <w:rPr>
          <w:sz w:val="24"/>
          <w:szCs w:val="24"/>
        </w:rPr>
      </w:pPr>
      <w:r w:rsidRPr="001761A1">
        <w:rPr>
          <w:i/>
          <w:sz w:val="24"/>
          <w:szCs w:val="24"/>
        </w:rPr>
        <w:t>INSERT FIGURE 5: Windows CLI evidence – commands 9–12 with real output from machine.</w:t>
      </w:r>
    </w:p>
    <w:p w14:paraId="7158183E" w14:textId="77777777" w:rsidR="001633FC" w:rsidRPr="001761A1" w:rsidRDefault="007071BC">
      <w:pPr>
        <w:jc w:val="center"/>
        <w:rPr>
          <w:sz w:val="24"/>
          <w:szCs w:val="24"/>
        </w:rPr>
      </w:pPr>
      <w:r w:rsidRPr="001761A1">
        <w:rPr>
          <w:noProof/>
          <w:sz w:val="24"/>
          <w:szCs w:val="24"/>
        </w:rPr>
        <w:drawing>
          <wp:inline distT="0" distB="0" distL="0" distR="0" wp14:anchorId="57663388" wp14:editId="06D3C625">
            <wp:extent cx="5715000" cy="2971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linux_process.png"/>
                    <pic:cNvPicPr/>
                  </pic:nvPicPr>
                  <pic:blipFill>
                    <a:blip r:embed="rId24"/>
                    <a:stretch>
                      <a:fillRect/>
                    </a:stretch>
                  </pic:blipFill>
                  <pic:spPr>
                    <a:xfrm>
                      <a:off x="0" y="0"/>
                      <a:ext cx="5715000" cy="2971800"/>
                    </a:xfrm>
                    <a:prstGeom prst="rect">
                      <a:avLst/>
                    </a:prstGeom>
                  </pic:spPr>
                </pic:pic>
              </a:graphicData>
            </a:graphic>
          </wp:inline>
        </w:drawing>
      </w:r>
    </w:p>
    <w:p w14:paraId="5BA6EC78" w14:textId="77777777" w:rsidR="001633FC" w:rsidRPr="001761A1" w:rsidRDefault="007071BC">
      <w:pPr>
        <w:jc w:val="center"/>
        <w:rPr>
          <w:sz w:val="24"/>
          <w:szCs w:val="24"/>
        </w:rPr>
      </w:pPr>
      <w:r w:rsidRPr="001761A1">
        <w:rPr>
          <w:i/>
          <w:sz w:val="24"/>
          <w:szCs w:val="24"/>
        </w:rPr>
        <w:t>INSERT FIGURE 6: Linux CLI evidence – commands 1–4 with real output from machine.</w:t>
      </w:r>
    </w:p>
    <w:p w14:paraId="2DCAB1CE" w14:textId="77777777" w:rsidR="001633FC" w:rsidRPr="001761A1" w:rsidRDefault="007071BC">
      <w:pPr>
        <w:jc w:val="center"/>
        <w:rPr>
          <w:sz w:val="24"/>
          <w:szCs w:val="24"/>
        </w:rPr>
      </w:pPr>
      <w:r w:rsidRPr="001761A1">
        <w:rPr>
          <w:noProof/>
          <w:sz w:val="24"/>
          <w:szCs w:val="24"/>
        </w:rPr>
        <w:lastRenderedPageBreak/>
        <w:drawing>
          <wp:inline distT="0" distB="0" distL="0" distR="0" wp14:anchorId="056535D6" wp14:editId="16CF15A8">
            <wp:extent cx="5715000" cy="2971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_linux_files.png"/>
                    <pic:cNvPicPr/>
                  </pic:nvPicPr>
                  <pic:blipFill>
                    <a:blip r:embed="rId25"/>
                    <a:stretch>
                      <a:fillRect/>
                    </a:stretch>
                  </pic:blipFill>
                  <pic:spPr>
                    <a:xfrm>
                      <a:off x="0" y="0"/>
                      <a:ext cx="5715000" cy="2971800"/>
                    </a:xfrm>
                    <a:prstGeom prst="rect">
                      <a:avLst/>
                    </a:prstGeom>
                  </pic:spPr>
                </pic:pic>
              </a:graphicData>
            </a:graphic>
          </wp:inline>
        </w:drawing>
      </w:r>
    </w:p>
    <w:p w14:paraId="5413E920" w14:textId="77777777" w:rsidR="001633FC" w:rsidRPr="001761A1" w:rsidRDefault="007071BC">
      <w:pPr>
        <w:jc w:val="center"/>
        <w:rPr>
          <w:sz w:val="24"/>
          <w:szCs w:val="24"/>
        </w:rPr>
      </w:pPr>
      <w:r w:rsidRPr="001761A1">
        <w:rPr>
          <w:i/>
          <w:sz w:val="24"/>
          <w:szCs w:val="24"/>
        </w:rPr>
        <w:t>INSERT FIGURE 7: Linux CLI evidence – commands 5–8 with real output from machine.</w:t>
      </w:r>
    </w:p>
    <w:p w14:paraId="1AE360CC" w14:textId="77777777" w:rsidR="001633FC" w:rsidRPr="001761A1" w:rsidRDefault="007071BC">
      <w:pPr>
        <w:jc w:val="center"/>
        <w:rPr>
          <w:sz w:val="24"/>
          <w:szCs w:val="24"/>
        </w:rPr>
      </w:pPr>
      <w:r w:rsidRPr="001761A1">
        <w:rPr>
          <w:noProof/>
          <w:sz w:val="24"/>
          <w:szCs w:val="24"/>
        </w:rPr>
        <w:drawing>
          <wp:inline distT="0" distB="0" distL="0" distR="0" wp14:anchorId="217E8960" wp14:editId="0E68FC53">
            <wp:extent cx="5715000" cy="2971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_linux_users.png"/>
                    <pic:cNvPicPr/>
                  </pic:nvPicPr>
                  <pic:blipFill>
                    <a:blip r:embed="rId26"/>
                    <a:stretch>
                      <a:fillRect/>
                    </a:stretch>
                  </pic:blipFill>
                  <pic:spPr>
                    <a:xfrm>
                      <a:off x="0" y="0"/>
                      <a:ext cx="5715000" cy="2971800"/>
                    </a:xfrm>
                    <a:prstGeom prst="rect">
                      <a:avLst/>
                    </a:prstGeom>
                  </pic:spPr>
                </pic:pic>
              </a:graphicData>
            </a:graphic>
          </wp:inline>
        </w:drawing>
      </w:r>
    </w:p>
    <w:p w14:paraId="2005225E" w14:textId="77777777" w:rsidR="001633FC" w:rsidRPr="001761A1" w:rsidRDefault="007071BC">
      <w:pPr>
        <w:jc w:val="center"/>
        <w:rPr>
          <w:sz w:val="24"/>
          <w:szCs w:val="24"/>
        </w:rPr>
      </w:pPr>
      <w:r w:rsidRPr="001761A1">
        <w:rPr>
          <w:i/>
          <w:sz w:val="24"/>
          <w:szCs w:val="24"/>
        </w:rPr>
        <w:t>INSERT FIGURE 8: Linux CLI evidence – commands 9–12 with real output from machine.</w:t>
      </w:r>
    </w:p>
    <w:p w14:paraId="000422BB" w14:textId="77777777" w:rsidR="001633FC" w:rsidRPr="001761A1" w:rsidRDefault="007071BC">
      <w:pPr>
        <w:jc w:val="center"/>
        <w:rPr>
          <w:sz w:val="24"/>
          <w:szCs w:val="24"/>
        </w:rPr>
      </w:pPr>
      <w:r w:rsidRPr="001761A1">
        <w:rPr>
          <w:noProof/>
          <w:sz w:val="24"/>
          <w:szCs w:val="24"/>
        </w:rPr>
        <w:lastRenderedPageBreak/>
        <w:drawing>
          <wp:inline distT="0" distB="0" distL="0" distR="0" wp14:anchorId="6CA4A476" wp14:editId="0346386F">
            <wp:extent cx="5715000" cy="2971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_batch_script_a.png"/>
                    <pic:cNvPicPr/>
                  </pic:nvPicPr>
                  <pic:blipFill>
                    <a:blip r:embed="rId27"/>
                    <a:stretch>
                      <a:fillRect/>
                    </a:stretch>
                  </pic:blipFill>
                  <pic:spPr>
                    <a:xfrm>
                      <a:off x="0" y="0"/>
                      <a:ext cx="5715000" cy="2971800"/>
                    </a:xfrm>
                    <a:prstGeom prst="rect">
                      <a:avLst/>
                    </a:prstGeom>
                  </pic:spPr>
                </pic:pic>
              </a:graphicData>
            </a:graphic>
          </wp:inline>
        </w:drawing>
      </w:r>
    </w:p>
    <w:p w14:paraId="39B50459" w14:textId="77777777" w:rsidR="001633FC" w:rsidRPr="001761A1" w:rsidRDefault="007071BC">
      <w:pPr>
        <w:jc w:val="center"/>
        <w:rPr>
          <w:sz w:val="24"/>
          <w:szCs w:val="24"/>
        </w:rPr>
      </w:pPr>
      <w:r w:rsidRPr="001761A1">
        <w:rPr>
          <w:i/>
          <w:sz w:val="24"/>
          <w:szCs w:val="24"/>
        </w:rPr>
        <w:t>INSERT FIGURE 9: Batch Script A – code and execution output from Windows system.</w:t>
      </w:r>
    </w:p>
    <w:p w14:paraId="7074AECF" w14:textId="77777777" w:rsidR="001633FC" w:rsidRPr="001761A1" w:rsidRDefault="007071BC">
      <w:pPr>
        <w:jc w:val="center"/>
        <w:rPr>
          <w:sz w:val="24"/>
          <w:szCs w:val="24"/>
        </w:rPr>
      </w:pPr>
      <w:r w:rsidRPr="001761A1">
        <w:rPr>
          <w:noProof/>
          <w:sz w:val="24"/>
          <w:szCs w:val="24"/>
        </w:rPr>
        <w:drawing>
          <wp:inline distT="0" distB="0" distL="0" distR="0" wp14:anchorId="37EFADA7" wp14:editId="00E5A369">
            <wp:extent cx="5715000" cy="2971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_batch_script_b.png"/>
                    <pic:cNvPicPr/>
                  </pic:nvPicPr>
                  <pic:blipFill>
                    <a:blip r:embed="rId28"/>
                    <a:stretch>
                      <a:fillRect/>
                    </a:stretch>
                  </pic:blipFill>
                  <pic:spPr>
                    <a:xfrm>
                      <a:off x="0" y="0"/>
                      <a:ext cx="5715000" cy="2971800"/>
                    </a:xfrm>
                    <a:prstGeom prst="rect">
                      <a:avLst/>
                    </a:prstGeom>
                  </pic:spPr>
                </pic:pic>
              </a:graphicData>
            </a:graphic>
          </wp:inline>
        </w:drawing>
      </w:r>
    </w:p>
    <w:p w14:paraId="47633927" w14:textId="77777777" w:rsidR="001633FC" w:rsidRPr="001761A1" w:rsidRDefault="007071BC">
      <w:pPr>
        <w:jc w:val="center"/>
        <w:rPr>
          <w:sz w:val="24"/>
          <w:szCs w:val="24"/>
        </w:rPr>
      </w:pPr>
      <w:r w:rsidRPr="001761A1">
        <w:rPr>
          <w:i/>
          <w:sz w:val="24"/>
          <w:szCs w:val="24"/>
        </w:rPr>
        <w:t>INSERT FIGURE 10: Batch Script B – code and execution output from Windows system.</w:t>
      </w:r>
    </w:p>
    <w:p w14:paraId="4494740B" w14:textId="77777777" w:rsidR="001633FC" w:rsidRPr="001761A1" w:rsidRDefault="007071BC">
      <w:pPr>
        <w:jc w:val="center"/>
        <w:rPr>
          <w:sz w:val="24"/>
          <w:szCs w:val="24"/>
        </w:rPr>
      </w:pPr>
      <w:r w:rsidRPr="001761A1">
        <w:rPr>
          <w:noProof/>
          <w:sz w:val="24"/>
          <w:szCs w:val="24"/>
        </w:rPr>
        <w:lastRenderedPageBreak/>
        <w:drawing>
          <wp:inline distT="0" distB="0" distL="0" distR="0" wp14:anchorId="04BA9F0E" wp14:editId="0674A080">
            <wp:extent cx="5715000" cy="2971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_bash_script_a.png"/>
                    <pic:cNvPicPr/>
                  </pic:nvPicPr>
                  <pic:blipFill>
                    <a:blip r:embed="rId29"/>
                    <a:stretch>
                      <a:fillRect/>
                    </a:stretch>
                  </pic:blipFill>
                  <pic:spPr>
                    <a:xfrm>
                      <a:off x="0" y="0"/>
                      <a:ext cx="5715000" cy="2971800"/>
                    </a:xfrm>
                    <a:prstGeom prst="rect">
                      <a:avLst/>
                    </a:prstGeom>
                  </pic:spPr>
                </pic:pic>
              </a:graphicData>
            </a:graphic>
          </wp:inline>
        </w:drawing>
      </w:r>
    </w:p>
    <w:p w14:paraId="0E34B2E6" w14:textId="77777777" w:rsidR="001633FC" w:rsidRPr="001761A1" w:rsidRDefault="007071BC">
      <w:pPr>
        <w:jc w:val="center"/>
        <w:rPr>
          <w:sz w:val="24"/>
          <w:szCs w:val="24"/>
        </w:rPr>
      </w:pPr>
      <w:r w:rsidRPr="001761A1">
        <w:rPr>
          <w:i/>
          <w:sz w:val="24"/>
          <w:szCs w:val="24"/>
        </w:rPr>
        <w:t>INSERT FIGURE 11: Bash Script A – code and execution output from Linux system.</w:t>
      </w:r>
    </w:p>
    <w:p w14:paraId="16BFE06C" w14:textId="77777777" w:rsidR="001633FC" w:rsidRPr="001761A1" w:rsidRDefault="007071BC">
      <w:pPr>
        <w:jc w:val="center"/>
        <w:rPr>
          <w:sz w:val="24"/>
          <w:szCs w:val="24"/>
        </w:rPr>
      </w:pPr>
      <w:r w:rsidRPr="001761A1">
        <w:rPr>
          <w:noProof/>
          <w:sz w:val="24"/>
          <w:szCs w:val="24"/>
        </w:rPr>
        <w:drawing>
          <wp:inline distT="0" distB="0" distL="0" distR="0" wp14:anchorId="433E0741" wp14:editId="3DA91E62">
            <wp:extent cx="5715000" cy="2971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_bash_script_b.png"/>
                    <pic:cNvPicPr/>
                  </pic:nvPicPr>
                  <pic:blipFill>
                    <a:blip r:embed="rId30"/>
                    <a:stretch>
                      <a:fillRect/>
                    </a:stretch>
                  </pic:blipFill>
                  <pic:spPr>
                    <a:xfrm>
                      <a:off x="0" y="0"/>
                      <a:ext cx="5715000" cy="2971800"/>
                    </a:xfrm>
                    <a:prstGeom prst="rect">
                      <a:avLst/>
                    </a:prstGeom>
                  </pic:spPr>
                </pic:pic>
              </a:graphicData>
            </a:graphic>
          </wp:inline>
        </w:drawing>
      </w:r>
    </w:p>
    <w:p w14:paraId="5A1151EB" w14:textId="77777777" w:rsidR="001633FC" w:rsidRPr="001761A1" w:rsidRDefault="007071BC">
      <w:pPr>
        <w:jc w:val="center"/>
        <w:rPr>
          <w:sz w:val="24"/>
          <w:szCs w:val="24"/>
        </w:rPr>
      </w:pPr>
      <w:r w:rsidRPr="001761A1">
        <w:rPr>
          <w:i/>
          <w:sz w:val="24"/>
          <w:szCs w:val="24"/>
        </w:rPr>
        <w:t>INSERT FIGURE 12: Bash Script B – code and execution output from Linux system.</w:t>
      </w:r>
    </w:p>
    <w:sectPr w:rsidR="001633FC" w:rsidRPr="001761A1" w:rsidSect="00034616">
      <w:footerReference w:type="default" r:id="rId31"/>
      <w:pgSz w:w="12240" w:h="15840"/>
      <w:pgMar w:top="1152" w:right="1224" w:bottom="1152"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42A36" w14:textId="77777777" w:rsidR="007071BC" w:rsidRDefault="007071BC">
      <w:pPr>
        <w:spacing w:after="0" w:line="240" w:lineRule="auto"/>
      </w:pPr>
      <w:r>
        <w:separator/>
      </w:r>
    </w:p>
  </w:endnote>
  <w:endnote w:type="continuationSeparator" w:id="0">
    <w:p w14:paraId="06433863" w14:textId="77777777" w:rsidR="007071BC" w:rsidRDefault="00707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04A6A" w14:textId="77777777" w:rsidR="001633FC" w:rsidRDefault="007071BC">
    <w:pPr>
      <w:pStyle w:val="Footer"/>
      <w:jc w:val="center"/>
    </w:pPr>
    <w:r>
      <w:t xml:space="preserve">Page </w:t>
    </w:r>
    <w:r>
      <w:fldChar w:fldCharType="begin"/>
    </w:r>
    <w:r>
      <w:instrText>PAGE</w:instrText>
    </w:r>
    <w:r w:rsidR="007A35D7">
      <w:fldChar w:fldCharType="separate"/>
    </w:r>
    <w:r w:rsidR="007A35D7">
      <w:rPr>
        <w:noProof/>
      </w:rPr>
      <w:t>1</w:t>
    </w:r>
    <w:r>
      <w:fldChar w:fldCharType="end"/>
    </w:r>
    <w:r>
      <w:t xml:space="preserve"> of </w:t>
    </w:r>
    <w:r>
      <w:fldChar w:fldCharType="begin"/>
    </w:r>
    <w:r>
      <w:instrText>NUMPAGES</w:instrText>
    </w:r>
    <w:r w:rsidR="007A35D7">
      <w:fldChar w:fldCharType="separate"/>
    </w:r>
    <w:r w:rsidR="007A35D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43606" w14:textId="77777777" w:rsidR="007071BC" w:rsidRDefault="007071BC">
      <w:pPr>
        <w:spacing w:after="0" w:line="240" w:lineRule="auto"/>
      </w:pPr>
      <w:r>
        <w:separator/>
      </w:r>
    </w:p>
  </w:footnote>
  <w:footnote w:type="continuationSeparator" w:id="0">
    <w:p w14:paraId="2F61EA2F" w14:textId="77777777" w:rsidR="007071BC" w:rsidRDefault="007071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01658650">
    <w:abstractNumId w:val="8"/>
  </w:num>
  <w:num w:numId="2" w16cid:durableId="690687720">
    <w:abstractNumId w:val="6"/>
  </w:num>
  <w:num w:numId="3" w16cid:durableId="204147279">
    <w:abstractNumId w:val="5"/>
  </w:num>
  <w:num w:numId="4" w16cid:durableId="810057245">
    <w:abstractNumId w:val="4"/>
  </w:num>
  <w:num w:numId="5" w16cid:durableId="138152489">
    <w:abstractNumId w:val="7"/>
  </w:num>
  <w:num w:numId="6" w16cid:durableId="918714878">
    <w:abstractNumId w:val="3"/>
  </w:num>
  <w:num w:numId="7" w16cid:durableId="1878011151">
    <w:abstractNumId w:val="2"/>
  </w:num>
  <w:num w:numId="8" w16cid:durableId="565920730">
    <w:abstractNumId w:val="1"/>
  </w:num>
  <w:num w:numId="9" w16cid:durableId="1882546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633FC"/>
    <w:rsid w:val="001761A1"/>
    <w:rsid w:val="00185D16"/>
    <w:rsid w:val="00235F8F"/>
    <w:rsid w:val="00257A9F"/>
    <w:rsid w:val="0029639D"/>
    <w:rsid w:val="00326F90"/>
    <w:rsid w:val="00327E54"/>
    <w:rsid w:val="003819B7"/>
    <w:rsid w:val="004E33AF"/>
    <w:rsid w:val="00534C44"/>
    <w:rsid w:val="005A5455"/>
    <w:rsid w:val="005C4235"/>
    <w:rsid w:val="005E5DD2"/>
    <w:rsid w:val="005F55BA"/>
    <w:rsid w:val="007071BC"/>
    <w:rsid w:val="007A35D7"/>
    <w:rsid w:val="007B3DBD"/>
    <w:rsid w:val="00AA1D8D"/>
    <w:rsid w:val="00AC53FA"/>
    <w:rsid w:val="00B24BBD"/>
    <w:rsid w:val="00B47730"/>
    <w:rsid w:val="00B95EF4"/>
    <w:rsid w:val="00C34568"/>
    <w:rsid w:val="00CB0664"/>
    <w:rsid w:val="00D34397"/>
    <w:rsid w:val="00E62C2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4534E4"/>
  <w14:defaultImageDpi w14:val="300"/>
  <w15:docId w15:val="{4E5D7FB8-BC8B-45C3-B526-D32298385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10" ma:contentTypeDescription="Create a new document." ma:contentTypeScope="" ma:versionID="b693bf2a7f8543a073de49c0f87b1367">
  <xsd:schema xmlns:xsd="http://www.w3.org/2001/XMLSchema" xmlns:xs="http://www.w3.org/2001/XMLSchema" xmlns:p="http://schemas.microsoft.com/office/2006/metadata/properties" xmlns:ns3="295d9055-6e6f-4fed-aaa1-e2183dd25008" targetNamespace="http://schemas.microsoft.com/office/2006/metadata/properties" ma:root="true" ma:fieldsID="f506a1f7bf06c5222a5e6e3b4d3b46ab"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95d9055-6e6f-4fed-aaa1-e2183dd25008"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985E95D2-3FCC-48CE-8811-811152FFDE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546A7E-538C-4783-84E4-FDFF30466958}">
  <ds:schemaRefs>
    <ds:schemaRef ds:uri="http://schemas.microsoft.com/sharepoint/v3/contenttype/forms"/>
  </ds:schemaRefs>
</ds:datastoreItem>
</file>

<file path=customXml/itemProps4.xml><?xml version="1.0" encoding="utf-8"?>
<ds:datastoreItem xmlns:ds="http://schemas.openxmlformats.org/officeDocument/2006/customXml" ds:itemID="{0D54C119-C34E-43C4-9C5D-1629818F6A30}">
  <ds:schemaRefs>
    <ds:schemaRef ds:uri="http://schemas.microsoft.com/office/2006/metadata/properties"/>
    <ds:schemaRef ds:uri="http://schemas.microsoft.com/office/infopath/2007/PartnerControls"/>
    <ds:schemaRef ds:uri="295d9055-6e6f-4fed-aaa1-e2183dd2500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3494</Words>
  <Characters>19919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23367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Rao Muhammad Asim Siddique (2531847)</cp:lastModifiedBy>
  <cp:revision>2</cp:revision>
  <dcterms:created xsi:type="dcterms:W3CDTF">2026-08-12T12:26:00Z</dcterms:created>
  <dcterms:modified xsi:type="dcterms:W3CDTF">2026-08-12T12:26:00Z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