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591E3" w14:textId="77777777" w:rsidR="00FB5941" w:rsidRPr="007A29E5" w:rsidRDefault="006D585D">
      <w:pPr>
        <w:spacing w:after="60" w:line="252" w:lineRule="auto"/>
        <w:jc w:val="center"/>
        <w:rPr>
          <w:rFonts w:cs="Arial"/>
        </w:rPr>
      </w:pPr>
      <w:r w:rsidRPr="007A29E5">
        <w:rPr>
          <w:rFonts w:cs="Arial"/>
          <w:b/>
          <w:sz w:val="40"/>
        </w:rPr>
        <w:t>Week 6 Catch-Up: Paragraph Workshop</w:t>
      </w:r>
    </w:p>
    <w:p w14:paraId="4CEA8A7B" w14:textId="77777777" w:rsidR="00FB5941" w:rsidRPr="007A29E5" w:rsidRDefault="006D585D">
      <w:pPr>
        <w:spacing w:after="60" w:line="252" w:lineRule="auto"/>
        <w:jc w:val="center"/>
        <w:rPr>
          <w:rFonts w:cs="Arial"/>
        </w:rPr>
      </w:pPr>
      <w:r w:rsidRPr="007A29E5">
        <w:rPr>
          <w:rFonts w:cs="Arial"/>
          <w:i/>
          <w:sz w:val="24"/>
        </w:rPr>
        <w:t>For students who missed Week 6 Academic Skills</w:t>
      </w:r>
    </w:p>
    <w:p w14:paraId="5CCF626E" w14:textId="77777777" w:rsidR="00FB5941" w:rsidRPr="007A29E5" w:rsidRDefault="006D585D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t>Before you start</w:t>
      </w:r>
    </w:p>
    <w:p w14:paraId="689971E4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This worksheet helps you start Draft 1 for Task 2.</w:t>
      </w:r>
    </w:p>
    <w:p w14:paraId="61B32A51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Task 2 asks you to answer some questions about TEEL and then write one TEEL paragraph in the same template.</w:t>
      </w:r>
    </w:p>
    <w:p w14:paraId="316B543F" w14:textId="45F095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Bring this completed worksheet and your Draft 1</w:t>
      </w:r>
      <w:r w:rsidR="007A29E5" w:rsidRPr="007A29E5">
        <w:rPr>
          <w:rFonts w:cs="Arial"/>
        </w:rPr>
        <w:t>/2</w:t>
      </w:r>
      <w:r w:rsidRPr="007A29E5">
        <w:rPr>
          <w:rFonts w:cs="Arial"/>
        </w:rPr>
        <w:t xml:space="preserve"> paragraph to Week 7.</w:t>
      </w:r>
    </w:p>
    <w:p w14:paraId="7D8BC129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Do not use AI to write, edit or improve your paragraph. This is practice for your own thinking and writing.</w:t>
      </w:r>
    </w:p>
    <w:p w14:paraId="757E3EA6" w14:textId="77777777" w:rsidR="00FB5941" w:rsidRPr="007A29E5" w:rsidRDefault="006D585D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t>Quick reminder: What is TEEL?</w:t>
      </w:r>
    </w:p>
    <w:p w14:paraId="073650C8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T = Topic sentence: the first sentence. It gives the main idea of the paragraph and the main reasons, points or impacts you will discuss.</w:t>
      </w:r>
    </w:p>
    <w:p w14:paraId="49C5C07A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E = Evidence / Example: information or an example that supports your idea.</w:t>
      </w:r>
    </w:p>
    <w:p w14:paraId="4275EE86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E = Explanation: explain your idea in more detail. Show why it matters.</w:t>
      </w:r>
    </w:p>
    <w:p w14:paraId="414C5B3A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L = Link: a final sentence that connects the ideas in your paragraph and ties everything together clearly.</w:t>
      </w:r>
    </w:p>
    <w:p w14:paraId="2954A407" w14:textId="77777777" w:rsidR="00FB5941" w:rsidRPr="007A29E5" w:rsidRDefault="006D585D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t>Step 1: Choose one topic</w:t>
      </w:r>
    </w:p>
    <w:p w14:paraId="057B6C33" w14:textId="77777777" w:rsidR="007A29E5" w:rsidRPr="007A29E5" w:rsidRDefault="007A29E5" w:rsidP="007A29E5">
      <w:pPr>
        <w:shd w:val="clear" w:color="auto" w:fill="FFFFFF"/>
        <w:spacing w:after="0" w:line="240" w:lineRule="auto"/>
        <w:rPr>
          <w:rFonts w:eastAsia="Times New Roman" w:cs="Arial"/>
          <w:color w:val="000000"/>
          <w:lang w:val="en-GB" w:eastAsia="en-GB"/>
        </w:rPr>
      </w:pPr>
      <w:r w:rsidRPr="007A29E5">
        <w:rPr>
          <w:rFonts w:eastAsia="Times New Roman" w:cs="Arial"/>
          <w:b/>
          <w:bCs/>
          <w:color w:val="365F91"/>
          <w:sz w:val="28"/>
          <w:szCs w:val="28"/>
          <w:lang w:val="en-GB" w:eastAsia="en-GB"/>
        </w:rPr>
        <w:t>Step 1: Choose one topic</w:t>
      </w:r>
    </w:p>
    <w:p w14:paraId="6AF2853D" w14:textId="77777777" w:rsidR="007A29E5" w:rsidRPr="007A29E5" w:rsidRDefault="007A29E5" w:rsidP="007A29E5">
      <w:pPr>
        <w:shd w:val="clear" w:color="auto" w:fill="FFFFFF"/>
        <w:spacing w:after="0" w:line="240" w:lineRule="auto"/>
        <w:rPr>
          <w:rFonts w:eastAsia="Times New Roman" w:cs="Arial"/>
          <w:color w:val="000000"/>
          <w:lang w:val="en-GB" w:eastAsia="en-GB"/>
        </w:rPr>
      </w:pPr>
      <w:r w:rsidRPr="007A29E5">
        <w:rPr>
          <w:rFonts w:eastAsia="Times New Roman" w:cs="Arial"/>
          <w:color w:val="000000"/>
          <w:lang w:val="en-GB" w:eastAsia="en-GB"/>
        </w:rPr>
        <w:t>Choose the topic you feel most comfortable with today. Pick the one you can write about without doing lots of research first.</w:t>
      </w:r>
    </w:p>
    <w:tbl>
      <w:tblPr>
        <w:tblW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453"/>
        <w:gridCol w:w="3453"/>
        <w:gridCol w:w="3452"/>
      </w:tblGrid>
      <w:tr w:rsidR="007A29E5" w:rsidRPr="007A29E5" w14:paraId="770F18A8" w14:textId="77777777"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2"/>
            <w:vAlign w:val="center"/>
            <w:hideMark/>
          </w:tcPr>
          <w:p w14:paraId="74EE7582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eastAsia="Times New Roman" w:cs="Arial"/>
                <w:b/>
                <w:bCs/>
                <w:color w:val="000000"/>
                <w:lang w:val="en-GB" w:eastAsia="en-GB"/>
              </w:rPr>
              <w:t>Choose one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2"/>
            <w:vAlign w:val="center"/>
            <w:hideMark/>
          </w:tcPr>
          <w:p w14:paraId="7B1F0245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eastAsia="Times New Roman" w:cs="Arial"/>
                <w:b/>
                <w:bCs/>
                <w:color w:val="000000"/>
                <w:lang w:val="en-GB" w:eastAsia="en-GB"/>
              </w:rPr>
              <w:t>Topic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F2"/>
            <w:vAlign w:val="center"/>
            <w:hideMark/>
          </w:tcPr>
          <w:p w14:paraId="6FA70F9E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eastAsia="Times New Roman" w:cs="Arial"/>
                <w:b/>
                <w:bCs/>
                <w:color w:val="000000"/>
                <w:lang w:val="en-GB" w:eastAsia="en-GB"/>
              </w:rPr>
              <w:t>I think I know about this</w:t>
            </w:r>
          </w:p>
        </w:tc>
      </w:tr>
      <w:tr w:rsidR="007A29E5" w:rsidRPr="007A29E5" w14:paraId="6D056F67" w14:textId="77777777"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931D367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787DF53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eastAsia="Times New Roman" w:cs="Arial"/>
                <w:color w:val="000000"/>
                <w:lang w:val="en-GB" w:eastAsia="en-GB"/>
              </w:rPr>
              <w:t>The importance of motivation in the workplace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28F42E1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  <w:r w:rsidRPr="007A29E5">
              <w:rPr>
                <w:rFonts w:eastAsia="Times New Roman" w:cs="Arial"/>
                <w:color w:val="000000"/>
                <w:lang w:val="en-GB" w:eastAsia="en-GB"/>
              </w:rPr>
              <w:t xml:space="preserve"> A lot </w:t>
            </w: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  <w:r w:rsidRPr="007A29E5">
              <w:rPr>
                <w:rFonts w:eastAsia="Times New Roman" w:cs="Arial"/>
                <w:color w:val="000000"/>
                <w:lang w:val="en-GB" w:eastAsia="en-GB"/>
              </w:rPr>
              <w:t xml:space="preserve"> Some </w:t>
            </w: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  <w:r w:rsidRPr="007A29E5">
              <w:rPr>
                <w:rFonts w:eastAsia="Times New Roman" w:cs="Arial"/>
                <w:color w:val="000000"/>
                <w:lang w:val="en-GB" w:eastAsia="en-GB"/>
              </w:rPr>
              <w:t xml:space="preserve"> Not much</w:t>
            </w:r>
          </w:p>
        </w:tc>
      </w:tr>
      <w:tr w:rsidR="007A29E5" w:rsidRPr="007A29E5" w14:paraId="3D477BC9" w14:textId="77777777"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48FAF11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73BE131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eastAsia="Times New Roman" w:cs="Arial"/>
                <w:color w:val="000000"/>
                <w:lang w:val="en-GB" w:eastAsia="en-GB"/>
              </w:rPr>
              <w:t>How to build resilience in the workplace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F3AC93F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  <w:r w:rsidRPr="007A29E5">
              <w:rPr>
                <w:rFonts w:eastAsia="Times New Roman" w:cs="Arial"/>
                <w:color w:val="000000"/>
                <w:lang w:val="en-GB" w:eastAsia="en-GB"/>
              </w:rPr>
              <w:t xml:space="preserve"> A lot </w:t>
            </w: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  <w:r w:rsidRPr="007A29E5">
              <w:rPr>
                <w:rFonts w:eastAsia="Times New Roman" w:cs="Arial"/>
                <w:color w:val="000000"/>
                <w:lang w:val="en-GB" w:eastAsia="en-GB"/>
              </w:rPr>
              <w:t xml:space="preserve"> Some </w:t>
            </w: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  <w:r w:rsidRPr="007A29E5">
              <w:rPr>
                <w:rFonts w:eastAsia="Times New Roman" w:cs="Arial"/>
                <w:color w:val="000000"/>
                <w:lang w:val="en-GB" w:eastAsia="en-GB"/>
              </w:rPr>
              <w:t xml:space="preserve"> Not much</w:t>
            </w:r>
          </w:p>
        </w:tc>
      </w:tr>
      <w:tr w:rsidR="007A29E5" w:rsidRPr="007A29E5" w14:paraId="599B38B9" w14:textId="77777777"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A649845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0328F7F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eastAsia="Times New Roman" w:cs="Arial"/>
                <w:color w:val="000000"/>
                <w:lang w:val="en-GB" w:eastAsia="en-GB"/>
              </w:rPr>
              <w:t>The importance of communication in the workplace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B7BB5A" w14:textId="77777777" w:rsidR="007A29E5" w:rsidRPr="007A29E5" w:rsidRDefault="007A29E5" w:rsidP="007A29E5">
            <w:pPr>
              <w:spacing w:after="0" w:line="240" w:lineRule="auto"/>
              <w:rPr>
                <w:rFonts w:eastAsia="Times New Roman" w:cs="Arial"/>
                <w:color w:val="000000"/>
                <w:lang w:val="en-GB" w:eastAsia="en-GB"/>
              </w:rPr>
            </w:pP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  <w:r w:rsidRPr="007A29E5">
              <w:rPr>
                <w:rFonts w:eastAsia="Times New Roman" w:cs="Arial"/>
                <w:color w:val="000000"/>
                <w:lang w:val="en-GB" w:eastAsia="en-GB"/>
              </w:rPr>
              <w:t xml:space="preserve"> A lot </w:t>
            </w: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  <w:r w:rsidRPr="007A29E5">
              <w:rPr>
                <w:rFonts w:eastAsia="Times New Roman" w:cs="Arial"/>
                <w:color w:val="000000"/>
                <w:lang w:val="en-GB" w:eastAsia="en-GB"/>
              </w:rPr>
              <w:t xml:space="preserve"> Some </w:t>
            </w:r>
            <w:r w:rsidRPr="007A29E5">
              <w:rPr>
                <w:rFonts w:ascii="Segoe UI Symbol" w:eastAsia="Times New Roman" w:hAnsi="Segoe UI Symbol" w:cs="Segoe UI Symbol"/>
                <w:color w:val="000000"/>
                <w:lang w:val="en-GB" w:eastAsia="en-GB"/>
              </w:rPr>
              <w:t>☐</w:t>
            </w:r>
            <w:r w:rsidRPr="007A29E5">
              <w:rPr>
                <w:rFonts w:eastAsia="Times New Roman" w:cs="Arial"/>
                <w:color w:val="000000"/>
                <w:lang w:val="en-GB" w:eastAsia="en-GB"/>
              </w:rPr>
              <w:t xml:space="preserve"> Not much</w:t>
            </w:r>
          </w:p>
        </w:tc>
      </w:tr>
    </w:tbl>
    <w:p w14:paraId="6D133F02" w14:textId="77777777" w:rsidR="007A29E5" w:rsidRPr="007A29E5" w:rsidRDefault="007A29E5">
      <w:pPr>
        <w:spacing w:before="40" w:after="60" w:line="252" w:lineRule="auto"/>
        <w:rPr>
          <w:rFonts w:eastAsia="Times New Roman" w:cs="Arial"/>
          <w:b/>
          <w:bCs/>
          <w:color w:val="000000"/>
          <w:lang w:val="en-GB" w:eastAsia="en-GB"/>
        </w:rPr>
      </w:pPr>
    </w:p>
    <w:p w14:paraId="3500D615" w14:textId="59BCCBF0" w:rsidR="00FB5941" w:rsidRPr="007A29E5" w:rsidRDefault="006D585D">
      <w:pPr>
        <w:spacing w:before="40" w:after="60" w:line="252" w:lineRule="auto"/>
        <w:rPr>
          <w:rFonts w:cs="Arial"/>
        </w:rPr>
      </w:pPr>
      <w:r w:rsidRPr="007A29E5">
        <w:rPr>
          <w:rFonts w:cs="Arial"/>
          <w:b/>
        </w:rPr>
        <w:t>My chosen topic:</w:t>
      </w:r>
      <w:r w:rsidR="00917396">
        <w:rPr>
          <w:rFonts w:cs="Arial"/>
          <w:b/>
        </w:rPr>
        <w:t xml:space="preserve"> The importance of communication in </w:t>
      </w:r>
      <w:proofErr w:type="gramStart"/>
      <w:r w:rsidR="00917396">
        <w:rPr>
          <w:rFonts w:cs="Arial"/>
          <w:b/>
        </w:rPr>
        <w:t>work place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10368"/>
      </w:tblGrid>
      <w:tr w:rsidR="00FB5941" w:rsidRPr="007A29E5" w14:paraId="3426C503" w14:textId="77777777">
        <w:trPr>
          <w:trHeight w:hRule="exact" w:val="864"/>
        </w:trPr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7C21B4EC" w14:textId="77777777" w:rsidR="00FB5941" w:rsidRPr="007A29E5" w:rsidRDefault="00FB5941">
            <w:pPr>
              <w:spacing w:after="0"/>
              <w:rPr>
                <w:rFonts w:cs="Arial"/>
              </w:rPr>
            </w:pPr>
          </w:p>
        </w:tc>
      </w:tr>
    </w:tbl>
    <w:p w14:paraId="4E60C08E" w14:textId="77777777" w:rsidR="00FB5941" w:rsidRPr="007A29E5" w:rsidRDefault="006D585D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t>Step 2: Why did you choose this topic?</w:t>
      </w:r>
    </w:p>
    <w:p w14:paraId="70C7F7D3" w14:textId="77777777" w:rsidR="00FB5941" w:rsidRPr="007A29E5" w:rsidRDefault="006D585D">
      <w:pPr>
        <w:spacing w:after="60" w:line="252" w:lineRule="auto"/>
        <w:rPr>
          <w:rFonts w:cs="Arial"/>
        </w:rPr>
      </w:pPr>
      <w:r w:rsidRPr="007A29E5">
        <w:rPr>
          <w:rFonts w:cs="Arial"/>
        </w:rPr>
        <w:t>Think briefly about why this topic feels easier for you. Where does your knowledge come from? For example: work experience, news, social media, reading, conversations, or your own life experience.</w:t>
      </w:r>
    </w:p>
    <w:p w14:paraId="427B5D9A" w14:textId="2B082EDC" w:rsidR="00FB5941" w:rsidRPr="007A29E5" w:rsidRDefault="006D585D">
      <w:pPr>
        <w:spacing w:before="40" w:after="60" w:line="252" w:lineRule="auto"/>
        <w:rPr>
          <w:rFonts w:cs="Arial"/>
        </w:rPr>
      </w:pPr>
      <w:r w:rsidRPr="007A29E5">
        <w:rPr>
          <w:rFonts w:cs="Arial"/>
          <w:b/>
        </w:rPr>
        <w:t>Write short notes here. Do not worry about grammar.</w:t>
      </w:r>
      <w:r w:rsidR="007A29E5" w:rsidRPr="007A29E5">
        <w:rPr>
          <w:rFonts w:cs="Arial"/>
          <w:b/>
        </w:rPr>
        <w:t xml:space="preserve"> These notes do not need to be full sentences.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368"/>
      </w:tblGrid>
      <w:tr w:rsidR="00FB5941" w:rsidRPr="007A29E5" w14:paraId="752D5739" w14:textId="77777777">
        <w:trPr>
          <w:trHeight w:hRule="exact" w:val="1800"/>
        </w:trPr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08881B98" w14:textId="77777777" w:rsidR="00FB5941" w:rsidRDefault="00FB5941">
            <w:pPr>
              <w:spacing w:after="0"/>
              <w:rPr>
                <w:rFonts w:cs="Arial"/>
              </w:rPr>
            </w:pPr>
          </w:p>
          <w:p w14:paraId="11C2B1D8" w14:textId="685F4E64" w:rsidR="00917396" w:rsidRPr="007A29E5" w:rsidRDefault="00917396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I chose this topic because I think I can find more meaningful sources about it. Some of the </w:t>
            </w:r>
            <w:proofErr w:type="gramStart"/>
            <w:r>
              <w:rPr>
                <w:rFonts w:cs="Arial"/>
              </w:rPr>
              <w:t>explanation</w:t>
            </w:r>
            <w:proofErr w:type="gramEnd"/>
            <w:r>
              <w:rPr>
                <w:rFonts w:cs="Arial"/>
              </w:rPr>
              <w:t xml:space="preserve"> can be from my own personal experience. Also, a lot of information is accessible through social media and LinkedIn where employers and employees post their experiences and opinions.</w:t>
            </w:r>
          </w:p>
        </w:tc>
      </w:tr>
    </w:tbl>
    <w:p w14:paraId="677828E8" w14:textId="77777777" w:rsidR="00FB5941" w:rsidRPr="007A29E5" w:rsidRDefault="006D585D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lastRenderedPageBreak/>
        <w:t>Step 3: Brainstorm your ideas</w:t>
      </w:r>
    </w:p>
    <w:p w14:paraId="07C62839" w14:textId="4613A570" w:rsidR="00FB5941" w:rsidRPr="007A29E5" w:rsidRDefault="006D585D">
      <w:pPr>
        <w:spacing w:after="60" w:line="252" w:lineRule="auto"/>
        <w:rPr>
          <w:rFonts w:cs="Arial"/>
        </w:rPr>
      </w:pPr>
      <w:r w:rsidRPr="007A29E5">
        <w:rPr>
          <w:rFonts w:cs="Arial"/>
        </w:rPr>
        <w:t xml:space="preserve">Write </w:t>
      </w:r>
      <w:r w:rsidRPr="007A29E5">
        <w:rPr>
          <w:rFonts w:cs="Arial"/>
          <w:b/>
          <w:bCs/>
        </w:rPr>
        <w:t>as many</w:t>
      </w:r>
      <w:r w:rsidRPr="007A29E5">
        <w:rPr>
          <w:rFonts w:cs="Arial"/>
        </w:rPr>
        <w:t xml:space="preserve"> ideas as you can. Do not edit. Do not stop. There are no bad ideas at this stage. Keywords and short phrases are fine.</w:t>
      </w:r>
      <w:r w:rsidR="007A29E5" w:rsidRPr="007A29E5">
        <w:rPr>
          <w:rFonts w:cs="Arial"/>
        </w:rPr>
        <w:t xml:space="preserve"> Set a timer for 5 minutes and just KEEP WRITING!</w:t>
      </w:r>
    </w:p>
    <w:p w14:paraId="5801C150" w14:textId="77777777" w:rsidR="00FB5941" w:rsidRDefault="006D585D">
      <w:pPr>
        <w:spacing w:before="40" w:after="60" w:line="252" w:lineRule="auto"/>
        <w:rPr>
          <w:rFonts w:cs="Arial"/>
          <w:b/>
        </w:rPr>
      </w:pPr>
      <w:r w:rsidRPr="007A29E5">
        <w:rPr>
          <w:rFonts w:cs="Arial"/>
          <w:b/>
        </w:rPr>
        <w:t>Brainstorm here:</w:t>
      </w:r>
    </w:p>
    <w:p w14:paraId="3394B6B4" w14:textId="77777777" w:rsidR="002050CC" w:rsidRDefault="002050CC">
      <w:pPr>
        <w:spacing w:before="40" w:after="60" w:line="252" w:lineRule="auto"/>
        <w:rPr>
          <w:rFonts w:cs="Arial"/>
          <w:b/>
        </w:rPr>
      </w:pPr>
    </w:p>
    <w:p w14:paraId="747667D2" w14:textId="77777777" w:rsidR="002050CC" w:rsidRPr="007A29E5" w:rsidRDefault="002050CC">
      <w:pPr>
        <w:spacing w:before="40" w:after="60" w:line="252" w:lineRule="auto"/>
        <w:rPr>
          <w:rFonts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368"/>
      </w:tblGrid>
      <w:tr w:rsidR="00FB5941" w:rsidRPr="007A29E5" w14:paraId="06B9F7E3" w14:textId="77777777">
        <w:trPr>
          <w:trHeight w:hRule="exact" w:val="4464"/>
        </w:trPr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5661F327" w14:textId="5EE39658" w:rsidR="00FB5941" w:rsidRPr="007A29E5" w:rsidRDefault="00917396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Effective communication in business is a key to success. It helps in building healthy </w:t>
            </w:r>
            <w:proofErr w:type="gramStart"/>
            <w:r>
              <w:rPr>
                <w:rFonts w:cs="Arial"/>
              </w:rPr>
              <w:t>relationship</w:t>
            </w:r>
            <w:proofErr w:type="gramEnd"/>
            <w:r>
              <w:rPr>
                <w:rFonts w:cs="Arial"/>
              </w:rPr>
              <w:t xml:space="preserve"> between clients and business. Communication is </w:t>
            </w:r>
            <w:proofErr w:type="gramStart"/>
            <w:r>
              <w:rPr>
                <w:rFonts w:cs="Arial"/>
              </w:rPr>
              <w:t>a best</w:t>
            </w:r>
            <w:proofErr w:type="gramEnd"/>
            <w:r>
              <w:rPr>
                <w:rFonts w:cs="Arial"/>
              </w:rPr>
              <w:t xml:space="preserve"> way to resolve a conflict. It also helps </w:t>
            </w:r>
            <w:proofErr w:type="gramStart"/>
            <w:r>
              <w:rPr>
                <w:rFonts w:cs="Arial"/>
              </w:rPr>
              <w:t>in</w:t>
            </w:r>
            <w:proofErr w:type="gramEnd"/>
            <w:r>
              <w:rPr>
                <w:rFonts w:cs="Arial"/>
              </w:rPr>
              <w:t xml:space="preserve"> increasing productivity at work. Teams are often highly motivated and create a positive influence on the rest of the teams. Sometimes business often </w:t>
            </w:r>
            <w:proofErr w:type="gramStart"/>
            <w:r>
              <w:rPr>
                <w:rFonts w:cs="Arial"/>
              </w:rPr>
              <w:t>face</w:t>
            </w:r>
            <w:proofErr w:type="gramEnd"/>
            <w:r>
              <w:rPr>
                <w:rFonts w:cs="Arial"/>
              </w:rPr>
              <w:t xml:space="preserve"> negative consequences due to miscommunication at </w:t>
            </w:r>
            <w:proofErr w:type="spellStart"/>
            <w:proofErr w:type="gramStart"/>
            <w:r>
              <w:rPr>
                <w:rFonts w:cs="Arial"/>
              </w:rPr>
              <w:t>work.</w:t>
            </w:r>
            <w:r w:rsidR="00E8272E">
              <w:rPr>
                <w:rFonts w:cs="Arial"/>
              </w:rPr>
              <w:t>Communication</w:t>
            </w:r>
            <w:proofErr w:type="spellEnd"/>
            <w:proofErr w:type="gramEnd"/>
            <w:r w:rsidR="00E8272E">
              <w:rPr>
                <w:rFonts w:cs="Arial"/>
              </w:rPr>
              <w:t xml:space="preserve"> is not just talking but also actively listening, it means we respect other’s opinions and their work. It helps in balancing between what’s working and what can be improved.</w:t>
            </w:r>
          </w:p>
        </w:tc>
      </w:tr>
    </w:tbl>
    <w:p w14:paraId="27677557" w14:textId="77777777" w:rsidR="00FB5941" w:rsidRPr="007A29E5" w:rsidRDefault="006D585D">
      <w:pPr>
        <w:spacing w:after="60" w:line="252" w:lineRule="auto"/>
        <w:rPr>
          <w:rFonts w:cs="Arial"/>
        </w:rPr>
      </w:pPr>
      <w:r w:rsidRPr="007A29E5">
        <w:rPr>
          <w:rFonts w:cs="Arial"/>
        </w:rPr>
        <w:br w:type="page"/>
      </w:r>
    </w:p>
    <w:p w14:paraId="470D5516" w14:textId="77777777" w:rsidR="00FB5941" w:rsidRPr="007A29E5" w:rsidRDefault="006D585D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lastRenderedPageBreak/>
        <w:t>Step 4: Choose your best ideas</w:t>
      </w:r>
    </w:p>
    <w:p w14:paraId="6585F599" w14:textId="5996A2BF" w:rsidR="00FB5941" w:rsidRPr="007A29E5" w:rsidRDefault="006D585D">
      <w:pPr>
        <w:spacing w:after="60" w:line="252" w:lineRule="auto"/>
        <w:rPr>
          <w:rFonts w:cs="Arial"/>
        </w:rPr>
      </w:pPr>
      <w:r w:rsidRPr="007A29E5">
        <w:rPr>
          <w:rFonts w:cs="Arial"/>
        </w:rPr>
        <w:t>Look at your brainstorm. Choose 1-3 strong reasons, points or impacts that you can explain in your paragraph.</w:t>
      </w:r>
      <w:r w:rsidR="007A29E5" w:rsidRPr="007A29E5">
        <w:rPr>
          <w:rFonts w:cs="Arial"/>
        </w:rPr>
        <w:t xml:space="preserve"> </w:t>
      </w:r>
    </w:p>
    <w:p w14:paraId="5F2BC8CB" w14:textId="3C76B8F2" w:rsidR="00FB5941" w:rsidRPr="007A29E5" w:rsidRDefault="006D585D">
      <w:pPr>
        <w:spacing w:before="40" w:after="60" w:line="252" w:lineRule="auto"/>
        <w:rPr>
          <w:rFonts w:cs="Arial"/>
        </w:rPr>
      </w:pPr>
      <w:r w:rsidRPr="007A29E5">
        <w:rPr>
          <w:rFonts w:cs="Arial"/>
          <w:b/>
        </w:rPr>
        <w:t>My best idea / reason / point 1:</w:t>
      </w:r>
      <w:r w:rsidR="00E8272E">
        <w:rPr>
          <w:rFonts w:cs="Arial"/>
          <w:b/>
        </w:rPr>
        <w:t xml:space="preserve"> Increase in productivity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368"/>
      </w:tblGrid>
      <w:tr w:rsidR="00FB5941" w:rsidRPr="007A29E5" w14:paraId="2E20B720" w14:textId="77777777">
        <w:trPr>
          <w:trHeight w:hRule="exact" w:val="1080"/>
        </w:trPr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2DC30843" w14:textId="77777777" w:rsidR="00FB5941" w:rsidRPr="007A29E5" w:rsidRDefault="00FB5941">
            <w:pPr>
              <w:spacing w:after="0"/>
              <w:rPr>
                <w:rFonts w:cs="Arial"/>
              </w:rPr>
            </w:pPr>
          </w:p>
        </w:tc>
      </w:tr>
    </w:tbl>
    <w:p w14:paraId="381E16B9" w14:textId="2D7C4364" w:rsidR="00FB5941" w:rsidRPr="007A29E5" w:rsidRDefault="006D585D">
      <w:pPr>
        <w:spacing w:before="40" w:after="60" w:line="252" w:lineRule="auto"/>
        <w:rPr>
          <w:rFonts w:cs="Arial"/>
        </w:rPr>
      </w:pPr>
      <w:r w:rsidRPr="007A29E5">
        <w:rPr>
          <w:rFonts w:cs="Arial"/>
          <w:b/>
        </w:rPr>
        <w:t>My best idea / reason / point 2:</w:t>
      </w:r>
      <w:r w:rsidR="00E8272E">
        <w:rPr>
          <w:rFonts w:cs="Arial"/>
          <w:b/>
        </w:rPr>
        <w:t xml:space="preserve"> Maintains a balance between work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368"/>
      </w:tblGrid>
      <w:tr w:rsidR="00FB5941" w:rsidRPr="007A29E5" w14:paraId="2F7B1F86" w14:textId="77777777">
        <w:trPr>
          <w:trHeight w:hRule="exact" w:val="1080"/>
        </w:trPr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755A97B6" w14:textId="77777777" w:rsidR="00FB5941" w:rsidRPr="007A29E5" w:rsidRDefault="00FB5941">
            <w:pPr>
              <w:spacing w:after="0"/>
              <w:rPr>
                <w:rFonts w:cs="Arial"/>
              </w:rPr>
            </w:pPr>
          </w:p>
        </w:tc>
      </w:tr>
    </w:tbl>
    <w:p w14:paraId="21751BA4" w14:textId="0A911DB0" w:rsidR="00FB5941" w:rsidRPr="007A29E5" w:rsidRDefault="006D585D">
      <w:pPr>
        <w:spacing w:before="40" w:after="60" w:line="252" w:lineRule="auto"/>
        <w:rPr>
          <w:rFonts w:cs="Arial"/>
        </w:rPr>
      </w:pPr>
      <w:r w:rsidRPr="007A29E5">
        <w:rPr>
          <w:rFonts w:cs="Arial"/>
          <w:b/>
        </w:rPr>
        <w:t>My best idea / reason / point 3 (optional):</w:t>
      </w:r>
      <w:r w:rsidR="00E8272E">
        <w:rPr>
          <w:rFonts w:cs="Arial"/>
          <w:b/>
        </w:rPr>
        <w:t xml:space="preserve"> Helps in building strong relationships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368"/>
      </w:tblGrid>
      <w:tr w:rsidR="00FB5941" w:rsidRPr="007A29E5" w14:paraId="6351D739" w14:textId="77777777">
        <w:trPr>
          <w:trHeight w:hRule="exact" w:val="1080"/>
        </w:trPr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24B232C1" w14:textId="77777777" w:rsidR="00FB5941" w:rsidRPr="007A29E5" w:rsidRDefault="00FB5941">
            <w:pPr>
              <w:spacing w:after="0"/>
              <w:rPr>
                <w:rFonts w:cs="Arial"/>
              </w:rPr>
            </w:pPr>
          </w:p>
        </w:tc>
      </w:tr>
    </w:tbl>
    <w:p w14:paraId="55BA9FFD" w14:textId="77777777" w:rsidR="00FB5941" w:rsidRPr="007A29E5" w:rsidRDefault="006D585D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t>Step 5: Write your topic sentence</w:t>
      </w:r>
    </w:p>
    <w:p w14:paraId="73989788" w14:textId="77777777" w:rsidR="00FB5941" w:rsidRPr="007A29E5" w:rsidRDefault="006D585D">
      <w:pPr>
        <w:spacing w:after="60" w:line="252" w:lineRule="auto"/>
        <w:rPr>
          <w:rFonts w:cs="Arial"/>
        </w:rPr>
      </w:pPr>
      <w:r w:rsidRPr="007A29E5">
        <w:rPr>
          <w:rFonts w:cs="Arial"/>
        </w:rPr>
        <w:t>A strong topic sentence tells the reader the main idea of the paragraph and gives 1-3 reasons, points or impacts you will explain.</w:t>
      </w:r>
    </w:p>
    <w:p w14:paraId="3FFA2874" w14:textId="7B35F928" w:rsidR="00FB5941" w:rsidRPr="007A29E5" w:rsidRDefault="006D585D">
      <w:pPr>
        <w:spacing w:after="60" w:line="252" w:lineRule="auto"/>
        <w:rPr>
          <w:rFonts w:cs="Arial"/>
          <w:color w:val="EE0000"/>
        </w:rPr>
      </w:pPr>
      <w:r w:rsidRPr="007A29E5">
        <w:rPr>
          <w:rFonts w:cs="Arial"/>
          <w:b/>
          <w:color w:val="EE0000"/>
          <w:sz w:val="24"/>
        </w:rPr>
        <w:t>THIS IS AN EXAMPLE TOPIC SENTENCE. PLEASE DO NOT WRITE ABOUT TIME MANAGEMENT</w:t>
      </w:r>
      <w:r w:rsidR="007A29E5" w:rsidRPr="007A29E5">
        <w:rPr>
          <w:rFonts w:cs="Arial"/>
          <w:b/>
          <w:color w:val="EE0000"/>
          <w:sz w:val="24"/>
        </w:rPr>
        <w:t>.</w:t>
      </w:r>
    </w:p>
    <w:p w14:paraId="7AEEC121" w14:textId="5AD5F9CF" w:rsidR="00FB5941" w:rsidRPr="007A29E5" w:rsidRDefault="006D585D">
      <w:pPr>
        <w:spacing w:after="60" w:line="252" w:lineRule="auto"/>
        <w:rPr>
          <w:rFonts w:cs="Arial"/>
        </w:rPr>
      </w:pPr>
      <w:r w:rsidRPr="007A29E5">
        <w:rPr>
          <w:rFonts w:cs="Arial"/>
          <w:b/>
        </w:rPr>
        <w:t xml:space="preserve">Example: </w:t>
      </w:r>
      <w:r w:rsidRPr="007A29E5">
        <w:rPr>
          <w:rFonts w:cs="Arial"/>
        </w:rPr>
        <w:t>Time management is important at university because it helps students meet deadlines, reduce stress</w:t>
      </w:r>
      <w:r w:rsidR="007A29E5" w:rsidRPr="007A29E5">
        <w:rPr>
          <w:rFonts w:cs="Arial"/>
        </w:rPr>
        <w:t xml:space="preserve">, </w:t>
      </w:r>
      <w:r w:rsidRPr="007A29E5">
        <w:rPr>
          <w:rFonts w:cs="Arial"/>
        </w:rPr>
        <w:t>and plan their study time more effectively.</w:t>
      </w:r>
    </w:p>
    <w:p w14:paraId="34740AC5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Main idea: time management is important at university.</w:t>
      </w:r>
    </w:p>
    <w:p w14:paraId="62CE041A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Reason 1: it helps students meet deadlines.</w:t>
      </w:r>
    </w:p>
    <w:p w14:paraId="14803FCD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Reason 2: it can reduce stress.</w:t>
      </w:r>
    </w:p>
    <w:p w14:paraId="171C5399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Reason 3: it helps students plan their study time more effectively.</w:t>
      </w:r>
    </w:p>
    <w:p w14:paraId="08580996" w14:textId="62B93283" w:rsidR="00E8272E" w:rsidRPr="007A29E5" w:rsidRDefault="006D585D" w:rsidP="00E8272E">
      <w:pPr>
        <w:spacing w:before="40" w:after="60" w:line="252" w:lineRule="auto"/>
        <w:rPr>
          <w:rFonts w:cs="Arial"/>
        </w:rPr>
      </w:pPr>
      <w:r w:rsidRPr="007A29E5">
        <w:rPr>
          <w:rFonts w:cs="Arial"/>
          <w:b/>
        </w:rPr>
        <w:t>Now write your topic sentence for your chosen workplace topic</w:t>
      </w:r>
      <w:r w:rsidR="007A29E5" w:rsidRPr="007A29E5">
        <w:rPr>
          <w:rFonts w:cs="Arial"/>
          <w:b/>
        </w:rPr>
        <w:t xml:space="preserve"> above</w:t>
      </w:r>
      <w:r w:rsidRPr="007A29E5">
        <w:rPr>
          <w:rFonts w:cs="Arial"/>
          <w:b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368"/>
      </w:tblGrid>
      <w:tr w:rsidR="00E8272E" w:rsidRPr="007A29E5" w14:paraId="4A095D0D" w14:textId="77777777" w:rsidTr="003C1884">
        <w:trPr>
          <w:trHeight w:hRule="exact" w:val="1800"/>
        </w:trPr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34747285" w14:textId="77777777" w:rsidR="00E8272E" w:rsidRDefault="00E8272E" w:rsidP="003C1884">
            <w:pPr>
              <w:spacing w:after="0"/>
              <w:rPr>
                <w:rFonts w:cs="Arial"/>
              </w:rPr>
            </w:pPr>
          </w:p>
          <w:p w14:paraId="725A268A" w14:textId="77777777" w:rsidR="00E8272E" w:rsidRDefault="00E8272E" w:rsidP="003C1884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Conveying ideas and communicating is crucial in a </w:t>
            </w:r>
            <w:proofErr w:type="gramStart"/>
            <w:r>
              <w:rPr>
                <w:rFonts w:cs="Arial"/>
              </w:rPr>
              <w:t>work place</w:t>
            </w:r>
            <w:proofErr w:type="gramEnd"/>
            <w:r>
              <w:rPr>
                <w:rFonts w:cs="Arial"/>
              </w:rPr>
              <w:t xml:space="preserve"> where different people work because it helps </w:t>
            </w:r>
            <w:proofErr w:type="gramStart"/>
            <w:r>
              <w:rPr>
                <w:rFonts w:cs="Arial"/>
              </w:rPr>
              <w:t>in</w:t>
            </w:r>
            <w:proofErr w:type="gramEnd"/>
            <w:r>
              <w:rPr>
                <w:rFonts w:cs="Arial"/>
              </w:rPr>
              <w:t xml:space="preserve"> increasing productivity, helps </w:t>
            </w:r>
            <w:proofErr w:type="gramStart"/>
            <w:r>
              <w:rPr>
                <w:rFonts w:cs="Arial"/>
              </w:rPr>
              <w:t>creating</w:t>
            </w:r>
            <w:proofErr w:type="gramEnd"/>
            <w:r>
              <w:rPr>
                <w:rFonts w:cs="Arial"/>
              </w:rPr>
              <w:t xml:space="preserve"> a balance to work efficiently and helps in building loyal relationships.</w:t>
            </w:r>
          </w:p>
          <w:p w14:paraId="07856E41" w14:textId="77777777" w:rsidR="00E8272E" w:rsidRDefault="00E8272E" w:rsidP="003C1884">
            <w:pPr>
              <w:spacing w:after="0"/>
              <w:rPr>
                <w:rFonts w:cs="Arial"/>
              </w:rPr>
            </w:pPr>
          </w:p>
          <w:p w14:paraId="24E3594E" w14:textId="77777777" w:rsidR="00E8272E" w:rsidRDefault="00E8272E" w:rsidP="003C1884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MAIN </w:t>
            </w:r>
            <w:proofErr w:type="gramStart"/>
            <w:r>
              <w:rPr>
                <w:rFonts w:cs="Arial"/>
              </w:rPr>
              <w:t>IDEA :</w:t>
            </w:r>
            <w:proofErr w:type="gramEnd"/>
            <w:r>
              <w:rPr>
                <w:rFonts w:cs="Arial"/>
              </w:rPr>
              <w:t xml:space="preserve"> Communication is very important at </w:t>
            </w:r>
            <w:proofErr w:type="gramStart"/>
            <w:r>
              <w:rPr>
                <w:rFonts w:cs="Arial"/>
              </w:rPr>
              <w:t>work place</w:t>
            </w:r>
            <w:proofErr w:type="gramEnd"/>
            <w:r>
              <w:rPr>
                <w:rFonts w:cs="Arial"/>
              </w:rPr>
              <w:t xml:space="preserve"> </w:t>
            </w:r>
          </w:p>
          <w:p w14:paraId="40E5C6D3" w14:textId="77777777" w:rsidR="00E8272E" w:rsidRPr="00E8272E" w:rsidRDefault="00E8272E" w:rsidP="003C1884"/>
        </w:tc>
      </w:tr>
    </w:tbl>
    <w:p w14:paraId="7626FFDC" w14:textId="2E482B00" w:rsidR="00E8272E" w:rsidRPr="007A29E5" w:rsidRDefault="00E8272E" w:rsidP="00E8272E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Reason 1: it</w:t>
      </w:r>
      <w:r>
        <w:rPr>
          <w:rFonts w:cs="Arial"/>
        </w:rPr>
        <w:t xml:space="preserve"> increases work productivity</w:t>
      </w:r>
    </w:p>
    <w:p w14:paraId="241220A6" w14:textId="102BBEA8" w:rsidR="00E8272E" w:rsidRPr="00E8272E" w:rsidRDefault="00E8272E" w:rsidP="00E8272E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 xml:space="preserve">Reason 2: it </w:t>
      </w:r>
      <w:r>
        <w:rPr>
          <w:rFonts w:cs="Arial"/>
        </w:rPr>
        <w:t>can help create a balance to work efficiently.</w:t>
      </w:r>
    </w:p>
    <w:p w14:paraId="66EAD233" w14:textId="78B32380" w:rsidR="007A29E5" w:rsidRPr="00E8272E" w:rsidRDefault="00E8272E" w:rsidP="00E8272E">
      <w:pPr>
        <w:pStyle w:val="ListBullet"/>
        <w:spacing w:after="60" w:line="252" w:lineRule="auto"/>
        <w:rPr>
          <w:rFonts w:cs="Arial"/>
        </w:rPr>
      </w:pPr>
      <w:r w:rsidRPr="00E8272E">
        <w:rPr>
          <w:rFonts w:cs="Arial"/>
        </w:rPr>
        <w:t xml:space="preserve">Reason 3: </w:t>
      </w:r>
      <w:proofErr w:type="gramStart"/>
      <w:r>
        <w:rPr>
          <w:rFonts w:cs="Arial"/>
        </w:rPr>
        <w:t>builds</w:t>
      </w:r>
      <w:proofErr w:type="gramEnd"/>
      <w:r>
        <w:rPr>
          <w:rFonts w:cs="Arial"/>
        </w:rPr>
        <w:t xml:space="preserve"> loyal relationships.</w:t>
      </w:r>
    </w:p>
    <w:p w14:paraId="31C823C9" w14:textId="77777777" w:rsidR="007A29E5" w:rsidRPr="007A29E5" w:rsidRDefault="007A29E5">
      <w:pPr>
        <w:pStyle w:val="Heading2"/>
        <w:rPr>
          <w:rFonts w:ascii="Arial" w:hAnsi="Arial" w:cs="Arial"/>
        </w:rPr>
      </w:pPr>
    </w:p>
    <w:p w14:paraId="4FE4D8F9" w14:textId="77777777" w:rsidR="007A29E5" w:rsidRPr="007A29E5" w:rsidRDefault="007A29E5" w:rsidP="007A29E5">
      <w:pPr>
        <w:rPr>
          <w:rFonts w:cs="Arial"/>
        </w:rPr>
      </w:pPr>
    </w:p>
    <w:p w14:paraId="44965093" w14:textId="77777777" w:rsidR="007A29E5" w:rsidRPr="007A29E5" w:rsidRDefault="007A29E5" w:rsidP="007A29E5">
      <w:pPr>
        <w:rPr>
          <w:rFonts w:cs="Arial"/>
        </w:rPr>
      </w:pPr>
    </w:p>
    <w:p w14:paraId="300B25A8" w14:textId="35379E7E" w:rsidR="00FB5941" w:rsidRPr="007A29E5" w:rsidRDefault="006D585D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t xml:space="preserve">Step </w:t>
      </w:r>
      <w:r w:rsidR="007A29E5" w:rsidRPr="007A29E5">
        <w:rPr>
          <w:rFonts w:ascii="Arial" w:hAnsi="Arial" w:cs="Arial"/>
        </w:rPr>
        <w:t>6</w:t>
      </w:r>
      <w:r w:rsidRPr="007A29E5">
        <w:rPr>
          <w:rFonts w:ascii="Arial" w:hAnsi="Arial" w:cs="Arial"/>
        </w:rPr>
        <w:t>: Write Draft 1 of your paragraph</w:t>
      </w:r>
    </w:p>
    <w:p w14:paraId="36B06B95" w14:textId="77777777" w:rsidR="00FB5941" w:rsidRPr="007A29E5" w:rsidRDefault="006D585D">
      <w:pPr>
        <w:spacing w:after="60" w:line="252" w:lineRule="auto"/>
        <w:rPr>
          <w:rFonts w:cs="Arial"/>
        </w:rPr>
      </w:pPr>
      <w:r w:rsidRPr="007A29E5">
        <w:rPr>
          <w:rFonts w:cs="Arial"/>
        </w:rPr>
        <w:t>Now write your first draft. Do not worry about perfection. Focus on clear ideas and structure. You can add formal evidence later.</w:t>
      </w:r>
    </w:p>
    <w:p w14:paraId="291C0CE5" w14:textId="77777777" w:rsidR="00FB5941" w:rsidRDefault="006D585D">
      <w:pPr>
        <w:spacing w:before="40" w:after="60" w:line="252" w:lineRule="auto"/>
        <w:rPr>
          <w:rFonts w:cs="Arial"/>
          <w:b/>
        </w:rPr>
      </w:pPr>
      <w:r w:rsidRPr="007A29E5">
        <w:rPr>
          <w:rFonts w:cs="Arial"/>
          <w:b/>
        </w:rPr>
        <w:lastRenderedPageBreak/>
        <w:t xml:space="preserve">Draft </w:t>
      </w:r>
      <w:proofErr w:type="gramStart"/>
      <w:r w:rsidRPr="007A29E5">
        <w:rPr>
          <w:rFonts w:cs="Arial"/>
          <w:b/>
        </w:rPr>
        <w:t>1 paragraph</w:t>
      </w:r>
      <w:proofErr w:type="gramEnd"/>
      <w:r w:rsidRPr="007A29E5">
        <w:rPr>
          <w:rFonts w:cs="Arial"/>
          <w:b/>
        </w:rPr>
        <w:t>:</w:t>
      </w:r>
    </w:p>
    <w:p w14:paraId="231DDE6F" w14:textId="77777777" w:rsidR="00404B10" w:rsidRDefault="00404B10">
      <w:pPr>
        <w:spacing w:before="40" w:after="60" w:line="252" w:lineRule="auto"/>
        <w:rPr>
          <w:rFonts w:cs="Arial"/>
          <w:b/>
        </w:rPr>
      </w:pPr>
    </w:p>
    <w:p w14:paraId="1165F22A" w14:textId="10583339" w:rsidR="00404B10" w:rsidRPr="007A29E5" w:rsidRDefault="00805E93">
      <w:pPr>
        <w:spacing w:before="40" w:after="60" w:line="252" w:lineRule="auto"/>
        <w:rPr>
          <w:rFonts w:cs="Arial"/>
        </w:rPr>
      </w:pPr>
      <w:r>
        <w:rPr>
          <w:rFonts w:cs="Arial"/>
          <w:b/>
        </w:rPr>
        <w:t xml:space="preserve">           </w:t>
      </w:r>
      <w:r w:rsidR="00334C82">
        <w:rPr>
          <w:rFonts w:cs="Arial"/>
          <w:b/>
        </w:rPr>
        <w:t xml:space="preserve">   </w:t>
      </w:r>
      <w:r>
        <w:rPr>
          <w:rFonts w:cs="Arial"/>
          <w:b/>
        </w:rPr>
        <w:t xml:space="preserve">    IMPORTANCE OF COMMUNICATION SKILLS IN WORKPLACE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368"/>
      </w:tblGrid>
      <w:tr w:rsidR="00FB5941" w:rsidRPr="007A29E5" w14:paraId="692F69B3" w14:textId="77777777">
        <w:trPr>
          <w:trHeight w:hRule="exact" w:val="7056"/>
        </w:trPr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3288F1A5" w14:textId="316FD962" w:rsidR="00FB5941" w:rsidRDefault="0050568B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Effective communication in business is a key to success. It helps in building healthy </w:t>
            </w:r>
            <w:proofErr w:type="gramStart"/>
            <w:r>
              <w:rPr>
                <w:rFonts w:cs="Arial"/>
              </w:rPr>
              <w:t>relationship</w:t>
            </w:r>
            <w:proofErr w:type="gramEnd"/>
            <w:r>
              <w:rPr>
                <w:rFonts w:cs="Arial"/>
              </w:rPr>
              <w:t xml:space="preserve"> between clients and business. Communication is </w:t>
            </w:r>
            <w:proofErr w:type="gramStart"/>
            <w:r>
              <w:rPr>
                <w:rFonts w:cs="Arial"/>
              </w:rPr>
              <w:t>a best</w:t>
            </w:r>
            <w:proofErr w:type="gramEnd"/>
            <w:r>
              <w:rPr>
                <w:rFonts w:cs="Arial"/>
              </w:rPr>
              <w:t xml:space="preserve"> way to resolve a conflict. It also helps </w:t>
            </w:r>
            <w:proofErr w:type="gramStart"/>
            <w:r>
              <w:rPr>
                <w:rFonts w:cs="Arial"/>
              </w:rPr>
              <w:t>in</w:t>
            </w:r>
            <w:proofErr w:type="gramEnd"/>
            <w:r>
              <w:rPr>
                <w:rFonts w:cs="Arial"/>
              </w:rPr>
              <w:t xml:space="preserve"> increasing productivity at work. Teams are often highly motivated and create a positive influence on the rest of the teams. Sometimes </w:t>
            </w:r>
            <w:proofErr w:type="gramStart"/>
            <w:r>
              <w:rPr>
                <w:rFonts w:cs="Arial"/>
              </w:rPr>
              <w:t>business</w:t>
            </w:r>
            <w:proofErr w:type="gramEnd"/>
            <w:r>
              <w:rPr>
                <w:rFonts w:cs="Arial"/>
              </w:rPr>
              <w:t xml:space="preserve"> often face negative consequences due to miscommunication at work.</w:t>
            </w:r>
            <w:r w:rsidR="00334C82">
              <w:rPr>
                <w:rFonts w:cs="Arial"/>
              </w:rPr>
              <w:t xml:space="preserve"> </w:t>
            </w:r>
            <w:proofErr w:type="gramStart"/>
            <w:r>
              <w:rPr>
                <w:rFonts w:cs="Arial"/>
              </w:rPr>
              <w:t>Communication</w:t>
            </w:r>
            <w:proofErr w:type="gramEnd"/>
            <w:r>
              <w:rPr>
                <w:rFonts w:cs="Arial"/>
              </w:rPr>
              <w:t xml:space="preserve"> is not just talking but also actively listening, it means we respect other’s opinions and their work. It helps in balancing between what’s working and what can be </w:t>
            </w:r>
            <w:proofErr w:type="spellStart"/>
            <w:proofErr w:type="gramStart"/>
            <w:r>
              <w:rPr>
                <w:rFonts w:cs="Arial"/>
              </w:rPr>
              <w:t>improved.</w:t>
            </w:r>
            <w:r w:rsidR="00925093">
              <w:rPr>
                <w:rFonts w:cs="Arial"/>
              </w:rPr>
              <w:t>It</w:t>
            </w:r>
            <w:proofErr w:type="spellEnd"/>
            <w:proofErr w:type="gramEnd"/>
            <w:r w:rsidR="00925093">
              <w:rPr>
                <w:rFonts w:cs="Arial"/>
              </w:rPr>
              <w:t xml:space="preserve"> eliminates inefficiencies. </w:t>
            </w:r>
            <w:r w:rsidR="00CA5602">
              <w:rPr>
                <w:rFonts w:cs="Arial"/>
              </w:rPr>
              <w:t>A survey conducted by Expert Market found that 28% of employees listed poor com</w:t>
            </w:r>
            <w:r w:rsidR="00404B10">
              <w:rPr>
                <w:rFonts w:cs="Arial"/>
              </w:rPr>
              <w:t xml:space="preserve">munication as the reason why they </w:t>
            </w:r>
            <w:proofErr w:type="gramStart"/>
            <w:r w:rsidR="00404B10">
              <w:rPr>
                <w:rFonts w:cs="Arial"/>
              </w:rPr>
              <w:t>weren’t able to</w:t>
            </w:r>
            <w:proofErr w:type="gramEnd"/>
            <w:r w:rsidR="00404B10">
              <w:rPr>
                <w:rFonts w:cs="Arial"/>
              </w:rPr>
              <w:t xml:space="preserve"> finish projects on time (Coursera, 2026).</w:t>
            </w:r>
          </w:p>
          <w:p w14:paraId="1A056C67" w14:textId="38EB2784" w:rsidR="00B322B5" w:rsidRDefault="00A86476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When information is not being communicated properly, it creates low morale </w:t>
            </w:r>
            <w:r w:rsidR="00334C82">
              <w:rPr>
                <w:rFonts w:cs="Arial"/>
              </w:rPr>
              <w:t xml:space="preserve">and reduces efficiency between the employees. </w:t>
            </w:r>
            <w:r w:rsidR="009A1EA2">
              <w:rPr>
                <w:rFonts w:cs="Arial"/>
              </w:rPr>
              <w:t>(BBC,</w:t>
            </w:r>
            <w:r w:rsidR="002050CC">
              <w:rPr>
                <w:rFonts w:cs="Arial"/>
              </w:rPr>
              <w:t>2026)</w:t>
            </w:r>
          </w:p>
          <w:p w14:paraId="3EA81514" w14:textId="77777777" w:rsidR="00805E93" w:rsidRDefault="00805E93">
            <w:pPr>
              <w:spacing w:after="0"/>
              <w:rPr>
                <w:rFonts w:cs="Arial"/>
              </w:rPr>
            </w:pPr>
          </w:p>
          <w:p w14:paraId="342777E5" w14:textId="0538BA32" w:rsidR="00404B10" w:rsidRPr="007A29E5" w:rsidRDefault="00404B10">
            <w:pPr>
              <w:spacing w:after="0"/>
              <w:rPr>
                <w:rFonts w:cs="Arial"/>
              </w:rPr>
            </w:pPr>
          </w:p>
        </w:tc>
      </w:tr>
    </w:tbl>
    <w:p w14:paraId="5AF6EC3D" w14:textId="77777777" w:rsidR="00FB5941" w:rsidRPr="007A29E5" w:rsidRDefault="006D585D">
      <w:pPr>
        <w:spacing w:after="60" w:line="252" w:lineRule="auto"/>
        <w:rPr>
          <w:rFonts w:cs="Arial"/>
        </w:rPr>
      </w:pPr>
      <w:r w:rsidRPr="007A29E5">
        <w:rPr>
          <w:rFonts w:cs="Arial"/>
        </w:rPr>
        <w:br w:type="page"/>
      </w:r>
    </w:p>
    <w:p w14:paraId="4DD1D5CC" w14:textId="77777777" w:rsidR="00FB5941" w:rsidRPr="007A29E5" w:rsidRDefault="006D585D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lastRenderedPageBreak/>
        <w:t>After this worksheet: homework before Week 7</w:t>
      </w:r>
    </w:p>
    <w:p w14:paraId="0603D3B2" w14:textId="77777777" w:rsidR="00FB5941" w:rsidRPr="007A29E5" w:rsidRDefault="006D585D">
      <w:pPr>
        <w:spacing w:after="60" w:line="252" w:lineRule="auto"/>
        <w:rPr>
          <w:rFonts w:cs="Arial"/>
        </w:rPr>
      </w:pPr>
      <w:r w:rsidRPr="007A29E5">
        <w:rPr>
          <w:rFonts w:cs="Arial"/>
        </w:rPr>
        <w:t>After you finish Draft 1, complete these tasks before Week 7.</w:t>
      </w:r>
    </w:p>
    <w:p w14:paraId="5BDD0C4F" w14:textId="2368394E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 xml:space="preserve">Complete the </w:t>
      </w:r>
      <w:hyperlink r:id="rId9" w:history="1">
        <w:r w:rsidR="00FB5941" w:rsidRPr="007A29E5">
          <w:rPr>
            <w:rStyle w:val="Hyperlink"/>
            <w:rFonts w:cs="Arial"/>
          </w:rPr>
          <w:t>AS2 H5P</w:t>
        </w:r>
      </w:hyperlink>
      <w:r w:rsidRPr="007A29E5">
        <w:rPr>
          <w:rFonts w:cs="Arial"/>
        </w:rPr>
        <w:t xml:space="preserve"> lesson on Moodle in Your Tasks.</w:t>
      </w:r>
    </w:p>
    <w:p w14:paraId="4A2E18D4" w14:textId="0BDEDA4C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Find 1-2 pieces of evidence that support your existing ideas. Do not choose evidence first and then change your whole paragraph.</w:t>
      </w:r>
      <w:r w:rsidR="007A29E5" w:rsidRPr="007A29E5">
        <w:rPr>
          <w:rFonts w:cs="Arial"/>
        </w:rPr>
        <w:t xml:space="preserve"> You can use the Library or Google to help. Choose reliable and relevant sources.</w:t>
      </w:r>
    </w:p>
    <w:p w14:paraId="657B4698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Add the evidence to your paragraph where it fits.</w:t>
      </w:r>
    </w:p>
    <w:p w14:paraId="45501D4B" w14:textId="77777777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>Write Draft 2 after adding evidence and improving your explanation.</w:t>
      </w:r>
    </w:p>
    <w:p w14:paraId="2D80AB8D" w14:textId="06BC19B6" w:rsidR="00FB5941" w:rsidRPr="007A29E5" w:rsidRDefault="006D585D">
      <w:pPr>
        <w:pStyle w:val="ListBullet"/>
        <w:spacing w:after="60" w:line="252" w:lineRule="auto"/>
        <w:rPr>
          <w:rFonts w:cs="Arial"/>
        </w:rPr>
      </w:pPr>
      <w:r w:rsidRPr="007A29E5">
        <w:rPr>
          <w:rFonts w:cs="Arial"/>
        </w:rPr>
        <w:t xml:space="preserve">Bring Draft 1, </w:t>
      </w:r>
      <w:r w:rsidR="007A29E5" w:rsidRPr="007A29E5">
        <w:rPr>
          <w:rFonts w:cs="Arial"/>
        </w:rPr>
        <w:t xml:space="preserve">Draft 2, </w:t>
      </w:r>
      <w:r w:rsidRPr="007A29E5">
        <w:rPr>
          <w:rFonts w:cs="Arial"/>
        </w:rPr>
        <w:t>your notes and any evidence to Week 7.</w:t>
      </w:r>
    </w:p>
    <w:p w14:paraId="3C4209E1" w14:textId="77777777" w:rsidR="00FB5941" w:rsidRPr="007A29E5" w:rsidRDefault="006D585D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t>Quick self-check before Week 7</w:t>
      </w:r>
    </w:p>
    <w:p w14:paraId="00E862C0" w14:textId="4DA78BE8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Arial" w:hAnsi="Arial" w:cs="Arial"/>
        </w:rPr>
        <w:t xml:space="preserve">After you finish </w:t>
      </w:r>
      <w:r w:rsidRPr="007A29E5">
        <w:rPr>
          <w:rStyle w:val="Strong"/>
          <w:rFonts w:ascii="Arial" w:hAnsi="Arial" w:cs="Arial"/>
        </w:rPr>
        <w:t>Draft 1</w:t>
      </w:r>
      <w:r w:rsidRPr="007A29E5">
        <w:rPr>
          <w:rFonts w:ascii="Arial" w:hAnsi="Arial" w:cs="Arial"/>
        </w:rPr>
        <w:t>, complete these tasks before Week 7:</w:t>
      </w:r>
    </w:p>
    <w:p w14:paraId="6E20FE8B" w14:textId="0CF3C10E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Complete the </w:t>
      </w:r>
      <w:hyperlink r:id="rId10" w:history="1">
        <w:r w:rsidRPr="007A29E5">
          <w:rPr>
            <w:rStyle w:val="Hyperlink"/>
            <w:rFonts w:ascii="Arial" w:hAnsi="Arial" w:cs="Arial"/>
          </w:rPr>
          <w:t>AS2 H5P lesson</w:t>
        </w:r>
      </w:hyperlink>
      <w:r w:rsidRPr="007A29E5">
        <w:rPr>
          <w:rFonts w:ascii="Arial" w:hAnsi="Arial" w:cs="Arial"/>
        </w:rPr>
        <w:t xml:space="preserve"> on Moodle in </w:t>
      </w:r>
      <w:r w:rsidRPr="007A29E5">
        <w:rPr>
          <w:rStyle w:val="Strong"/>
          <w:rFonts w:ascii="Arial" w:hAnsi="Arial" w:cs="Arial"/>
        </w:rPr>
        <w:t>Your Tasks</w:t>
      </w:r>
      <w:r w:rsidRPr="007A29E5">
        <w:rPr>
          <w:rFonts w:ascii="Arial" w:hAnsi="Arial" w:cs="Arial"/>
        </w:rPr>
        <w:t>.</w:t>
      </w:r>
    </w:p>
    <w:p w14:paraId="02D20D71" w14:textId="77777777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Find </w:t>
      </w:r>
      <w:r w:rsidRPr="007A29E5">
        <w:rPr>
          <w:rStyle w:val="Strong"/>
          <w:rFonts w:ascii="Arial" w:hAnsi="Arial" w:cs="Arial"/>
        </w:rPr>
        <w:t>1–2 pieces of evidence</w:t>
      </w:r>
      <w:r w:rsidRPr="007A29E5">
        <w:rPr>
          <w:rFonts w:ascii="Arial" w:hAnsi="Arial" w:cs="Arial"/>
        </w:rPr>
        <w:t xml:space="preserve"> that support your existing ideas.</w:t>
      </w:r>
      <w:r w:rsidRPr="007A29E5">
        <w:rPr>
          <w:rFonts w:ascii="Arial" w:hAnsi="Arial" w:cs="Arial"/>
        </w:rPr>
        <w:br/>
        <w:t xml:space="preserve">Do </w:t>
      </w:r>
      <w:r w:rsidRPr="007A29E5">
        <w:rPr>
          <w:rStyle w:val="Strong"/>
          <w:rFonts w:ascii="Arial" w:hAnsi="Arial" w:cs="Arial"/>
        </w:rPr>
        <w:t>not</w:t>
      </w:r>
      <w:r w:rsidRPr="007A29E5">
        <w:rPr>
          <w:rFonts w:ascii="Arial" w:hAnsi="Arial" w:cs="Arial"/>
        </w:rPr>
        <w:t xml:space="preserve"> choose evidence first and then change your whole paragraph. You can use the Library or Google to help. Choose reliable and relevant sources.</w:t>
      </w:r>
    </w:p>
    <w:p w14:paraId="4F5A5921" w14:textId="77777777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Add the evidence to your paragraph where it fits.</w:t>
      </w:r>
    </w:p>
    <w:p w14:paraId="581A1FDB" w14:textId="77777777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Write </w:t>
      </w:r>
      <w:r w:rsidRPr="007A29E5">
        <w:rPr>
          <w:rStyle w:val="Strong"/>
          <w:rFonts w:ascii="Arial" w:hAnsi="Arial" w:cs="Arial"/>
        </w:rPr>
        <w:t>Draft 2</w:t>
      </w:r>
      <w:r w:rsidRPr="007A29E5">
        <w:rPr>
          <w:rFonts w:ascii="Arial" w:hAnsi="Arial" w:cs="Arial"/>
        </w:rPr>
        <w:t xml:space="preserve"> after adding evidence and improving your explanation.</w:t>
      </w:r>
    </w:p>
    <w:p w14:paraId="7D44EF5E" w14:textId="77777777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Bring </w:t>
      </w:r>
      <w:r w:rsidRPr="007A29E5">
        <w:rPr>
          <w:rStyle w:val="Strong"/>
          <w:rFonts w:ascii="Arial" w:hAnsi="Arial" w:cs="Arial"/>
        </w:rPr>
        <w:t>Draft 1, Draft 2, your notes and any evidence</w:t>
      </w:r>
      <w:r w:rsidRPr="007A29E5">
        <w:rPr>
          <w:rFonts w:ascii="Arial" w:hAnsi="Arial" w:cs="Arial"/>
        </w:rPr>
        <w:t xml:space="preserve"> to Week 7.</w:t>
      </w:r>
    </w:p>
    <w:p w14:paraId="589FEF0B" w14:textId="77777777" w:rsidR="007A29E5" w:rsidRPr="007A29E5" w:rsidRDefault="007A29E5" w:rsidP="007A29E5">
      <w:pPr>
        <w:pStyle w:val="Heading2"/>
        <w:rPr>
          <w:rFonts w:ascii="Arial" w:hAnsi="Arial" w:cs="Arial"/>
        </w:rPr>
      </w:pPr>
      <w:r w:rsidRPr="007A29E5">
        <w:rPr>
          <w:rFonts w:ascii="Arial" w:hAnsi="Arial" w:cs="Arial"/>
        </w:rPr>
        <w:t>Quick self-check before Week 7</w:t>
      </w:r>
    </w:p>
    <w:p w14:paraId="0AA2699E" w14:textId="77777777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I chose one topic.</w:t>
      </w:r>
    </w:p>
    <w:p w14:paraId="13BA861A" w14:textId="77777777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I brainstormed my ideas.</w:t>
      </w:r>
    </w:p>
    <w:p w14:paraId="75B753A8" w14:textId="77777777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I wrote a topic sentence with a main idea and reason(s)/point(s).</w:t>
      </w:r>
    </w:p>
    <w:p w14:paraId="1511476C" w14:textId="77777777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I wrote Draft 1 of my paragraph.</w:t>
      </w:r>
    </w:p>
    <w:p w14:paraId="52EDC995" w14:textId="77777777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I completed the AS2 H5P lesson.</w:t>
      </w:r>
    </w:p>
    <w:p w14:paraId="075B40AF" w14:textId="77777777" w:rsidR="007A29E5" w:rsidRPr="007A29E5" w:rsidRDefault="007A29E5" w:rsidP="007A29E5">
      <w:pPr>
        <w:pStyle w:val="isselectedend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I found 1–2 useful pieces of evidence to support my ideas.</w:t>
      </w:r>
    </w:p>
    <w:p w14:paraId="52CD2E19" w14:textId="77777777" w:rsidR="007A29E5" w:rsidRPr="007A29E5" w:rsidRDefault="007A29E5" w:rsidP="007A29E5">
      <w:pPr>
        <w:pStyle w:val="NormalWeb"/>
        <w:rPr>
          <w:rFonts w:ascii="Arial" w:hAnsi="Arial" w:cs="Arial"/>
        </w:rPr>
      </w:pPr>
      <w:r w:rsidRPr="007A29E5">
        <w:rPr>
          <w:rFonts w:ascii="Segoe UI Symbol" w:hAnsi="Segoe UI Symbol" w:cs="Segoe UI Symbol"/>
        </w:rPr>
        <w:t>☐</w:t>
      </w:r>
      <w:r w:rsidRPr="007A29E5">
        <w:rPr>
          <w:rFonts w:ascii="Arial" w:hAnsi="Arial" w:cs="Arial"/>
        </w:rPr>
        <w:t xml:space="preserve"> I did </w:t>
      </w:r>
      <w:r w:rsidRPr="007A29E5">
        <w:rPr>
          <w:rStyle w:val="Strong"/>
          <w:rFonts w:ascii="Arial" w:hAnsi="Arial" w:cs="Arial"/>
        </w:rPr>
        <w:t>not</w:t>
      </w:r>
      <w:r w:rsidRPr="007A29E5">
        <w:rPr>
          <w:rFonts w:ascii="Arial" w:hAnsi="Arial" w:cs="Arial"/>
        </w:rPr>
        <w:t xml:space="preserve"> use AI to write or improve my paragraph.</w:t>
      </w:r>
    </w:p>
    <w:p w14:paraId="0AC8C429" w14:textId="77777777" w:rsidR="00FB5941" w:rsidRPr="007A29E5" w:rsidRDefault="006D585D">
      <w:pPr>
        <w:spacing w:after="60" w:line="252" w:lineRule="auto"/>
        <w:rPr>
          <w:rFonts w:cs="Arial"/>
        </w:rPr>
      </w:pPr>
      <w:r w:rsidRPr="007A29E5">
        <w:rPr>
          <w:rFonts w:cs="Arial"/>
          <w:b/>
        </w:rPr>
        <w:t xml:space="preserve">Remember: </w:t>
      </w:r>
      <w:r w:rsidRPr="007A29E5">
        <w:rPr>
          <w:rFonts w:cs="Arial"/>
        </w:rPr>
        <w:t xml:space="preserve">This is only Draft 1. </w:t>
      </w:r>
      <w:r w:rsidRPr="007A29E5">
        <w:rPr>
          <w:rFonts w:cs="Arial"/>
          <w:b/>
          <w:bCs/>
        </w:rPr>
        <w:t>It does not need to be perfect</w:t>
      </w:r>
      <w:r w:rsidRPr="007A29E5">
        <w:rPr>
          <w:rFonts w:cs="Arial"/>
        </w:rPr>
        <w:t>. You need something written so you can improve it in Week 7.</w:t>
      </w:r>
    </w:p>
    <w:sectPr w:rsidR="00FB5941" w:rsidRPr="007A29E5" w:rsidSect="00034616">
      <w:pgSz w:w="12240" w:h="15840"/>
      <w:pgMar w:top="792" w:right="936" w:bottom="792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B4C8110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13255233">
    <w:abstractNumId w:val="8"/>
  </w:num>
  <w:num w:numId="2" w16cid:durableId="1438136712">
    <w:abstractNumId w:val="6"/>
  </w:num>
  <w:num w:numId="3" w16cid:durableId="1316252847">
    <w:abstractNumId w:val="5"/>
  </w:num>
  <w:num w:numId="4" w16cid:durableId="1800953131">
    <w:abstractNumId w:val="4"/>
  </w:num>
  <w:num w:numId="5" w16cid:durableId="48264289">
    <w:abstractNumId w:val="7"/>
  </w:num>
  <w:num w:numId="6" w16cid:durableId="914822393">
    <w:abstractNumId w:val="3"/>
  </w:num>
  <w:num w:numId="7" w16cid:durableId="1791826594">
    <w:abstractNumId w:val="2"/>
  </w:num>
  <w:num w:numId="8" w16cid:durableId="1606889054">
    <w:abstractNumId w:val="1"/>
  </w:num>
  <w:num w:numId="9" w16cid:durableId="710108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050CC"/>
    <w:rsid w:val="0029639D"/>
    <w:rsid w:val="00326F90"/>
    <w:rsid w:val="00334C82"/>
    <w:rsid w:val="00404B10"/>
    <w:rsid w:val="004B4078"/>
    <w:rsid w:val="0050568B"/>
    <w:rsid w:val="006D585D"/>
    <w:rsid w:val="007A29E5"/>
    <w:rsid w:val="00805E93"/>
    <w:rsid w:val="00917396"/>
    <w:rsid w:val="00925093"/>
    <w:rsid w:val="009A1EA2"/>
    <w:rsid w:val="00A86476"/>
    <w:rsid w:val="00AA1D8D"/>
    <w:rsid w:val="00B322B5"/>
    <w:rsid w:val="00B47730"/>
    <w:rsid w:val="00CA5602"/>
    <w:rsid w:val="00CB0664"/>
    <w:rsid w:val="00CC31F0"/>
    <w:rsid w:val="00E8272E"/>
    <w:rsid w:val="00FB594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C3E54A"/>
  <w14:defaultImageDpi w14:val="300"/>
  <w15:docId w15:val="{15F4F2C9-668A-9E41-B5A0-BEA7A203F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fact-docx-previewheading1">
    <w:name w:val="artifact-docx-preview_heading1"/>
    <w:basedOn w:val="Normal"/>
    <w:rsid w:val="007A2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7A2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7A29E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29E5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7A2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moodle.uwtsd.ac.uk/mod/hvp/view.php?id=743687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moodle.uwtsd.ac.uk/mod/hvp/view.php?id=7436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11" ma:contentTypeDescription="Create a new document." ma:contentTypeScope="" ma:versionID="ae657d334384a0f11ead3ae09afb219a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c0da5ce286979f93befdecd089bb8c45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746C0C-F111-4AD8-9823-43FF1EF8D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535215-FF46-44E0-944D-3719299FF8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BA0F04-0CD9-4BD8-ADDD-FE724C6AA4B8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6 Catch-Up: Paragraph Workshop</vt:lpstr>
    </vt:vector>
  </TitlesOfParts>
  <Manager/>
  <Company/>
  <LinksUpToDate>false</LinksUpToDate>
  <CharactersWithSpaces>7125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6 Catch-Up: Paragraph Workshop</dc:title>
  <dc:subject/>
  <dc:creator>UWTSD Academic Skills</dc:creator>
  <cp:keywords/>
  <dc:description>generated by python-docx</dc:description>
  <cp:lastModifiedBy>Rozina Hanif Baxa (2545449)</cp:lastModifiedBy>
  <cp:revision>4</cp:revision>
  <dcterms:created xsi:type="dcterms:W3CDTF">2026-07-19T15:02:00Z</dcterms:created>
  <dcterms:modified xsi:type="dcterms:W3CDTF">2026-07-19T15:03:00Z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