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B04BD" w14:textId="13D58AD0" w:rsidR="00BB62EA" w:rsidRPr="003303C4" w:rsidRDefault="00A302B5" w:rsidP="002121CA">
      <w:pPr>
        <w:pStyle w:val="Heading1"/>
        <w:spacing w:line="360" w:lineRule="auto"/>
        <w:jc w:val="center"/>
        <w:rPr>
          <w:rFonts w:ascii="Arial" w:hAnsi="Arial" w:cs="Arial"/>
          <w:color w:val="auto"/>
          <w:sz w:val="48"/>
          <w:szCs w:val="48"/>
        </w:rPr>
      </w:pPr>
      <w:r w:rsidRPr="003303C4">
        <w:rPr>
          <w:rFonts w:ascii="Arial" w:hAnsi="Arial" w:cs="Arial"/>
          <w:color w:val="auto"/>
          <w:sz w:val="48"/>
          <w:szCs w:val="48"/>
        </w:rPr>
        <w:t>Portfolio</w:t>
      </w:r>
    </w:p>
    <w:p w14:paraId="39C1DA7F" w14:textId="77777777" w:rsidR="00A302B5" w:rsidRPr="00D47E31" w:rsidRDefault="00A302B5" w:rsidP="002121CA">
      <w:pPr>
        <w:spacing w:line="360" w:lineRule="auto"/>
        <w:rPr>
          <w:rFonts w:ascii="Arial" w:hAnsi="Arial" w:cs="Arial"/>
          <w:sz w:val="28"/>
          <w:szCs w:val="28"/>
        </w:rPr>
      </w:pPr>
    </w:p>
    <w:p w14:paraId="07017E8F" w14:textId="162055C4" w:rsidR="00BB62EA" w:rsidRPr="00D47E31" w:rsidRDefault="00D648D5" w:rsidP="002121CA">
      <w:pPr>
        <w:spacing w:line="360" w:lineRule="auto"/>
        <w:rPr>
          <w:rFonts w:ascii="Arial" w:hAnsi="Arial" w:cs="Arial"/>
          <w:sz w:val="28"/>
          <w:szCs w:val="28"/>
        </w:rPr>
      </w:pPr>
      <w:r w:rsidRPr="00D47E31">
        <w:rPr>
          <w:rFonts w:ascii="Arial" w:hAnsi="Arial" w:cs="Arial"/>
          <w:b/>
          <w:sz w:val="28"/>
          <w:szCs w:val="28"/>
        </w:rPr>
        <w:t xml:space="preserve">Student </w:t>
      </w:r>
      <w:r w:rsidR="0004152F" w:rsidRPr="00D47E31">
        <w:rPr>
          <w:rFonts w:ascii="Arial" w:hAnsi="Arial" w:cs="Arial"/>
          <w:b/>
          <w:sz w:val="28"/>
          <w:szCs w:val="28"/>
        </w:rPr>
        <w:t>Name: Andleeb Saeed</w:t>
      </w:r>
    </w:p>
    <w:p w14:paraId="5F60FAC1" w14:textId="5E3F719A" w:rsidR="00BB62EA" w:rsidRPr="00D47E31" w:rsidRDefault="00D648D5" w:rsidP="002121CA">
      <w:pPr>
        <w:spacing w:line="360" w:lineRule="auto"/>
        <w:rPr>
          <w:rFonts w:ascii="Arial" w:hAnsi="Arial" w:cs="Arial"/>
          <w:sz w:val="28"/>
          <w:szCs w:val="28"/>
        </w:rPr>
      </w:pPr>
      <w:r w:rsidRPr="00D47E31">
        <w:rPr>
          <w:rFonts w:ascii="Arial" w:hAnsi="Arial" w:cs="Arial"/>
          <w:b/>
          <w:sz w:val="28"/>
          <w:szCs w:val="28"/>
        </w:rPr>
        <w:t>Student Number:</w:t>
      </w:r>
      <w:r w:rsidR="0004152F" w:rsidRPr="00D47E31">
        <w:rPr>
          <w:rFonts w:ascii="Arial" w:hAnsi="Arial" w:cs="Arial"/>
          <w:b/>
          <w:sz w:val="28"/>
          <w:szCs w:val="28"/>
        </w:rPr>
        <w:t xml:space="preserve"> 2506509</w:t>
      </w:r>
    </w:p>
    <w:p w14:paraId="2680B0E8" w14:textId="6E75BAB1" w:rsidR="00BB62EA" w:rsidRPr="00D47E31" w:rsidRDefault="00D648D5" w:rsidP="002121CA">
      <w:pPr>
        <w:spacing w:line="360" w:lineRule="auto"/>
        <w:rPr>
          <w:rFonts w:ascii="Arial" w:hAnsi="Arial" w:cs="Arial"/>
          <w:sz w:val="28"/>
          <w:szCs w:val="28"/>
        </w:rPr>
      </w:pPr>
      <w:r w:rsidRPr="00D47E31">
        <w:rPr>
          <w:rFonts w:ascii="Arial" w:hAnsi="Arial" w:cs="Arial"/>
          <w:b/>
          <w:sz w:val="28"/>
          <w:szCs w:val="28"/>
        </w:rPr>
        <w:t xml:space="preserve">Module Name: </w:t>
      </w:r>
      <w:r w:rsidR="0004152F" w:rsidRPr="00D47E31">
        <w:rPr>
          <w:rFonts w:ascii="Arial" w:hAnsi="Arial" w:cs="Arial"/>
          <w:b/>
          <w:sz w:val="28"/>
          <w:szCs w:val="28"/>
        </w:rPr>
        <w:t>Professional Development in Health and Social Care</w:t>
      </w:r>
    </w:p>
    <w:p w14:paraId="4CCC8FED" w14:textId="5EC913C7" w:rsidR="00AD59DE" w:rsidRDefault="00D648D5" w:rsidP="002121CA">
      <w:pPr>
        <w:spacing w:line="360" w:lineRule="auto"/>
        <w:rPr>
          <w:rFonts w:ascii="Arial" w:hAnsi="Arial" w:cs="Arial"/>
          <w:b/>
          <w:sz w:val="28"/>
          <w:szCs w:val="28"/>
        </w:rPr>
      </w:pPr>
      <w:r w:rsidRPr="00D47E31">
        <w:rPr>
          <w:rFonts w:ascii="Arial" w:hAnsi="Arial" w:cs="Arial"/>
          <w:b/>
          <w:sz w:val="28"/>
          <w:szCs w:val="28"/>
        </w:rPr>
        <w:t xml:space="preserve">Module Code: </w:t>
      </w:r>
      <w:r w:rsidR="0004152F" w:rsidRPr="00D47E31">
        <w:rPr>
          <w:rFonts w:ascii="Arial" w:hAnsi="Arial" w:cs="Arial"/>
          <w:b/>
          <w:sz w:val="28"/>
          <w:szCs w:val="28"/>
        </w:rPr>
        <w:t>LCHS4009-BIRM</w:t>
      </w:r>
    </w:p>
    <w:p w14:paraId="5FCCB9CD" w14:textId="6010466A" w:rsidR="00AD59DE" w:rsidRPr="00D47E31" w:rsidRDefault="00AD59DE" w:rsidP="002121CA">
      <w:pPr>
        <w:spacing w:line="360" w:lineRule="auto"/>
        <w:rPr>
          <w:rFonts w:ascii="Arial" w:hAnsi="Arial" w:cs="Arial"/>
          <w:b/>
          <w:sz w:val="28"/>
          <w:szCs w:val="28"/>
        </w:rPr>
      </w:pPr>
      <w:r>
        <w:rPr>
          <w:rFonts w:ascii="Arial" w:hAnsi="Arial" w:cs="Arial"/>
          <w:b/>
          <w:sz w:val="28"/>
          <w:szCs w:val="28"/>
        </w:rPr>
        <w:t>Tutor Name: Besty Jose</w:t>
      </w:r>
    </w:p>
    <w:p w14:paraId="16B36392" w14:textId="6D280A65" w:rsidR="005A3149" w:rsidRPr="003303C4" w:rsidRDefault="00D3153F" w:rsidP="00054B6C">
      <w:pPr>
        <w:spacing w:line="360" w:lineRule="auto"/>
        <w:rPr>
          <w:rFonts w:ascii="Arial" w:hAnsi="Arial" w:cs="Arial"/>
          <w:b/>
          <w:bCs/>
          <w:sz w:val="36"/>
          <w:szCs w:val="36"/>
          <w:u w:val="single"/>
        </w:rPr>
      </w:pPr>
      <w:r w:rsidRPr="003303C4">
        <w:rPr>
          <w:rFonts w:ascii="Arial" w:hAnsi="Arial" w:cs="Arial"/>
          <w:b/>
          <w:bCs/>
          <w:sz w:val="36"/>
          <w:szCs w:val="36"/>
          <w:u w:val="single"/>
        </w:rPr>
        <w:t xml:space="preserve"> </w:t>
      </w:r>
      <w:r w:rsidR="005A3149" w:rsidRPr="003303C4">
        <w:rPr>
          <w:rFonts w:ascii="Arial" w:hAnsi="Arial" w:cs="Arial"/>
          <w:b/>
          <w:bCs/>
          <w:sz w:val="36"/>
          <w:szCs w:val="36"/>
          <w:u w:val="single"/>
        </w:rPr>
        <w:br w:type="page"/>
      </w:r>
    </w:p>
    <w:p w14:paraId="3423BCCD" w14:textId="77777777" w:rsidR="00B6385D" w:rsidRPr="0097087D" w:rsidRDefault="00B6385D" w:rsidP="00054B6C">
      <w:pPr>
        <w:spacing w:line="360" w:lineRule="auto"/>
        <w:rPr>
          <w:rFonts w:ascii="Arial" w:hAnsi="Arial" w:cs="Arial"/>
          <w:b/>
          <w:bCs/>
          <w:u w:val="single"/>
        </w:rPr>
      </w:pPr>
    </w:p>
    <w:p w14:paraId="2AAB7AC6" w14:textId="7C9FBA1A" w:rsidR="00F705BE" w:rsidRPr="0097087D" w:rsidRDefault="009636E9" w:rsidP="00054B6C">
      <w:pPr>
        <w:spacing w:line="360" w:lineRule="auto"/>
        <w:rPr>
          <w:rFonts w:ascii="Arial" w:hAnsi="Arial" w:cs="Arial"/>
          <w:b/>
          <w:bCs/>
        </w:rPr>
      </w:pPr>
      <w:r w:rsidRPr="0097087D">
        <w:rPr>
          <w:rFonts w:ascii="Arial" w:hAnsi="Arial" w:cs="Arial"/>
          <w:b/>
          <w:bCs/>
          <w:u w:val="single"/>
        </w:rPr>
        <w:t>TABLE OF CONTENTS</w:t>
      </w:r>
      <w:r w:rsidR="005843DE" w:rsidRPr="0097087D">
        <w:rPr>
          <w:rFonts w:ascii="Arial" w:hAnsi="Arial" w:cs="Arial"/>
          <w:b/>
          <w:bCs/>
        </w:rPr>
        <w:t>:</w:t>
      </w:r>
    </w:p>
    <w:tbl>
      <w:tblPr>
        <w:tblStyle w:val="TableGrid"/>
        <w:tblW w:w="8776" w:type="dxa"/>
        <w:tblLook w:val="04A0" w:firstRow="1" w:lastRow="0" w:firstColumn="1" w:lastColumn="0" w:noHBand="0" w:noVBand="1"/>
      </w:tblPr>
      <w:tblGrid>
        <w:gridCol w:w="4388"/>
        <w:gridCol w:w="4388"/>
      </w:tblGrid>
      <w:tr w:rsidR="001422C8" w:rsidRPr="0097087D" w14:paraId="2AB612B8" w14:textId="77777777" w:rsidTr="00151ECA">
        <w:trPr>
          <w:trHeight w:val="492"/>
        </w:trPr>
        <w:tc>
          <w:tcPr>
            <w:tcW w:w="4388" w:type="dxa"/>
          </w:tcPr>
          <w:p w14:paraId="06EB034B" w14:textId="77777777" w:rsidR="001422C8" w:rsidRPr="0097087D" w:rsidRDefault="001422C8" w:rsidP="00054B6C">
            <w:pPr>
              <w:spacing w:line="360" w:lineRule="auto"/>
              <w:rPr>
                <w:rFonts w:ascii="Arial" w:hAnsi="Arial" w:cs="Arial"/>
                <w:b/>
                <w:bCs/>
              </w:rPr>
            </w:pPr>
            <w:r w:rsidRPr="0097087D">
              <w:rPr>
                <w:rFonts w:ascii="Arial" w:hAnsi="Arial" w:cs="Arial"/>
                <w:b/>
                <w:bCs/>
              </w:rPr>
              <w:t>Contents</w:t>
            </w:r>
          </w:p>
        </w:tc>
        <w:tc>
          <w:tcPr>
            <w:tcW w:w="4388" w:type="dxa"/>
          </w:tcPr>
          <w:p w14:paraId="00E9F704" w14:textId="77777777" w:rsidR="001422C8" w:rsidRPr="0097087D" w:rsidRDefault="001422C8" w:rsidP="00054B6C">
            <w:pPr>
              <w:spacing w:line="360" w:lineRule="auto"/>
              <w:rPr>
                <w:rFonts w:ascii="Arial" w:hAnsi="Arial" w:cs="Arial"/>
                <w:b/>
                <w:bCs/>
              </w:rPr>
            </w:pPr>
            <w:r w:rsidRPr="0097087D">
              <w:rPr>
                <w:rFonts w:ascii="Arial" w:hAnsi="Arial" w:cs="Arial"/>
                <w:b/>
                <w:bCs/>
              </w:rPr>
              <w:t>Page No.</w:t>
            </w:r>
          </w:p>
        </w:tc>
      </w:tr>
      <w:tr w:rsidR="001422C8" w:rsidRPr="0097087D" w14:paraId="6FBDAC98" w14:textId="77777777" w:rsidTr="00151ECA">
        <w:trPr>
          <w:trHeight w:val="952"/>
        </w:trPr>
        <w:tc>
          <w:tcPr>
            <w:tcW w:w="4388" w:type="dxa"/>
          </w:tcPr>
          <w:p w14:paraId="25F8F483" w14:textId="77777777" w:rsidR="001422C8" w:rsidRPr="0097087D" w:rsidRDefault="001422C8" w:rsidP="00054B6C">
            <w:pPr>
              <w:spacing w:line="360" w:lineRule="auto"/>
              <w:rPr>
                <w:rFonts w:ascii="Arial" w:hAnsi="Arial" w:cs="Arial"/>
              </w:rPr>
            </w:pPr>
            <w:r w:rsidRPr="0097087D">
              <w:rPr>
                <w:rFonts w:ascii="Arial" w:hAnsi="Arial" w:cs="Arial"/>
              </w:rPr>
              <w:t>Job Advertisement (Care Assistant Vacancy – Avery Healthcare)</w:t>
            </w:r>
          </w:p>
        </w:tc>
        <w:tc>
          <w:tcPr>
            <w:tcW w:w="4388" w:type="dxa"/>
          </w:tcPr>
          <w:p w14:paraId="5AC9187F" w14:textId="777A968B" w:rsidR="001422C8" w:rsidRPr="0097087D" w:rsidRDefault="00E74431" w:rsidP="00054B6C">
            <w:pPr>
              <w:spacing w:line="360" w:lineRule="auto"/>
              <w:rPr>
                <w:rFonts w:ascii="Arial" w:hAnsi="Arial" w:cs="Arial"/>
              </w:rPr>
            </w:pPr>
            <w:r w:rsidRPr="0097087D">
              <w:rPr>
                <w:rFonts w:ascii="Arial" w:hAnsi="Arial" w:cs="Arial"/>
              </w:rPr>
              <w:t>3</w:t>
            </w:r>
            <w:r w:rsidR="00054B6C" w:rsidRPr="0097087D">
              <w:rPr>
                <w:rFonts w:ascii="Arial" w:hAnsi="Arial" w:cs="Arial"/>
              </w:rPr>
              <w:t>-</w:t>
            </w:r>
            <w:r w:rsidRPr="0097087D">
              <w:rPr>
                <w:rFonts w:ascii="Arial" w:hAnsi="Arial" w:cs="Arial"/>
              </w:rPr>
              <w:t>4</w:t>
            </w:r>
          </w:p>
        </w:tc>
      </w:tr>
      <w:tr w:rsidR="001422C8" w:rsidRPr="0097087D" w14:paraId="70F47CAF" w14:textId="77777777" w:rsidTr="00151ECA">
        <w:trPr>
          <w:trHeight w:val="492"/>
        </w:trPr>
        <w:tc>
          <w:tcPr>
            <w:tcW w:w="4388" w:type="dxa"/>
          </w:tcPr>
          <w:p w14:paraId="5A932D64" w14:textId="77777777" w:rsidR="001422C8" w:rsidRPr="0097087D" w:rsidRDefault="001422C8" w:rsidP="00054B6C">
            <w:pPr>
              <w:spacing w:line="360" w:lineRule="auto"/>
              <w:rPr>
                <w:rFonts w:ascii="Arial" w:hAnsi="Arial" w:cs="Arial"/>
              </w:rPr>
            </w:pPr>
            <w:r w:rsidRPr="0097087D">
              <w:rPr>
                <w:rFonts w:ascii="Arial" w:hAnsi="Arial" w:cs="Arial"/>
              </w:rPr>
              <w:t>Task 1: Curriculum Vitae (CV)</w:t>
            </w:r>
          </w:p>
        </w:tc>
        <w:tc>
          <w:tcPr>
            <w:tcW w:w="4388" w:type="dxa"/>
          </w:tcPr>
          <w:p w14:paraId="5B413E00" w14:textId="2DD21E29" w:rsidR="001422C8" w:rsidRPr="0097087D" w:rsidRDefault="00E74431" w:rsidP="00054B6C">
            <w:pPr>
              <w:spacing w:line="360" w:lineRule="auto"/>
              <w:rPr>
                <w:rFonts w:ascii="Arial" w:hAnsi="Arial" w:cs="Arial"/>
              </w:rPr>
            </w:pPr>
            <w:r w:rsidRPr="0097087D">
              <w:rPr>
                <w:rFonts w:ascii="Arial" w:hAnsi="Arial" w:cs="Arial"/>
              </w:rPr>
              <w:t>5</w:t>
            </w:r>
            <w:r w:rsidR="00054B6C" w:rsidRPr="0097087D">
              <w:rPr>
                <w:rFonts w:ascii="Arial" w:hAnsi="Arial" w:cs="Arial"/>
              </w:rPr>
              <w:t>-</w:t>
            </w:r>
            <w:r w:rsidR="005A61A3" w:rsidRPr="0097087D">
              <w:rPr>
                <w:rFonts w:ascii="Arial" w:hAnsi="Arial" w:cs="Arial"/>
              </w:rPr>
              <w:t>6</w:t>
            </w:r>
          </w:p>
        </w:tc>
      </w:tr>
      <w:tr w:rsidR="001422C8" w:rsidRPr="0097087D" w14:paraId="7DCF90CE" w14:textId="77777777" w:rsidTr="00151ECA">
        <w:trPr>
          <w:trHeight w:val="492"/>
        </w:trPr>
        <w:tc>
          <w:tcPr>
            <w:tcW w:w="4388" w:type="dxa"/>
          </w:tcPr>
          <w:p w14:paraId="6E603AFC" w14:textId="77777777" w:rsidR="001422C8" w:rsidRPr="0097087D" w:rsidRDefault="001422C8" w:rsidP="00054B6C">
            <w:pPr>
              <w:spacing w:line="360" w:lineRule="auto"/>
              <w:rPr>
                <w:rFonts w:ascii="Arial" w:hAnsi="Arial" w:cs="Arial"/>
              </w:rPr>
            </w:pPr>
            <w:r w:rsidRPr="0097087D">
              <w:rPr>
                <w:rFonts w:ascii="Arial" w:hAnsi="Arial" w:cs="Arial"/>
              </w:rPr>
              <w:t>Task 2: Personal Statement</w:t>
            </w:r>
          </w:p>
        </w:tc>
        <w:tc>
          <w:tcPr>
            <w:tcW w:w="4388" w:type="dxa"/>
          </w:tcPr>
          <w:p w14:paraId="7CC3C7A9" w14:textId="3A2E6828" w:rsidR="001422C8" w:rsidRPr="0097087D" w:rsidRDefault="005A61A3" w:rsidP="00054B6C">
            <w:pPr>
              <w:spacing w:line="360" w:lineRule="auto"/>
              <w:rPr>
                <w:rFonts w:ascii="Arial" w:hAnsi="Arial" w:cs="Arial"/>
              </w:rPr>
            </w:pPr>
            <w:r w:rsidRPr="0097087D">
              <w:rPr>
                <w:rFonts w:ascii="Arial" w:hAnsi="Arial" w:cs="Arial"/>
              </w:rPr>
              <w:t>7</w:t>
            </w:r>
            <w:r w:rsidR="00054B6C" w:rsidRPr="0097087D">
              <w:rPr>
                <w:rFonts w:ascii="Arial" w:hAnsi="Arial" w:cs="Arial"/>
              </w:rPr>
              <w:t>-</w:t>
            </w:r>
            <w:r w:rsidRPr="0097087D">
              <w:rPr>
                <w:rFonts w:ascii="Arial" w:hAnsi="Arial" w:cs="Arial"/>
              </w:rPr>
              <w:t>8</w:t>
            </w:r>
          </w:p>
        </w:tc>
      </w:tr>
      <w:tr w:rsidR="001422C8" w:rsidRPr="0097087D" w14:paraId="72AD810A" w14:textId="77777777" w:rsidTr="00151ECA">
        <w:trPr>
          <w:trHeight w:val="492"/>
        </w:trPr>
        <w:tc>
          <w:tcPr>
            <w:tcW w:w="4388" w:type="dxa"/>
          </w:tcPr>
          <w:p w14:paraId="1EF33D21" w14:textId="77777777" w:rsidR="001422C8" w:rsidRPr="0097087D" w:rsidRDefault="001422C8" w:rsidP="00054B6C">
            <w:pPr>
              <w:spacing w:line="360" w:lineRule="auto"/>
              <w:rPr>
                <w:rFonts w:ascii="Arial" w:hAnsi="Arial" w:cs="Arial"/>
              </w:rPr>
            </w:pPr>
            <w:r w:rsidRPr="0097087D">
              <w:rPr>
                <w:rFonts w:ascii="Arial" w:hAnsi="Arial" w:cs="Arial"/>
              </w:rPr>
              <w:t>Task 3a: SWOT Analysis</w:t>
            </w:r>
          </w:p>
        </w:tc>
        <w:tc>
          <w:tcPr>
            <w:tcW w:w="4388" w:type="dxa"/>
          </w:tcPr>
          <w:p w14:paraId="747CCC10" w14:textId="463B2E2F" w:rsidR="001422C8" w:rsidRPr="0097087D" w:rsidRDefault="005A61A3" w:rsidP="00054B6C">
            <w:pPr>
              <w:spacing w:line="360" w:lineRule="auto"/>
              <w:rPr>
                <w:rFonts w:ascii="Arial" w:hAnsi="Arial" w:cs="Arial"/>
              </w:rPr>
            </w:pPr>
            <w:r w:rsidRPr="0097087D">
              <w:rPr>
                <w:rFonts w:ascii="Arial" w:hAnsi="Arial" w:cs="Arial"/>
              </w:rPr>
              <w:t>9</w:t>
            </w:r>
            <w:r w:rsidR="00054B6C" w:rsidRPr="0097087D">
              <w:rPr>
                <w:rFonts w:ascii="Arial" w:hAnsi="Arial" w:cs="Arial"/>
              </w:rPr>
              <w:t>-</w:t>
            </w:r>
            <w:r w:rsidRPr="0097087D">
              <w:rPr>
                <w:rFonts w:ascii="Arial" w:hAnsi="Arial" w:cs="Arial"/>
              </w:rPr>
              <w:t>10</w:t>
            </w:r>
          </w:p>
        </w:tc>
      </w:tr>
      <w:tr w:rsidR="001422C8" w:rsidRPr="0097087D" w14:paraId="4F92B2EA" w14:textId="77777777" w:rsidTr="00151ECA">
        <w:trPr>
          <w:trHeight w:val="952"/>
        </w:trPr>
        <w:tc>
          <w:tcPr>
            <w:tcW w:w="4388" w:type="dxa"/>
            <w:tcBorders>
              <w:bottom w:val="single" w:sz="4" w:space="0" w:color="auto"/>
            </w:tcBorders>
          </w:tcPr>
          <w:p w14:paraId="053C46CF" w14:textId="77777777" w:rsidR="001422C8" w:rsidRPr="0097087D" w:rsidRDefault="001422C8" w:rsidP="00054B6C">
            <w:pPr>
              <w:spacing w:line="360" w:lineRule="auto"/>
              <w:rPr>
                <w:rFonts w:ascii="Arial" w:hAnsi="Arial" w:cs="Arial"/>
              </w:rPr>
            </w:pPr>
            <w:r w:rsidRPr="0097087D">
              <w:rPr>
                <w:rFonts w:ascii="Arial" w:hAnsi="Arial" w:cs="Arial"/>
              </w:rPr>
              <w:t>Task 3b: Personal Development Plan (PDP)</w:t>
            </w:r>
          </w:p>
        </w:tc>
        <w:tc>
          <w:tcPr>
            <w:tcW w:w="4388" w:type="dxa"/>
          </w:tcPr>
          <w:p w14:paraId="74753582" w14:textId="664E62D1" w:rsidR="001422C8" w:rsidRPr="0097087D" w:rsidRDefault="005A61A3" w:rsidP="00054B6C">
            <w:pPr>
              <w:spacing w:line="360" w:lineRule="auto"/>
              <w:rPr>
                <w:rFonts w:ascii="Arial" w:hAnsi="Arial" w:cs="Arial"/>
              </w:rPr>
            </w:pPr>
            <w:r w:rsidRPr="0097087D">
              <w:rPr>
                <w:rFonts w:ascii="Arial" w:hAnsi="Arial" w:cs="Arial"/>
              </w:rPr>
              <w:t>11</w:t>
            </w:r>
            <w:r w:rsidR="00054B6C" w:rsidRPr="0097087D">
              <w:rPr>
                <w:rFonts w:ascii="Arial" w:hAnsi="Arial" w:cs="Arial"/>
              </w:rPr>
              <w:t>-</w:t>
            </w:r>
            <w:r w:rsidRPr="0097087D">
              <w:rPr>
                <w:rFonts w:ascii="Arial" w:hAnsi="Arial" w:cs="Arial"/>
              </w:rPr>
              <w:t>1</w:t>
            </w:r>
            <w:r w:rsidR="00AD59DE">
              <w:rPr>
                <w:rFonts w:ascii="Arial" w:hAnsi="Arial" w:cs="Arial"/>
              </w:rPr>
              <w:t>3</w:t>
            </w:r>
          </w:p>
        </w:tc>
      </w:tr>
      <w:tr w:rsidR="001422C8" w:rsidRPr="0097087D" w14:paraId="5B0F0FFF" w14:textId="77777777" w:rsidTr="00151ECA">
        <w:trPr>
          <w:trHeight w:val="984"/>
        </w:trPr>
        <w:tc>
          <w:tcPr>
            <w:tcW w:w="4388" w:type="dxa"/>
            <w:tcBorders>
              <w:bottom w:val="single" w:sz="4" w:space="0" w:color="auto"/>
            </w:tcBorders>
          </w:tcPr>
          <w:p w14:paraId="49E68A0F" w14:textId="77777777" w:rsidR="001422C8" w:rsidRPr="0097087D" w:rsidRDefault="001422C8" w:rsidP="00054B6C">
            <w:pPr>
              <w:spacing w:line="360" w:lineRule="auto"/>
              <w:rPr>
                <w:rFonts w:ascii="Arial" w:hAnsi="Arial" w:cs="Arial"/>
              </w:rPr>
            </w:pPr>
            <w:r w:rsidRPr="0097087D">
              <w:rPr>
                <w:rFonts w:ascii="Arial" w:hAnsi="Arial" w:cs="Arial"/>
              </w:rPr>
              <w:t>Task 4: Gibbs Reflective Cycle (Critical Reflection)</w:t>
            </w:r>
          </w:p>
        </w:tc>
        <w:tc>
          <w:tcPr>
            <w:tcW w:w="4388" w:type="dxa"/>
          </w:tcPr>
          <w:p w14:paraId="2C4B2D21" w14:textId="5B920641" w:rsidR="001422C8" w:rsidRPr="0097087D" w:rsidRDefault="005A61A3" w:rsidP="00054B6C">
            <w:pPr>
              <w:spacing w:line="360" w:lineRule="auto"/>
              <w:rPr>
                <w:rFonts w:ascii="Arial" w:hAnsi="Arial" w:cs="Arial"/>
              </w:rPr>
            </w:pPr>
            <w:r w:rsidRPr="0097087D">
              <w:rPr>
                <w:rFonts w:ascii="Arial" w:hAnsi="Arial" w:cs="Arial"/>
              </w:rPr>
              <w:t>1</w:t>
            </w:r>
            <w:r w:rsidR="00AD59DE">
              <w:rPr>
                <w:rFonts w:ascii="Arial" w:hAnsi="Arial" w:cs="Arial"/>
              </w:rPr>
              <w:t>4</w:t>
            </w:r>
            <w:r w:rsidR="00054B6C" w:rsidRPr="0097087D">
              <w:rPr>
                <w:rFonts w:ascii="Arial" w:hAnsi="Arial" w:cs="Arial"/>
              </w:rPr>
              <w:t>-</w:t>
            </w:r>
            <w:r w:rsidRPr="0097087D">
              <w:rPr>
                <w:rFonts w:ascii="Arial" w:hAnsi="Arial" w:cs="Arial"/>
              </w:rPr>
              <w:t>1</w:t>
            </w:r>
            <w:r w:rsidR="00AD59DE">
              <w:rPr>
                <w:rFonts w:ascii="Arial" w:hAnsi="Arial" w:cs="Arial"/>
              </w:rPr>
              <w:t>6</w:t>
            </w:r>
          </w:p>
        </w:tc>
      </w:tr>
      <w:tr w:rsidR="001422C8" w:rsidRPr="0097087D" w14:paraId="281B7B73" w14:textId="77777777" w:rsidTr="00151ECA">
        <w:trPr>
          <w:trHeight w:val="492"/>
        </w:trPr>
        <w:tc>
          <w:tcPr>
            <w:tcW w:w="4388" w:type="dxa"/>
            <w:tcBorders>
              <w:top w:val="single" w:sz="4" w:space="0" w:color="auto"/>
            </w:tcBorders>
          </w:tcPr>
          <w:p w14:paraId="6BE58EA3" w14:textId="77777777" w:rsidR="001422C8" w:rsidRPr="0097087D" w:rsidRDefault="001422C8" w:rsidP="00054B6C">
            <w:pPr>
              <w:spacing w:line="360" w:lineRule="auto"/>
              <w:rPr>
                <w:rFonts w:ascii="Arial" w:hAnsi="Arial" w:cs="Arial"/>
              </w:rPr>
            </w:pPr>
            <w:r w:rsidRPr="0097087D">
              <w:rPr>
                <w:rFonts w:ascii="Arial" w:hAnsi="Arial" w:cs="Arial"/>
              </w:rPr>
              <w:t>References</w:t>
            </w:r>
          </w:p>
        </w:tc>
        <w:tc>
          <w:tcPr>
            <w:tcW w:w="4388" w:type="dxa"/>
          </w:tcPr>
          <w:p w14:paraId="609DFDB9" w14:textId="7A2B0C4F" w:rsidR="001422C8" w:rsidRPr="0097087D" w:rsidRDefault="001422C8" w:rsidP="00054B6C">
            <w:pPr>
              <w:spacing w:line="360" w:lineRule="auto"/>
              <w:rPr>
                <w:rFonts w:ascii="Arial" w:hAnsi="Arial" w:cs="Arial"/>
              </w:rPr>
            </w:pPr>
            <w:r w:rsidRPr="0097087D">
              <w:rPr>
                <w:rFonts w:ascii="Arial" w:hAnsi="Arial" w:cs="Arial"/>
              </w:rPr>
              <w:t>1</w:t>
            </w:r>
            <w:r w:rsidR="00AD59DE">
              <w:rPr>
                <w:rFonts w:ascii="Arial" w:hAnsi="Arial" w:cs="Arial"/>
              </w:rPr>
              <w:t>7</w:t>
            </w:r>
          </w:p>
        </w:tc>
      </w:tr>
    </w:tbl>
    <w:p w14:paraId="4B62BECD" w14:textId="263E8FFF" w:rsidR="00F76A36" w:rsidRPr="00AD59DE" w:rsidRDefault="008520A1" w:rsidP="00AD59DE">
      <w:pPr>
        <w:spacing w:line="360" w:lineRule="auto"/>
        <w:jc w:val="both"/>
        <w:rPr>
          <w:rFonts w:ascii="Arial" w:hAnsi="Arial" w:cs="Arial"/>
          <w:b/>
          <w:bCs/>
          <w:color w:val="000000" w:themeColor="text1"/>
          <w:u w:val="single"/>
        </w:rPr>
      </w:pPr>
      <w:r>
        <w:rPr>
          <w:rFonts w:ascii="Arial" w:hAnsi="Arial" w:cs="Arial"/>
          <w:b/>
          <w:bCs/>
          <w:color w:val="000000" w:themeColor="text1"/>
          <w:u w:val="single"/>
        </w:rPr>
        <w:br w:type="page"/>
      </w:r>
    </w:p>
    <w:p w14:paraId="26A4270B" w14:textId="5669D1FF" w:rsidR="00DE6345" w:rsidRPr="00AD59DE" w:rsidRDefault="008F6D80"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lastRenderedPageBreak/>
        <w:t xml:space="preserve">Job </w:t>
      </w:r>
      <w:r w:rsidR="005A61A3" w:rsidRPr="00AD59DE">
        <w:rPr>
          <w:rFonts w:ascii="Arial" w:hAnsi="Arial" w:cs="Arial"/>
          <w:b/>
          <w:bCs/>
          <w:color w:val="000000" w:themeColor="text1"/>
          <w:u w:val="single"/>
        </w:rPr>
        <w:t>Advertisement:</w:t>
      </w:r>
    </w:p>
    <w:p w14:paraId="3EC8FD6A" w14:textId="716E9AAD" w:rsidR="00F76A36" w:rsidRPr="00AD59DE" w:rsidRDefault="00584FDB" w:rsidP="00AD59DE">
      <w:pPr>
        <w:spacing w:line="360" w:lineRule="auto"/>
        <w:jc w:val="both"/>
        <w:rPr>
          <w:rFonts w:ascii="Arial" w:hAnsi="Arial" w:cs="Arial"/>
          <w:b/>
          <w:bCs/>
          <w:color w:val="000000" w:themeColor="text1"/>
          <w:u w:val="single"/>
        </w:rPr>
      </w:pPr>
      <w:r w:rsidRPr="00AD59DE">
        <w:rPr>
          <w:rFonts w:ascii="Arial" w:hAnsi="Arial" w:cs="Arial"/>
          <w:noProof/>
        </w:rPr>
        <w:drawing>
          <wp:anchor distT="0" distB="0" distL="114300" distR="114300" simplePos="0" relativeHeight="251659264" behindDoc="0" locked="0" layoutInCell="1" allowOverlap="1" wp14:anchorId="0857915E" wp14:editId="3D484EC4">
            <wp:simplePos x="0" y="0"/>
            <wp:positionH relativeFrom="column">
              <wp:posOffset>-661035</wp:posOffset>
            </wp:positionH>
            <wp:positionV relativeFrom="paragraph">
              <wp:posOffset>506095</wp:posOffset>
            </wp:positionV>
            <wp:extent cx="3329305" cy="4000500"/>
            <wp:effectExtent l="114300" t="114300" r="137795" b="152400"/>
            <wp:wrapTopAndBottom/>
            <wp:docPr id="1723512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1218" name="Picture 172351218"/>
                    <pic:cNvPicPr/>
                  </pic:nvPicPr>
                  <pic:blipFill>
                    <a:blip r:embed="rId8"/>
                    <a:stretch>
                      <a:fillRect/>
                    </a:stretch>
                  </pic:blipFill>
                  <pic:spPr>
                    <a:xfrm>
                      <a:off x="0" y="0"/>
                      <a:ext cx="3329305" cy="4000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41112" w:rsidRPr="00AD59DE">
        <w:rPr>
          <w:rFonts w:ascii="Arial" w:hAnsi="Arial" w:cs="Arial"/>
          <w:noProof/>
        </w:rPr>
        <w:drawing>
          <wp:anchor distT="0" distB="0" distL="114300" distR="114300" simplePos="0" relativeHeight="251665408" behindDoc="0" locked="0" layoutInCell="1" allowOverlap="1" wp14:anchorId="0448CF85" wp14:editId="577AB793">
            <wp:simplePos x="0" y="0"/>
            <wp:positionH relativeFrom="column">
              <wp:posOffset>2797810</wp:posOffset>
            </wp:positionH>
            <wp:positionV relativeFrom="paragraph">
              <wp:posOffset>4504690</wp:posOffset>
            </wp:positionV>
            <wp:extent cx="3507105" cy="3949700"/>
            <wp:effectExtent l="114300" t="114300" r="150495" b="146050"/>
            <wp:wrapTopAndBottom/>
            <wp:docPr id="5329890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989053" name="Picture 532989053"/>
                    <pic:cNvPicPr/>
                  </pic:nvPicPr>
                  <pic:blipFill>
                    <a:blip r:embed="rId9"/>
                    <a:stretch>
                      <a:fillRect/>
                    </a:stretch>
                  </pic:blipFill>
                  <pic:spPr>
                    <a:xfrm>
                      <a:off x="0" y="0"/>
                      <a:ext cx="3507105" cy="3949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41112" w:rsidRPr="00AD59DE">
        <w:rPr>
          <w:rFonts w:ascii="Arial" w:hAnsi="Arial" w:cs="Arial"/>
          <w:noProof/>
        </w:rPr>
        <w:drawing>
          <wp:anchor distT="0" distB="0" distL="114300" distR="114300" simplePos="0" relativeHeight="251662336" behindDoc="0" locked="0" layoutInCell="1" allowOverlap="1" wp14:anchorId="113FACB4" wp14:editId="45BEA048">
            <wp:simplePos x="0" y="0"/>
            <wp:positionH relativeFrom="column">
              <wp:posOffset>-723900</wp:posOffset>
            </wp:positionH>
            <wp:positionV relativeFrom="paragraph">
              <wp:posOffset>4610735</wp:posOffset>
            </wp:positionV>
            <wp:extent cx="3370580" cy="3825240"/>
            <wp:effectExtent l="114300" t="114300" r="153670" b="137160"/>
            <wp:wrapTopAndBottom/>
            <wp:docPr id="4511522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152244" name="Picture 451152244"/>
                    <pic:cNvPicPr/>
                  </pic:nvPicPr>
                  <pic:blipFill>
                    <a:blip r:embed="rId10"/>
                    <a:stretch>
                      <a:fillRect/>
                    </a:stretch>
                  </pic:blipFill>
                  <pic:spPr>
                    <a:xfrm>
                      <a:off x="0" y="0"/>
                      <a:ext cx="3370580" cy="38252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41112" w:rsidRPr="00AD59DE">
        <w:rPr>
          <w:rFonts w:ascii="Arial" w:hAnsi="Arial" w:cs="Arial"/>
          <w:noProof/>
        </w:rPr>
        <w:drawing>
          <wp:anchor distT="0" distB="0" distL="114300" distR="114300" simplePos="0" relativeHeight="251653120" behindDoc="0" locked="0" layoutInCell="1" allowOverlap="1" wp14:anchorId="2F80047C" wp14:editId="19E175F2">
            <wp:simplePos x="0" y="0"/>
            <wp:positionH relativeFrom="column">
              <wp:posOffset>2700655</wp:posOffset>
            </wp:positionH>
            <wp:positionV relativeFrom="paragraph">
              <wp:posOffset>499322</wp:posOffset>
            </wp:positionV>
            <wp:extent cx="3592195" cy="3881120"/>
            <wp:effectExtent l="152400" t="114300" r="141605" b="138430"/>
            <wp:wrapTopAndBottom/>
            <wp:docPr id="5513213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21301" name="Picture 551321301"/>
                    <pic:cNvPicPr/>
                  </pic:nvPicPr>
                  <pic:blipFill>
                    <a:blip r:embed="rId11"/>
                    <a:stretch>
                      <a:fillRect/>
                    </a:stretch>
                  </pic:blipFill>
                  <pic:spPr>
                    <a:xfrm>
                      <a:off x="0" y="0"/>
                      <a:ext cx="3592195" cy="3881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hyperlink r:id="rId12" w:history="1">
        <w:r w:rsidR="00AF59C7" w:rsidRPr="00AD59DE">
          <w:rPr>
            <w:rStyle w:val="Hyperlink"/>
            <w:rFonts w:ascii="Arial" w:hAnsi="Arial" w:cs="Arial"/>
          </w:rPr>
          <w:t>https://share.google/OQF7qQMGJA9dxz80s</w:t>
        </w:r>
      </w:hyperlink>
    </w:p>
    <w:p w14:paraId="11C36270" w14:textId="56462ADC" w:rsidR="00990BBD" w:rsidRPr="00AD59DE" w:rsidRDefault="00584FDB" w:rsidP="00AD59DE">
      <w:pPr>
        <w:pStyle w:val="Heading1"/>
        <w:spacing w:line="360" w:lineRule="auto"/>
        <w:rPr>
          <w:rFonts w:ascii="Arial" w:hAnsi="Arial" w:cs="Arial"/>
          <w:color w:val="auto"/>
          <w:sz w:val="22"/>
          <w:szCs w:val="22"/>
        </w:rPr>
      </w:pPr>
      <w:r w:rsidRPr="00AD59DE">
        <w:rPr>
          <w:rFonts w:ascii="Arial" w:hAnsi="Arial" w:cs="Arial"/>
          <w:noProof/>
          <w:color w:val="auto"/>
          <w:sz w:val="22"/>
          <w:szCs w:val="22"/>
        </w:rPr>
        <w:lastRenderedPageBreak/>
        <w:drawing>
          <wp:anchor distT="0" distB="0" distL="114300" distR="114300" simplePos="0" relativeHeight="251646976" behindDoc="0" locked="0" layoutInCell="1" allowOverlap="1" wp14:anchorId="5F00337A" wp14:editId="6F5AB4BF">
            <wp:simplePos x="0" y="0"/>
            <wp:positionH relativeFrom="column">
              <wp:posOffset>2885440</wp:posOffset>
            </wp:positionH>
            <wp:positionV relativeFrom="paragraph">
              <wp:posOffset>3878580</wp:posOffset>
            </wp:positionV>
            <wp:extent cx="3422015" cy="4801870"/>
            <wp:effectExtent l="133350" t="114300" r="121285" b="151130"/>
            <wp:wrapTopAndBottom/>
            <wp:docPr id="15103785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78596" name="Picture 1510378596"/>
                    <pic:cNvPicPr/>
                  </pic:nvPicPr>
                  <pic:blipFill>
                    <a:blip r:embed="rId13"/>
                    <a:stretch>
                      <a:fillRect/>
                    </a:stretch>
                  </pic:blipFill>
                  <pic:spPr>
                    <a:xfrm>
                      <a:off x="0" y="0"/>
                      <a:ext cx="3422015" cy="48018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AD59DE">
        <w:rPr>
          <w:rFonts w:ascii="Arial" w:hAnsi="Arial" w:cs="Arial"/>
          <w:noProof/>
          <w:color w:val="auto"/>
          <w:sz w:val="22"/>
          <w:szCs w:val="22"/>
        </w:rPr>
        <w:drawing>
          <wp:anchor distT="0" distB="0" distL="114300" distR="114300" simplePos="0" relativeHeight="251650048" behindDoc="0" locked="0" layoutInCell="1" allowOverlap="1" wp14:anchorId="10CA4DA4" wp14:editId="7749A155">
            <wp:simplePos x="0" y="0"/>
            <wp:positionH relativeFrom="column">
              <wp:posOffset>-748665</wp:posOffset>
            </wp:positionH>
            <wp:positionV relativeFrom="paragraph">
              <wp:posOffset>3759835</wp:posOffset>
            </wp:positionV>
            <wp:extent cx="3422015" cy="4860925"/>
            <wp:effectExtent l="133350" t="114300" r="121285" b="149225"/>
            <wp:wrapTopAndBottom/>
            <wp:docPr id="3353438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43882" name="Picture 335343882"/>
                    <pic:cNvPicPr/>
                  </pic:nvPicPr>
                  <pic:blipFill>
                    <a:blip r:embed="rId14"/>
                    <a:stretch>
                      <a:fillRect/>
                    </a:stretch>
                  </pic:blipFill>
                  <pic:spPr>
                    <a:xfrm>
                      <a:off x="0" y="0"/>
                      <a:ext cx="3422015" cy="4860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41112" w:rsidRPr="00AD59DE">
        <w:rPr>
          <w:rFonts w:ascii="Arial" w:hAnsi="Arial" w:cs="Arial"/>
          <w:noProof/>
          <w:color w:val="auto"/>
          <w:sz w:val="22"/>
          <w:szCs w:val="22"/>
        </w:rPr>
        <w:drawing>
          <wp:anchor distT="0" distB="0" distL="114300" distR="114300" simplePos="0" relativeHeight="251656192" behindDoc="0" locked="0" layoutInCell="1" allowOverlap="1" wp14:anchorId="7CE07A7E" wp14:editId="79A4C40E">
            <wp:simplePos x="0" y="0"/>
            <wp:positionH relativeFrom="column">
              <wp:posOffset>-732155</wp:posOffset>
            </wp:positionH>
            <wp:positionV relativeFrom="paragraph">
              <wp:posOffset>-641350</wp:posOffset>
            </wp:positionV>
            <wp:extent cx="3481070" cy="4284345"/>
            <wp:effectExtent l="114300" t="114300" r="138430" b="154305"/>
            <wp:wrapTopAndBottom/>
            <wp:docPr id="10042226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2625" name="Picture 1004222625"/>
                    <pic:cNvPicPr/>
                  </pic:nvPicPr>
                  <pic:blipFill>
                    <a:blip r:embed="rId15"/>
                    <a:stretch>
                      <a:fillRect/>
                    </a:stretch>
                  </pic:blipFill>
                  <pic:spPr>
                    <a:xfrm>
                      <a:off x="0" y="0"/>
                      <a:ext cx="3481070" cy="4284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41112" w:rsidRPr="00AD59DE">
        <w:rPr>
          <w:rFonts w:ascii="Arial" w:hAnsi="Arial" w:cs="Arial"/>
          <w:noProof/>
          <w:color w:val="auto"/>
          <w:sz w:val="22"/>
          <w:szCs w:val="22"/>
        </w:rPr>
        <w:drawing>
          <wp:anchor distT="0" distB="0" distL="114300" distR="114300" simplePos="0" relativeHeight="251668480" behindDoc="0" locked="0" layoutInCell="1" allowOverlap="1" wp14:anchorId="6124C070" wp14:editId="79838B63">
            <wp:simplePos x="0" y="0"/>
            <wp:positionH relativeFrom="column">
              <wp:posOffset>2799080</wp:posOffset>
            </wp:positionH>
            <wp:positionV relativeFrom="paragraph">
              <wp:posOffset>-629920</wp:posOffset>
            </wp:positionV>
            <wp:extent cx="3668395" cy="4272280"/>
            <wp:effectExtent l="152400" t="114300" r="141605" b="147320"/>
            <wp:wrapTopAndBottom/>
            <wp:docPr id="29175307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753079" name="Picture 291753079"/>
                    <pic:cNvPicPr/>
                  </pic:nvPicPr>
                  <pic:blipFill rotWithShape="1">
                    <a:blip r:embed="rId16"/>
                    <a:srcRect b="10792"/>
                    <a:stretch>
                      <a:fillRect/>
                    </a:stretch>
                  </pic:blipFill>
                  <pic:spPr bwMode="auto">
                    <a:xfrm>
                      <a:off x="0" y="0"/>
                      <a:ext cx="3668395" cy="4272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2BAEC7" w14:textId="03669734" w:rsidR="00BB62EA" w:rsidRPr="00AD59DE" w:rsidRDefault="002C00BD"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lastRenderedPageBreak/>
        <w:t>Task</w:t>
      </w:r>
      <w:r w:rsidR="00DF26B4" w:rsidRPr="00AD59DE">
        <w:rPr>
          <w:rFonts w:ascii="Arial" w:hAnsi="Arial" w:cs="Arial"/>
          <w:b/>
          <w:bCs/>
          <w:color w:val="000000" w:themeColor="text1"/>
          <w:u w:val="single"/>
        </w:rPr>
        <w:t xml:space="preserve"> 1:</w:t>
      </w:r>
      <w:r w:rsidR="00A302B5" w:rsidRPr="00AD59DE">
        <w:rPr>
          <w:rFonts w:ascii="Arial" w:hAnsi="Arial" w:cs="Arial"/>
          <w:b/>
          <w:bCs/>
          <w:color w:val="000000" w:themeColor="text1"/>
          <w:u w:val="single"/>
        </w:rPr>
        <w:t xml:space="preserve"> CV</w:t>
      </w:r>
    </w:p>
    <w:p w14:paraId="5ADCD9BD" w14:textId="68DFB065" w:rsidR="00BB62EA" w:rsidRPr="00AD59DE" w:rsidRDefault="00D648D5" w:rsidP="00AD59DE">
      <w:pPr>
        <w:pStyle w:val="Heading2"/>
        <w:spacing w:line="360" w:lineRule="auto"/>
        <w:rPr>
          <w:rFonts w:ascii="Arial" w:hAnsi="Arial" w:cs="Arial"/>
          <w:color w:val="auto"/>
          <w:sz w:val="22"/>
          <w:szCs w:val="22"/>
        </w:rPr>
      </w:pPr>
      <w:r w:rsidRPr="00AD59DE">
        <w:rPr>
          <w:rFonts w:ascii="Arial" w:hAnsi="Arial" w:cs="Arial"/>
          <w:color w:val="auto"/>
          <w:sz w:val="22"/>
          <w:szCs w:val="22"/>
        </w:rPr>
        <w:t>Personal Details</w:t>
      </w:r>
      <w:r w:rsidR="00E30CFD" w:rsidRPr="00AD59DE">
        <w:rPr>
          <w:rFonts w:ascii="Arial" w:hAnsi="Arial" w:cs="Arial"/>
          <w:color w:val="auto"/>
          <w:sz w:val="22"/>
          <w:szCs w:val="22"/>
        </w:rPr>
        <w:t>:</w:t>
      </w:r>
    </w:p>
    <w:p w14:paraId="659A1282" w14:textId="5F4E5ED4" w:rsidR="00BB62EA" w:rsidRPr="00AD59DE" w:rsidRDefault="00D648D5" w:rsidP="00AD59DE">
      <w:pPr>
        <w:spacing w:line="360" w:lineRule="auto"/>
        <w:rPr>
          <w:rFonts w:ascii="Arial" w:hAnsi="Arial" w:cs="Arial"/>
        </w:rPr>
      </w:pPr>
      <w:r w:rsidRPr="00AD59DE">
        <w:rPr>
          <w:rFonts w:ascii="Arial" w:hAnsi="Arial" w:cs="Arial"/>
        </w:rPr>
        <w:t xml:space="preserve">Name: </w:t>
      </w:r>
      <w:r w:rsidR="00A302B5" w:rsidRPr="00AD59DE">
        <w:rPr>
          <w:rFonts w:ascii="Arial" w:hAnsi="Arial" w:cs="Arial"/>
        </w:rPr>
        <w:t>Andleeb Saeed</w:t>
      </w:r>
      <w:r w:rsidRPr="00AD59DE">
        <w:rPr>
          <w:rFonts w:ascii="Arial" w:hAnsi="Arial" w:cs="Arial"/>
        </w:rPr>
        <w:br/>
        <w:t xml:space="preserve">Address: </w:t>
      </w:r>
      <w:r w:rsidR="00A302B5" w:rsidRPr="00AD59DE">
        <w:rPr>
          <w:rFonts w:ascii="Arial" w:hAnsi="Arial" w:cs="Arial"/>
        </w:rPr>
        <w:t>Dudley</w:t>
      </w:r>
      <w:r w:rsidRPr="00AD59DE">
        <w:rPr>
          <w:rFonts w:ascii="Arial" w:hAnsi="Arial" w:cs="Arial"/>
        </w:rPr>
        <w:t>, UK</w:t>
      </w:r>
      <w:r w:rsidRPr="00AD59DE">
        <w:rPr>
          <w:rFonts w:ascii="Arial" w:hAnsi="Arial" w:cs="Arial"/>
        </w:rPr>
        <w:br/>
        <w:t xml:space="preserve">Phone: </w:t>
      </w:r>
      <w:r w:rsidR="00A302B5" w:rsidRPr="00AD59DE">
        <w:rPr>
          <w:rFonts w:ascii="Arial" w:hAnsi="Arial" w:cs="Arial"/>
        </w:rPr>
        <w:t>0897654778</w:t>
      </w:r>
      <w:r w:rsidRPr="00AD59DE">
        <w:rPr>
          <w:rFonts w:ascii="Arial" w:hAnsi="Arial" w:cs="Arial"/>
        </w:rPr>
        <w:br/>
        <w:t xml:space="preserve">Email: </w:t>
      </w:r>
      <w:hyperlink r:id="rId17" w:history="1">
        <w:r w:rsidR="00A302B5" w:rsidRPr="00AD59DE">
          <w:rPr>
            <w:rStyle w:val="Hyperlink"/>
            <w:rFonts w:ascii="Arial" w:hAnsi="Arial" w:cs="Arial"/>
          </w:rPr>
          <w:t>s.381@hotmail.co</w:t>
        </w:r>
      </w:hyperlink>
      <w:r w:rsidR="00DF26B4" w:rsidRPr="00AD59DE">
        <w:rPr>
          <w:rFonts w:ascii="Arial" w:hAnsi="Arial" w:cs="Arial"/>
        </w:rPr>
        <w:t>.uk</w:t>
      </w:r>
    </w:p>
    <w:p w14:paraId="62C4DFD0" w14:textId="687F1092" w:rsidR="00BB62EA" w:rsidRPr="00AD59DE" w:rsidRDefault="00D648D5" w:rsidP="00AD59DE">
      <w:pPr>
        <w:pStyle w:val="Heading2"/>
        <w:spacing w:line="360" w:lineRule="auto"/>
        <w:rPr>
          <w:rFonts w:ascii="Arial" w:hAnsi="Arial" w:cs="Arial"/>
          <w:color w:val="auto"/>
          <w:sz w:val="22"/>
          <w:szCs w:val="22"/>
        </w:rPr>
      </w:pPr>
      <w:r w:rsidRPr="00AD59DE">
        <w:rPr>
          <w:rFonts w:ascii="Arial" w:hAnsi="Arial" w:cs="Arial"/>
          <w:color w:val="auto"/>
          <w:sz w:val="22"/>
          <w:szCs w:val="22"/>
        </w:rPr>
        <w:t>Personal Profile</w:t>
      </w:r>
      <w:r w:rsidR="00E30CFD" w:rsidRPr="00AD59DE">
        <w:rPr>
          <w:rFonts w:ascii="Arial" w:hAnsi="Arial" w:cs="Arial"/>
          <w:color w:val="auto"/>
          <w:sz w:val="22"/>
          <w:szCs w:val="22"/>
        </w:rPr>
        <w:t>:</w:t>
      </w:r>
    </w:p>
    <w:p w14:paraId="35CB1F8E" w14:textId="256962F4" w:rsidR="00BB62EA" w:rsidRPr="00AD59DE" w:rsidRDefault="00D648D5" w:rsidP="00AD59DE">
      <w:pPr>
        <w:spacing w:line="360" w:lineRule="auto"/>
        <w:rPr>
          <w:rFonts w:ascii="Arial" w:hAnsi="Arial" w:cs="Arial"/>
        </w:rPr>
      </w:pPr>
      <w:r w:rsidRPr="00AD59DE">
        <w:rPr>
          <w:rFonts w:ascii="Arial" w:hAnsi="Arial" w:cs="Arial"/>
        </w:rPr>
        <w:t xml:space="preserve">A </w:t>
      </w:r>
      <w:r w:rsidR="00563331" w:rsidRPr="00AD59DE">
        <w:rPr>
          <w:rFonts w:ascii="Arial" w:hAnsi="Arial" w:cs="Arial"/>
        </w:rPr>
        <w:t>dedicated and compassionate Health &amp; Social Care Level 4 student with over five years of private care experience, supported by experience in reception and retail. Passionate about delivering person-centred care while promoting dignity, respect and independence. A reliable team player with strong communication skills and a commitment to supporting individuals with their daily needs.</w:t>
      </w:r>
    </w:p>
    <w:p w14:paraId="4C866121" w14:textId="3FA81CCD" w:rsidR="00BB62EA" w:rsidRPr="00AD59DE" w:rsidRDefault="00563331" w:rsidP="00AD59DE">
      <w:pPr>
        <w:pStyle w:val="Heading2"/>
        <w:spacing w:line="360" w:lineRule="auto"/>
        <w:rPr>
          <w:rFonts w:ascii="Arial" w:hAnsi="Arial" w:cs="Arial"/>
          <w:color w:val="auto"/>
          <w:sz w:val="22"/>
          <w:szCs w:val="22"/>
        </w:rPr>
      </w:pPr>
      <w:r w:rsidRPr="00AD59DE">
        <w:rPr>
          <w:rFonts w:ascii="Arial" w:hAnsi="Arial" w:cs="Arial"/>
          <w:color w:val="auto"/>
          <w:sz w:val="22"/>
          <w:szCs w:val="22"/>
        </w:rPr>
        <w:t>Skills</w:t>
      </w:r>
      <w:r w:rsidR="00E30CFD" w:rsidRPr="00AD59DE">
        <w:rPr>
          <w:rFonts w:ascii="Arial" w:hAnsi="Arial" w:cs="Arial"/>
          <w:color w:val="auto"/>
          <w:sz w:val="22"/>
          <w:szCs w:val="22"/>
        </w:rPr>
        <w:t>:</w:t>
      </w:r>
    </w:p>
    <w:p w14:paraId="2FF0A6C2" w14:textId="77777777" w:rsidR="00563331" w:rsidRPr="00AD59DE" w:rsidRDefault="00563331" w:rsidP="00AD59DE">
      <w:pPr>
        <w:numPr>
          <w:ilvl w:val="0"/>
          <w:numId w:val="38"/>
        </w:numPr>
        <w:spacing w:before="100" w:beforeAutospacing="1" w:after="100" w:afterAutospacing="1" w:line="360" w:lineRule="auto"/>
        <w:rPr>
          <w:rFonts w:ascii="Arial" w:eastAsia="Times New Roman" w:hAnsi="Arial" w:cs="Arial"/>
          <w:lang w:eastAsia="en-GB"/>
        </w:rPr>
      </w:pPr>
      <w:r w:rsidRPr="00AD59DE">
        <w:rPr>
          <w:rFonts w:ascii="Arial" w:eastAsia="Times New Roman" w:hAnsi="Arial" w:cs="Arial"/>
          <w:lang w:eastAsia="en-GB"/>
        </w:rPr>
        <w:t xml:space="preserve">Person-centred care – Developed through private care experience. </w:t>
      </w:r>
    </w:p>
    <w:p w14:paraId="3E3A1D9E" w14:textId="77777777" w:rsidR="00563331" w:rsidRPr="00AD59DE" w:rsidRDefault="00563331" w:rsidP="00AD59DE">
      <w:pPr>
        <w:numPr>
          <w:ilvl w:val="0"/>
          <w:numId w:val="38"/>
        </w:numPr>
        <w:spacing w:before="100" w:beforeAutospacing="1" w:after="100" w:afterAutospacing="1" w:line="360" w:lineRule="auto"/>
        <w:rPr>
          <w:rFonts w:ascii="Arial" w:eastAsia="Times New Roman" w:hAnsi="Arial" w:cs="Arial"/>
          <w:lang w:eastAsia="en-GB"/>
        </w:rPr>
      </w:pPr>
      <w:r w:rsidRPr="00AD59DE">
        <w:rPr>
          <w:rFonts w:ascii="Arial" w:eastAsia="Times New Roman" w:hAnsi="Arial" w:cs="Arial"/>
          <w:lang w:eastAsia="en-GB"/>
        </w:rPr>
        <w:t xml:space="preserve">Communication skills – Developed through my Receptionist role. </w:t>
      </w:r>
    </w:p>
    <w:p w14:paraId="568F18A1" w14:textId="77777777" w:rsidR="00563331" w:rsidRPr="00AD59DE" w:rsidRDefault="00563331" w:rsidP="00AD59DE">
      <w:pPr>
        <w:numPr>
          <w:ilvl w:val="0"/>
          <w:numId w:val="38"/>
        </w:numPr>
        <w:spacing w:before="100" w:beforeAutospacing="1" w:after="100" w:afterAutospacing="1" w:line="360" w:lineRule="auto"/>
        <w:rPr>
          <w:rFonts w:ascii="Arial" w:eastAsia="Times New Roman" w:hAnsi="Arial" w:cs="Arial"/>
          <w:lang w:eastAsia="en-GB"/>
        </w:rPr>
      </w:pPr>
      <w:r w:rsidRPr="00AD59DE">
        <w:rPr>
          <w:rFonts w:ascii="Arial" w:eastAsia="Times New Roman" w:hAnsi="Arial" w:cs="Arial"/>
          <w:lang w:eastAsia="en-GB"/>
        </w:rPr>
        <w:t xml:space="preserve">Teamwork – Developed through B&amp;M Retail and Receptionist roles. </w:t>
      </w:r>
    </w:p>
    <w:p w14:paraId="4AB0B759" w14:textId="77777777" w:rsidR="00563331" w:rsidRPr="00AD59DE" w:rsidRDefault="00563331" w:rsidP="00AD59DE">
      <w:pPr>
        <w:numPr>
          <w:ilvl w:val="0"/>
          <w:numId w:val="38"/>
        </w:numPr>
        <w:spacing w:before="100" w:beforeAutospacing="1" w:after="100" w:afterAutospacing="1" w:line="360" w:lineRule="auto"/>
        <w:rPr>
          <w:rFonts w:ascii="Arial" w:eastAsia="Times New Roman" w:hAnsi="Arial" w:cs="Arial"/>
          <w:lang w:eastAsia="en-GB"/>
        </w:rPr>
      </w:pPr>
      <w:r w:rsidRPr="00AD59DE">
        <w:rPr>
          <w:rFonts w:ascii="Arial" w:eastAsia="Times New Roman" w:hAnsi="Arial" w:cs="Arial"/>
          <w:lang w:eastAsia="en-GB"/>
        </w:rPr>
        <w:t xml:space="preserve">Compassion and empathy – Demonstrated through private care. </w:t>
      </w:r>
    </w:p>
    <w:p w14:paraId="7876A985" w14:textId="77777777" w:rsidR="00563331" w:rsidRPr="00AD59DE" w:rsidRDefault="00563331" w:rsidP="00AD59DE">
      <w:pPr>
        <w:numPr>
          <w:ilvl w:val="0"/>
          <w:numId w:val="38"/>
        </w:numPr>
        <w:spacing w:before="100" w:beforeAutospacing="1" w:after="100" w:afterAutospacing="1" w:line="360" w:lineRule="auto"/>
        <w:rPr>
          <w:rFonts w:ascii="Arial" w:eastAsia="Times New Roman" w:hAnsi="Arial" w:cs="Arial"/>
          <w:lang w:eastAsia="en-GB"/>
        </w:rPr>
      </w:pPr>
      <w:r w:rsidRPr="00AD59DE">
        <w:rPr>
          <w:rFonts w:ascii="Arial" w:eastAsia="Times New Roman" w:hAnsi="Arial" w:cs="Arial"/>
          <w:lang w:eastAsia="en-GB"/>
        </w:rPr>
        <w:t xml:space="preserve">Safeguarding – Gained through Health &amp; Social Care Level 4. </w:t>
      </w:r>
    </w:p>
    <w:p w14:paraId="7B524B80" w14:textId="7B4A83C4" w:rsidR="00563331" w:rsidRPr="00AD59DE" w:rsidRDefault="00563331" w:rsidP="00AD59DE">
      <w:pPr>
        <w:numPr>
          <w:ilvl w:val="0"/>
          <w:numId w:val="38"/>
        </w:numPr>
        <w:spacing w:before="100" w:beforeAutospacing="1" w:after="100" w:afterAutospacing="1" w:line="360" w:lineRule="auto"/>
        <w:rPr>
          <w:rFonts w:ascii="Arial" w:eastAsia="Times New Roman" w:hAnsi="Arial" w:cs="Arial"/>
          <w:lang w:eastAsia="en-GB"/>
        </w:rPr>
      </w:pPr>
      <w:r w:rsidRPr="00AD59DE">
        <w:rPr>
          <w:rFonts w:ascii="Arial" w:eastAsia="Times New Roman" w:hAnsi="Arial" w:cs="Arial"/>
          <w:lang w:eastAsia="en-GB"/>
        </w:rPr>
        <w:t>Health &amp; Safety – Developed through retail and private care experience</w:t>
      </w:r>
      <w:r w:rsidR="001A216B" w:rsidRPr="00AD59DE">
        <w:rPr>
          <w:rFonts w:ascii="Arial" w:eastAsia="Times New Roman" w:hAnsi="Arial" w:cs="Arial"/>
          <w:lang w:eastAsia="en-GB"/>
        </w:rPr>
        <w:t>.</w:t>
      </w:r>
    </w:p>
    <w:p w14:paraId="3FCF5262" w14:textId="521D7D92" w:rsidR="00541313" w:rsidRPr="00AD59DE" w:rsidRDefault="00541313" w:rsidP="00AD59DE">
      <w:pPr>
        <w:spacing w:line="360" w:lineRule="auto"/>
        <w:rPr>
          <w:rFonts w:ascii="Arial" w:hAnsi="Arial" w:cs="Arial"/>
        </w:rPr>
      </w:pPr>
    </w:p>
    <w:p w14:paraId="3DB6AC44" w14:textId="69E1A110" w:rsidR="00BB62EA" w:rsidRPr="00AD59DE" w:rsidRDefault="00D648D5" w:rsidP="00AD59DE">
      <w:pPr>
        <w:pStyle w:val="Heading2"/>
        <w:spacing w:line="360" w:lineRule="auto"/>
        <w:rPr>
          <w:rFonts w:ascii="Arial" w:hAnsi="Arial" w:cs="Arial"/>
          <w:color w:val="auto"/>
          <w:sz w:val="22"/>
          <w:szCs w:val="22"/>
        </w:rPr>
      </w:pPr>
      <w:r w:rsidRPr="00AD59DE">
        <w:rPr>
          <w:rFonts w:ascii="Arial" w:hAnsi="Arial" w:cs="Arial"/>
          <w:color w:val="auto"/>
          <w:sz w:val="22"/>
          <w:szCs w:val="22"/>
        </w:rPr>
        <w:t>Work Experience</w:t>
      </w:r>
      <w:r w:rsidR="00E30CFD" w:rsidRPr="00AD59DE">
        <w:rPr>
          <w:rFonts w:ascii="Arial" w:hAnsi="Arial" w:cs="Arial"/>
          <w:color w:val="auto"/>
          <w:sz w:val="22"/>
          <w:szCs w:val="22"/>
        </w:rPr>
        <w:t>:</w:t>
      </w:r>
    </w:p>
    <w:p w14:paraId="603D845E" w14:textId="77777777" w:rsidR="000D4E24" w:rsidRPr="00AD59DE" w:rsidRDefault="00D648D5" w:rsidP="00AD59DE">
      <w:pPr>
        <w:spacing w:line="360" w:lineRule="auto"/>
        <w:rPr>
          <w:rFonts w:ascii="Arial" w:hAnsi="Arial" w:cs="Arial"/>
        </w:rPr>
      </w:pPr>
      <w:r w:rsidRPr="00AD59DE">
        <w:rPr>
          <w:rFonts w:ascii="Arial" w:hAnsi="Arial" w:cs="Arial"/>
          <w:b/>
          <w:bCs/>
        </w:rPr>
        <w:t>Private Care Assistant | 2021–2026</w:t>
      </w:r>
      <w:r w:rsidR="000D4E24" w:rsidRPr="00AD59DE">
        <w:rPr>
          <w:rFonts w:ascii="Arial" w:hAnsi="Arial" w:cs="Arial"/>
        </w:rPr>
        <w:t xml:space="preserve"> </w:t>
      </w:r>
    </w:p>
    <w:p w14:paraId="76FE5A38" w14:textId="77777777" w:rsidR="00A63807" w:rsidRPr="00AD59DE" w:rsidRDefault="00D648D5" w:rsidP="00AD59DE">
      <w:pPr>
        <w:pStyle w:val="ListParagraph"/>
        <w:numPr>
          <w:ilvl w:val="0"/>
          <w:numId w:val="43"/>
        </w:numPr>
        <w:spacing w:line="360" w:lineRule="auto"/>
        <w:rPr>
          <w:rFonts w:ascii="Arial" w:hAnsi="Arial" w:cs="Arial"/>
        </w:rPr>
      </w:pPr>
      <w:r w:rsidRPr="00AD59DE">
        <w:rPr>
          <w:rFonts w:ascii="Arial" w:hAnsi="Arial" w:cs="Arial"/>
        </w:rPr>
        <w:t>Provided person-</w:t>
      </w:r>
      <w:r w:rsidR="006762BB" w:rsidRPr="00AD59DE">
        <w:rPr>
          <w:rFonts w:ascii="Arial" w:hAnsi="Arial" w:cs="Arial"/>
        </w:rPr>
        <w:t xml:space="preserve">centred </w:t>
      </w:r>
      <w:r w:rsidRPr="00AD59DE">
        <w:rPr>
          <w:rFonts w:ascii="Arial" w:hAnsi="Arial" w:cs="Arial"/>
        </w:rPr>
        <w:t>care in a private setting.</w:t>
      </w:r>
    </w:p>
    <w:p w14:paraId="62CCFE0A" w14:textId="107A068D" w:rsidR="00A63807" w:rsidRPr="00AD59DE" w:rsidRDefault="00430506" w:rsidP="00AD59DE">
      <w:pPr>
        <w:pStyle w:val="ListParagraph"/>
        <w:numPr>
          <w:ilvl w:val="0"/>
          <w:numId w:val="43"/>
        </w:numPr>
        <w:spacing w:line="360" w:lineRule="auto"/>
        <w:rPr>
          <w:rFonts w:ascii="Arial" w:hAnsi="Arial" w:cs="Arial"/>
        </w:rPr>
      </w:pPr>
      <w:r w:rsidRPr="00AD59DE">
        <w:rPr>
          <w:rFonts w:ascii="Arial" w:hAnsi="Arial" w:cs="Arial"/>
        </w:rPr>
        <w:t>Supported daily</w:t>
      </w:r>
      <w:r w:rsidR="00E947F4" w:rsidRPr="00AD59DE">
        <w:rPr>
          <w:rFonts w:ascii="Arial" w:hAnsi="Arial" w:cs="Arial"/>
        </w:rPr>
        <w:t xml:space="preserve"> living activities,</w:t>
      </w:r>
      <w:r w:rsidR="00081D65" w:rsidRPr="00AD59DE">
        <w:rPr>
          <w:rFonts w:ascii="Arial" w:hAnsi="Arial" w:cs="Arial"/>
        </w:rPr>
        <w:t xml:space="preserve"> </w:t>
      </w:r>
      <w:r w:rsidR="00E947F4" w:rsidRPr="00AD59DE">
        <w:rPr>
          <w:rFonts w:ascii="Arial" w:hAnsi="Arial" w:cs="Arial"/>
        </w:rPr>
        <w:t xml:space="preserve">including </w:t>
      </w:r>
      <w:r w:rsidR="00D648D5" w:rsidRPr="00AD59DE">
        <w:rPr>
          <w:rFonts w:ascii="Arial" w:hAnsi="Arial" w:cs="Arial"/>
        </w:rPr>
        <w:t>mobility, meal preparation and companionship.</w:t>
      </w:r>
    </w:p>
    <w:p w14:paraId="5F9E9646" w14:textId="77777777" w:rsidR="00A63807" w:rsidRPr="00AD59DE" w:rsidRDefault="00D648D5" w:rsidP="00AD59DE">
      <w:pPr>
        <w:pStyle w:val="ListParagraph"/>
        <w:numPr>
          <w:ilvl w:val="0"/>
          <w:numId w:val="43"/>
        </w:numPr>
        <w:spacing w:line="360" w:lineRule="auto"/>
        <w:rPr>
          <w:rFonts w:ascii="Arial" w:hAnsi="Arial" w:cs="Arial"/>
        </w:rPr>
      </w:pPr>
      <w:r w:rsidRPr="00AD59DE">
        <w:rPr>
          <w:rFonts w:ascii="Arial" w:hAnsi="Arial" w:cs="Arial"/>
        </w:rPr>
        <w:t>Encouraged independence while maintaining dignity and respect.</w:t>
      </w:r>
    </w:p>
    <w:p w14:paraId="60B56919" w14:textId="77777777" w:rsidR="00A63807" w:rsidRPr="00AD59DE" w:rsidRDefault="002B624A" w:rsidP="00AD59DE">
      <w:pPr>
        <w:pStyle w:val="ListParagraph"/>
        <w:numPr>
          <w:ilvl w:val="0"/>
          <w:numId w:val="43"/>
        </w:numPr>
        <w:spacing w:line="360" w:lineRule="auto"/>
        <w:rPr>
          <w:rFonts w:ascii="Arial" w:hAnsi="Arial" w:cs="Arial"/>
        </w:rPr>
      </w:pPr>
      <w:r w:rsidRPr="00AD59DE">
        <w:rPr>
          <w:rFonts w:ascii="Arial" w:hAnsi="Arial" w:cs="Arial"/>
        </w:rPr>
        <w:t>O</w:t>
      </w:r>
      <w:r w:rsidR="00A519CB" w:rsidRPr="00AD59DE">
        <w:rPr>
          <w:rFonts w:ascii="Arial" w:hAnsi="Arial" w:cs="Arial"/>
        </w:rPr>
        <w:t>bserved changes</w:t>
      </w:r>
      <w:r w:rsidRPr="00AD59DE">
        <w:rPr>
          <w:rFonts w:ascii="Arial" w:hAnsi="Arial" w:cs="Arial"/>
        </w:rPr>
        <w:t xml:space="preserve"> in individuals’ wellbeing and</w:t>
      </w:r>
      <w:r w:rsidR="00A519CB" w:rsidRPr="00AD59DE">
        <w:rPr>
          <w:rFonts w:ascii="Arial" w:hAnsi="Arial" w:cs="Arial"/>
        </w:rPr>
        <w:t xml:space="preserve"> reported concerns when appropriate.</w:t>
      </w:r>
    </w:p>
    <w:p w14:paraId="534D5034" w14:textId="1258C91C" w:rsidR="00A63807" w:rsidRPr="00AD59DE" w:rsidRDefault="00D648D5" w:rsidP="00AD59DE">
      <w:pPr>
        <w:pStyle w:val="ListParagraph"/>
        <w:numPr>
          <w:ilvl w:val="0"/>
          <w:numId w:val="43"/>
        </w:numPr>
        <w:spacing w:line="360" w:lineRule="auto"/>
        <w:rPr>
          <w:rFonts w:ascii="Arial" w:hAnsi="Arial" w:cs="Arial"/>
        </w:rPr>
      </w:pPr>
      <w:r w:rsidRPr="00AD59DE">
        <w:rPr>
          <w:rFonts w:ascii="Arial" w:hAnsi="Arial" w:cs="Arial"/>
        </w:rPr>
        <w:t>Followed safeguarding, confidentiality</w:t>
      </w:r>
      <w:r w:rsidR="00A519CB" w:rsidRPr="00AD59DE">
        <w:rPr>
          <w:rFonts w:ascii="Arial" w:hAnsi="Arial" w:cs="Arial"/>
        </w:rPr>
        <w:t xml:space="preserve">, infection </w:t>
      </w:r>
      <w:r w:rsidR="00430506" w:rsidRPr="00AD59DE">
        <w:rPr>
          <w:rFonts w:ascii="Arial" w:hAnsi="Arial" w:cs="Arial"/>
        </w:rPr>
        <w:t>prevention and</w:t>
      </w:r>
      <w:r w:rsidRPr="00AD59DE">
        <w:rPr>
          <w:rFonts w:ascii="Arial" w:hAnsi="Arial" w:cs="Arial"/>
        </w:rPr>
        <w:t xml:space="preserve"> health &amp; safety practices.</w:t>
      </w:r>
    </w:p>
    <w:p w14:paraId="5611E9FC" w14:textId="77777777" w:rsidR="00A63807" w:rsidRPr="00AD59DE" w:rsidRDefault="00D648D5" w:rsidP="00AD59DE">
      <w:pPr>
        <w:spacing w:line="360" w:lineRule="auto"/>
        <w:rPr>
          <w:rFonts w:ascii="Arial" w:hAnsi="Arial" w:cs="Arial"/>
        </w:rPr>
      </w:pPr>
      <w:r w:rsidRPr="00AD59DE">
        <w:rPr>
          <w:rFonts w:ascii="Arial" w:hAnsi="Arial" w:cs="Arial"/>
          <w:b/>
          <w:bCs/>
        </w:rPr>
        <w:lastRenderedPageBreak/>
        <w:t>Receptionist – Deadly Learning Centre | 2017–2021</w:t>
      </w:r>
      <w:r w:rsidR="00A63807" w:rsidRPr="00AD59DE">
        <w:rPr>
          <w:rFonts w:ascii="Arial" w:hAnsi="Arial" w:cs="Arial"/>
        </w:rPr>
        <w:t xml:space="preserve"> </w:t>
      </w:r>
    </w:p>
    <w:p w14:paraId="1BBD9E34" w14:textId="77777777" w:rsidR="00A63807" w:rsidRPr="00AD59DE" w:rsidRDefault="00D648D5" w:rsidP="00AD59DE">
      <w:pPr>
        <w:pStyle w:val="ListParagraph"/>
        <w:numPr>
          <w:ilvl w:val="0"/>
          <w:numId w:val="44"/>
        </w:numPr>
        <w:spacing w:line="360" w:lineRule="auto"/>
        <w:rPr>
          <w:rFonts w:ascii="Arial" w:hAnsi="Arial" w:cs="Arial"/>
        </w:rPr>
      </w:pPr>
      <w:r w:rsidRPr="00AD59DE">
        <w:rPr>
          <w:rFonts w:ascii="Arial" w:hAnsi="Arial" w:cs="Arial"/>
        </w:rPr>
        <w:t>Answered telephone calls and</w:t>
      </w:r>
      <w:r w:rsidR="00A519CB" w:rsidRPr="00AD59DE">
        <w:rPr>
          <w:rFonts w:ascii="Arial" w:hAnsi="Arial" w:cs="Arial"/>
        </w:rPr>
        <w:t xml:space="preserve"> responded to </w:t>
      </w:r>
      <w:r w:rsidR="00F24EED" w:rsidRPr="00AD59DE">
        <w:rPr>
          <w:rFonts w:ascii="Arial" w:hAnsi="Arial" w:cs="Arial"/>
        </w:rPr>
        <w:t>enquiries</w:t>
      </w:r>
      <w:r w:rsidR="00A519CB" w:rsidRPr="00AD59DE">
        <w:rPr>
          <w:rFonts w:ascii="Arial" w:hAnsi="Arial" w:cs="Arial"/>
        </w:rPr>
        <w:t xml:space="preserve"> professionally.</w:t>
      </w:r>
    </w:p>
    <w:p w14:paraId="35D1AA61" w14:textId="77777777" w:rsidR="00A63807" w:rsidRPr="00AD59DE" w:rsidRDefault="00D648D5" w:rsidP="00AD59DE">
      <w:pPr>
        <w:pStyle w:val="ListParagraph"/>
        <w:numPr>
          <w:ilvl w:val="0"/>
          <w:numId w:val="44"/>
        </w:numPr>
        <w:spacing w:line="360" w:lineRule="auto"/>
        <w:rPr>
          <w:rFonts w:ascii="Arial" w:hAnsi="Arial" w:cs="Arial"/>
        </w:rPr>
      </w:pPr>
      <w:r w:rsidRPr="00AD59DE">
        <w:rPr>
          <w:rFonts w:ascii="Arial" w:hAnsi="Arial" w:cs="Arial"/>
        </w:rPr>
        <w:t>Welcomed visitors and maintained</w:t>
      </w:r>
      <w:r w:rsidR="00A519CB" w:rsidRPr="00AD59DE">
        <w:rPr>
          <w:rFonts w:ascii="Arial" w:hAnsi="Arial" w:cs="Arial"/>
        </w:rPr>
        <w:t xml:space="preserve"> a friendly and professional front desk.</w:t>
      </w:r>
    </w:p>
    <w:p w14:paraId="31441CC0" w14:textId="77777777" w:rsidR="00A63807" w:rsidRPr="00AD59DE" w:rsidRDefault="00D648D5" w:rsidP="00AD59DE">
      <w:pPr>
        <w:pStyle w:val="ListParagraph"/>
        <w:numPr>
          <w:ilvl w:val="0"/>
          <w:numId w:val="44"/>
        </w:numPr>
        <w:spacing w:line="360" w:lineRule="auto"/>
        <w:rPr>
          <w:rFonts w:ascii="Arial" w:hAnsi="Arial" w:cs="Arial"/>
        </w:rPr>
      </w:pPr>
      <w:r w:rsidRPr="00AD59DE">
        <w:rPr>
          <w:rFonts w:ascii="Arial" w:hAnsi="Arial" w:cs="Arial"/>
        </w:rPr>
        <w:t xml:space="preserve"> Responded to emails and completed</w:t>
      </w:r>
      <w:r w:rsidR="00A519CB" w:rsidRPr="00AD59DE">
        <w:rPr>
          <w:rFonts w:ascii="Arial" w:hAnsi="Arial" w:cs="Arial"/>
        </w:rPr>
        <w:t xml:space="preserve"> administrative tasks.</w:t>
      </w:r>
    </w:p>
    <w:p w14:paraId="1931CA00" w14:textId="10B600A9" w:rsidR="00994F59" w:rsidRPr="00AD59DE" w:rsidRDefault="00D648D5" w:rsidP="00AD59DE">
      <w:pPr>
        <w:pStyle w:val="ListParagraph"/>
        <w:numPr>
          <w:ilvl w:val="0"/>
          <w:numId w:val="44"/>
        </w:numPr>
        <w:spacing w:line="360" w:lineRule="auto"/>
        <w:rPr>
          <w:rFonts w:ascii="Arial" w:hAnsi="Arial" w:cs="Arial"/>
        </w:rPr>
      </w:pPr>
      <w:r w:rsidRPr="00AD59DE">
        <w:rPr>
          <w:rFonts w:ascii="Arial" w:hAnsi="Arial" w:cs="Arial"/>
        </w:rPr>
        <w:t>Delivered professional customer service.</w:t>
      </w:r>
    </w:p>
    <w:p w14:paraId="0EED87CE" w14:textId="77777777" w:rsidR="00774C02" w:rsidRPr="00AD59DE" w:rsidRDefault="00D648D5" w:rsidP="00AD59DE">
      <w:pPr>
        <w:spacing w:line="360" w:lineRule="auto"/>
        <w:rPr>
          <w:rFonts w:ascii="Arial" w:hAnsi="Arial" w:cs="Arial"/>
        </w:rPr>
      </w:pPr>
      <w:r w:rsidRPr="00AD59DE">
        <w:rPr>
          <w:rFonts w:ascii="Arial" w:hAnsi="Arial" w:cs="Arial"/>
          <w:b/>
          <w:bCs/>
        </w:rPr>
        <w:t>Store Assistant – B&amp;M | 2021–2023</w:t>
      </w:r>
      <w:r w:rsidR="00774C02" w:rsidRPr="00AD59DE">
        <w:rPr>
          <w:rFonts w:ascii="Arial" w:hAnsi="Arial" w:cs="Arial"/>
        </w:rPr>
        <w:t xml:space="preserve"> </w:t>
      </w:r>
    </w:p>
    <w:p w14:paraId="5E680D77" w14:textId="77777777" w:rsidR="00774C02" w:rsidRPr="00AD59DE" w:rsidRDefault="00D648D5" w:rsidP="00AD59DE">
      <w:pPr>
        <w:pStyle w:val="ListParagraph"/>
        <w:numPr>
          <w:ilvl w:val="0"/>
          <w:numId w:val="45"/>
        </w:numPr>
        <w:spacing w:line="360" w:lineRule="auto"/>
        <w:rPr>
          <w:rFonts w:ascii="Arial" w:hAnsi="Arial" w:cs="Arial"/>
        </w:rPr>
      </w:pPr>
      <w:r w:rsidRPr="00AD59DE">
        <w:rPr>
          <w:rFonts w:ascii="Arial" w:hAnsi="Arial" w:cs="Arial"/>
        </w:rPr>
        <w:t>Assisted customers and handled cash transactions.</w:t>
      </w:r>
    </w:p>
    <w:p w14:paraId="31F8DDB9" w14:textId="77777777" w:rsidR="00774C02" w:rsidRPr="00AD59DE" w:rsidRDefault="00D648D5" w:rsidP="00AD59DE">
      <w:pPr>
        <w:pStyle w:val="ListParagraph"/>
        <w:numPr>
          <w:ilvl w:val="0"/>
          <w:numId w:val="45"/>
        </w:numPr>
        <w:spacing w:line="360" w:lineRule="auto"/>
        <w:rPr>
          <w:rFonts w:ascii="Arial" w:hAnsi="Arial" w:cs="Arial"/>
        </w:rPr>
      </w:pPr>
      <w:r w:rsidRPr="00AD59DE">
        <w:rPr>
          <w:rFonts w:ascii="Arial" w:hAnsi="Arial" w:cs="Arial"/>
        </w:rPr>
        <w:t>Replenished stock and maintained store standards.</w:t>
      </w:r>
    </w:p>
    <w:p w14:paraId="23FB90CF" w14:textId="5673C27B" w:rsidR="00BB62EA" w:rsidRPr="00AD59DE" w:rsidRDefault="00D648D5" w:rsidP="00AD59DE">
      <w:pPr>
        <w:pStyle w:val="ListParagraph"/>
        <w:numPr>
          <w:ilvl w:val="0"/>
          <w:numId w:val="45"/>
        </w:numPr>
        <w:spacing w:line="360" w:lineRule="auto"/>
        <w:rPr>
          <w:rFonts w:ascii="Arial" w:hAnsi="Arial" w:cs="Arial"/>
        </w:rPr>
      </w:pPr>
      <w:r w:rsidRPr="00AD59DE">
        <w:rPr>
          <w:rFonts w:ascii="Arial" w:hAnsi="Arial" w:cs="Arial"/>
        </w:rPr>
        <w:t xml:space="preserve"> Worked effectively as part of a team.</w:t>
      </w:r>
    </w:p>
    <w:p w14:paraId="04EF2274" w14:textId="5B6C4379" w:rsidR="00BB62EA" w:rsidRPr="00AD59DE" w:rsidRDefault="002B624A" w:rsidP="00AD59DE">
      <w:pPr>
        <w:pStyle w:val="Heading2"/>
        <w:spacing w:line="360" w:lineRule="auto"/>
        <w:rPr>
          <w:rFonts w:ascii="Arial" w:hAnsi="Arial" w:cs="Arial"/>
          <w:b w:val="0"/>
          <w:bCs w:val="0"/>
          <w:color w:val="auto"/>
          <w:sz w:val="22"/>
          <w:szCs w:val="22"/>
        </w:rPr>
      </w:pPr>
      <w:r w:rsidRPr="00AD59DE">
        <w:rPr>
          <w:rFonts w:ascii="Arial" w:hAnsi="Arial" w:cs="Arial"/>
          <w:color w:val="auto"/>
          <w:sz w:val="22"/>
          <w:szCs w:val="22"/>
        </w:rPr>
        <w:t>Education</w:t>
      </w:r>
      <w:r w:rsidR="00E30CFD" w:rsidRPr="00AD59DE">
        <w:rPr>
          <w:rFonts w:ascii="Arial" w:hAnsi="Arial" w:cs="Arial"/>
          <w:color w:val="auto"/>
          <w:sz w:val="22"/>
          <w:szCs w:val="22"/>
        </w:rPr>
        <w:t>:</w:t>
      </w:r>
    </w:p>
    <w:p w14:paraId="0547A310" w14:textId="7FD2E9C1" w:rsidR="00562D5C" w:rsidRPr="00AD59DE" w:rsidRDefault="00E947F4" w:rsidP="00AD59DE">
      <w:pPr>
        <w:pStyle w:val="ListParagraph"/>
        <w:numPr>
          <w:ilvl w:val="0"/>
          <w:numId w:val="46"/>
        </w:numPr>
        <w:spacing w:line="360" w:lineRule="auto"/>
        <w:rPr>
          <w:rFonts w:ascii="Arial" w:hAnsi="Arial" w:cs="Arial"/>
        </w:rPr>
      </w:pPr>
      <w:r w:rsidRPr="00AD59DE">
        <w:rPr>
          <w:rFonts w:ascii="Arial" w:hAnsi="Arial" w:cs="Arial"/>
        </w:rPr>
        <w:t>Level 4 Diploma in H</w:t>
      </w:r>
      <w:r w:rsidR="002B624A" w:rsidRPr="00AD59DE">
        <w:rPr>
          <w:rFonts w:ascii="Arial" w:hAnsi="Arial" w:cs="Arial"/>
        </w:rPr>
        <w:t>ealth</w:t>
      </w:r>
      <w:r w:rsidR="00157B9A" w:rsidRPr="00AD59DE">
        <w:rPr>
          <w:rStyle w:val="Strong"/>
          <w:rFonts w:ascii="Arial" w:hAnsi="Arial" w:cs="Arial"/>
          <w:b w:val="0"/>
          <w:bCs w:val="0"/>
        </w:rPr>
        <w:t xml:space="preserve"> &amp; Social Care (</w:t>
      </w:r>
      <w:r w:rsidR="001A216B" w:rsidRPr="00AD59DE">
        <w:rPr>
          <w:rStyle w:val="Strong"/>
          <w:rFonts w:ascii="Arial" w:hAnsi="Arial" w:cs="Arial"/>
          <w:b w:val="0"/>
          <w:bCs w:val="0"/>
        </w:rPr>
        <w:t>C</w:t>
      </w:r>
      <w:r w:rsidR="00157B9A" w:rsidRPr="00AD59DE">
        <w:rPr>
          <w:rStyle w:val="Strong"/>
          <w:rFonts w:ascii="Arial" w:hAnsi="Arial" w:cs="Arial"/>
          <w:b w:val="0"/>
          <w:bCs w:val="0"/>
        </w:rPr>
        <w:t>ompleted)</w:t>
      </w:r>
    </w:p>
    <w:p w14:paraId="2CB86666" w14:textId="77777777" w:rsidR="00774C02" w:rsidRPr="00AD59DE" w:rsidRDefault="00734F82" w:rsidP="00AD59DE">
      <w:pPr>
        <w:pStyle w:val="Heading2"/>
        <w:spacing w:line="360" w:lineRule="auto"/>
        <w:rPr>
          <w:rFonts w:ascii="Arial" w:hAnsi="Arial" w:cs="Arial"/>
          <w:sz w:val="22"/>
          <w:szCs w:val="22"/>
        </w:rPr>
      </w:pPr>
      <w:r w:rsidRPr="00AD59DE">
        <w:rPr>
          <w:rFonts w:ascii="Arial" w:hAnsi="Arial" w:cs="Arial"/>
          <w:color w:val="auto"/>
          <w:sz w:val="22"/>
          <w:szCs w:val="22"/>
        </w:rPr>
        <w:t>Training</w:t>
      </w:r>
      <w:r w:rsidR="00E30CFD" w:rsidRPr="00AD59DE">
        <w:rPr>
          <w:rFonts w:ascii="Arial" w:hAnsi="Arial" w:cs="Arial"/>
          <w:color w:val="auto"/>
          <w:sz w:val="22"/>
          <w:szCs w:val="22"/>
        </w:rPr>
        <w:t>:</w:t>
      </w:r>
      <w:r w:rsidR="00774C02" w:rsidRPr="00AD59DE">
        <w:rPr>
          <w:rFonts w:ascii="Arial" w:hAnsi="Arial" w:cs="Arial"/>
          <w:sz w:val="22"/>
          <w:szCs w:val="22"/>
        </w:rPr>
        <w:t xml:space="preserve"> </w:t>
      </w:r>
    </w:p>
    <w:p w14:paraId="4F14698E" w14:textId="77777777" w:rsidR="00774C02" w:rsidRPr="00AD59DE" w:rsidRDefault="00D648D5" w:rsidP="00AD59DE">
      <w:pPr>
        <w:pStyle w:val="Heading2"/>
        <w:numPr>
          <w:ilvl w:val="0"/>
          <w:numId w:val="46"/>
        </w:numPr>
        <w:spacing w:line="360" w:lineRule="auto"/>
        <w:rPr>
          <w:rFonts w:ascii="Arial" w:hAnsi="Arial" w:cs="Arial"/>
          <w:color w:val="auto"/>
          <w:sz w:val="22"/>
          <w:szCs w:val="22"/>
        </w:rPr>
      </w:pPr>
      <w:r w:rsidRPr="00AD59DE">
        <w:rPr>
          <w:rFonts w:ascii="Arial" w:hAnsi="Arial" w:cs="Arial"/>
          <w:b w:val="0"/>
          <w:bCs w:val="0"/>
          <w:color w:val="auto"/>
          <w:sz w:val="22"/>
          <w:szCs w:val="22"/>
        </w:rPr>
        <w:t>First Aid Certified</w:t>
      </w:r>
    </w:p>
    <w:p w14:paraId="1505F0FC" w14:textId="65F6FB52" w:rsidR="00BB62EA" w:rsidRPr="00AD59DE" w:rsidRDefault="00D648D5" w:rsidP="00AD59DE">
      <w:pPr>
        <w:pStyle w:val="Heading2"/>
        <w:numPr>
          <w:ilvl w:val="0"/>
          <w:numId w:val="46"/>
        </w:numPr>
        <w:spacing w:line="360" w:lineRule="auto"/>
        <w:rPr>
          <w:rFonts w:ascii="Arial" w:hAnsi="Arial" w:cs="Arial"/>
          <w:color w:val="auto"/>
          <w:sz w:val="22"/>
          <w:szCs w:val="22"/>
        </w:rPr>
      </w:pPr>
      <w:r w:rsidRPr="00AD59DE">
        <w:rPr>
          <w:rFonts w:ascii="Arial" w:hAnsi="Arial" w:cs="Arial"/>
          <w:b w:val="0"/>
          <w:bCs w:val="0"/>
          <w:color w:val="auto"/>
          <w:sz w:val="22"/>
          <w:szCs w:val="22"/>
        </w:rPr>
        <w:t xml:space="preserve"> Health &amp; Safety Certified</w:t>
      </w:r>
    </w:p>
    <w:p w14:paraId="1FFAA647" w14:textId="050BABD3" w:rsidR="00BB62EA" w:rsidRPr="00AD59DE" w:rsidRDefault="00D648D5" w:rsidP="00AD59DE">
      <w:pPr>
        <w:pStyle w:val="Heading2"/>
        <w:spacing w:line="360" w:lineRule="auto"/>
        <w:rPr>
          <w:rFonts w:ascii="Arial" w:hAnsi="Arial" w:cs="Arial"/>
          <w:color w:val="auto"/>
          <w:sz w:val="22"/>
          <w:szCs w:val="22"/>
        </w:rPr>
      </w:pPr>
      <w:r w:rsidRPr="00AD59DE">
        <w:rPr>
          <w:rFonts w:ascii="Arial" w:hAnsi="Arial" w:cs="Arial"/>
          <w:color w:val="auto"/>
          <w:sz w:val="22"/>
          <w:szCs w:val="22"/>
        </w:rPr>
        <w:t>Interests</w:t>
      </w:r>
      <w:r w:rsidR="00E30CFD" w:rsidRPr="00AD59DE">
        <w:rPr>
          <w:rFonts w:ascii="Arial" w:hAnsi="Arial" w:cs="Arial"/>
          <w:color w:val="auto"/>
          <w:sz w:val="22"/>
          <w:szCs w:val="22"/>
        </w:rPr>
        <w:t>:</w:t>
      </w:r>
    </w:p>
    <w:p w14:paraId="7D2A601C" w14:textId="64DE3873" w:rsidR="00157B9A" w:rsidRPr="00AD59DE" w:rsidRDefault="00157B9A" w:rsidP="00AD59DE">
      <w:pPr>
        <w:pStyle w:val="ListParagraph"/>
        <w:numPr>
          <w:ilvl w:val="0"/>
          <w:numId w:val="47"/>
        </w:numPr>
        <w:spacing w:after="0" w:line="360" w:lineRule="auto"/>
        <w:rPr>
          <w:rFonts w:ascii="Arial" w:eastAsia="Times New Roman" w:hAnsi="Arial" w:cs="Arial"/>
          <w:lang w:eastAsia="en-GB"/>
        </w:rPr>
      </w:pPr>
      <w:r w:rsidRPr="00AD59DE">
        <w:rPr>
          <w:rFonts w:ascii="Arial" w:eastAsia="Times New Roman" w:hAnsi="Arial" w:cs="Arial"/>
          <w:lang w:eastAsia="en-GB"/>
        </w:rPr>
        <w:t xml:space="preserve">Reading about Health &amp; Social Care </w:t>
      </w:r>
    </w:p>
    <w:p w14:paraId="5DB602A3" w14:textId="2FD73C4A" w:rsidR="00157B9A" w:rsidRPr="00AD59DE" w:rsidRDefault="00157B9A" w:rsidP="00AD59DE">
      <w:pPr>
        <w:pStyle w:val="ListParagraph"/>
        <w:numPr>
          <w:ilvl w:val="0"/>
          <w:numId w:val="47"/>
        </w:numPr>
        <w:spacing w:after="0" w:line="360" w:lineRule="auto"/>
        <w:rPr>
          <w:rFonts w:ascii="Arial" w:eastAsia="Times New Roman" w:hAnsi="Arial" w:cs="Arial"/>
          <w:lang w:eastAsia="en-GB"/>
        </w:rPr>
      </w:pPr>
      <w:r w:rsidRPr="00AD59DE">
        <w:rPr>
          <w:rFonts w:ascii="Arial" w:eastAsia="Times New Roman" w:hAnsi="Arial" w:cs="Arial"/>
          <w:lang w:eastAsia="en-GB"/>
        </w:rPr>
        <w:t xml:space="preserve">Supporting vulnerable people </w:t>
      </w:r>
    </w:p>
    <w:p w14:paraId="6DC9A424" w14:textId="74B41AF4" w:rsidR="00BB62EA" w:rsidRPr="00AD59DE" w:rsidRDefault="00157B9A" w:rsidP="00AD59DE">
      <w:pPr>
        <w:pStyle w:val="ListParagraph"/>
        <w:numPr>
          <w:ilvl w:val="0"/>
          <w:numId w:val="47"/>
        </w:numPr>
        <w:spacing w:line="360" w:lineRule="auto"/>
        <w:rPr>
          <w:rFonts w:ascii="Arial" w:hAnsi="Arial" w:cs="Arial"/>
        </w:rPr>
      </w:pPr>
      <w:r w:rsidRPr="00AD59DE">
        <w:rPr>
          <w:rFonts w:ascii="Arial" w:eastAsia="Times New Roman" w:hAnsi="Arial" w:cs="Arial"/>
          <w:lang w:eastAsia="en-GB"/>
        </w:rPr>
        <w:t>Community volunteering</w:t>
      </w:r>
    </w:p>
    <w:p w14:paraId="6BAAFBAD" w14:textId="2BCB7494" w:rsidR="00BB62EA" w:rsidRPr="00AD59DE" w:rsidRDefault="00D648D5" w:rsidP="00AD59DE">
      <w:pPr>
        <w:pStyle w:val="Heading2"/>
        <w:spacing w:line="360" w:lineRule="auto"/>
        <w:rPr>
          <w:rFonts w:ascii="Arial" w:hAnsi="Arial" w:cs="Arial"/>
          <w:color w:val="auto"/>
          <w:sz w:val="22"/>
          <w:szCs w:val="22"/>
        </w:rPr>
      </w:pPr>
      <w:r w:rsidRPr="00AD59DE">
        <w:rPr>
          <w:rFonts w:ascii="Arial" w:hAnsi="Arial" w:cs="Arial"/>
          <w:color w:val="auto"/>
          <w:sz w:val="22"/>
          <w:szCs w:val="22"/>
        </w:rPr>
        <w:t>References</w:t>
      </w:r>
      <w:r w:rsidR="00E30CFD" w:rsidRPr="00AD59DE">
        <w:rPr>
          <w:rFonts w:ascii="Arial" w:hAnsi="Arial" w:cs="Arial"/>
          <w:color w:val="auto"/>
          <w:sz w:val="22"/>
          <w:szCs w:val="22"/>
        </w:rPr>
        <w:t>:</w:t>
      </w:r>
    </w:p>
    <w:p w14:paraId="4624E952" w14:textId="3C214D0D" w:rsidR="00921CA0" w:rsidRPr="00AD59DE" w:rsidRDefault="00D648D5" w:rsidP="00AD59DE">
      <w:pPr>
        <w:spacing w:line="360" w:lineRule="auto"/>
        <w:rPr>
          <w:rFonts w:ascii="Arial" w:hAnsi="Arial" w:cs="Arial"/>
        </w:rPr>
      </w:pPr>
      <w:r w:rsidRPr="00AD59DE">
        <w:rPr>
          <w:rFonts w:ascii="Arial" w:hAnsi="Arial" w:cs="Arial"/>
        </w:rPr>
        <w:t>Available upon request.</w:t>
      </w:r>
      <w:r w:rsidR="00921CA0" w:rsidRPr="00AD59DE">
        <w:rPr>
          <w:rFonts w:ascii="Arial" w:hAnsi="Arial" w:cs="Arial"/>
          <w:b/>
          <w:bCs/>
        </w:rPr>
        <w:br w:type="page"/>
      </w:r>
    </w:p>
    <w:p w14:paraId="170825F0" w14:textId="21D6BD32" w:rsidR="008373E6" w:rsidRPr="00AD59DE" w:rsidRDefault="008373E6"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lastRenderedPageBreak/>
        <w:t>Task 2: Personal Statement</w:t>
      </w:r>
    </w:p>
    <w:p w14:paraId="512BF69B" w14:textId="5206EDBF" w:rsidR="00DF26B4" w:rsidRPr="00AD59DE" w:rsidRDefault="00DF26B4" w:rsidP="00AD59DE">
      <w:pPr>
        <w:spacing w:line="360" w:lineRule="auto"/>
        <w:rPr>
          <w:rFonts w:ascii="Arial" w:hAnsi="Arial" w:cs="Arial"/>
        </w:rPr>
      </w:pPr>
      <w:r w:rsidRPr="00AD59DE">
        <w:rPr>
          <w:rFonts w:ascii="Arial" w:hAnsi="Arial" w:cs="Arial"/>
        </w:rPr>
        <w:t xml:space="preserve">I am applying for the </w:t>
      </w:r>
      <w:r w:rsidR="00A519CB" w:rsidRPr="00AD59DE">
        <w:rPr>
          <w:rFonts w:ascii="Arial" w:hAnsi="Arial" w:cs="Arial"/>
        </w:rPr>
        <w:t>Care Assistant</w:t>
      </w:r>
      <w:r w:rsidRPr="00AD59DE">
        <w:rPr>
          <w:rFonts w:ascii="Arial" w:hAnsi="Arial" w:cs="Arial"/>
        </w:rPr>
        <w:t xml:space="preserve"> job because I</w:t>
      </w:r>
      <w:r w:rsidR="008437B7" w:rsidRPr="00AD59DE">
        <w:rPr>
          <w:rFonts w:ascii="Arial" w:hAnsi="Arial" w:cs="Arial"/>
        </w:rPr>
        <w:t xml:space="preserve"> am</w:t>
      </w:r>
      <w:r w:rsidR="00810E50" w:rsidRPr="00AD59DE">
        <w:rPr>
          <w:rFonts w:ascii="Arial" w:hAnsi="Arial" w:cs="Arial"/>
        </w:rPr>
        <w:t xml:space="preserve"> committed to </w:t>
      </w:r>
      <w:r w:rsidR="008437B7" w:rsidRPr="00AD59DE">
        <w:rPr>
          <w:rFonts w:ascii="Arial" w:hAnsi="Arial" w:cs="Arial"/>
        </w:rPr>
        <w:t>providing compassionate care and helping people</w:t>
      </w:r>
      <w:r w:rsidR="00A519CB" w:rsidRPr="00AD59DE">
        <w:rPr>
          <w:rFonts w:ascii="Arial" w:hAnsi="Arial" w:cs="Arial"/>
        </w:rPr>
        <w:t xml:space="preserve"> live as independently and comfortably as possible</w:t>
      </w:r>
      <w:r w:rsidR="00132974" w:rsidRPr="00AD59DE">
        <w:rPr>
          <w:rFonts w:ascii="Arial" w:hAnsi="Arial" w:cs="Arial"/>
        </w:rPr>
        <w:t>. My</w:t>
      </w:r>
      <w:r w:rsidRPr="00AD59DE">
        <w:rPr>
          <w:rFonts w:ascii="Arial" w:hAnsi="Arial" w:cs="Arial"/>
        </w:rPr>
        <w:t xml:space="preserve"> </w:t>
      </w:r>
      <w:r w:rsidR="008437B7" w:rsidRPr="00AD59DE">
        <w:rPr>
          <w:rFonts w:ascii="Arial" w:hAnsi="Arial" w:cs="Arial"/>
        </w:rPr>
        <w:t>goal</w:t>
      </w:r>
      <w:r w:rsidRPr="00AD59DE">
        <w:rPr>
          <w:rFonts w:ascii="Arial" w:hAnsi="Arial" w:cs="Arial"/>
        </w:rPr>
        <w:t xml:space="preserve"> is to build a </w:t>
      </w:r>
      <w:r w:rsidR="008437B7" w:rsidRPr="00AD59DE">
        <w:rPr>
          <w:rFonts w:ascii="Arial" w:hAnsi="Arial" w:cs="Arial"/>
        </w:rPr>
        <w:t>rewarding</w:t>
      </w:r>
      <w:r w:rsidRPr="00AD59DE">
        <w:rPr>
          <w:rFonts w:ascii="Arial" w:hAnsi="Arial" w:cs="Arial"/>
        </w:rPr>
        <w:t xml:space="preserve"> career in Health and Social Care. I want to support people who need help and make sure they are treated with kindness, respect and dignity.</w:t>
      </w:r>
    </w:p>
    <w:p w14:paraId="1EA08BDA" w14:textId="77777777" w:rsidR="00DF26B4" w:rsidRPr="00AD59DE" w:rsidRDefault="00DF26B4" w:rsidP="00AD59DE">
      <w:pPr>
        <w:pStyle w:val="isselectedend"/>
        <w:spacing w:line="360" w:lineRule="auto"/>
        <w:rPr>
          <w:rFonts w:ascii="Arial" w:hAnsi="Arial" w:cs="Arial"/>
          <w:sz w:val="22"/>
          <w:szCs w:val="22"/>
        </w:rPr>
      </w:pPr>
      <w:r w:rsidRPr="00AD59DE">
        <w:rPr>
          <w:rFonts w:ascii="Arial" w:hAnsi="Arial" w:cs="Arial"/>
          <w:sz w:val="22"/>
          <w:szCs w:val="22"/>
        </w:rPr>
        <w:t>I have completed my Health and Social Care Level 4 qualification in the UK. During my course, I learned about person-centred care, safeguarding, communication, equality and diversity, health and safety, and the importance of supporting people in the right way. I have also completed First Aid and Health &amp; Safety training, which has helped me understand how to keep people safe and respond in emergency situations.</w:t>
      </w:r>
    </w:p>
    <w:p w14:paraId="1021E11F" w14:textId="3074CEDC" w:rsidR="00DF26B4" w:rsidRPr="00AD59DE" w:rsidRDefault="00DF26B4" w:rsidP="00AD59DE">
      <w:pPr>
        <w:pStyle w:val="isselectedend"/>
        <w:spacing w:line="360" w:lineRule="auto"/>
        <w:rPr>
          <w:rFonts w:ascii="Arial" w:hAnsi="Arial" w:cs="Arial"/>
          <w:sz w:val="22"/>
          <w:szCs w:val="22"/>
        </w:rPr>
      </w:pPr>
      <w:r w:rsidRPr="00AD59DE">
        <w:rPr>
          <w:rFonts w:ascii="Arial" w:hAnsi="Arial" w:cs="Arial"/>
          <w:sz w:val="22"/>
          <w:szCs w:val="22"/>
        </w:rPr>
        <w:t xml:space="preserve">I have five years of private care experience, where I supported friends and family members with their daily needs. I helped with personal care, preparing meals, companionship, mobility and everyday activities. This experience taught me to be patient, caring and understanding. It also helped me improve my communication skills and showed me how important it is to respect people's privacy, independence and </w:t>
      </w:r>
      <w:r w:rsidR="00BE2453" w:rsidRPr="00AD59DE">
        <w:rPr>
          <w:rFonts w:ascii="Arial" w:hAnsi="Arial" w:cs="Arial"/>
          <w:sz w:val="22"/>
          <w:szCs w:val="22"/>
        </w:rPr>
        <w:t>choices. I also observed changes in their wellbeing and reported any concerns appropriately.</w:t>
      </w:r>
    </w:p>
    <w:p w14:paraId="7EC61B34" w14:textId="1CEF67B4" w:rsidR="00DF26B4" w:rsidRPr="00AD59DE" w:rsidRDefault="00DF26B4" w:rsidP="00AD59DE">
      <w:pPr>
        <w:pStyle w:val="isselectedend"/>
        <w:spacing w:line="360" w:lineRule="auto"/>
        <w:rPr>
          <w:rFonts w:ascii="Arial" w:hAnsi="Arial" w:cs="Arial"/>
          <w:sz w:val="22"/>
          <w:szCs w:val="22"/>
        </w:rPr>
      </w:pPr>
      <w:r w:rsidRPr="00AD59DE">
        <w:rPr>
          <w:rFonts w:ascii="Arial" w:hAnsi="Arial" w:cs="Arial"/>
          <w:sz w:val="22"/>
          <w:szCs w:val="22"/>
        </w:rPr>
        <w:t xml:space="preserve">Before this, I worked as a </w:t>
      </w:r>
      <w:r w:rsidR="00B26FE1" w:rsidRPr="00AD59DE">
        <w:rPr>
          <w:rFonts w:ascii="Arial" w:hAnsi="Arial" w:cs="Arial"/>
          <w:sz w:val="22"/>
          <w:szCs w:val="22"/>
        </w:rPr>
        <w:t>receptionist</w:t>
      </w:r>
      <w:r w:rsidRPr="00AD59DE">
        <w:rPr>
          <w:rFonts w:ascii="Arial" w:hAnsi="Arial" w:cs="Arial"/>
          <w:sz w:val="22"/>
          <w:szCs w:val="22"/>
        </w:rPr>
        <w:t xml:space="preserve"> for four years at Deadly Learning Centre. My duties included answering phone calls, welcoming visitors, booking appointments, replying to emails and keeping records organised. This job helped me become confident in communicating with different people and improved my customer service and organisational skills.</w:t>
      </w:r>
    </w:p>
    <w:p w14:paraId="110E9BE5" w14:textId="6F2BB3A0" w:rsidR="00DF26B4" w:rsidRPr="00AD59DE" w:rsidRDefault="00DF26B4" w:rsidP="00AD59DE">
      <w:pPr>
        <w:pStyle w:val="isselectedend"/>
        <w:spacing w:line="360" w:lineRule="auto"/>
        <w:rPr>
          <w:rFonts w:ascii="Arial" w:hAnsi="Arial" w:cs="Arial"/>
          <w:sz w:val="22"/>
          <w:szCs w:val="22"/>
        </w:rPr>
      </w:pPr>
      <w:r w:rsidRPr="00AD59DE">
        <w:rPr>
          <w:rFonts w:ascii="Arial" w:hAnsi="Arial" w:cs="Arial"/>
          <w:sz w:val="22"/>
          <w:szCs w:val="22"/>
        </w:rPr>
        <w:t>I also worked as a Store Assistant at B&amp;M. In this role, I helped customers, arranged stock, handled cash and worked with other team members. This</w:t>
      </w:r>
      <w:r w:rsidR="00C208D5" w:rsidRPr="00AD59DE">
        <w:rPr>
          <w:rFonts w:ascii="Arial" w:hAnsi="Arial" w:cs="Arial"/>
          <w:sz w:val="22"/>
          <w:szCs w:val="22"/>
        </w:rPr>
        <w:t xml:space="preserve"> job helped me improve my teamwork</w:t>
      </w:r>
      <w:r w:rsidR="002A6936" w:rsidRPr="00AD59DE">
        <w:rPr>
          <w:rFonts w:ascii="Arial" w:hAnsi="Arial" w:cs="Arial"/>
          <w:sz w:val="22"/>
          <w:szCs w:val="22"/>
        </w:rPr>
        <w:t>,</w:t>
      </w:r>
      <w:r w:rsidR="00C208D5" w:rsidRPr="00AD59DE">
        <w:rPr>
          <w:rFonts w:ascii="Arial" w:hAnsi="Arial" w:cs="Arial"/>
          <w:sz w:val="22"/>
          <w:szCs w:val="22"/>
        </w:rPr>
        <w:t xml:space="preserve"> organisational, </w:t>
      </w:r>
      <w:r w:rsidR="00370DF0" w:rsidRPr="00AD59DE">
        <w:rPr>
          <w:rFonts w:ascii="Arial" w:hAnsi="Arial" w:cs="Arial"/>
          <w:sz w:val="22"/>
          <w:szCs w:val="22"/>
        </w:rPr>
        <w:t>time</w:t>
      </w:r>
      <w:r w:rsidR="00C208D5" w:rsidRPr="00AD59DE">
        <w:rPr>
          <w:rFonts w:ascii="Arial" w:hAnsi="Arial" w:cs="Arial"/>
          <w:sz w:val="22"/>
          <w:szCs w:val="22"/>
        </w:rPr>
        <w:t xml:space="preserve"> </w:t>
      </w:r>
      <w:r w:rsidR="00132974" w:rsidRPr="00AD59DE">
        <w:rPr>
          <w:rFonts w:ascii="Arial" w:hAnsi="Arial" w:cs="Arial"/>
          <w:sz w:val="22"/>
          <w:szCs w:val="22"/>
        </w:rPr>
        <w:t>management</w:t>
      </w:r>
      <w:r w:rsidR="00C208D5" w:rsidRPr="00AD59DE">
        <w:rPr>
          <w:rFonts w:ascii="Arial" w:hAnsi="Arial" w:cs="Arial"/>
          <w:sz w:val="22"/>
          <w:szCs w:val="22"/>
        </w:rPr>
        <w:t xml:space="preserve"> and </w:t>
      </w:r>
      <w:r w:rsidR="00132974" w:rsidRPr="00AD59DE">
        <w:rPr>
          <w:rFonts w:ascii="Arial" w:hAnsi="Arial" w:cs="Arial"/>
          <w:sz w:val="22"/>
          <w:szCs w:val="22"/>
        </w:rPr>
        <w:t>problem-solving</w:t>
      </w:r>
      <w:r w:rsidR="00C208D5" w:rsidRPr="00AD59DE">
        <w:rPr>
          <w:rFonts w:ascii="Arial" w:hAnsi="Arial" w:cs="Arial"/>
          <w:sz w:val="22"/>
          <w:szCs w:val="22"/>
        </w:rPr>
        <w:t xml:space="preserve"> skills.</w:t>
      </w:r>
    </w:p>
    <w:p w14:paraId="023F6F62" w14:textId="55513C4B" w:rsidR="00552F11" w:rsidRPr="00AD59DE" w:rsidRDefault="00DF26B4" w:rsidP="00AD59DE">
      <w:pPr>
        <w:pStyle w:val="isselectedend"/>
        <w:spacing w:line="360" w:lineRule="auto"/>
        <w:rPr>
          <w:rFonts w:ascii="Arial" w:hAnsi="Arial" w:cs="Arial"/>
          <w:sz w:val="22"/>
          <w:szCs w:val="22"/>
        </w:rPr>
      </w:pPr>
      <w:r w:rsidRPr="00AD59DE">
        <w:rPr>
          <w:rFonts w:ascii="Arial" w:hAnsi="Arial" w:cs="Arial"/>
          <w:sz w:val="22"/>
          <w:szCs w:val="22"/>
        </w:rPr>
        <w:t xml:space="preserve">I am a friendly, reliable and hardworking </w:t>
      </w:r>
      <w:r w:rsidR="008437B7" w:rsidRPr="00AD59DE">
        <w:rPr>
          <w:rFonts w:ascii="Arial" w:hAnsi="Arial" w:cs="Arial"/>
          <w:sz w:val="22"/>
          <w:szCs w:val="22"/>
        </w:rPr>
        <w:t xml:space="preserve">person. I work effectively both independently and as part of a team. I am a good listener, treat everyone with kindness, dignity and respect, and carry out my responsibilities with care and </w:t>
      </w:r>
      <w:r w:rsidR="00734F82" w:rsidRPr="00AD59DE">
        <w:rPr>
          <w:rFonts w:ascii="Arial" w:hAnsi="Arial" w:cs="Arial"/>
          <w:sz w:val="22"/>
          <w:szCs w:val="22"/>
        </w:rPr>
        <w:t>professionalism. I</w:t>
      </w:r>
      <w:r w:rsidRPr="00AD59DE">
        <w:rPr>
          <w:rFonts w:ascii="Arial" w:hAnsi="Arial" w:cs="Arial"/>
          <w:sz w:val="22"/>
          <w:szCs w:val="22"/>
        </w:rPr>
        <w:t xml:space="preserve"> understand the importance of following workplace rules, keeping information confidential and </w:t>
      </w:r>
      <w:r w:rsidRPr="00AD59DE">
        <w:rPr>
          <w:rFonts w:ascii="Arial" w:hAnsi="Arial" w:cs="Arial"/>
          <w:sz w:val="22"/>
          <w:szCs w:val="22"/>
        </w:rPr>
        <w:lastRenderedPageBreak/>
        <w:t>providing safe and high-quality care.</w:t>
      </w:r>
      <w:r w:rsidR="00132974" w:rsidRPr="00AD59DE">
        <w:rPr>
          <w:rFonts w:ascii="Arial" w:hAnsi="Arial" w:cs="Arial"/>
          <w:sz w:val="22"/>
          <w:szCs w:val="22"/>
        </w:rPr>
        <w:t xml:space="preserve"> I</w:t>
      </w:r>
      <w:r w:rsidR="006F67DF" w:rsidRPr="00AD59DE">
        <w:rPr>
          <w:rFonts w:ascii="Arial" w:hAnsi="Arial" w:cs="Arial"/>
          <w:sz w:val="22"/>
          <w:szCs w:val="22"/>
        </w:rPr>
        <w:t xml:space="preserve"> am flexible, punctual and always ready to take on new responsibilities. I enjoy learning from experienced colleagues and working with people from different backgrounds. I understand the importance of treating everyone equally and with respect. </w:t>
      </w:r>
      <w:r w:rsidR="00D00222" w:rsidRPr="00AD59DE">
        <w:rPr>
          <w:rFonts w:ascii="Arial" w:hAnsi="Arial" w:cs="Arial"/>
          <w:sz w:val="22"/>
          <w:szCs w:val="22"/>
        </w:rPr>
        <w:t>I am dedicated to delivering safe, high-quality care and supporting others with compassion and professionalism.</w:t>
      </w:r>
    </w:p>
    <w:p w14:paraId="48940EF7" w14:textId="14C32C5C" w:rsidR="00DF26B4" w:rsidRPr="00AD59DE" w:rsidRDefault="00D00222" w:rsidP="00AD59DE">
      <w:pPr>
        <w:pStyle w:val="isselectedend"/>
        <w:spacing w:line="360" w:lineRule="auto"/>
        <w:rPr>
          <w:rFonts w:ascii="Arial" w:hAnsi="Arial" w:cs="Arial"/>
          <w:sz w:val="22"/>
          <w:szCs w:val="22"/>
        </w:rPr>
      </w:pPr>
      <w:r w:rsidRPr="00AD59DE">
        <w:rPr>
          <w:rFonts w:ascii="Arial" w:hAnsi="Arial" w:cs="Arial"/>
          <w:sz w:val="22"/>
          <w:szCs w:val="22"/>
        </w:rPr>
        <w:t>I believe I would be an excellent Care Assistant because of my care and customer service experience. I am eager to develop new skills and continue growing through training and experience.</w:t>
      </w:r>
      <w:r w:rsidR="00DF26B4" w:rsidRPr="00AD59DE">
        <w:rPr>
          <w:rFonts w:ascii="Arial" w:hAnsi="Arial" w:cs="Arial"/>
          <w:sz w:val="22"/>
          <w:szCs w:val="22"/>
        </w:rPr>
        <w:t xml:space="preserve"> I always have a positive attitude and enjoy helping others to live as independently as possible.</w:t>
      </w:r>
    </w:p>
    <w:p w14:paraId="390807D9" w14:textId="6BC5B84E" w:rsidR="004504D1" w:rsidRPr="00AD59DE" w:rsidRDefault="00DF26B4" w:rsidP="00AD59DE">
      <w:pPr>
        <w:pStyle w:val="NormalWeb"/>
        <w:spacing w:line="360" w:lineRule="auto"/>
        <w:rPr>
          <w:rFonts w:ascii="Arial" w:hAnsi="Arial" w:cs="Arial"/>
          <w:sz w:val="22"/>
          <w:szCs w:val="22"/>
        </w:rPr>
      </w:pPr>
      <w:r w:rsidRPr="00AD59DE">
        <w:rPr>
          <w:rFonts w:ascii="Arial" w:hAnsi="Arial" w:cs="Arial"/>
          <w:sz w:val="22"/>
          <w:szCs w:val="22"/>
        </w:rPr>
        <w:t xml:space="preserve">My future goal is to continue working in Health and Social Care and develop my career by gaining more experience and </w:t>
      </w:r>
      <w:r w:rsidR="00D00222" w:rsidRPr="00AD59DE">
        <w:rPr>
          <w:rFonts w:ascii="Arial" w:hAnsi="Arial" w:cs="Arial"/>
          <w:sz w:val="22"/>
          <w:szCs w:val="22"/>
        </w:rPr>
        <w:t>qualifications.</w:t>
      </w:r>
      <w:r w:rsidRPr="00AD59DE">
        <w:rPr>
          <w:rFonts w:ascii="Arial" w:hAnsi="Arial" w:cs="Arial"/>
          <w:sz w:val="22"/>
          <w:szCs w:val="22"/>
        </w:rPr>
        <w:t xml:space="preserve"> I would be proud to join your team and provide safe,</w:t>
      </w:r>
      <w:r w:rsidR="00BE2453" w:rsidRPr="00AD59DE">
        <w:rPr>
          <w:rFonts w:ascii="Arial" w:hAnsi="Arial" w:cs="Arial"/>
          <w:sz w:val="22"/>
          <w:szCs w:val="22"/>
        </w:rPr>
        <w:t xml:space="preserve"> compassionate</w:t>
      </w:r>
      <w:r w:rsidRPr="00AD59DE">
        <w:rPr>
          <w:rFonts w:ascii="Arial" w:hAnsi="Arial" w:cs="Arial"/>
          <w:sz w:val="22"/>
          <w:szCs w:val="22"/>
        </w:rPr>
        <w:t xml:space="preserve"> and person-centred</w:t>
      </w:r>
      <w:r w:rsidR="00BE2453" w:rsidRPr="00AD59DE">
        <w:rPr>
          <w:rFonts w:ascii="Arial" w:hAnsi="Arial" w:cs="Arial"/>
          <w:sz w:val="22"/>
          <w:szCs w:val="22"/>
        </w:rPr>
        <w:t xml:space="preserve"> care to residents</w:t>
      </w:r>
      <w:r w:rsidR="000257C4" w:rsidRPr="00AD59DE">
        <w:rPr>
          <w:rFonts w:ascii="Arial" w:hAnsi="Arial" w:cs="Arial"/>
          <w:sz w:val="22"/>
          <w:szCs w:val="22"/>
        </w:rPr>
        <w:t>.</w:t>
      </w:r>
      <w:r w:rsidR="00BE2453" w:rsidRPr="00AD59DE">
        <w:rPr>
          <w:rFonts w:ascii="Arial" w:hAnsi="Arial" w:cs="Arial"/>
          <w:sz w:val="22"/>
          <w:szCs w:val="22"/>
        </w:rPr>
        <w:t xml:space="preserve"> </w:t>
      </w:r>
      <w:r w:rsidR="00D00222" w:rsidRPr="00AD59DE">
        <w:rPr>
          <w:rFonts w:ascii="Arial" w:hAnsi="Arial" w:cs="Arial"/>
          <w:sz w:val="22"/>
          <w:szCs w:val="22"/>
        </w:rPr>
        <w:t>I am confident that my skills, experience and personal qualities will enable me to make a positive contribution to your organisation.</w:t>
      </w:r>
    </w:p>
    <w:p w14:paraId="34CE9F96" w14:textId="77777777" w:rsidR="00921CA0" w:rsidRPr="00AD59DE" w:rsidRDefault="00921CA0"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br w:type="page"/>
      </w:r>
    </w:p>
    <w:p w14:paraId="02078F9B" w14:textId="73704223" w:rsidR="00A54902" w:rsidRPr="00AD59DE" w:rsidRDefault="002C00BD"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lastRenderedPageBreak/>
        <w:t xml:space="preserve">Task </w:t>
      </w:r>
      <w:r w:rsidR="007D31F7" w:rsidRPr="00AD59DE">
        <w:rPr>
          <w:rFonts w:ascii="Arial" w:hAnsi="Arial" w:cs="Arial"/>
          <w:b/>
          <w:bCs/>
          <w:color w:val="000000" w:themeColor="text1"/>
          <w:u w:val="single"/>
        </w:rPr>
        <w:t>3:</w:t>
      </w:r>
      <w:r w:rsidR="004624B5" w:rsidRPr="00AD59DE">
        <w:rPr>
          <w:rFonts w:ascii="Arial" w:hAnsi="Arial" w:cs="Arial"/>
          <w:b/>
          <w:bCs/>
          <w:color w:val="000000" w:themeColor="text1"/>
          <w:u w:val="single"/>
        </w:rPr>
        <w:t xml:space="preserve"> </w:t>
      </w:r>
    </w:p>
    <w:p w14:paraId="14508653" w14:textId="213361BE" w:rsidR="002C00BD" w:rsidRPr="00AD59DE" w:rsidRDefault="00A54902"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t xml:space="preserve">Part A: </w:t>
      </w:r>
      <w:r w:rsidR="004624B5" w:rsidRPr="00AD59DE">
        <w:rPr>
          <w:rFonts w:ascii="Arial" w:hAnsi="Arial" w:cs="Arial"/>
          <w:b/>
          <w:bCs/>
          <w:color w:val="000000" w:themeColor="text1"/>
          <w:u w:val="single"/>
        </w:rPr>
        <w:t>SWOT analysis</w:t>
      </w:r>
    </w:p>
    <w:p w14:paraId="3783F07D" w14:textId="1EAC413B" w:rsidR="004624B5" w:rsidRPr="00AD59DE" w:rsidRDefault="00BA60A5" w:rsidP="00AD59DE">
      <w:pPr>
        <w:pStyle w:val="NormalWeb"/>
        <w:spacing w:line="360" w:lineRule="auto"/>
        <w:rPr>
          <w:rFonts w:ascii="Arial" w:hAnsi="Arial" w:cs="Arial"/>
          <w:b/>
          <w:bCs/>
          <w:sz w:val="22"/>
          <w:szCs w:val="22"/>
        </w:rPr>
      </w:pPr>
      <w:r w:rsidRPr="00AD59DE">
        <w:rPr>
          <w:rStyle w:val="Strong"/>
          <w:rFonts w:ascii="Arial" w:hAnsi="Arial" w:cs="Arial"/>
          <w:b w:val="0"/>
          <w:bCs w:val="0"/>
          <w:sz w:val="22"/>
          <w:szCs w:val="22"/>
        </w:rPr>
        <w:t>A SWOT analysis is a planning tool used to evaluate an individual's or organisation's strengths, weaknesses, opportunities, and threats that may influence personal and professional development</w:t>
      </w:r>
      <w:r w:rsidR="0097087D" w:rsidRPr="00AD59DE">
        <w:rPr>
          <w:rFonts w:ascii="Arial" w:hAnsi="Arial" w:cs="Arial"/>
          <w:b/>
          <w:bCs/>
          <w:sz w:val="22"/>
          <w:szCs w:val="22"/>
        </w:rPr>
        <w:t xml:space="preserve"> </w:t>
      </w:r>
      <w:r w:rsidR="0097087D" w:rsidRPr="00AD59DE">
        <w:rPr>
          <w:rFonts w:ascii="Arial" w:hAnsi="Arial" w:cs="Arial"/>
          <w:sz w:val="22"/>
          <w:szCs w:val="22"/>
        </w:rPr>
        <w:t>(Gürel and Tat, 2017; CMI, 2023). It enables individuals to evaluate their existing abilities and identify areas for improvement and future growth.</w:t>
      </w:r>
    </w:p>
    <w:p w14:paraId="0DFCF2D0" w14:textId="4D1E0C98" w:rsidR="00921CA0" w:rsidRPr="00AD59DE" w:rsidRDefault="0097087D" w:rsidP="00AD59DE">
      <w:pPr>
        <w:spacing w:line="360" w:lineRule="auto"/>
        <w:rPr>
          <w:rFonts w:ascii="Arial" w:hAnsi="Arial" w:cs="Arial"/>
        </w:rPr>
      </w:pPr>
      <w:r w:rsidRPr="00AD59DE">
        <w:rPr>
          <w:rFonts w:ascii="Arial" w:hAnsi="Arial" w:cs="Arial"/>
        </w:rPr>
        <w:t>A SWOT analysis is an essential tool that helps individuals evaluate their abilities, recognise areas for improvement, and make informed career decisions (Gürel and Tat, 2017). It</w:t>
      </w:r>
      <w:r w:rsidR="00BA60A5" w:rsidRPr="00AD59DE">
        <w:rPr>
          <w:rFonts w:ascii="Arial" w:hAnsi="Arial" w:cs="Arial"/>
        </w:rPr>
        <w:t xml:space="preserve"> helps individuals make the most of their strengths while identifying and improving areas of weakness that may influence their</w:t>
      </w:r>
      <w:r w:rsidRPr="00AD59DE">
        <w:rPr>
          <w:rFonts w:ascii="Arial" w:hAnsi="Arial" w:cs="Arial"/>
        </w:rPr>
        <w:t xml:space="preserve"> professional development. In health and social care, it also identifies opportunities for learning and career progression, as well as potential challenges that could influence job performance. Consequently, it enhances continuous professional development and</w:t>
      </w:r>
      <w:r w:rsidR="00430506" w:rsidRPr="00AD59DE">
        <w:rPr>
          <w:rFonts w:ascii="Arial" w:hAnsi="Arial" w:cs="Arial"/>
        </w:rPr>
        <w:t xml:space="preserve"> helps deliver</w:t>
      </w:r>
      <w:r w:rsidRPr="00AD59DE">
        <w:rPr>
          <w:rFonts w:ascii="Arial" w:hAnsi="Arial" w:cs="Arial"/>
        </w:rPr>
        <w:t xml:space="preserve"> safe, high-quality, and person-centred care</w:t>
      </w:r>
      <w:r w:rsidR="00BB49A5" w:rsidRPr="00AD59DE">
        <w:rPr>
          <w:rFonts w:ascii="Arial" w:hAnsi="Arial" w:cs="Arial"/>
        </w:rPr>
        <w:t xml:space="preserve"> (NHS England, 2023).</w:t>
      </w:r>
      <w:r w:rsidR="00921CA0" w:rsidRPr="00AD59DE">
        <w:rPr>
          <w:rFonts w:ascii="Arial" w:hAnsi="Arial" w:cs="Arial"/>
        </w:rPr>
        <w:br w:type="page"/>
      </w:r>
    </w:p>
    <w:p w14:paraId="6AFAE454" w14:textId="77777777" w:rsidR="00BB49A5" w:rsidRPr="00AD59DE" w:rsidRDefault="00BB49A5" w:rsidP="00AD59DE">
      <w:pPr>
        <w:spacing w:line="360" w:lineRule="auto"/>
        <w:rPr>
          <w:rFonts w:ascii="Arial" w:hAnsi="Arial" w:cs="Arial"/>
        </w:rPr>
      </w:pPr>
    </w:p>
    <w:tbl>
      <w:tblPr>
        <w:tblStyle w:val="TableGrid"/>
        <w:tblW w:w="5000" w:type="pct"/>
        <w:tblLook w:val="04A0" w:firstRow="1" w:lastRow="0" w:firstColumn="1" w:lastColumn="0" w:noHBand="0" w:noVBand="1"/>
      </w:tblPr>
      <w:tblGrid>
        <w:gridCol w:w="4320"/>
        <w:gridCol w:w="4536"/>
      </w:tblGrid>
      <w:tr w:rsidR="00744D37" w:rsidRPr="00AD59DE" w14:paraId="6AE920BF" w14:textId="77777777" w:rsidTr="00AC221A">
        <w:trPr>
          <w:trHeight w:val="845"/>
        </w:trPr>
        <w:tc>
          <w:tcPr>
            <w:tcW w:w="2439" w:type="pct"/>
            <w:vAlign w:val="center"/>
          </w:tcPr>
          <w:p w14:paraId="2676EB0C" w14:textId="37F5BF33" w:rsidR="00744D37" w:rsidRPr="00AD59DE" w:rsidRDefault="00BA4981" w:rsidP="00AD59DE">
            <w:pPr>
              <w:spacing w:line="360" w:lineRule="auto"/>
              <w:rPr>
                <w:rFonts w:ascii="Arial" w:hAnsi="Arial" w:cs="Arial"/>
                <w:b/>
                <w:bCs/>
              </w:rPr>
            </w:pPr>
            <w:r w:rsidRPr="00AD59DE">
              <w:rPr>
                <w:rFonts w:ascii="Arial" w:hAnsi="Arial" w:cs="Arial"/>
                <w:b/>
                <w:bCs/>
              </w:rPr>
              <w:t>Strengths</w:t>
            </w:r>
          </w:p>
        </w:tc>
        <w:tc>
          <w:tcPr>
            <w:tcW w:w="2561" w:type="pct"/>
            <w:vAlign w:val="center"/>
          </w:tcPr>
          <w:p w14:paraId="3B23E3DB" w14:textId="0EFEAA39" w:rsidR="00744D37" w:rsidRPr="00AD59DE" w:rsidRDefault="009E508D" w:rsidP="00AD59DE">
            <w:pPr>
              <w:spacing w:line="360" w:lineRule="auto"/>
              <w:rPr>
                <w:rFonts w:ascii="Arial" w:hAnsi="Arial" w:cs="Arial"/>
                <w:b/>
                <w:bCs/>
              </w:rPr>
            </w:pPr>
            <w:r w:rsidRPr="00AD59DE">
              <w:rPr>
                <w:rFonts w:ascii="Arial" w:hAnsi="Arial" w:cs="Arial"/>
                <w:b/>
                <w:bCs/>
              </w:rPr>
              <w:t>Weaknesses</w:t>
            </w:r>
          </w:p>
        </w:tc>
      </w:tr>
      <w:tr w:rsidR="00744D37" w:rsidRPr="00AD59DE" w14:paraId="691DB321" w14:textId="77777777" w:rsidTr="00AC221A">
        <w:trPr>
          <w:cantSplit/>
          <w:trHeight w:val="4526"/>
        </w:trPr>
        <w:tc>
          <w:tcPr>
            <w:tcW w:w="2439" w:type="pct"/>
            <w:vAlign w:val="center"/>
          </w:tcPr>
          <w:p w14:paraId="5879F145" w14:textId="27AC69F1"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Compassionate</w:t>
            </w:r>
          </w:p>
          <w:p w14:paraId="4ED00299"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Caring</w:t>
            </w:r>
          </w:p>
          <w:p w14:paraId="7A725E72"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Good communication</w:t>
            </w:r>
          </w:p>
          <w:p w14:paraId="7E51C392"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Teamwork</w:t>
            </w:r>
          </w:p>
          <w:p w14:paraId="7B53F74E" w14:textId="2A7246DE"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Person-</w:t>
            </w:r>
            <w:r w:rsidR="00D47E31" w:rsidRPr="00AD59DE">
              <w:rPr>
                <w:rFonts w:ascii="Arial" w:hAnsi="Arial" w:cs="Arial"/>
              </w:rPr>
              <w:t>cantered</w:t>
            </w:r>
            <w:r w:rsidRPr="00AD59DE">
              <w:rPr>
                <w:rFonts w:ascii="Arial" w:hAnsi="Arial" w:cs="Arial"/>
              </w:rPr>
              <w:t xml:space="preserve"> care</w:t>
            </w:r>
          </w:p>
          <w:p w14:paraId="13C3DC6E"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Time management</w:t>
            </w:r>
          </w:p>
          <w:p w14:paraId="6CBEA282"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First Aid</w:t>
            </w:r>
          </w:p>
          <w:p w14:paraId="3C45A69E"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Health &amp; Safety</w:t>
            </w:r>
          </w:p>
          <w:p w14:paraId="0FDF17AF"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Safeguarding awareness</w:t>
            </w:r>
          </w:p>
          <w:p w14:paraId="0C9A3793" w14:textId="7C9C49D8"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Empathy</w:t>
            </w:r>
          </w:p>
        </w:tc>
        <w:tc>
          <w:tcPr>
            <w:tcW w:w="2561" w:type="pct"/>
            <w:vAlign w:val="center"/>
          </w:tcPr>
          <w:p w14:paraId="66346902"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Limited care home experience</w:t>
            </w:r>
          </w:p>
          <w:p w14:paraId="221CB349"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Clinical knowledge</w:t>
            </w:r>
          </w:p>
          <w:p w14:paraId="653C73C8"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Electronic care records</w:t>
            </w:r>
          </w:p>
          <w:p w14:paraId="4A0141E2" w14:textId="77777777"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Confidence in complex care</w:t>
            </w:r>
          </w:p>
          <w:p w14:paraId="1352C35E" w14:textId="2D495ADD" w:rsidR="00C47FE1" w:rsidRPr="00AD59DE" w:rsidRDefault="00C47FE1" w:rsidP="00AD59DE">
            <w:pPr>
              <w:pStyle w:val="ListParagraph"/>
              <w:numPr>
                <w:ilvl w:val="0"/>
                <w:numId w:val="12"/>
              </w:numPr>
              <w:spacing w:line="360" w:lineRule="auto"/>
              <w:rPr>
                <w:rFonts w:ascii="Arial" w:hAnsi="Arial" w:cs="Arial"/>
              </w:rPr>
            </w:pPr>
            <w:r w:rsidRPr="00AD59DE">
              <w:rPr>
                <w:rFonts w:ascii="Arial" w:hAnsi="Arial" w:cs="Arial"/>
              </w:rPr>
              <w:t>Night shift experience</w:t>
            </w:r>
          </w:p>
        </w:tc>
      </w:tr>
      <w:tr w:rsidR="00744D37" w:rsidRPr="00AD59DE" w14:paraId="1BBFC0D0" w14:textId="77777777" w:rsidTr="00AC221A">
        <w:trPr>
          <w:trHeight w:val="1160"/>
        </w:trPr>
        <w:tc>
          <w:tcPr>
            <w:tcW w:w="2439" w:type="pct"/>
            <w:vAlign w:val="center"/>
          </w:tcPr>
          <w:p w14:paraId="336DEBDB" w14:textId="5CB942A5" w:rsidR="00744D37" w:rsidRPr="00AD59DE" w:rsidRDefault="00182DA2" w:rsidP="00AD59DE">
            <w:pPr>
              <w:spacing w:line="360" w:lineRule="auto"/>
              <w:rPr>
                <w:rFonts w:ascii="Arial" w:hAnsi="Arial" w:cs="Arial"/>
                <w:b/>
                <w:bCs/>
              </w:rPr>
            </w:pPr>
            <w:r w:rsidRPr="00AD59DE">
              <w:rPr>
                <w:rFonts w:ascii="Arial" w:hAnsi="Arial" w:cs="Arial"/>
                <w:b/>
                <w:bCs/>
              </w:rPr>
              <w:t>Opportunities</w:t>
            </w:r>
          </w:p>
        </w:tc>
        <w:tc>
          <w:tcPr>
            <w:tcW w:w="2561" w:type="pct"/>
            <w:vAlign w:val="center"/>
          </w:tcPr>
          <w:p w14:paraId="1AFDF57F" w14:textId="5BCB2731" w:rsidR="00744D37" w:rsidRPr="00AD59DE" w:rsidRDefault="00182DA2" w:rsidP="00AD59DE">
            <w:pPr>
              <w:spacing w:line="360" w:lineRule="auto"/>
              <w:rPr>
                <w:rFonts w:ascii="Arial" w:hAnsi="Arial" w:cs="Arial"/>
                <w:b/>
                <w:bCs/>
              </w:rPr>
            </w:pPr>
            <w:r w:rsidRPr="00AD59DE">
              <w:rPr>
                <w:rFonts w:ascii="Arial" w:hAnsi="Arial" w:cs="Arial"/>
                <w:b/>
                <w:bCs/>
              </w:rPr>
              <w:t>Threats</w:t>
            </w:r>
          </w:p>
        </w:tc>
      </w:tr>
      <w:tr w:rsidR="00744D37" w:rsidRPr="00AD59DE" w14:paraId="365F1E06" w14:textId="77777777" w:rsidTr="00AC221A">
        <w:trPr>
          <w:trHeight w:val="3050"/>
        </w:trPr>
        <w:tc>
          <w:tcPr>
            <w:tcW w:w="2439" w:type="pct"/>
            <w:vAlign w:val="center"/>
          </w:tcPr>
          <w:p w14:paraId="11587900" w14:textId="77777777" w:rsidR="00C47FE1" w:rsidRPr="00AD59DE" w:rsidRDefault="00C47FE1" w:rsidP="00AD59DE">
            <w:pPr>
              <w:pStyle w:val="ListParagraph"/>
              <w:numPr>
                <w:ilvl w:val="0"/>
                <w:numId w:val="32"/>
              </w:numPr>
              <w:spacing w:line="360" w:lineRule="auto"/>
              <w:rPr>
                <w:rFonts w:ascii="Arial" w:hAnsi="Arial" w:cs="Arial"/>
              </w:rPr>
            </w:pPr>
            <w:r w:rsidRPr="00AD59DE">
              <w:rPr>
                <w:rFonts w:ascii="Arial" w:hAnsi="Arial" w:cs="Arial"/>
              </w:rPr>
              <w:t>Employer training</w:t>
            </w:r>
          </w:p>
          <w:p w14:paraId="5FAB18AE" w14:textId="77777777" w:rsidR="00C47FE1" w:rsidRPr="00AD59DE" w:rsidRDefault="00C47FE1" w:rsidP="00AD59DE">
            <w:pPr>
              <w:pStyle w:val="ListParagraph"/>
              <w:numPr>
                <w:ilvl w:val="0"/>
                <w:numId w:val="13"/>
              </w:numPr>
              <w:spacing w:line="360" w:lineRule="auto"/>
              <w:rPr>
                <w:rFonts w:ascii="Arial" w:hAnsi="Arial" w:cs="Arial"/>
              </w:rPr>
            </w:pPr>
            <w:r w:rsidRPr="00AD59DE">
              <w:rPr>
                <w:rFonts w:ascii="Arial" w:hAnsi="Arial" w:cs="Arial"/>
              </w:rPr>
              <w:t>Career progression</w:t>
            </w:r>
          </w:p>
          <w:p w14:paraId="48F49A1F" w14:textId="025EED58" w:rsidR="00C47FE1" w:rsidRPr="00AD59DE" w:rsidRDefault="00C47FE1" w:rsidP="00AD59DE">
            <w:pPr>
              <w:pStyle w:val="ListParagraph"/>
              <w:numPr>
                <w:ilvl w:val="0"/>
                <w:numId w:val="13"/>
              </w:numPr>
              <w:spacing w:line="360" w:lineRule="auto"/>
              <w:rPr>
                <w:rFonts w:ascii="Arial" w:hAnsi="Arial" w:cs="Arial"/>
              </w:rPr>
            </w:pPr>
            <w:r w:rsidRPr="00AD59DE">
              <w:rPr>
                <w:rFonts w:ascii="Arial" w:hAnsi="Arial" w:cs="Arial"/>
              </w:rPr>
              <w:t>Further</w:t>
            </w:r>
            <w:r w:rsidR="00DE61CD" w:rsidRPr="00AD59DE">
              <w:rPr>
                <w:rFonts w:ascii="Arial" w:hAnsi="Arial" w:cs="Arial"/>
              </w:rPr>
              <w:t xml:space="preserve"> </w:t>
            </w:r>
            <w:r w:rsidRPr="00AD59DE">
              <w:rPr>
                <w:rFonts w:ascii="Arial" w:hAnsi="Arial" w:cs="Arial"/>
              </w:rPr>
              <w:t>qualifications</w:t>
            </w:r>
          </w:p>
          <w:p w14:paraId="39693078" w14:textId="77777777" w:rsidR="00C47FE1" w:rsidRPr="00AD59DE" w:rsidRDefault="00C47FE1" w:rsidP="00AD59DE">
            <w:pPr>
              <w:pStyle w:val="ListParagraph"/>
              <w:numPr>
                <w:ilvl w:val="0"/>
                <w:numId w:val="13"/>
              </w:numPr>
              <w:spacing w:line="360" w:lineRule="auto"/>
              <w:rPr>
                <w:rFonts w:ascii="Arial" w:hAnsi="Arial" w:cs="Arial"/>
              </w:rPr>
            </w:pPr>
            <w:r w:rsidRPr="00AD59DE">
              <w:rPr>
                <w:rFonts w:ascii="Arial" w:hAnsi="Arial" w:cs="Arial"/>
              </w:rPr>
              <w:t>CPD opportunities</w:t>
            </w:r>
          </w:p>
          <w:p w14:paraId="26549D77" w14:textId="137536D3" w:rsidR="00C47FE1" w:rsidRPr="00AD59DE" w:rsidRDefault="00C47FE1" w:rsidP="00AD59DE">
            <w:pPr>
              <w:pStyle w:val="ListParagraph"/>
              <w:numPr>
                <w:ilvl w:val="0"/>
                <w:numId w:val="13"/>
              </w:numPr>
              <w:spacing w:line="360" w:lineRule="auto"/>
              <w:rPr>
                <w:rFonts w:ascii="Arial" w:hAnsi="Arial" w:cs="Arial"/>
              </w:rPr>
            </w:pPr>
            <w:r w:rsidRPr="00AD59DE">
              <w:rPr>
                <w:rFonts w:ascii="Arial" w:hAnsi="Arial" w:cs="Arial"/>
              </w:rPr>
              <w:t>NHS employment</w:t>
            </w:r>
          </w:p>
        </w:tc>
        <w:tc>
          <w:tcPr>
            <w:tcW w:w="2561" w:type="pct"/>
            <w:vAlign w:val="center"/>
          </w:tcPr>
          <w:p w14:paraId="63330E4A" w14:textId="5AC6B998" w:rsidR="007B5A67" w:rsidRPr="00AD59DE" w:rsidRDefault="007B5A67" w:rsidP="00AD59DE">
            <w:pPr>
              <w:pStyle w:val="ListParagraph"/>
              <w:numPr>
                <w:ilvl w:val="0"/>
                <w:numId w:val="14"/>
              </w:numPr>
              <w:spacing w:line="360" w:lineRule="auto"/>
              <w:rPr>
                <w:rFonts w:ascii="Arial" w:hAnsi="Arial" w:cs="Arial"/>
              </w:rPr>
            </w:pPr>
            <w:r w:rsidRPr="00AD59DE">
              <w:rPr>
                <w:rFonts w:ascii="Arial" w:hAnsi="Arial" w:cs="Arial"/>
              </w:rPr>
              <w:t>Heavy workload</w:t>
            </w:r>
          </w:p>
          <w:p w14:paraId="1AFE9FC7" w14:textId="77777777" w:rsidR="007B5A67" w:rsidRPr="00AD59DE" w:rsidRDefault="007B5A67" w:rsidP="00AD59DE">
            <w:pPr>
              <w:pStyle w:val="ListParagraph"/>
              <w:numPr>
                <w:ilvl w:val="0"/>
                <w:numId w:val="14"/>
              </w:numPr>
              <w:spacing w:line="360" w:lineRule="auto"/>
              <w:rPr>
                <w:rFonts w:ascii="Arial" w:hAnsi="Arial" w:cs="Arial"/>
              </w:rPr>
            </w:pPr>
            <w:r w:rsidRPr="00AD59DE">
              <w:rPr>
                <w:rFonts w:ascii="Arial" w:hAnsi="Arial" w:cs="Arial"/>
              </w:rPr>
              <w:t>Shift patterns</w:t>
            </w:r>
          </w:p>
          <w:p w14:paraId="1E1C4CB7" w14:textId="77777777" w:rsidR="007B5A67" w:rsidRPr="00AD59DE" w:rsidRDefault="007B5A67" w:rsidP="00AD59DE">
            <w:pPr>
              <w:pStyle w:val="ListParagraph"/>
              <w:numPr>
                <w:ilvl w:val="0"/>
                <w:numId w:val="14"/>
              </w:numPr>
              <w:spacing w:line="360" w:lineRule="auto"/>
              <w:rPr>
                <w:rFonts w:ascii="Arial" w:hAnsi="Arial" w:cs="Arial"/>
              </w:rPr>
            </w:pPr>
            <w:r w:rsidRPr="00AD59DE">
              <w:rPr>
                <w:rFonts w:ascii="Arial" w:hAnsi="Arial" w:cs="Arial"/>
              </w:rPr>
              <w:t>Emotional stress</w:t>
            </w:r>
          </w:p>
          <w:p w14:paraId="74FEF8FC" w14:textId="77777777" w:rsidR="007B5A67" w:rsidRPr="00AD59DE" w:rsidRDefault="007B5A67" w:rsidP="00AD59DE">
            <w:pPr>
              <w:pStyle w:val="ListParagraph"/>
              <w:numPr>
                <w:ilvl w:val="0"/>
                <w:numId w:val="14"/>
              </w:numPr>
              <w:spacing w:line="360" w:lineRule="auto"/>
              <w:rPr>
                <w:rFonts w:ascii="Arial" w:hAnsi="Arial" w:cs="Arial"/>
              </w:rPr>
            </w:pPr>
            <w:r w:rsidRPr="00AD59DE">
              <w:rPr>
                <w:rFonts w:ascii="Arial" w:hAnsi="Arial" w:cs="Arial"/>
              </w:rPr>
              <w:t>Infection risks</w:t>
            </w:r>
          </w:p>
          <w:p w14:paraId="1729B706" w14:textId="74A2D527" w:rsidR="007B5A67" w:rsidRPr="00AD59DE" w:rsidRDefault="007B5A67" w:rsidP="00AD59DE">
            <w:pPr>
              <w:pStyle w:val="ListParagraph"/>
              <w:numPr>
                <w:ilvl w:val="0"/>
                <w:numId w:val="14"/>
              </w:numPr>
              <w:spacing w:line="360" w:lineRule="auto"/>
              <w:rPr>
                <w:rFonts w:ascii="Arial" w:hAnsi="Arial" w:cs="Arial"/>
              </w:rPr>
            </w:pPr>
            <w:r w:rsidRPr="00AD59DE">
              <w:rPr>
                <w:rFonts w:ascii="Arial" w:hAnsi="Arial" w:cs="Arial"/>
              </w:rPr>
              <w:t>Staff shortages</w:t>
            </w:r>
          </w:p>
        </w:tc>
      </w:tr>
    </w:tbl>
    <w:p w14:paraId="136A66AA" w14:textId="68DCBA46" w:rsidR="00921CA0" w:rsidRPr="00AD59DE" w:rsidRDefault="00921CA0" w:rsidP="00AD59DE">
      <w:pPr>
        <w:spacing w:line="360" w:lineRule="auto"/>
        <w:jc w:val="center"/>
        <w:rPr>
          <w:rFonts w:ascii="Arial" w:hAnsi="Arial" w:cs="Arial"/>
        </w:rPr>
      </w:pPr>
      <w:r w:rsidRPr="00AD59DE">
        <w:rPr>
          <w:rFonts w:ascii="Arial" w:hAnsi="Arial" w:cs="Arial"/>
        </w:rPr>
        <w:br w:type="page"/>
      </w:r>
    </w:p>
    <w:p w14:paraId="76E2F362" w14:textId="77777777" w:rsidR="0002754B" w:rsidRPr="00AD59DE" w:rsidRDefault="0002754B" w:rsidP="00AD59DE">
      <w:pPr>
        <w:spacing w:line="360" w:lineRule="auto"/>
        <w:jc w:val="center"/>
        <w:rPr>
          <w:rFonts w:ascii="Arial" w:hAnsi="Arial" w:cs="Arial"/>
          <w:b/>
          <w:bCs/>
        </w:rPr>
      </w:pPr>
    </w:p>
    <w:p w14:paraId="1E55D95D" w14:textId="4A9A796D" w:rsidR="00D93292" w:rsidRPr="00AD59DE" w:rsidRDefault="001E7B00"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t>Task 3_</w:t>
      </w:r>
      <w:r w:rsidR="009271E7" w:rsidRPr="00AD59DE">
        <w:rPr>
          <w:rFonts w:ascii="Arial" w:hAnsi="Arial" w:cs="Arial"/>
          <w:b/>
          <w:bCs/>
          <w:color w:val="000000" w:themeColor="text1"/>
          <w:u w:val="single"/>
        </w:rPr>
        <w:t>Part B:</w:t>
      </w:r>
      <w:r w:rsidRPr="00AD59DE">
        <w:rPr>
          <w:rFonts w:ascii="Arial" w:hAnsi="Arial" w:cs="Arial"/>
          <w:b/>
          <w:bCs/>
          <w:color w:val="000000" w:themeColor="text1"/>
          <w:u w:val="single"/>
        </w:rPr>
        <w:t xml:space="preserve"> PDP plan</w:t>
      </w:r>
    </w:p>
    <w:p w14:paraId="042D5603" w14:textId="1EE7E99D" w:rsidR="00D93292" w:rsidRPr="00AD59DE" w:rsidRDefault="00475DA9" w:rsidP="00AD59DE">
      <w:pPr>
        <w:spacing w:line="360" w:lineRule="auto"/>
        <w:rPr>
          <w:rFonts w:ascii="Arial" w:hAnsi="Arial" w:cs="Arial"/>
          <w:b/>
          <w:bCs/>
        </w:rPr>
      </w:pPr>
      <w:r w:rsidRPr="00AD59DE">
        <w:rPr>
          <w:rFonts w:ascii="Arial" w:hAnsi="Arial" w:cs="Arial"/>
        </w:rPr>
        <w:t>A Personal Development Plan (PDP) is a structured framework designed to help individuals evaluate their current abilities, identify areas for improvement, and establish realistic goals for their personal and professional development (Health Education England, 2022; Cottrell, 2019). It provides a clear approach to planning learning activities, developing new skills, and monitoring progress over time.</w:t>
      </w:r>
    </w:p>
    <w:p w14:paraId="5F8C170C" w14:textId="6627E9CC" w:rsidR="001E7B00" w:rsidRPr="00AD59DE" w:rsidRDefault="00475DA9" w:rsidP="00AD59DE">
      <w:pPr>
        <w:spacing w:line="360" w:lineRule="auto"/>
        <w:rPr>
          <w:rFonts w:ascii="Arial" w:hAnsi="Arial" w:cs="Arial"/>
        </w:rPr>
      </w:pPr>
      <w:r w:rsidRPr="00AD59DE">
        <w:rPr>
          <w:rFonts w:ascii="Arial" w:hAnsi="Arial" w:cs="Arial"/>
        </w:rPr>
        <w:t>A Personal Development Plan (PDP) plays a key role in supporting continuous learning and motivating individuals to take responsibility for their own professional development (Cottrell, 2019). In the health and social care sector, a PDP enables professionals to strengthen their knowledge and skills, achieve their career goals, and improve the standard of care they deliver while regularly reviewing their progress and performance (Health Education England, 2022</w:t>
      </w:r>
      <w:r w:rsidR="00D93292" w:rsidRPr="00AD59DE">
        <w:rPr>
          <w:rFonts w:ascii="Arial" w:hAnsi="Arial" w:cs="Arial"/>
        </w:rPr>
        <w:t>).</w:t>
      </w:r>
      <w:r w:rsidR="002121CA" w:rsidRPr="00AD59DE">
        <w:rPr>
          <w:rFonts w:ascii="Arial" w:hAnsi="Arial" w:cs="Arial"/>
        </w:rPr>
        <w:br w:type="page"/>
      </w:r>
    </w:p>
    <w:tbl>
      <w:tblPr>
        <w:tblStyle w:val="TableGrid"/>
        <w:tblW w:w="9360" w:type="dxa"/>
        <w:tblLayout w:type="fixed"/>
        <w:tblLook w:val="04A0" w:firstRow="1" w:lastRow="0" w:firstColumn="1" w:lastColumn="0" w:noHBand="0" w:noVBand="1"/>
      </w:tblPr>
      <w:tblGrid>
        <w:gridCol w:w="1872"/>
        <w:gridCol w:w="2646"/>
        <w:gridCol w:w="2250"/>
        <w:gridCol w:w="1260"/>
        <w:gridCol w:w="1332"/>
      </w:tblGrid>
      <w:tr w:rsidR="009C1806" w:rsidRPr="00AD59DE" w14:paraId="01002D52" w14:textId="77777777" w:rsidTr="00B94873">
        <w:trPr>
          <w:trHeight w:val="20"/>
        </w:trPr>
        <w:tc>
          <w:tcPr>
            <w:tcW w:w="1872" w:type="dxa"/>
          </w:tcPr>
          <w:p w14:paraId="636FEAFD" w14:textId="77777777" w:rsidR="00225E5E" w:rsidRPr="00AD59DE" w:rsidRDefault="00225E5E" w:rsidP="00AD59DE">
            <w:pPr>
              <w:spacing w:before="100" w:beforeAutospacing="1" w:after="100" w:afterAutospacing="1" w:line="360" w:lineRule="auto"/>
              <w:rPr>
                <w:rFonts w:ascii="Arial" w:hAnsi="Arial" w:cs="Arial"/>
                <w:b/>
                <w:bCs/>
              </w:rPr>
            </w:pPr>
            <w:r w:rsidRPr="00AD59DE">
              <w:rPr>
                <w:rFonts w:ascii="Arial" w:hAnsi="Arial" w:cs="Arial"/>
                <w:b/>
                <w:bCs/>
              </w:rPr>
              <w:lastRenderedPageBreak/>
              <w:t>Goals</w:t>
            </w:r>
          </w:p>
        </w:tc>
        <w:tc>
          <w:tcPr>
            <w:tcW w:w="2646" w:type="dxa"/>
          </w:tcPr>
          <w:p w14:paraId="5796C8F8" w14:textId="77777777" w:rsidR="00225E5E" w:rsidRPr="00AD59DE" w:rsidRDefault="00225E5E" w:rsidP="00AD59DE">
            <w:pPr>
              <w:spacing w:before="100" w:beforeAutospacing="1" w:after="100" w:afterAutospacing="1" w:line="360" w:lineRule="auto"/>
              <w:rPr>
                <w:rFonts w:ascii="Arial" w:hAnsi="Arial" w:cs="Arial"/>
                <w:b/>
                <w:bCs/>
              </w:rPr>
            </w:pPr>
            <w:r w:rsidRPr="00AD59DE">
              <w:rPr>
                <w:rFonts w:ascii="Arial" w:hAnsi="Arial" w:cs="Arial"/>
                <w:b/>
                <w:bCs/>
              </w:rPr>
              <w:t>List the actions to complete to achieve the goal</w:t>
            </w:r>
          </w:p>
        </w:tc>
        <w:tc>
          <w:tcPr>
            <w:tcW w:w="2250" w:type="dxa"/>
          </w:tcPr>
          <w:p w14:paraId="4EA8C2DC" w14:textId="77777777" w:rsidR="00225E5E" w:rsidRPr="00AD59DE" w:rsidRDefault="00225E5E" w:rsidP="00AD59DE">
            <w:pPr>
              <w:spacing w:before="100" w:beforeAutospacing="1" w:after="100" w:afterAutospacing="1" w:line="360" w:lineRule="auto"/>
              <w:rPr>
                <w:rFonts w:ascii="Arial" w:hAnsi="Arial" w:cs="Arial"/>
                <w:b/>
                <w:bCs/>
              </w:rPr>
            </w:pPr>
            <w:r w:rsidRPr="00AD59DE">
              <w:rPr>
                <w:rFonts w:ascii="Arial" w:hAnsi="Arial" w:cs="Arial"/>
                <w:b/>
                <w:bCs/>
              </w:rPr>
              <w:t>Support/resources needed</w:t>
            </w:r>
          </w:p>
        </w:tc>
        <w:tc>
          <w:tcPr>
            <w:tcW w:w="1260" w:type="dxa"/>
          </w:tcPr>
          <w:p w14:paraId="3B4859EC" w14:textId="77777777" w:rsidR="00225E5E" w:rsidRPr="00AD59DE" w:rsidRDefault="00225E5E" w:rsidP="00AD59DE">
            <w:pPr>
              <w:spacing w:before="100" w:beforeAutospacing="1" w:after="100" w:afterAutospacing="1" w:line="360" w:lineRule="auto"/>
              <w:rPr>
                <w:rFonts w:ascii="Arial" w:hAnsi="Arial" w:cs="Arial"/>
                <w:b/>
                <w:bCs/>
              </w:rPr>
            </w:pPr>
            <w:r w:rsidRPr="00AD59DE">
              <w:rPr>
                <w:rFonts w:ascii="Arial" w:hAnsi="Arial" w:cs="Arial"/>
                <w:b/>
                <w:bCs/>
              </w:rPr>
              <w:t>Target date</w:t>
            </w:r>
          </w:p>
        </w:tc>
        <w:tc>
          <w:tcPr>
            <w:tcW w:w="1332" w:type="dxa"/>
          </w:tcPr>
          <w:p w14:paraId="61AE9111" w14:textId="24EA891B" w:rsidR="00225E5E" w:rsidRPr="00AD59DE" w:rsidRDefault="00225E5E" w:rsidP="00AD59DE">
            <w:pPr>
              <w:spacing w:before="100" w:beforeAutospacing="1" w:after="100" w:afterAutospacing="1" w:line="360" w:lineRule="auto"/>
              <w:rPr>
                <w:rFonts w:ascii="Arial" w:hAnsi="Arial" w:cs="Arial"/>
                <w:b/>
                <w:bCs/>
              </w:rPr>
            </w:pPr>
            <w:r w:rsidRPr="00AD59DE">
              <w:rPr>
                <w:rFonts w:ascii="Arial" w:hAnsi="Arial" w:cs="Arial"/>
                <w:b/>
                <w:bCs/>
              </w:rPr>
              <w:t>Review</w:t>
            </w:r>
            <w:r w:rsidR="00540EBD" w:rsidRPr="00AD59DE">
              <w:rPr>
                <w:rFonts w:ascii="Arial" w:hAnsi="Arial" w:cs="Arial"/>
                <w:b/>
                <w:bCs/>
              </w:rPr>
              <w:t xml:space="preserve"> </w:t>
            </w:r>
            <w:r w:rsidRPr="00AD59DE">
              <w:rPr>
                <w:rFonts w:ascii="Arial" w:hAnsi="Arial" w:cs="Arial"/>
                <w:b/>
                <w:bCs/>
              </w:rPr>
              <w:t>da</w:t>
            </w:r>
            <w:r w:rsidR="003C7FB3" w:rsidRPr="00AD59DE">
              <w:rPr>
                <w:rFonts w:ascii="Arial" w:hAnsi="Arial" w:cs="Arial"/>
                <w:b/>
                <w:bCs/>
              </w:rPr>
              <w:t>t</w:t>
            </w:r>
            <w:r w:rsidR="00AB23F6" w:rsidRPr="00AD59DE">
              <w:rPr>
                <w:rFonts w:ascii="Arial" w:hAnsi="Arial" w:cs="Arial"/>
                <w:b/>
                <w:bCs/>
              </w:rPr>
              <w:t>e</w:t>
            </w:r>
          </w:p>
        </w:tc>
      </w:tr>
      <w:tr w:rsidR="009C1806" w:rsidRPr="00AD59DE" w14:paraId="749D9273" w14:textId="77777777" w:rsidTr="00B94873">
        <w:trPr>
          <w:trHeight w:val="2969"/>
        </w:trPr>
        <w:tc>
          <w:tcPr>
            <w:tcW w:w="1872" w:type="dxa"/>
          </w:tcPr>
          <w:p w14:paraId="4208308C" w14:textId="77777777" w:rsidR="00B94873" w:rsidRPr="00AD59DE" w:rsidRDefault="00BE324B" w:rsidP="00AD59DE">
            <w:pPr>
              <w:spacing w:before="100" w:beforeAutospacing="1" w:after="100" w:afterAutospacing="1" w:line="360" w:lineRule="auto"/>
              <w:rPr>
                <w:rFonts w:ascii="Arial" w:hAnsi="Arial" w:cs="Arial"/>
              </w:rPr>
            </w:pPr>
            <w:r w:rsidRPr="00AD59DE">
              <w:rPr>
                <w:rFonts w:ascii="Arial" w:hAnsi="Arial" w:cs="Arial"/>
                <w:b/>
                <w:bCs/>
              </w:rPr>
              <w:t>Goal 1</w:t>
            </w:r>
          </w:p>
          <w:p w14:paraId="22B7D914" w14:textId="7456D3CC" w:rsidR="00BE324B" w:rsidRPr="00AD59DE" w:rsidRDefault="00BE324B" w:rsidP="00AD59DE">
            <w:pPr>
              <w:pStyle w:val="ListParagraph"/>
              <w:numPr>
                <w:ilvl w:val="0"/>
                <w:numId w:val="40"/>
              </w:numPr>
              <w:spacing w:before="100" w:beforeAutospacing="1" w:after="100" w:afterAutospacing="1" w:line="360" w:lineRule="auto"/>
              <w:rPr>
                <w:rFonts w:ascii="Arial" w:hAnsi="Arial" w:cs="Arial"/>
                <w:b/>
                <w:bCs/>
              </w:rPr>
            </w:pPr>
            <w:r w:rsidRPr="00AD59DE">
              <w:rPr>
                <w:rFonts w:ascii="Arial" w:hAnsi="Arial" w:cs="Arial"/>
              </w:rPr>
              <w:t>Complete Dementia Awareness training within 12 months.</w:t>
            </w:r>
          </w:p>
        </w:tc>
        <w:tc>
          <w:tcPr>
            <w:tcW w:w="2646" w:type="dxa"/>
          </w:tcPr>
          <w:p w14:paraId="7EBB7D96" w14:textId="6B378EBD" w:rsidR="0083332D" w:rsidRPr="00AD59DE" w:rsidRDefault="0083332D" w:rsidP="00AD59DE">
            <w:pPr>
              <w:spacing w:before="100" w:beforeAutospacing="1" w:after="100" w:afterAutospacing="1" w:line="360" w:lineRule="auto"/>
              <w:rPr>
                <w:rFonts w:ascii="Arial" w:hAnsi="Arial" w:cs="Arial"/>
              </w:rPr>
            </w:pPr>
          </w:p>
          <w:p w14:paraId="28E3E81C" w14:textId="4F760C1C" w:rsidR="00774F66" w:rsidRPr="00AD59DE" w:rsidRDefault="00612C0A" w:rsidP="00AD59DE">
            <w:pPr>
              <w:pStyle w:val="ListParagraph"/>
              <w:numPr>
                <w:ilvl w:val="0"/>
                <w:numId w:val="36"/>
              </w:numPr>
              <w:spacing w:before="100" w:beforeAutospacing="1" w:after="100" w:afterAutospacing="1" w:line="360" w:lineRule="auto"/>
              <w:rPr>
                <w:rFonts w:ascii="Arial" w:hAnsi="Arial" w:cs="Arial"/>
              </w:rPr>
            </w:pPr>
            <w:r w:rsidRPr="00AD59DE">
              <w:rPr>
                <w:rFonts w:ascii="Arial" w:hAnsi="Arial" w:cs="Arial"/>
              </w:rPr>
              <w:t>Attend Dementia Awareness training.</w:t>
            </w:r>
          </w:p>
          <w:p w14:paraId="11E4FA3F" w14:textId="77777777" w:rsidR="00774F66" w:rsidRPr="00AD59DE" w:rsidRDefault="00612C0A" w:rsidP="00AD59DE">
            <w:pPr>
              <w:pStyle w:val="ListParagraph"/>
              <w:numPr>
                <w:ilvl w:val="0"/>
                <w:numId w:val="36"/>
              </w:numPr>
              <w:spacing w:before="100" w:beforeAutospacing="1" w:after="100" w:afterAutospacing="1" w:line="360" w:lineRule="auto"/>
              <w:rPr>
                <w:rFonts w:ascii="Arial" w:hAnsi="Arial" w:cs="Arial"/>
              </w:rPr>
            </w:pPr>
            <w:r w:rsidRPr="00AD59DE">
              <w:rPr>
                <w:rFonts w:ascii="Arial" w:hAnsi="Arial" w:cs="Arial"/>
              </w:rPr>
              <w:t>Complete the training successfully.</w:t>
            </w:r>
          </w:p>
          <w:p w14:paraId="020F9F93" w14:textId="6CA1AFDF" w:rsidR="00612C0A" w:rsidRPr="00AD59DE" w:rsidRDefault="00612C0A" w:rsidP="00AD59DE">
            <w:pPr>
              <w:pStyle w:val="ListParagraph"/>
              <w:numPr>
                <w:ilvl w:val="0"/>
                <w:numId w:val="36"/>
              </w:numPr>
              <w:spacing w:before="100" w:beforeAutospacing="1" w:after="100" w:afterAutospacing="1" w:line="360" w:lineRule="auto"/>
              <w:rPr>
                <w:rFonts w:ascii="Arial" w:hAnsi="Arial" w:cs="Arial"/>
              </w:rPr>
            </w:pPr>
            <w:r w:rsidRPr="00AD59DE">
              <w:rPr>
                <w:rFonts w:ascii="Arial" w:hAnsi="Arial" w:cs="Arial"/>
              </w:rPr>
              <w:t xml:space="preserve">Apply the knowledge while supporting residents with dementia. </w:t>
            </w:r>
          </w:p>
        </w:tc>
        <w:tc>
          <w:tcPr>
            <w:tcW w:w="2250" w:type="dxa"/>
          </w:tcPr>
          <w:p w14:paraId="638EF2E0" w14:textId="77777777" w:rsidR="0083332D" w:rsidRPr="00AD59DE" w:rsidRDefault="0083332D" w:rsidP="00AD59DE">
            <w:pPr>
              <w:spacing w:before="100" w:beforeAutospacing="1" w:after="100" w:afterAutospacing="1" w:line="360" w:lineRule="auto"/>
              <w:rPr>
                <w:rFonts w:ascii="Arial" w:hAnsi="Arial" w:cs="Arial"/>
              </w:rPr>
            </w:pPr>
          </w:p>
          <w:p w14:paraId="67277BB2" w14:textId="77777777" w:rsidR="00EF4BD5" w:rsidRPr="00AD59DE" w:rsidRDefault="001A0B1E" w:rsidP="00AD59DE">
            <w:pPr>
              <w:pStyle w:val="ListParagraph"/>
              <w:numPr>
                <w:ilvl w:val="0"/>
                <w:numId w:val="40"/>
              </w:numPr>
              <w:spacing w:before="100" w:beforeAutospacing="1" w:after="100" w:afterAutospacing="1" w:line="360" w:lineRule="auto"/>
              <w:rPr>
                <w:rFonts w:ascii="Arial" w:hAnsi="Arial" w:cs="Arial"/>
              </w:rPr>
            </w:pPr>
            <w:r w:rsidRPr="00AD59DE">
              <w:rPr>
                <w:rFonts w:ascii="Arial" w:hAnsi="Arial" w:cs="Arial"/>
              </w:rPr>
              <w:t>Employer training programme.</w:t>
            </w:r>
          </w:p>
          <w:p w14:paraId="1CB9F72D" w14:textId="77777777" w:rsidR="00EF4BD5" w:rsidRPr="00AD59DE" w:rsidRDefault="001A0B1E" w:rsidP="00AD59DE">
            <w:pPr>
              <w:pStyle w:val="ListParagraph"/>
              <w:numPr>
                <w:ilvl w:val="0"/>
                <w:numId w:val="40"/>
              </w:numPr>
              <w:spacing w:before="100" w:beforeAutospacing="1" w:after="100" w:afterAutospacing="1" w:line="360" w:lineRule="auto"/>
              <w:rPr>
                <w:rFonts w:ascii="Arial" w:hAnsi="Arial" w:cs="Arial"/>
              </w:rPr>
            </w:pPr>
            <w:r w:rsidRPr="00AD59DE">
              <w:rPr>
                <w:rFonts w:ascii="Arial" w:hAnsi="Arial" w:cs="Arial"/>
              </w:rPr>
              <w:t>Online learning resources.</w:t>
            </w:r>
          </w:p>
          <w:p w14:paraId="2C696C92" w14:textId="446CCB24" w:rsidR="001A0B1E" w:rsidRPr="00AD59DE" w:rsidRDefault="001A0B1E" w:rsidP="00AD59DE">
            <w:pPr>
              <w:pStyle w:val="ListParagraph"/>
              <w:numPr>
                <w:ilvl w:val="0"/>
                <w:numId w:val="40"/>
              </w:numPr>
              <w:spacing w:before="100" w:beforeAutospacing="1" w:after="100" w:afterAutospacing="1" w:line="360" w:lineRule="auto"/>
              <w:rPr>
                <w:rFonts w:ascii="Arial" w:hAnsi="Arial" w:cs="Arial"/>
              </w:rPr>
            </w:pPr>
            <w:r w:rsidRPr="00AD59DE">
              <w:rPr>
                <w:rFonts w:ascii="Arial" w:hAnsi="Arial" w:cs="Arial"/>
              </w:rPr>
              <w:t>Support from a supervisor or mentor.</w:t>
            </w:r>
          </w:p>
        </w:tc>
        <w:tc>
          <w:tcPr>
            <w:tcW w:w="1260" w:type="dxa"/>
          </w:tcPr>
          <w:p w14:paraId="718CE0F0" w14:textId="77777777" w:rsidR="00032912" w:rsidRPr="00AD59DE" w:rsidRDefault="00032912" w:rsidP="00AD59DE">
            <w:pPr>
              <w:spacing w:before="100" w:beforeAutospacing="1" w:after="100" w:afterAutospacing="1" w:line="360" w:lineRule="auto"/>
              <w:rPr>
                <w:rFonts w:ascii="Arial" w:hAnsi="Arial" w:cs="Arial"/>
              </w:rPr>
            </w:pPr>
          </w:p>
          <w:p w14:paraId="6376F049" w14:textId="496CE4A8" w:rsidR="00225E5E" w:rsidRPr="00AD59DE" w:rsidRDefault="00612C0A" w:rsidP="00AD59DE">
            <w:pPr>
              <w:spacing w:before="100" w:beforeAutospacing="1" w:after="100" w:afterAutospacing="1" w:line="360" w:lineRule="auto"/>
              <w:rPr>
                <w:rFonts w:ascii="Arial" w:hAnsi="Arial" w:cs="Arial"/>
              </w:rPr>
            </w:pPr>
            <w:r w:rsidRPr="00AD59DE">
              <w:rPr>
                <w:rFonts w:ascii="Arial" w:hAnsi="Arial" w:cs="Arial"/>
              </w:rPr>
              <w:t>July 2027</w:t>
            </w:r>
          </w:p>
        </w:tc>
        <w:tc>
          <w:tcPr>
            <w:tcW w:w="1332" w:type="dxa"/>
          </w:tcPr>
          <w:p w14:paraId="06AB8A30" w14:textId="77777777" w:rsidR="00032912" w:rsidRPr="00AD59DE" w:rsidRDefault="00032912" w:rsidP="00AD59DE">
            <w:pPr>
              <w:spacing w:before="100" w:beforeAutospacing="1" w:after="100" w:afterAutospacing="1" w:line="360" w:lineRule="auto"/>
              <w:rPr>
                <w:rFonts w:ascii="Arial" w:hAnsi="Arial" w:cs="Arial"/>
              </w:rPr>
            </w:pPr>
          </w:p>
          <w:p w14:paraId="64ED09CB" w14:textId="449E4435" w:rsidR="00225E5E" w:rsidRPr="00AD59DE" w:rsidRDefault="001A0B1E" w:rsidP="00AD59DE">
            <w:pPr>
              <w:spacing w:before="100" w:beforeAutospacing="1" w:after="100" w:afterAutospacing="1" w:line="360" w:lineRule="auto"/>
              <w:rPr>
                <w:rFonts w:ascii="Arial" w:hAnsi="Arial" w:cs="Arial"/>
              </w:rPr>
            </w:pPr>
            <w:r w:rsidRPr="00AD59DE">
              <w:rPr>
                <w:rFonts w:ascii="Arial" w:hAnsi="Arial" w:cs="Arial"/>
              </w:rPr>
              <w:t>January 2028</w:t>
            </w:r>
          </w:p>
        </w:tc>
      </w:tr>
      <w:tr w:rsidR="009C1806" w:rsidRPr="00AD59DE" w14:paraId="026C3213" w14:textId="77777777" w:rsidTr="00B94873">
        <w:trPr>
          <w:trHeight w:val="3311"/>
        </w:trPr>
        <w:tc>
          <w:tcPr>
            <w:tcW w:w="1872" w:type="dxa"/>
          </w:tcPr>
          <w:p w14:paraId="5CDC4C35" w14:textId="77777777" w:rsidR="00646F0F" w:rsidRPr="00AD59DE" w:rsidRDefault="00646F0F" w:rsidP="00AD59DE">
            <w:pPr>
              <w:spacing w:before="100" w:beforeAutospacing="1" w:after="100" w:afterAutospacing="1" w:line="360" w:lineRule="auto"/>
              <w:rPr>
                <w:rFonts w:ascii="Arial" w:hAnsi="Arial" w:cs="Arial"/>
                <w:b/>
                <w:bCs/>
              </w:rPr>
            </w:pPr>
            <w:r w:rsidRPr="00AD59DE">
              <w:rPr>
                <w:rFonts w:ascii="Arial" w:hAnsi="Arial" w:cs="Arial"/>
                <w:b/>
                <w:bCs/>
              </w:rPr>
              <w:t>Goal 2</w:t>
            </w:r>
          </w:p>
          <w:p w14:paraId="19E1187C" w14:textId="0660B844" w:rsidR="00225E5E" w:rsidRPr="00AD59DE" w:rsidRDefault="00646F0F" w:rsidP="00AD59DE">
            <w:pPr>
              <w:pStyle w:val="ListParagraph"/>
              <w:numPr>
                <w:ilvl w:val="0"/>
                <w:numId w:val="41"/>
              </w:numPr>
              <w:spacing w:before="100" w:beforeAutospacing="1" w:after="100" w:afterAutospacing="1" w:line="360" w:lineRule="auto"/>
              <w:rPr>
                <w:rFonts w:ascii="Arial" w:hAnsi="Arial" w:cs="Arial"/>
              </w:rPr>
            </w:pPr>
            <w:r w:rsidRPr="00AD59DE">
              <w:rPr>
                <w:rFonts w:ascii="Arial" w:hAnsi="Arial" w:cs="Arial"/>
              </w:rPr>
              <w:t>Complete Moving and Handling of People training within 12 months.</w:t>
            </w:r>
          </w:p>
        </w:tc>
        <w:tc>
          <w:tcPr>
            <w:tcW w:w="2646" w:type="dxa"/>
          </w:tcPr>
          <w:p w14:paraId="369B6A98" w14:textId="77777777" w:rsidR="0083332D" w:rsidRPr="00AD59DE" w:rsidRDefault="0083332D" w:rsidP="00AD59DE">
            <w:pPr>
              <w:spacing w:before="100" w:beforeAutospacing="1" w:after="100" w:afterAutospacing="1" w:line="360" w:lineRule="auto"/>
              <w:rPr>
                <w:rFonts w:ascii="Arial" w:hAnsi="Arial" w:cs="Arial"/>
              </w:rPr>
            </w:pPr>
          </w:p>
          <w:p w14:paraId="2571AD50" w14:textId="6D7EDAC3" w:rsidR="00185CF8" w:rsidRPr="00AD59DE" w:rsidRDefault="006E6A41" w:rsidP="00AD59DE">
            <w:pPr>
              <w:pStyle w:val="ListParagraph"/>
              <w:numPr>
                <w:ilvl w:val="0"/>
                <w:numId w:val="39"/>
              </w:numPr>
              <w:spacing w:before="100" w:beforeAutospacing="1" w:after="100" w:afterAutospacing="1" w:line="360" w:lineRule="auto"/>
              <w:rPr>
                <w:rFonts w:ascii="Arial" w:hAnsi="Arial" w:cs="Arial"/>
              </w:rPr>
            </w:pPr>
            <w:r w:rsidRPr="00AD59DE">
              <w:rPr>
                <w:rFonts w:ascii="Arial" w:hAnsi="Arial" w:cs="Arial"/>
              </w:rPr>
              <w:t>Attend Moving and Handling training</w:t>
            </w:r>
            <w:r w:rsidR="008571A8" w:rsidRPr="00AD59DE">
              <w:rPr>
                <w:rFonts w:ascii="Arial" w:hAnsi="Arial" w:cs="Arial"/>
              </w:rPr>
              <w:t>.</w:t>
            </w:r>
          </w:p>
          <w:p w14:paraId="053E6D45" w14:textId="77777777" w:rsidR="00185CF8" w:rsidRPr="00AD59DE" w:rsidRDefault="007D31F7" w:rsidP="00AD59DE">
            <w:pPr>
              <w:pStyle w:val="ListParagraph"/>
              <w:numPr>
                <w:ilvl w:val="0"/>
                <w:numId w:val="39"/>
              </w:numPr>
              <w:spacing w:before="100" w:beforeAutospacing="1" w:after="100" w:afterAutospacing="1" w:line="360" w:lineRule="auto"/>
              <w:rPr>
                <w:rFonts w:ascii="Arial" w:hAnsi="Arial" w:cs="Arial"/>
              </w:rPr>
            </w:pPr>
            <w:r w:rsidRPr="00AD59DE">
              <w:rPr>
                <w:rFonts w:ascii="Arial" w:hAnsi="Arial" w:cs="Arial"/>
              </w:rPr>
              <w:t>Practice</w:t>
            </w:r>
            <w:r w:rsidR="006E6A41" w:rsidRPr="00AD59DE">
              <w:rPr>
                <w:rFonts w:ascii="Arial" w:hAnsi="Arial" w:cs="Arial"/>
              </w:rPr>
              <w:t xml:space="preserve"> safe moving and handling techniques.</w:t>
            </w:r>
            <w:r w:rsidR="00AB696F" w:rsidRPr="00AD59DE">
              <w:rPr>
                <w:rFonts w:ascii="Arial" w:hAnsi="Arial" w:cs="Arial"/>
              </w:rPr>
              <w:t xml:space="preserve"> </w:t>
            </w:r>
          </w:p>
          <w:p w14:paraId="6B75058B" w14:textId="1512972E" w:rsidR="006E6A41" w:rsidRPr="00AD59DE" w:rsidRDefault="006E6A41" w:rsidP="00AD59DE">
            <w:pPr>
              <w:pStyle w:val="ListParagraph"/>
              <w:numPr>
                <w:ilvl w:val="0"/>
                <w:numId w:val="39"/>
              </w:numPr>
              <w:spacing w:before="100" w:beforeAutospacing="1" w:after="100" w:afterAutospacing="1" w:line="360" w:lineRule="auto"/>
              <w:rPr>
                <w:rFonts w:ascii="Arial" w:hAnsi="Arial" w:cs="Arial"/>
              </w:rPr>
            </w:pPr>
            <w:r w:rsidRPr="00AD59DE">
              <w:rPr>
                <w:rFonts w:ascii="Arial" w:hAnsi="Arial" w:cs="Arial"/>
              </w:rPr>
              <w:t>Apply the skills when assisting residents with mobility.</w:t>
            </w:r>
          </w:p>
        </w:tc>
        <w:tc>
          <w:tcPr>
            <w:tcW w:w="2250" w:type="dxa"/>
          </w:tcPr>
          <w:p w14:paraId="0EC24FA4" w14:textId="77777777" w:rsidR="0083332D" w:rsidRPr="00AD59DE" w:rsidRDefault="0083332D" w:rsidP="00AD59DE">
            <w:pPr>
              <w:spacing w:before="100" w:beforeAutospacing="1" w:after="100" w:afterAutospacing="1" w:line="360" w:lineRule="auto"/>
              <w:rPr>
                <w:rFonts w:ascii="Arial" w:hAnsi="Arial" w:cs="Arial"/>
              </w:rPr>
            </w:pPr>
          </w:p>
          <w:p w14:paraId="52DAEA04" w14:textId="77777777" w:rsidR="00EF4BD5" w:rsidRPr="00AD59DE" w:rsidRDefault="00AF73D9" w:rsidP="00AD59DE">
            <w:pPr>
              <w:pStyle w:val="ListParagraph"/>
              <w:numPr>
                <w:ilvl w:val="0"/>
                <w:numId w:val="39"/>
              </w:numPr>
              <w:spacing w:before="100" w:beforeAutospacing="1" w:after="100" w:afterAutospacing="1" w:line="360" w:lineRule="auto"/>
              <w:rPr>
                <w:rFonts w:ascii="Arial" w:hAnsi="Arial" w:cs="Arial"/>
              </w:rPr>
            </w:pPr>
            <w:r w:rsidRPr="00AD59DE">
              <w:rPr>
                <w:rFonts w:ascii="Arial" w:hAnsi="Arial" w:cs="Arial"/>
              </w:rPr>
              <w:t>Workplace training sessions.</w:t>
            </w:r>
          </w:p>
          <w:p w14:paraId="5C9E631D" w14:textId="77777777" w:rsidR="00EF4BD5" w:rsidRPr="00AD59DE" w:rsidRDefault="00AF73D9" w:rsidP="00AD59DE">
            <w:pPr>
              <w:pStyle w:val="ListParagraph"/>
              <w:numPr>
                <w:ilvl w:val="0"/>
                <w:numId w:val="39"/>
              </w:numPr>
              <w:spacing w:before="100" w:beforeAutospacing="1" w:after="100" w:afterAutospacing="1" w:line="360" w:lineRule="auto"/>
              <w:rPr>
                <w:rFonts w:ascii="Arial" w:hAnsi="Arial" w:cs="Arial"/>
              </w:rPr>
            </w:pPr>
            <w:r w:rsidRPr="00AD59DE">
              <w:rPr>
                <w:rFonts w:ascii="Arial" w:hAnsi="Arial" w:cs="Arial"/>
              </w:rPr>
              <w:t>Practical demonstrations.</w:t>
            </w:r>
          </w:p>
          <w:p w14:paraId="036294B2" w14:textId="33A1AE09" w:rsidR="00AF73D9" w:rsidRPr="00AD59DE" w:rsidRDefault="00AF73D9" w:rsidP="00AD59DE">
            <w:pPr>
              <w:pStyle w:val="ListParagraph"/>
              <w:numPr>
                <w:ilvl w:val="0"/>
                <w:numId w:val="39"/>
              </w:numPr>
              <w:spacing w:before="100" w:beforeAutospacing="1" w:after="100" w:afterAutospacing="1" w:line="360" w:lineRule="auto"/>
              <w:rPr>
                <w:rFonts w:ascii="Arial" w:hAnsi="Arial" w:cs="Arial"/>
              </w:rPr>
            </w:pPr>
            <w:r w:rsidRPr="00AD59DE">
              <w:rPr>
                <w:rFonts w:ascii="Arial" w:hAnsi="Arial" w:cs="Arial"/>
              </w:rPr>
              <w:t>Guidance from experienced staff.</w:t>
            </w:r>
          </w:p>
        </w:tc>
        <w:tc>
          <w:tcPr>
            <w:tcW w:w="1260" w:type="dxa"/>
          </w:tcPr>
          <w:p w14:paraId="19CB7E48" w14:textId="77777777" w:rsidR="00791B10" w:rsidRPr="00AD59DE" w:rsidRDefault="00791B10" w:rsidP="00AD59DE">
            <w:pPr>
              <w:spacing w:before="100" w:beforeAutospacing="1" w:after="100" w:afterAutospacing="1" w:line="360" w:lineRule="auto"/>
              <w:rPr>
                <w:rFonts w:ascii="Arial" w:hAnsi="Arial" w:cs="Arial"/>
              </w:rPr>
            </w:pPr>
          </w:p>
          <w:p w14:paraId="77EF130E" w14:textId="74AC8732" w:rsidR="00225E5E" w:rsidRPr="00AD59DE" w:rsidRDefault="00A14998" w:rsidP="00AD59DE">
            <w:pPr>
              <w:spacing w:before="100" w:beforeAutospacing="1" w:after="100" w:afterAutospacing="1" w:line="360" w:lineRule="auto"/>
              <w:rPr>
                <w:rFonts w:ascii="Arial" w:hAnsi="Arial" w:cs="Arial"/>
              </w:rPr>
            </w:pPr>
            <w:r w:rsidRPr="00AD59DE">
              <w:rPr>
                <w:rFonts w:ascii="Arial" w:hAnsi="Arial" w:cs="Arial"/>
              </w:rPr>
              <w:t>July 2027</w:t>
            </w:r>
          </w:p>
        </w:tc>
        <w:tc>
          <w:tcPr>
            <w:tcW w:w="1332" w:type="dxa"/>
          </w:tcPr>
          <w:p w14:paraId="6D7D75BB" w14:textId="77777777" w:rsidR="00791B10" w:rsidRPr="00AD59DE" w:rsidRDefault="00791B10" w:rsidP="00AD59DE">
            <w:pPr>
              <w:spacing w:before="100" w:beforeAutospacing="1" w:after="100" w:afterAutospacing="1" w:line="360" w:lineRule="auto"/>
              <w:rPr>
                <w:rFonts w:ascii="Arial" w:hAnsi="Arial" w:cs="Arial"/>
              </w:rPr>
            </w:pPr>
          </w:p>
          <w:p w14:paraId="29BAE83D" w14:textId="2EB84009" w:rsidR="00225E5E" w:rsidRPr="00AD59DE" w:rsidRDefault="00A14998" w:rsidP="00AD59DE">
            <w:pPr>
              <w:spacing w:before="100" w:beforeAutospacing="1" w:after="100" w:afterAutospacing="1" w:line="360" w:lineRule="auto"/>
              <w:rPr>
                <w:rFonts w:ascii="Arial" w:hAnsi="Arial" w:cs="Arial"/>
              </w:rPr>
            </w:pPr>
            <w:r w:rsidRPr="00AD59DE">
              <w:rPr>
                <w:rFonts w:ascii="Arial" w:hAnsi="Arial" w:cs="Arial"/>
              </w:rPr>
              <w:t>January 2028</w:t>
            </w:r>
          </w:p>
        </w:tc>
      </w:tr>
      <w:tr w:rsidR="009C1806" w:rsidRPr="00AD59DE" w14:paraId="6843CFBB" w14:textId="77777777" w:rsidTr="00B94873">
        <w:trPr>
          <w:trHeight w:val="4553"/>
        </w:trPr>
        <w:tc>
          <w:tcPr>
            <w:tcW w:w="1872" w:type="dxa"/>
          </w:tcPr>
          <w:p w14:paraId="164087CA" w14:textId="218F9AB9" w:rsidR="0089325B" w:rsidRPr="00AD59DE" w:rsidRDefault="004E2B41" w:rsidP="00AD59DE">
            <w:pPr>
              <w:spacing w:before="100" w:beforeAutospacing="1" w:after="100" w:afterAutospacing="1" w:line="360" w:lineRule="auto"/>
              <w:rPr>
                <w:rFonts w:ascii="Arial" w:hAnsi="Arial" w:cs="Arial"/>
                <w:b/>
                <w:bCs/>
              </w:rPr>
            </w:pPr>
            <w:r w:rsidRPr="00AD59DE">
              <w:rPr>
                <w:rFonts w:ascii="Arial" w:hAnsi="Arial" w:cs="Arial"/>
                <w:b/>
                <w:bCs/>
              </w:rPr>
              <w:lastRenderedPageBreak/>
              <w:t>Goal 3</w:t>
            </w:r>
          </w:p>
          <w:p w14:paraId="1D9279ED" w14:textId="1A45AB85" w:rsidR="004E2B41" w:rsidRPr="00AD59DE" w:rsidRDefault="004E2B41" w:rsidP="00AD59DE">
            <w:pPr>
              <w:pStyle w:val="ListParagraph"/>
              <w:numPr>
                <w:ilvl w:val="0"/>
                <w:numId w:val="42"/>
              </w:numPr>
              <w:spacing w:before="100" w:beforeAutospacing="1" w:after="100" w:afterAutospacing="1" w:line="360" w:lineRule="auto"/>
              <w:rPr>
                <w:rFonts w:ascii="Arial" w:hAnsi="Arial" w:cs="Arial"/>
              </w:rPr>
            </w:pPr>
            <w:r w:rsidRPr="00AD59DE">
              <w:rPr>
                <w:rFonts w:ascii="Arial" w:hAnsi="Arial" w:cs="Arial"/>
              </w:rPr>
              <w:t>Complete Medication Awareness training within the next two years.</w:t>
            </w:r>
          </w:p>
        </w:tc>
        <w:tc>
          <w:tcPr>
            <w:tcW w:w="2646" w:type="dxa"/>
          </w:tcPr>
          <w:p w14:paraId="67FCC032" w14:textId="77777777" w:rsidR="00185CF8" w:rsidRPr="00AD59DE" w:rsidRDefault="00185CF8" w:rsidP="00AD59DE">
            <w:pPr>
              <w:spacing w:before="100" w:beforeAutospacing="1" w:after="100" w:afterAutospacing="1" w:line="360" w:lineRule="auto"/>
              <w:rPr>
                <w:rFonts w:ascii="Arial" w:hAnsi="Arial" w:cs="Arial"/>
              </w:rPr>
            </w:pPr>
          </w:p>
          <w:p w14:paraId="70775258" w14:textId="77777777" w:rsidR="00CF12F2" w:rsidRPr="00AD59DE" w:rsidRDefault="00734F82" w:rsidP="00AD59DE">
            <w:pPr>
              <w:pStyle w:val="ListParagraph"/>
              <w:numPr>
                <w:ilvl w:val="0"/>
                <w:numId w:val="42"/>
              </w:numPr>
              <w:spacing w:before="100" w:beforeAutospacing="1" w:after="100" w:afterAutospacing="1" w:line="360" w:lineRule="auto"/>
              <w:rPr>
                <w:rFonts w:ascii="Arial" w:hAnsi="Arial" w:cs="Arial"/>
              </w:rPr>
            </w:pPr>
            <w:r w:rsidRPr="00AD59DE">
              <w:rPr>
                <w:rFonts w:ascii="Arial" w:hAnsi="Arial" w:cs="Arial"/>
              </w:rPr>
              <w:t>Enrol</w:t>
            </w:r>
            <w:r w:rsidR="006664D2" w:rsidRPr="00AD59DE">
              <w:rPr>
                <w:rFonts w:ascii="Arial" w:hAnsi="Arial" w:cs="Arial"/>
              </w:rPr>
              <w:t xml:space="preserve"> in a Medication Awareness training course.</w:t>
            </w:r>
          </w:p>
          <w:p w14:paraId="6AC4F229" w14:textId="77777777" w:rsidR="00CF12F2" w:rsidRPr="00AD59DE" w:rsidRDefault="006664D2" w:rsidP="00AD59DE">
            <w:pPr>
              <w:pStyle w:val="ListParagraph"/>
              <w:numPr>
                <w:ilvl w:val="0"/>
                <w:numId w:val="42"/>
              </w:numPr>
              <w:spacing w:before="100" w:beforeAutospacing="1" w:after="100" w:afterAutospacing="1" w:line="360" w:lineRule="auto"/>
              <w:rPr>
                <w:rFonts w:ascii="Arial" w:hAnsi="Arial" w:cs="Arial"/>
              </w:rPr>
            </w:pPr>
            <w:r w:rsidRPr="00AD59DE">
              <w:rPr>
                <w:rFonts w:ascii="Arial" w:hAnsi="Arial" w:cs="Arial"/>
              </w:rPr>
              <w:t>Complete all training sessions and assessments successfully.</w:t>
            </w:r>
          </w:p>
          <w:p w14:paraId="175C2F6C" w14:textId="2C9EFFB8" w:rsidR="006664D2" w:rsidRPr="00AD59DE" w:rsidRDefault="009C1806" w:rsidP="00AD59DE">
            <w:pPr>
              <w:pStyle w:val="ListParagraph"/>
              <w:numPr>
                <w:ilvl w:val="0"/>
                <w:numId w:val="42"/>
              </w:numPr>
              <w:spacing w:before="100" w:beforeAutospacing="1" w:after="100" w:afterAutospacing="1" w:line="360" w:lineRule="auto"/>
              <w:rPr>
                <w:rFonts w:ascii="Arial" w:hAnsi="Arial" w:cs="Arial"/>
              </w:rPr>
            </w:pPr>
            <w:r w:rsidRPr="00AD59DE">
              <w:rPr>
                <w:rFonts w:ascii="Arial" w:hAnsi="Arial" w:cs="Arial"/>
              </w:rPr>
              <w:t xml:space="preserve"> </w:t>
            </w:r>
            <w:r w:rsidR="006664D2" w:rsidRPr="00AD59DE">
              <w:rPr>
                <w:rFonts w:ascii="Arial" w:hAnsi="Arial" w:cs="Arial"/>
              </w:rPr>
              <w:t>Apply the learning safely when supporting medication-related tasks under supervision.</w:t>
            </w:r>
          </w:p>
        </w:tc>
        <w:tc>
          <w:tcPr>
            <w:tcW w:w="2250" w:type="dxa"/>
          </w:tcPr>
          <w:p w14:paraId="1F146BF8" w14:textId="77777777" w:rsidR="0083332D" w:rsidRPr="00AD59DE" w:rsidRDefault="0083332D" w:rsidP="00AD59DE">
            <w:pPr>
              <w:spacing w:before="100" w:beforeAutospacing="1" w:after="100" w:afterAutospacing="1" w:line="360" w:lineRule="auto"/>
              <w:rPr>
                <w:rFonts w:ascii="Arial" w:hAnsi="Arial" w:cs="Arial"/>
              </w:rPr>
            </w:pPr>
          </w:p>
          <w:p w14:paraId="3BB7D527" w14:textId="77777777" w:rsidR="00032912" w:rsidRPr="00AD59DE" w:rsidRDefault="00FA225E" w:rsidP="00AD59DE">
            <w:pPr>
              <w:pStyle w:val="ListParagraph"/>
              <w:numPr>
                <w:ilvl w:val="0"/>
                <w:numId w:val="42"/>
              </w:numPr>
              <w:spacing w:before="100" w:beforeAutospacing="1" w:after="100" w:afterAutospacing="1" w:line="360" w:lineRule="auto"/>
              <w:rPr>
                <w:rFonts w:ascii="Arial" w:hAnsi="Arial" w:cs="Arial"/>
              </w:rPr>
            </w:pPr>
            <w:r w:rsidRPr="00AD59DE">
              <w:rPr>
                <w:rFonts w:ascii="Arial" w:hAnsi="Arial" w:cs="Arial"/>
              </w:rPr>
              <w:t>Employer training programme.</w:t>
            </w:r>
          </w:p>
          <w:p w14:paraId="7C9958A6" w14:textId="77777777" w:rsidR="00032912" w:rsidRPr="00AD59DE" w:rsidRDefault="00FA225E" w:rsidP="00AD59DE">
            <w:pPr>
              <w:pStyle w:val="ListParagraph"/>
              <w:numPr>
                <w:ilvl w:val="0"/>
                <w:numId w:val="42"/>
              </w:numPr>
              <w:spacing w:before="100" w:beforeAutospacing="1" w:after="100" w:afterAutospacing="1" w:line="360" w:lineRule="auto"/>
              <w:rPr>
                <w:rFonts w:ascii="Arial" w:hAnsi="Arial" w:cs="Arial"/>
              </w:rPr>
            </w:pPr>
            <w:r w:rsidRPr="00AD59DE">
              <w:rPr>
                <w:rFonts w:ascii="Arial" w:hAnsi="Arial" w:cs="Arial"/>
              </w:rPr>
              <w:t>Online learning resources.</w:t>
            </w:r>
          </w:p>
          <w:p w14:paraId="46941029" w14:textId="3F2B5645" w:rsidR="00FA225E" w:rsidRPr="00AD59DE" w:rsidRDefault="00FA225E" w:rsidP="00AD59DE">
            <w:pPr>
              <w:pStyle w:val="ListParagraph"/>
              <w:numPr>
                <w:ilvl w:val="0"/>
                <w:numId w:val="42"/>
              </w:numPr>
              <w:spacing w:before="100" w:beforeAutospacing="1" w:after="100" w:afterAutospacing="1" w:line="360" w:lineRule="auto"/>
              <w:rPr>
                <w:rFonts w:ascii="Arial" w:hAnsi="Arial" w:cs="Arial"/>
              </w:rPr>
            </w:pPr>
            <w:r w:rsidRPr="00AD59DE">
              <w:rPr>
                <w:rFonts w:ascii="Arial" w:hAnsi="Arial" w:cs="Arial"/>
              </w:rPr>
              <w:t>Guidance from senior staff or</w:t>
            </w:r>
            <w:r w:rsidR="003B139F" w:rsidRPr="00AD59DE">
              <w:rPr>
                <w:rFonts w:ascii="Arial" w:hAnsi="Arial" w:cs="Arial"/>
              </w:rPr>
              <w:t xml:space="preserve"> </w:t>
            </w:r>
            <w:r w:rsidRPr="00AD59DE">
              <w:rPr>
                <w:rFonts w:ascii="Arial" w:hAnsi="Arial" w:cs="Arial"/>
              </w:rPr>
              <w:t>mentor</w:t>
            </w:r>
          </w:p>
        </w:tc>
        <w:tc>
          <w:tcPr>
            <w:tcW w:w="1260" w:type="dxa"/>
          </w:tcPr>
          <w:p w14:paraId="3CDED0E5" w14:textId="77777777" w:rsidR="00791B10" w:rsidRPr="00AD59DE" w:rsidRDefault="00791B10" w:rsidP="00AD59DE">
            <w:pPr>
              <w:spacing w:before="100" w:beforeAutospacing="1" w:after="100" w:afterAutospacing="1" w:line="360" w:lineRule="auto"/>
              <w:rPr>
                <w:rFonts w:ascii="Arial" w:hAnsi="Arial" w:cs="Arial"/>
              </w:rPr>
            </w:pPr>
          </w:p>
          <w:p w14:paraId="393CCB23" w14:textId="66D60DDD" w:rsidR="00E32776" w:rsidRPr="00AD59DE" w:rsidRDefault="009075E4" w:rsidP="00AD59DE">
            <w:pPr>
              <w:spacing w:before="100" w:beforeAutospacing="1" w:after="100" w:afterAutospacing="1" w:line="360" w:lineRule="auto"/>
              <w:rPr>
                <w:rFonts w:ascii="Arial" w:hAnsi="Arial" w:cs="Arial"/>
              </w:rPr>
            </w:pPr>
            <w:r w:rsidRPr="00AD59DE">
              <w:rPr>
                <w:rFonts w:ascii="Arial" w:hAnsi="Arial" w:cs="Arial"/>
              </w:rPr>
              <w:t>July 2028</w:t>
            </w:r>
          </w:p>
        </w:tc>
        <w:tc>
          <w:tcPr>
            <w:tcW w:w="1332" w:type="dxa"/>
          </w:tcPr>
          <w:p w14:paraId="74F1A0A3" w14:textId="77777777" w:rsidR="00791B10" w:rsidRPr="00AD59DE" w:rsidRDefault="00791B10" w:rsidP="00AD59DE">
            <w:pPr>
              <w:spacing w:before="100" w:beforeAutospacing="1" w:after="100" w:afterAutospacing="1" w:line="360" w:lineRule="auto"/>
              <w:rPr>
                <w:rFonts w:ascii="Arial" w:hAnsi="Arial" w:cs="Arial"/>
              </w:rPr>
            </w:pPr>
          </w:p>
          <w:p w14:paraId="6C49DA2D" w14:textId="4B00B376" w:rsidR="00E32776" w:rsidRPr="00AD59DE" w:rsidRDefault="009305E9" w:rsidP="00AD59DE">
            <w:pPr>
              <w:spacing w:before="100" w:beforeAutospacing="1" w:after="100" w:afterAutospacing="1" w:line="360" w:lineRule="auto"/>
              <w:rPr>
                <w:rFonts w:ascii="Arial" w:hAnsi="Arial" w:cs="Arial"/>
              </w:rPr>
            </w:pPr>
            <w:r w:rsidRPr="00AD59DE">
              <w:rPr>
                <w:rFonts w:ascii="Arial" w:hAnsi="Arial" w:cs="Arial"/>
              </w:rPr>
              <w:t>January 202</w:t>
            </w:r>
            <w:r w:rsidR="005E0C76" w:rsidRPr="00AD59DE">
              <w:rPr>
                <w:rFonts w:ascii="Arial" w:hAnsi="Arial" w:cs="Arial"/>
              </w:rPr>
              <w:t>9</w:t>
            </w:r>
          </w:p>
        </w:tc>
      </w:tr>
    </w:tbl>
    <w:p w14:paraId="144E0E18" w14:textId="2E2A4B55" w:rsidR="00654898" w:rsidRPr="00AD59DE" w:rsidRDefault="00654898" w:rsidP="00AD59DE">
      <w:pPr>
        <w:spacing w:line="360" w:lineRule="auto"/>
        <w:rPr>
          <w:rFonts w:ascii="Arial" w:hAnsi="Arial" w:cs="Arial"/>
          <w:b/>
          <w:bCs/>
        </w:rPr>
      </w:pPr>
      <w:r w:rsidRPr="00AD59DE">
        <w:rPr>
          <w:rFonts w:ascii="Arial" w:hAnsi="Arial" w:cs="Arial"/>
          <w:b/>
          <w:bCs/>
        </w:rPr>
        <w:br w:type="page"/>
      </w:r>
    </w:p>
    <w:p w14:paraId="5161A360" w14:textId="65A0EF70" w:rsidR="009C766B" w:rsidRPr="00AD59DE" w:rsidRDefault="001C0280"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lastRenderedPageBreak/>
        <w:t>Task 4</w:t>
      </w:r>
      <w:r w:rsidR="009C766B" w:rsidRPr="00AD59DE">
        <w:rPr>
          <w:rFonts w:ascii="Arial" w:hAnsi="Arial" w:cs="Arial"/>
          <w:b/>
          <w:bCs/>
          <w:color w:val="000000" w:themeColor="text1"/>
          <w:u w:val="single"/>
        </w:rPr>
        <w:t>:</w:t>
      </w:r>
    </w:p>
    <w:p w14:paraId="4688C24E" w14:textId="33E3B1DA" w:rsidR="00554FE2" w:rsidRPr="00AD59DE" w:rsidRDefault="001A216B" w:rsidP="00AD59DE">
      <w:pPr>
        <w:spacing w:line="360" w:lineRule="auto"/>
        <w:rPr>
          <w:rFonts w:ascii="Arial" w:hAnsi="Arial" w:cs="Arial"/>
        </w:rPr>
      </w:pPr>
      <w:r w:rsidRPr="00AD59DE">
        <w:rPr>
          <w:rStyle w:val="Strong"/>
          <w:rFonts w:ascii="Arial" w:hAnsi="Arial" w:cs="Arial"/>
          <w:b w:val="0"/>
          <w:bCs w:val="0"/>
        </w:rPr>
        <w:t>Reflection</w:t>
      </w:r>
      <w:r w:rsidRPr="00AD59DE">
        <w:rPr>
          <w:rFonts w:ascii="Arial" w:hAnsi="Arial" w:cs="Arial"/>
        </w:rPr>
        <w:t xml:space="preserve"> is a process of carefully reviewing and evaluating personal experiences to understand what has been learned and identify ways to improve future practice (Gibbs, 1988). It encourages individuals to recognise their strengths, address areas for development, and enhance their knowledge and professional skills (Jasper, 2013). In health and social care, reflection is essential because it supports continuous professional development, improves decision-making, and</w:t>
      </w:r>
      <w:r w:rsidR="007E6230" w:rsidRPr="00AD59DE">
        <w:rPr>
          <w:rFonts w:ascii="Arial" w:hAnsi="Arial" w:cs="Arial"/>
        </w:rPr>
        <w:t xml:space="preserve"> supports the provision of safe, effective </w:t>
      </w:r>
      <w:r w:rsidRPr="00AD59DE">
        <w:rPr>
          <w:rFonts w:ascii="Arial" w:hAnsi="Arial" w:cs="Arial"/>
        </w:rPr>
        <w:t>and person-centred care (Nursing and Midwifery Council (N</w:t>
      </w:r>
      <w:r w:rsidR="00554FE2" w:rsidRPr="00AD59DE">
        <w:rPr>
          <w:rFonts w:ascii="Arial" w:hAnsi="Arial" w:cs="Arial"/>
        </w:rPr>
        <w:t>MC), 2018).</w:t>
      </w:r>
    </w:p>
    <w:p w14:paraId="6786ACEA" w14:textId="3403C3FD" w:rsidR="001A216B" w:rsidRPr="00AD59DE" w:rsidRDefault="00554FE2" w:rsidP="00AD59DE">
      <w:pPr>
        <w:spacing w:line="360" w:lineRule="auto"/>
        <w:rPr>
          <w:rFonts w:ascii="Arial" w:hAnsi="Arial" w:cs="Arial"/>
        </w:rPr>
      </w:pPr>
      <w:r w:rsidRPr="00AD59DE">
        <w:rPr>
          <w:rStyle w:val="Strong"/>
          <w:rFonts w:ascii="Arial" w:hAnsi="Arial" w:cs="Arial"/>
          <w:b w:val="0"/>
          <w:bCs w:val="0"/>
        </w:rPr>
        <w:t>Gibbs’ Reflective Model</w:t>
      </w:r>
      <w:r w:rsidRPr="00AD59DE">
        <w:rPr>
          <w:rFonts w:ascii="Arial" w:hAnsi="Arial" w:cs="Arial"/>
          <w:b/>
          <w:bCs/>
        </w:rPr>
        <w:t>,</w:t>
      </w:r>
      <w:r w:rsidRPr="00AD59DE">
        <w:rPr>
          <w:rFonts w:ascii="Arial" w:hAnsi="Arial" w:cs="Arial"/>
        </w:rPr>
        <w:t xml:space="preserve"> developed by Graham Gibbs in 1988, provides a structured approach for reflecting on experiences and learning from them</w:t>
      </w:r>
      <w:r w:rsidR="00FF1427" w:rsidRPr="00AD59DE">
        <w:rPr>
          <w:rFonts w:ascii="Arial" w:hAnsi="Arial" w:cs="Arial"/>
        </w:rPr>
        <w:t xml:space="preserve"> </w:t>
      </w:r>
      <w:r w:rsidRPr="00AD59DE">
        <w:rPr>
          <w:rFonts w:ascii="Arial" w:hAnsi="Arial" w:cs="Arial"/>
        </w:rPr>
        <w:t>(Gibbs,</w:t>
      </w:r>
      <w:r w:rsidR="00081D65" w:rsidRPr="00AD59DE">
        <w:rPr>
          <w:rFonts w:ascii="Arial" w:hAnsi="Arial" w:cs="Arial"/>
        </w:rPr>
        <w:t xml:space="preserve"> </w:t>
      </w:r>
      <w:r w:rsidRPr="00AD59DE">
        <w:rPr>
          <w:rFonts w:ascii="Arial" w:hAnsi="Arial" w:cs="Arial"/>
        </w:rPr>
        <w:t>1988). The model consists of six stages: description, feelings, evaluation, analysis, conclusion, and action plan, which help individuals review experiences, identify learning, and improve future practice (Bulman and Schutz, 2013). In health and social care, Gibbs’ Reflective Model promotes critical thinking, continuous professional development, and better decision-making, supporting the delivery of safe, effective, and person-centred care (Jasper, 2013; Nursing and Midwifery Council (NMC), 2018).</w:t>
      </w:r>
    </w:p>
    <w:p w14:paraId="0A4AA28D" w14:textId="77777777" w:rsidR="00554FE2" w:rsidRPr="00AD59DE" w:rsidRDefault="00554FE2" w:rsidP="00AD59DE">
      <w:pPr>
        <w:spacing w:line="360" w:lineRule="auto"/>
        <w:rPr>
          <w:rFonts w:ascii="Arial" w:hAnsi="Arial" w:cs="Arial"/>
          <w:b/>
          <w:bCs/>
          <w:color w:val="000000" w:themeColor="text1"/>
          <w:u w:val="single"/>
        </w:rPr>
      </w:pPr>
    </w:p>
    <w:p w14:paraId="00022723" w14:textId="6FAD2363" w:rsidR="00F631E4" w:rsidRPr="00AD59DE" w:rsidRDefault="00F631E4" w:rsidP="00AD59DE">
      <w:pPr>
        <w:spacing w:before="100" w:beforeAutospacing="1" w:after="120" w:line="360" w:lineRule="auto"/>
        <w:jc w:val="center"/>
        <w:rPr>
          <w:rFonts w:ascii="Arial" w:hAnsi="Arial" w:cs="Arial"/>
          <w:b/>
          <w:bCs/>
          <w:u w:val="single"/>
        </w:rPr>
      </w:pPr>
      <w:r w:rsidRPr="00AD59DE">
        <w:rPr>
          <w:rFonts w:ascii="Arial" w:hAnsi="Arial" w:cs="Arial"/>
          <w:b/>
          <w:bCs/>
          <w:u w:val="single"/>
        </w:rPr>
        <w:t>Gibbs' Reflective Cycle</w:t>
      </w:r>
    </w:p>
    <w:p w14:paraId="4A4BC622" w14:textId="0131F0B1" w:rsidR="00F631E4" w:rsidRPr="00AD59DE" w:rsidRDefault="00F631E4" w:rsidP="00AD59DE">
      <w:pPr>
        <w:spacing w:line="360" w:lineRule="auto"/>
        <w:rPr>
          <w:rFonts w:ascii="Arial" w:hAnsi="Arial" w:cs="Arial"/>
          <w:b/>
          <w:bCs/>
        </w:rPr>
      </w:pPr>
      <w:r w:rsidRPr="00AD59DE">
        <w:rPr>
          <w:rFonts w:ascii="Arial" w:hAnsi="Arial" w:cs="Arial"/>
          <w:b/>
          <w:bCs/>
        </w:rPr>
        <w:t>Description</w:t>
      </w:r>
      <w:r w:rsidR="008D188B" w:rsidRPr="00AD59DE">
        <w:rPr>
          <w:rFonts w:ascii="Arial" w:hAnsi="Arial" w:cs="Arial"/>
          <w:b/>
          <w:bCs/>
        </w:rPr>
        <w:t>:</w:t>
      </w:r>
    </w:p>
    <w:p w14:paraId="7A449F70" w14:textId="6F68EC54" w:rsidR="009C766B" w:rsidRPr="00AD59DE" w:rsidRDefault="00F631E4" w:rsidP="00AD59DE">
      <w:pPr>
        <w:spacing w:line="360" w:lineRule="auto"/>
        <w:rPr>
          <w:rFonts w:ascii="Arial" w:hAnsi="Arial" w:cs="Arial"/>
        </w:rPr>
      </w:pPr>
      <w:r w:rsidRPr="00AD59DE">
        <w:rPr>
          <w:rFonts w:ascii="Arial" w:hAnsi="Arial" w:cs="Arial"/>
        </w:rPr>
        <w:t>As part of my LCHS4009 Component 1 assessment, I delivered an individual presentation on Communication Skills in Health and Social Care. The presentation focused on the importance of effective communication and its role in promoting person-</w:t>
      </w:r>
      <w:r w:rsidR="0092020A" w:rsidRPr="00AD59DE">
        <w:rPr>
          <w:rFonts w:ascii="Arial" w:hAnsi="Arial" w:cs="Arial"/>
        </w:rPr>
        <w:t>centred</w:t>
      </w:r>
      <w:r w:rsidRPr="00AD59DE">
        <w:rPr>
          <w:rFonts w:ascii="Arial" w:hAnsi="Arial" w:cs="Arial"/>
        </w:rPr>
        <w:t xml:space="preserve"> care, improving teamwork, and achieving positive outcomes for service users. During the presentation, I explained Berlo's Communication Model, discussed the advantages and disadvantages of communication, presented a practical example, and reflected on my own communication skills in relation to my future career as a social worker. I used relevant academic sources to support my presentation and </w:t>
      </w:r>
      <w:r w:rsidR="007D31F7" w:rsidRPr="00AD59DE">
        <w:rPr>
          <w:rFonts w:ascii="Arial" w:hAnsi="Arial" w:cs="Arial"/>
        </w:rPr>
        <w:t>organized</w:t>
      </w:r>
      <w:r w:rsidRPr="00AD59DE">
        <w:rPr>
          <w:rFonts w:ascii="Arial" w:hAnsi="Arial" w:cs="Arial"/>
        </w:rPr>
        <w:t xml:space="preserve"> the slides in a logical sequence to ensure that the information was clear, accurate, and easy for the audience to understand.</w:t>
      </w:r>
    </w:p>
    <w:p w14:paraId="4704D349" w14:textId="4D884E55" w:rsidR="001509E2" w:rsidRPr="00AD59DE" w:rsidRDefault="001509E2" w:rsidP="00AD59DE">
      <w:pPr>
        <w:spacing w:line="360" w:lineRule="auto"/>
        <w:rPr>
          <w:rFonts w:ascii="Arial" w:hAnsi="Arial" w:cs="Arial"/>
          <w:b/>
          <w:bCs/>
        </w:rPr>
      </w:pPr>
      <w:r w:rsidRPr="00AD59DE">
        <w:rPr>
          <w:rFonts w:ascii="Arial" w:hAnsi="Arial" w:cs="Arial"/>
          <w:b/>
          <w:bCs/>
        </w:rPr>
        <w:t>Feelings</w:t>
      </w:r>
      <w:r w:rsidR="008D188B" w:rsidRPr="00AD59DE">
        <w:rPr>
          <w:rFonts w:ascii="Arial" w:hAnsi="Arial" w:cs="Arial"/>
          <w:b/>
          <w:bCs/>
        </w:rPr>
        <w:t>:</w:t>
      </w:r>
    </w:p>
    <w:p w14:paraId="1F2A6812" w14:textId="212BABCB" w:rsidR="001509E2" w:rsidRPr="00AD59DE" w:rsidRDefault="001509E2" w:rsidP="00AD59DE">
      <w:pPr>
        <w:spacing w:line="360" w:lineRule="auto"/>
        <w:rPr>
          <w:rFonts w:ascii="Arial" w:hAnsi="Arial" w:cs="Arial"/>
        </w:rPr>
      </w:pPr>
      <w:r w:rsidRPr="00AD59DE">
        <w:rPr>
          <w:rFonts w:ascii="Arial" w:hAnsi="Arial" w:cs="Arial"/>
        </w:rPr>
        <w:lastRenderedPageBreak/>
        <w:t xml:space="preserve">Before my presentation, I felt a little anxious because I wanted to perform well and present my ideas confidently. I was worried about speaking in front of the class and hoped that I would explain the topic clearly. Once I started presenting, I gradually became more relaxed and my confidence increased. I enjoyed discussing the topic and felt that I communicated most of my points effectively. After listening to my lecturer’s feedback, I felt encouraged because the overall presentation was considered good. At the same time, I understood that my practical example needed to be stronger, which made me </w:t>
      </w:r>
      <w:r w:rsidR="007D31F7" w:rsidRPr="00AD59DE">
        <w:rPr>
          <w:rFonts w:ascii="Arial" w:hAnsi="Arial" w:cs="Arial"/>
        </w:rPr>
        <w:t>realize</w:t>
      </w:r>
      <w:r w:rsidRPr="00AD59DE">
        <w:rPr>
          <w:rFonts w:ascii="Arial" w:hAnsi="Arial" w:cs="Arial"/>
        </w:rPr>
        <w:t xml:space="preserve"> the importance of using more realistic examples in future presentations.</w:t>
      </w:r>
    </w:p>
    <w:p w14:paraId="1D0A398A" w14:textId="60FFB9D0" w:rsidR="00667E95" w:rsidRPr="00AD59DE" w:rsidRDefault="00667E95" w:rsidP="00AD59DE">
      <w:pPr>
        <w:spacing w:line="360" w:lineRule="auto"/>
        <w:rPr>
          <w:rFonts w:ascii="Arial" w:hAnsi="Arial" w:cs="Arial"/>
          <w:b/>
          <w:bCs/>
        </w:rPr>
      </w:pPr>
      <w:r w:rsidRPr="00AD59DE">
        <w:rPr>
          <w:rFonts w:ascii="Arial" w:hAnsi="Arial" w:cs="Arial"/>
          <w:b/>
          <w:bCs/>
        </w:rPr>
        <w:t>Evaluation</w:t>
      </w:r>
      <w:r w:rsidR="008D188B" w:rsidRPr="00AD59DE">
        <w:rPr>
          <w:rFonts w:ascii="Arial" w:hAnsi="Arial" w:cs="Arial"/>
          <w:b/>
          <w:bCs/>
        </w:rPr>
        <w:t>:</w:t>
      </w:r>
    </w:p>
    <w:p w14:paraId="2C4E218D" w14:textId="404BE693" w:rsidR="00667E95" w:rsidRPr="00AD59DE" w:rsidRDefault="00667E95" w:rsidP="00AD59DE">
      <w:pPr>
        <w:spacing w:line="360" w:lineRule="auto"/>
        <w:rPr>
          <w:rFonts w:ascii="Arial" w:hAnsi="Arial" w:cs="Arial"/>
        </w:rPr>
      </w:pPr>
      <w:r w:rsidRPr="00AD59DE">
        <w:rPr>
          <w:rFonts w:ascii="Arial" w:hAnsi="Arial" w:cs="Arial"/>
        </w:rPr>
        <w:t xml:space="preserve">Overall, I consider my presentation to be a positive learning experience. I was able to present the topic in a logical and well-structured manner, and I explained the key concepts of communication in health and social care clearly. I used relevant academic references to support my discussion and remained focused throughout the presentation. My lecturer commented that the presentation was well prepared and that the overall content was appropriate. However, I was also advised that the practical example I included was not detailed enough and could have been more realistic. This feedback helped me </w:t>
      </w:r>
      <w:r w:rsidR="007D31F7" w:rsidRPr="00AD59DE">
        <w:rPr>
          <w:rFonts w:ascii="Arial" w:hAnsi="Arial" w:cs="Arial"/>
        </w:rPr>
        <w:t>recognize</w:t>
      </w:r>
      <w:r w:rsidRPr="00AD59DE">
        <w:rPr>
          <w:rFonts w:ascii="Arial" w:hAnsi="Arial" w:cs="Arial"/>
        </w:rPr>
        <w:t xml:space="preserve"> that stronger practical examples are essential for demonstrating a deeper understanding of the topic and improving the quality of future presentations.</w:t>
      </w:r>
    </w:p>
    <w:p w14:paraId="71E351F1" w14:textId="780AC9D0" w:rsidR="00733900" w:rsidRPr="00AD59DE" w:rsidRDefault="00733900" w:rsidP="00AD59DE">
      <w:pPr>
        <w:spacing w:line="360" w:lineRule="auto"/>
        <w:rPr>
          <w:rFonts w:ascii="Arial" w:hAnsi="Arial" w:cs="Arial"/>
          <w:b/>
          <w:bCs/>
        </w:rPr>
      </w:pPr>
      <w:r w:rsidRPr="00AD59DE">
        <w:rPr>
          <w:rFonts w:ascii="Arial" w:hAnsi="Arial" w:cs="Arial"/>
          <w:b/>
          <w:bCs/>
        </w:rPr>
        <w:t>Analysis</w:t>
      </w:r>
      <w:r w:rsidR="008D188B" w:rsidRPr="00AD59DE">
        <w:rPr>
          <w:rFonts w:ascii="Arial" w:hAnsi="Arial" w:cs="Arial"/>
          <w:b/>
          <w:bCs/>
        </w:rPr>
        <w:t>:</w:t>
      </w:r>
    </w:p>
    <w:p w14:paraId="38CB801D" w14:textId="4624B8D9" w:rsidR="00733900" w:rsidRPr="00AD59DE" w:rsidRDefault="00A829DE" w:rsidP="00AD59DE">
      <w:pPr>
        <w:spacing w:line="360" w:lineRule="auto"/>
        <w:rPr>
          <w:rFonts w:ascii="Arial" w:hAnsi="Arial" w:cs="Arial"/>
        </w:rPr>
      </w:pPr>
      <w:r w:rsidRPr="00AD59DE">
        <w:rPr>
          <w:rFonts w:ascii="Arial" w:hAnsi="Arial" w:cs="Arial"/>
        </w:rPr>
        <w:t>Effective presentations combine theoretical knowledge with practical examples (Jasper, 2013). This</w:t>
      </w:r>
      <w:r w:rsidR="00733900" w:rsidRPr="00AD59DE">
        <w:rPr>
          <w:rFonts w:ascii="Arial" w:hAnsi="Arial" w:cs="Arial"/>
        </w:rPr>
        <w:t xml:space="preserve"> presentation helped me </w:t>
      </w:r>
      <w:r w:rsidR="007D31F7" w:rsidRPr="00AD59DE">
        <w:rPr>
          <w:rFonts w:ascii="Arial" w:hAnsi="Arial" w:cs="Arial"/>
        </w:rPr>
        <w:t>recognize</w:t>
      </w:r>
      <w:r w:rsidR="00733900" w:rsidRPr="00AD59DE">
        <w:rPr>
          <w:rFonts w:ascii="Arial" w:hAnsi="Arial" w:cs="Arial"/>
        </w:rPr>
        <w:t xml:space="preserve"> that having good subject knowledge alone is not enough to deliver an effective presentation. It is equally important to explain ideas through realistic examples so that the audience can understand how theory is applied in practice. Although I covered the key aspects of communication successfully, the feedback from my lecturer made me </w:t>
      </w:r>
      <w:r w:rsidR="007D31F7" w:rsidRPr="00AD59DE">
        <w:rPr>
          <w:rFonts w:ascii="Arial" w:hAnsi="Arial" w:cs="Arial"/>
        </w:rPr>
        <w:t>realize</w:t>
      </w:r>
      <w:r w:rsidR="00733900" w:rsidRPr="00AD59DE">
        <w:rPr>
          <w:rFonts w:ascii="Arial" w:hAnsi="Arial" w:cs="Arial"/>
        </w:rPr>
        <w:t xml:space="preserve"> that my practical example was too brief and did not fully reflect a real health and social care situation. If I had used a more detailed and relevant example, it would have strengthened my presentation and demonstrated a better understanding of the topic. Reflecting on this experience has shown me the importance of combining academic knowledge with practical application to improve both my presentation skills and my professional development.</w:t>
      </w:r>
    </w:p>
    <w:p w14:paraId="6D0D7440" w14:textId="0A0B8C1C" w:rsidR="0038087D" w:rsidRPr="00AD59DE" w:rsidRDefault="0038087D" w:rsidP="00AD59DE">
      <w:pPr>
        <w:spacing w:line="360" w:lineRule="auto"/>
        <w:rPr>
          <w:rFonts w:ascii="Arial" w:hAnsi="Arial" w:cs="Arial"/>
          <w:b/>
          <w:bCs/>
        </w:rPr>
      </w:pPr>
      <w:r w:rsidRPr="00AD59DE">
        <w:rPr>
          <w:rFonts w:ascii="Arial" w:hAnsi="Arial" w:cs="Arial"/>
          <w:b/>
          <w:bCs/>
        </w:rPr>
        <w:lastRenderedPageBreak/>
        <w:t>Conclusion</w:t>
      </w:r>
      <w:r w:rsidR="008D188B" w:rsidRPr="00AD59DE">
        <w:rPr>
          <w:rFonts w:ascii="Arial" w:hAnsi="Arial" w:cs="Arial"/>
          <w:b/>
          <w:bCs/>
        </w:rPr>
        <w:t>:</w:t>
      </w:r>
    </w:p>
    <w:p w14:paraId="350918CD" w14:textId="5285198C" w:rsidR="00F631E4" w:rsidRPr="00AD59DE" w:rsidRDefault="0038087D" w:rsidP="00AD59DE">
      <w:pPr>
        <w:spacing w:line="360" w:lineRule="auto"/>
        <w:rPr>
          <w:rFonts w:ascii="Arial" w:hAnsi="Arial" w:cs="Arial"/>
        </w:rPr>
      </w:pPr>
      <w:r w:rsidRPr="00AD59DE">
        <w:rPr>
          <w:rFonts w:ascii="Arial" w:hAnsi="Arial" w:cs="Arial"/>
        </w:rPr>
        <w:t xml:space="preserve">Overall, this presentation has been a valuable opportunity to reflect on my performance and identify areas for future improvement. I </w:t>
      </w:r>
      <w:r w:rsidR="007D31F7" w:rsidRPr="00AD59DE">
        <w:rPr>
          <w:rFonts w:ascii="Arial" w:hAnsi="Arial" w:cs="Arial"/>
        </w:rPr>
        <w:t>realized</w:t>
      </w:r>
      <w:r w:rsidRPr="00AD59DE">
        <w:rPr>
          <w:rFonts w:ascii="Arial" w:hAnsi="Arial" w:cs="Arial"/>
        </w:rPr>
        <w:t xml:space="preserve"> that careful preparation and a clear understanding of the topic are important, but they should be supported by relevant and realistic practical examples to strengthen the overall presentation. The feedback from my lecturer has increased my awareness of the improvements I need to make and has motivated me to develop my presentation skills further. I believe that applying these lessons in future assessments will improve my confidence, communication, and ability to deliver more effective presentations in health and social care.</w:t>
      </w:r>
    </w:p>
    <w:p w14:paraId="41A2C782" w14:textId="45207A95" w:rsidR="008D188B" w:rsidRPr="00AD59DE" w:rsidRDefault="008D188B" w:rsidP="00AD59DE">
      <w:pPr>
        <w:spacing w:line="360" w:lineRule="auto"/>
        <w:rPr>
          <w:rFonts w:ascii="Arial" w:hAnsi="Arial" w:cs="Arial"/>
          <w:b/>
          <w:bCs/>
        </w:rPr>
      </w:pPr>
      <w:r w:rsidRPr="00AD59DE">
        <w:rPr>
          <w:rFonts w:ascii="Arial" w:hAnsi="Arial" w:cs="Arial"/>
          <w:b/>
          <w:bCs/>
        </w:rPr>
        <w:t>Action Plan:</w:t>
      </w:r>
    </w:p>
    <w:p w14:paraId="1CCCA7C9" w14:textId="77777777" w:rsidR="008D188B" w:rsidRPr="00AD59DE" w:rsidRDefault="008D188B" w:rsidP="00AD59DE">
      <w:pPr>
        <w:spacing w:line="360" w:lineRule="auto"/>
        <w:rPr>
          <w:rFonts w:ascii="Arial" w:hAnsi="Arial" w:cs="Arial"/>
        </w:rPr>
      </w:pPr>
      <w:r w:rsidRPr="00AD59DE">
        <w:rPr>
          <w:rFonts w:ascii="Arial" w:hAnsi="Arial" w:cs="Arial"/>
        </w:rPr>
        <w:t>This reflection has helped me identify the areas that I need to improve before delivering future presentations. I will focus on preparing more detailed and realistic practical examples that clearly demonstrate how theoretical knowledge can be applied in health and social care practice. I also plan to improve my presentation skills by rehearsing more frequently, managing my time effectively, and speaking with greater confidence. Furthermore, I will make better use of feedback from my lecturer and classmates to identify any weaknesses before my final presentation. By following these steps, I aim to enhance my presentation skills, increase my confidence, and continue developing as a future health and social care professional.</w:t>
      </w:r>
    </w:p>
    <w:p w14:paraId="05A452FF" w14:textId="77777777" w:rsidR="00BC47E4" w:rsidRPr="00AD59DE" w:rsidRDefault="00BC47E4"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br w:type="page"/>
      </w:r>
    </w:p>
    <w:p w14:paraId="1E5A3E26" w14:textId="5FC78E20" w:rsidR="00026CD3" w:rsidRPr="00AD59DE" w:rsidRDefault="00026CD3" w:rsidP="00AD59DE">
      <w:pPr>
        <w:spacing w:line="360" w:lineRule="auto"/>
        <w:jc w:val="center"/>
        <w:rPr>
          <w:rFonts w:ascii="Arial" w:hAnsi="Arial" w:cs="Arial"/>
          <w:b/>
          <w:bCs/>
          <w:color w:val="000000" w:themeColor="text1"/>
          <w:u w:val="single"/>
        </w:rPr>
      </w:pPr>
      <w:r w:rsidRPr="00AD59DE">
        <w:rPr>
          <w:rFonts w:ascii="Arial" w:hAnsi="Arial" w:cs="Arial"/>
          <w:b/>
          <w:bCs/>
          <w:color w:val="000000" w:themeColor="text1"/>
          <w:u w:val="single"/>
        </w:rPr>
        <w:lastRenderedPageBreak/>
        <w:t>References:</w:t>
      </w:r>
    </w:p>
    <w:p w14:paraId="070EFA59" w14:textId="77777777" w:rsidR="00026CD3" w:rsidRPr="00AD59DE" w:rsidRDefault="00026CD3" w:rsidP="00AD59DE">
      <w:pPr>
        <w:rPr>
          <w:rFonts w:ascii="Arial" w:hAnsi="Arial" w:cs="Arial"/>
        </w:rPr>
      </w:pPr>
      <w:r w:rsidRPr="00AD59DE">
        <w:rPr>
          <w:rFonts w:ascii="Arial" w:hAnsi="Arial" w:cs="Arial"/>
        </w:rPr>
        <w:t xml:space="preserve">Bulman, C. and Schutz, S. (2013) </w:t>
      </w:r>
      <w:r w:rsidRPr="00AD59DE">
        <w:rPr>
          <w:rFonts w:ascii="Arial" w:hAnsi="Arial" w:cs="Arial"/>
          <w:i/>
          <w:iCs/>
        </w:rPr>
        <w:t>Reflective practice in nursing</w:t>
      </w:r>
      <w:r w:rsidRPr="00AD59DE">
        <w:rPr>
          <w:rFonts w:ascii="Arial" w:hAnsi="Arial" w:cs="Arial"/>
        </w:rPr>
        <w:t>. 5</w:t>
      </w:r>
      <w:r w:rsidRPr="00AD59DE">
        <w:rPr>
          <w:rFonts w:ascii="Arial" w:hAnsi="Arial" w:cs="Arial"/>
          <w:vertAlign w:val="superscript"/>
        </w:rPr>
        <w:t>th</w:t>
      </w:r>
      <w:r w:rsidRPr="00AD59DE">
        <w:rPr>
          <w:rFonts w:ascii="Arial" w:hAnsi="Arial" w:cs="Arial"/>
        </w:rPr>
        <w:t xml:space="preserve"> </w:t>
      </w:r>
      <w:proofErr w:type="spellStart"/>
      <w:r w:rsidRPr="00AD59DE">
        <w:rPr>
          <w:rFonts w:ascii="Arial" w:hAnsi="Arial" w:cs="Arial"/>
        </w:rPr>
        <w:t>edn</w:t>
      </w:r>
      <w:proofErr w:type="spellEnd"/>
      <w:r w:rsidRPr="00AD59DE">
        <w:rPr>
          <w:rFonts w:ascii="Arial" w:hAnsi="Arial" w:cs="Arial"/>
        </w:rPr>
        <w:t>. Oxford: Wiley-Blackwell.</w:t>
      </w:r>
    </w:p>
    <w:p w14:paraId="64A6CE9E" w14:textId="5662D43E" w:rsidR="00026CD3" w:rsidRPr="00AD59DE" w:rsidRDefault="00026CD3" w:rsidP="00AD59DE">
      <w:pPr>
        <w:rPr>
          <w:rFonts w:ascii="Arial" w:hAnsi="Arial" w:cs="Arial"/>
        </w:rPr>
      </w:pPr>
      <w:r w:rsidRPr="00AD59DE">
        <w:rPr>
          <w:rFonts w:ascii="Arial" w:hAnsi="Arial" w:cs="Arial"/>
        </w:rPr>
        <w:t xml:space="preserve">Chartered Management Institute (2023) </w:t>
      </w:r>
      <w:r w:rsidRPr="00AD59DE">
        <w:rPr>
          <w:rFonts w:ascii="Arial" w:hAnsi="Arial" w:cs="Arial"/>
          <w:i/>
          <w:iCs/>
        </w:rPr>
        <w:t>SWOT analysis</w:t>
      </w:r>
      <w:r w:rsidRPr="00AD59DE">
        <w:rPr>
          <w:rFonts w:ascii="Arial" w:hAnsi="Arial" w:cs="Arial"/>
        </w:rPr>
        <w:t>. Available at: https://www.managers.org.uk/management-library/swot-analysis</w:t>
      </w:r>
      <w:r w:rsidRPr="00AD59DE">
        <w:rPr>
          <w:rFonts w:ascii="Segoe UI Symbol" w:hAnsi="Segoe UI Symbol" w:cs="Segoe UI Symbol"/>
        </w:rPr>
        <w:t>⁠</w:t>
      </w:r>
      <w:r w:rsidRPr="00AD59DE">
        <w:rPr>
          <w:rFonts w:ascii="Arial" w:hAnsi="Arial" w:cs="Arial"/>
        </w:rPr>
        <w:t xml:space="preserve"> (Accessed: 2 July 2026).</w:t>
      </w:r>
    </w:p>
    <w:p w14:paraId="6E517CA1" w14:textId="77777777" w:rsidR="00026CD3" w:rsidRPr="00AD59DE" w:rsidRDefault="00026CD3" w:rsidP="00AD59DE">
      <w:pPr>
        <w:rPr>
          <w:rFonts w:ascii="Arial" w:hAnsi="Arial" w:cs="Arial"/>
        </w:rPr>
      </w:pPr>
      <w:r w:rsidRPr="00AD59DE">
        <w:rPr>
          <w:rFonts w:ascii="Arial" w:hAnsi="Arial" w:cs="Arial"/>
        </w:rPr>
        <w:t xml:space="preserve">Cottrell, S. (2019) </w:t>
      </w:r>
      <w:r w:rsidRPr="00AD59DE">
        <w:rPr>
          <w:rFonts w:ascii="Arial" w:hAnsi="Arial" w:cs="Arial"/>
          <w:i/>
          <w:iCs/>
        </w:rPr>
        <w:t>The study skills handbook</w:t>
      </w:r>
      <w:r w:rsidRPr="00AD59DE">
        <w:rPr>
          <w:rFonts w:ascii="Arial" w:hAnsi="Arial" w:cs="Arial"/>
        </w:rPr>
        <w:t>. 5</w:t>
      </w:r>
      <w:r w:rsidRPr="00AD59DE">
        <w:rPr>
          <w:rFonts w:ascii="Arial" w:hAnsi="Arial" w:cs="Arial"/>
          <w:vertAlign w:val="superscript"/>
        </w:rPr>
        <w:t>th</w:t>
      </w:r>
      <w:r w:rsidRPr="00AD59DE">
        <w:rPr>
          <w:rFonts w:ascii="Arial" w:hAnsi="Arial" w:cs="Arial"/>
        </w:rPr>
        <w:t xml:space="preserve"> </w:t>
      </w:r>
      <w:proofErr w:type="spellStart"/>
      <w:r w:rsidRPr="00AD59DE">
        <w:rPr>
          <w:rFonts w:ascii="Arial" w:hAnsi="Arial" w:cs="Arial"/>
        </w:rPr>
        <w:t>edn</w:t>
      </w:r>
      <w:proofErr w:type="spellEnd"/>
      <w:r w:rsidRPr="00AD59DE">
        <w:rPr>
          <w:rFonts w:ascii="Arial" w:hAnsi="Arial" w:cs="Arial"/>
        </w:rPr>
        <w:t>. London: Red Globe Press.</w:t>
      </w:r>
    </w:p>
    <w:p w14:paraId="472728A5" w14:textId="75408E73" w:rsidR="00026CD3" w:rsidRPr="00AD59DE" w:rsidRDefault="00026CD3" w:rsidP="00AD59DE">
      <w:pPr>
        <w:rPr>
          <w:rFonts w:ascii="Arial" w:hAnsi="Arial" w:cs="Arial"/>
        </w:rPr>
      </w:pPr>
      <w:r w:rsidRPr="00AD59DE">
        <w:rPr>
          <w:rFonts w:ascii="Arial" w:hAnsi="Arial" w:cs="Arial"/>
        </w:rPr>
        <w:t xml:space="preserve">Gibbs, G. (1988) </w:t>
      </w:r>
      <w:r w:rsidRPr="00AD59DE">
        <w:rPr>
          <w:rFonts w:ascii="Arial" w:hAnsi="Arial" w:cs="Arial"/>
          <w:i/>
          <w:iCs/>
        </w:rPr>
        <w:t>Learning by doing: A guide to teaching and learning methods.</w:t>
      </w:r>
      <w:r w:rsidR="00054B6C" w:rsidRPr="00AD59DE">
        <w:rPr>
          <w:rFonts w:ascii="Arial" w:hAnsi="Arial" w:cs="Arial"/>
        </w:rPr>
        <w:t xml:space="preserve"> </w:t>
      </w:r>
      <w:r w:rsidRPr="00AD59DE">
        <w:rPr>
          <w:rFonts w:ascii="Arial" w:hAnsi="Arial" w:cs="Arial"/>
        </w:rPr>
        <w:t>Oxford: Oxford Polytechnic.</w:t>
      </w:r>
    </w:p>
    <w:p w14:paraId="444F1B08" w14:textId="77777777" w:rsidR="00026CD3" w:rsidRPr="00AD59DE" w:rsidRDefault="00026CD3" w:rsidP="00AD59DE">
      <w:pPr>
        <w:rPr>
          <w:rFonts w:ascii="Arial" w:hAnsi="Arial" w:cs="Arial"/>
        </w:rPr>
      </w:pPr>
      <w:r w:rsidRPr="00AD59DE">
        <w:rPr>
          <w:rFonts w:ascii="Arial" w:hAnsi="Arial" w:cs="Arial"/>
        </w:rPr>
        <w:t xml:space="preserve">Gürel, E. and Tat, M. (2017) ‘SWOT analysis: A theoretical review’, </w:t>
      </w:r>
      <w:r w:rsidRPr="00AD59DE">
        <w:rPr>
          <w:rFonts w:ascii="Arial" w:hAnsi="Arial" w:cs="Arial"/>
          <w:i/>
          <w:iCs/>
        </w:rPr>
        <w:t>The Journal of International Social Research</w:t>
      </w:r>
      <w:r w:rsidRPr="00AD59DE">
        <w:rPr>
          <w:rFonts w:ascii="Arial" w:hAnsi="Arial" w:cs="Arial"/>
        </w:rPr>
        <w:t>, 10(51), pp. 994–1006.</w:t>
      </w:r>
    </w:p>
    <w:p w14:paraId="29CCDA9F" w14:textId="1DA8EE2B" w:rsidR="00026CD3" w:rsidRPr="00AD59DE" w:rsidRDefault="00026CD3" w:rsidP="00AD59DE">
      <w:pPr>
        <w:rPr>
          <w:rFonts w:ascii="Arial" w:hAnsi="Arial" w:cs="Arial"/>
        </w:rPr>
      </w:pPr>
      <w:r w:rsidRPr="00AD59DE">
        <w:rPr>
          <w:rFonts w:ascii="Arial" w:hAnsi="Arial" w:cs="Arial"/>
        </w:rPr>
        <w:t>Health Education England (2022)</w:t>
      </w:r>
      <w:r w:rsidR="00054B6C" w:rsidRPr="00AD59DE">
        <w:rPr>
          <w:rFonts w:ascii="Arial" w:hAnsi="Arial" w:cs="Arial"/>
        </w:rPr>
        <w:t xml:space="preserve"> </w:t>
      </w:r>
      <w:r w:rsidR="00F24EED" w:rsidRPr="00AD59DE">
        <w:rPr>
          <w:rFonts w:ascii="Arial" w:hAnsi="Arial" w:cs="Arial"/>
          <w:i/>
          <w:iCs/>
        </w:rPr>
        <w:t>P</w:t>
      </w:r>
      <w:r w:rsidR="00054B6C" w:rsidRPr="00AD59DE">
        <w:rPr>
          <w:rFonts w:ascii="Arial" w:hAnsi="Arial" w:cs="Arial"/>
          <w:i/>
          <w:iCs/>
        </w:rPr>
        <w:t>ersonal development planning</w:t>
      </w:r>
      <w:r w:rsidRPr="00AD59DE">
        <w:rPr>
          <w:rFonts w:ascii="Arial" w:hAnsi="Arial" w:cs="Arial"/>
        </w:rPr>
        <w:t>. Available at: https://www.hee.nhs.uk</w:t>
      </w:r>
      <w:r w:rsidRPr="00AD59DE">
        <w:rPr>
          <w:rFonts w:ascii="Segoe UI Symbol" w:hAnsi="Segoe UI Symbol" w:cs="Segoe UI Symbol"/>
        </w:rPr>
        <w:t>⁠</w:t>
      </w:r>
      <w:r w:rsidRPr="00AD59DE">
        <w:rPr>
          <w:rFonts w:ascii="Arial" w:hAnsi="Arial" w:cs="Arial"/>
        </w:rPr>
        <w:t xml:space="preserve"> (Accessed: 2 July 2026).</w:t>
      </w:r>
    </w:p>
    <w:p w14:paraId="44F90744" w14:textId="77777777" w:rsidR="00535210" w:rsidRPr="00AD59DE" w:rsidRDefault="00535210" w:rsidP="00AD59DE">
      <w:pPr>
        <w:rPr>
          <w:rFonts w:ascii="Arial" w:hAnsi="Arial" w:cs="Arial"/>
        </w:rPr>
      </w:pPr>
      <w:r w:rsidRPr="00AD59DE">
        <w:rPr>
          <w:rFonts w:ascii="Arial" w:hAnsi="Arial" w:cs="Arial"/>
        </w:rPr>
        <w:t>Jasper, M. (2013</w:t>
      </w:r>
      <w:r w:rsidRPr="00AD59DE">
        <w:rPr>
          <w:rFonts w:ascii="Arial" w:hAnsi="Arial" w:cs="Arial"/>
          <w:i/>
          <w:iCs/>
        </w:rPr>
        <w:t>) Beginning reflective practice</w:t>
      </w:r>
      <w:r w:rsidRPr="00AD59DE">
        <w:rPr>
          <w:rFonts w:ascii="Arial" w:hAnsi="Arial" w:cs="Arial"/>
        </w:rPr>
        <w:t>. 2</w:t>
      </w:r>
      <w:r w:rsidRPr="00AD59DE">
        <w:rPr>
          <w:rFonts w:ascii="Arial" w:hAnsi="Arial" w:cs="Arial"/>
          <w:vertAlign w:val="superscript"/>
        </w:rPr>
        <w:t>nd</w:t>
      </w:r>
      <w:r w:rsidRPr="00AD59DE">
        <w:rPr>
          <w:rFonts w:ascii="Arial" w:hAnsi="Arial" w:cs="Arial"/>
        </w:rPr>
        <w:t xml:space="preserve"> </w:t>
      </w:r>
      <w:proofErr w:type="spellStart"/>
      <w:r w:rsidRPr="00AD59DE">
        <w:rPr>
          <w:rFonts w:ascii="Arial" w:hAnsi="Arial" w:cs="Arial"/>
        </w:rPr>
        <w:t>edn</w:t>
      </w:r>
      <w:proofErr w:type="spellEnd"/>
      <w:r w:rsidRPr="00AD59DE">
        <w:rPr>
          <w:rFonts w:ascii="Arial" w:hAnsi="Arial" w:cs="Arial"/>
        </w:rPr>
        <w:t>. Andover: Cengage Learning.</w:t>
      </w:r>
    </w:p>
    <w:p w14:paraId="32EBE200" w14:textId="273F556B" w:rsidR="00026CD3" w:rsidRPr="00AD59DE" w:rsidRDefault="00026CD3" w:rsidP="00AD59DE">
      <w:pPr>
        <w:rPr>
          <w:rFonts w:ascii="Arial" w:hAnsi="Arial" w:cs="Arial"/>
        </w:rPr>
      </w:pPr>
      <w:r w:rsidRPr="00AD59DE">
        <w:rPr>
          <w:rFonts w:ascii="Arial" w:hAnsi="Arial" w:cs="Arial"/>
        </w:rPr>
        <w:t xml:space="preserve">NHS England (2023) </w:t>
      </w:r>
      <w:r w:rsidRPr="00AD59DE">
        <w:rPr>
          <w:rFonts w:ascii="Arial" w:hAnsi="Arial" w:cs="Arial"/>
          <w:i/>
          <w:iCs/>
        </w:rPr>
        <w:t>NHS Long Term Workforce Plan</w:t>
      </w:r>
      <w:r w:rsidRPr="00AD59DE">
        <w:rPr>
          <w:rFonts w:ascii="Arial" w:hAnsi="Arial" w:cs="Arial"/>
        </w:rPr>
        <w:t xml:space="preserve">. Available at: </w:t>
      </w:r>
      <w:hyperlink r:id="rId18" w:history="1">
        <w:r w:rsidR="00570A1D" w:rsidRPr="00AD59DE">
          <w:rPr>
            <w:rStyle w:val="Hyperlink"/>
            <w:rFonts w:ascii="Arial" w:hAnsi="Arial" w:cs="Arial"/>
          </w:rPr>
          <w:t>https://www.england.nhs.uk/long-read/nhs-long-term-workforce-plan/</w:t>
        </w:r>
      </w:hyperlink>
      <w:r w:rsidR="0092020A" w:rsidRPr="00AD59DE">
        <w:rPr>
          <w:rFonts w:ascii="Arial" w:hAnsi="Arial" w:cs="Arial"/>
        </w:rPr>
        <w:t xml:space="preserve"> </w:t>
      </w:r>
      <w:r w:rsidRPr="00AD59DE">
        <w:rPr>
          <w:rFonts w:ascii="Arial" w:hAnsi="Arial" w:cs="Arial"/>
        </w:rPr>
        <w:t>(Accessed: 2 July 2026).</w:t>
      </w:r>
    </w:p>
    <w:p w14:paraId="186BAA25" w14:textId="6C6CA37C" w:rsidR="00535210" w:rsidRPr="00AD59DE" w:rsidRDefault="00535210" w:rsidP="00AD59DE">
      <w:pPr>
        <w:rPr>
          <w:rFonts w:ascii="Arial" w:hAnsi="Arial" w:cs="Arial"/>
        </w:rPr>
      </w:pPr>
      <w:r w:rsidRPr="00AD59DE">
        <w:rPr>
          <w:rFonts w:ascii="Arial" w:hAnsi="Arial" w:cs="Arial"/>
        </w:rPr>
        <w:t>Nursing and Midwifery Council (2018</w:t>
      </w:r>
      <w:r w:rsidRPr="00AD59DE">
        <w:rPr>
          <w:rFonts w:ascii="Arial" w:hAnsi="Arial" w:cs="Arial"/>
          <w:i/>
          <w:iCs/>
        </w:rPr>
        <w:t xml:space="preserve">) The Code: </w:t>
      </w:r>
      <w:r w:rsidR="00570A1D" w:rsidRPr="00AD59DE">
        <w:rPr>
          <w:rFonts w:ascii="Arial" w:hAnsi="Arial" w:cs="Arial"/>
          <w:i/>
          <w:iCs/>
        </w:rPr>
        <w:t>p</w:t>
      </w:r>
      <w:r w:rsidRPr="00AD59DE">
        <w:rPr>
          <w:rFonts w:ascii="Arial" w:hAnsi="Arial" w:cs="Arial"/>
          <w:i/>
          <w:iCs/>
        </w:rPr>
        <w:t xml:space="preserve">rofessional </w:t>
      </w:r>
      <w:r w:rsidR="00570A1D" w:rsidRPr="00AD59DE">
        <w:rPr>
          <w:rFonts w:ascii="Arial" w:hAnsi="Arial" w:cs="Arial"/>
          <w:i/>
          <w:iCs/>
        </w:rPr>
        <w:t>s</w:t>
      </w:r>
      <w:r w:rsidRPr="00AD59DE">
        <w:rPr>
          <w:rFonts w:ascii="Arial" w:hAnsi="Arial" w:cs="Arial"/>
          <w:i/>
          <w:iCs/>
        </w:rPr>
        <w:t xml:space="preserve">tandards of </w:t>
      </w:r>
      <w:r w:rsidR="00570A1D" w:rsidRPr="00AD59DE">
        <w:rPr>
          <w:rFonts w:ascii="Arial" w:hAnsi="Arial" w:cs="Arial"/>
          <w:i/>
          <w:iCs/>
        </w:rPr>
        <w:t>p</w:t>
      </w:r>
      <w:r w:rsidRPr="00AD59DE">
        <w:rPr>
          <w:rFonts w:ascii="Arial" w:hAnsi="Arial" w:cs="Arial"/>
          <w:i/>
          <w:iCs/>
        </w:rPr>
        <w:t xml:space="preserve">ractice and </w:t>
      </w:r>
      <w:r w:rsidR="00570A1D" w:rsidRPr="00AD59DE">
        <w:rPr>
          <w:rFonts w:ascii="Arial" w:hAnsi="Arial" w:cs="Arial"/>
          <w:i/>
          <w:iCs/>
        </w:rPr>
        <w:t>b</w:t>
      </w:r>
      <w:r w:rsidRPr="00AD59DE">
        <w:rPr>
          <w:rFonts w:ascii="Arial" w:hAnsi="Arial" w:cs="Arial"/>
          <w:i/>
          <w:iCs/>
        </w:rPr>
        <w:t xml:space="preserve">ehaviour for </w:t>
      </w:r>
      <w:r w:rsidR="00570A1D" w:rsidRPr="00AD59DE">
        <w:rPr>
          <w:rFonts w:ascii="Arial" w:hAnsi="Arial" w:cs="Arial"/>
          <w:i/>
          <w:iCs/>
        </w:rPr>
        <w:t>n</w:t>
      </w:r>
      <w:r w:rsidRPr="00AD59DE">
        <w:rPr>
          <w:rFonts w:ascii="Arial" w:hAnsi="Arial" w:cs="Arial"/>
          <w:i/>
          <w:iCs/>
        </w:rPr>
        <w:t xml:space="preserve">urses, </w:t>
      </w:r>
      <w:r w:rsidR="00570A1D" w:rsidRPr="00AD59DE">
        <w:rPr>
          <w:rFonts w:ascii="Arial" w:hAnsi="Arial" w:cs="Arial"/>
          <w:i/>
          <w:iCs/>
        </w:rPr>
        <w:t>m</w:t>
      </w:r>
      <w:r w:rsidRPr="00AD59DE">
        <w:rPr>
          <w:rFonts w:ascii="Arial" w:hAnsi="Arial" w:cs="Arial"/>
          <w:i/>
          <w:iCs/>
        </w:rPr>
        <w:t xml:space="preserve">idwives and </w:t>
      </w:r>
      <w:r w:rsidR="00570A1D" w:rsidRPr="00AD59DE">
        <w:rPr>
          <w:rFonts w:ascii="Arial" w:hAnsi="Arial" w:cs="Arial"/>
          <w:i/>
          <w:iCs/>
        </w:rPr>
        <w:t>n</w:t>
      </w:r>
      <w:r w:rsidRPr="00AD59DE">
        <w:rPr>
          <w:rFonts w:ascii="Arial" w:hAnsi="Arial" w:cs="Arial"/>
          <w:i/>
          <w:iCs/>
        </w:rPr>
        <w:t xml:space="preserve">ursing </w:t>
      </w:r>
      <w:r w:rsidR="00570A1D" w:rsidRPr="00AD59DE">
        <w:rPr>
          <w:rFonts w:ascii="Arial" w:hAnsi="Arial" w:cs="Arial"/>
          <w:i/>
          <w:iCs/>
        </w:rPr>
        <w:t>a</w:t>
      </w:r>
      <w:r w:rsidRPr="00AD59DE">
        <w:rPr>
          <w:rFonts w:ascii="Arial" w:hAnsi="Arial" w:cs="Arial"/>
          <w:i/>
          <w:iCs/>
        </w:rPr>
        <w:t>ssociates</w:t>
      </w:r>
      <w:r w:rsidRPr="00AD59DE">
        <w:rPr>
          <w:rFonts w:ascii="Arial" w:hAnsi="Arial" w:cs="Arial"/>
        </w:rPr>
        <w:t>. London: Nursing and Midwifery Council.</w:t>
      </w:r>
    </w:p>
    <w:p w14:paraId="535ADA8A" w14:textId="77777777" w:rsidR="0038087D" w:rsidRPr="00151ECA" w:rsidRDefault="0038087D" w:rsidP="002121CA">
      <w:pPr>
        <w:spacing w:line="360" w:lineRule="auto"/>
        <w:rPr>
          <w:rFonts w:asciiTheme="minorBidi" w:hAnsiTheme="minorBidi"/>
        </w:rPr>
      </w:pPr>
    </w:p>
    <w:sectPr w:rsidR="0038087D" w:rsidRPr="00151ECA" w:rsidSect="00034616">
      <w:footerReference w:type="defaul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5195F" w14:textId="77777777" w:rsidR="00AE083C" w:rsidRPr="0097087D" w:rsidRDefault="00AE083C" w:rsidP="006F67DF">
      <w:pPr>
        <w:spacing w:after="0" w:line="240" w:lineRule="auto"/>
      </w:pPr>
      <w:r w:rsidRPr="0097087D">
        <w:separator/>
      </w:r>
    </w:p>
  </w:endnote>
  <w:endnote w:type="continuationSeparator" w:id="0">
    <w:p w14:paraId="153ABBC9" w14:textId="77777777" w:rsidR="00AE083C" w:rsidRPr="0097087D" w:rsidRDefault="00AE083C" w:rsidP="006F67DF">
      <w:pPr>
        <w:spacing w:after="0" w:line="240" w:lineRule="auto"/>
      </w:pPr>
      <w:r w:rsidRPr="0097087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7082010"/>
      <w:docPartObj>
        <w:docPartGallery w:val="Page Numbers (Bottom of Page)"/>
        <w:docPartUnique/>
      </w:docPartObj>
    </w:sdtPr>
    <w:sdtContent>
      <w:p w14:paraId="70AAA8F2" w14:textId="5B7B390B" w:rsidR="00D0612F" w:rsidRPr="0097087D" w:rsidRDefault="00D0612F">
        <w:pPr>
          <w:pStyle w:val="Footer"/>
          <w:jc w:val="right"/>
        </w:pPr>
        <w:r w:rsidRPr="0097087D">
          <w:fldChar w:fldCharType="begin"/>
        </w:r>
        <w:r w:rsidRPr="0097087D">
          <w:instrText xml:space="preserve"> PAGE   \* MERGEFORMAT </w:instrText>
        </w:r>
        <w:r w:rsidRPr="0097087D">
          <w:fldChar w:fldCharType="separate"/>
        </w:r>
        <w:r w:rsidRPr="0097087D">
          <w:t>2</w:t>
        </w:r>
        <w:r w:rsidRPr="0097087D">
          <w:fldChar w:fldCharType="end"/>
        </w:r>
      </w:p>
    </w:sdtContent>
  </w:sdt>
  <w:p w14:paraId="379339BA" w14:textId="77777777" w:rsidR="00D0612F" w:rsidRPr="0097087D" w:rsidRDefault="00D06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CC41C" w14:textId="77777777" w:rsidR="00AE083C" w:rsidRPr="0097087D" w:rsidRDefault="00AE083C" w:rsidP="006F67DF">
      <w:pPr>
        <w:spacing w:after="0" w:line="240" w:lineRule="auto"/>
      </w:pPr>
      <w:r w:rsidRPr="0097087D">
        <w:separator/>
      </w:r>
    </w:p>
  </w:footnote>
  <w:footnote w:type="continuationSeparator" w:id="0">
    <w:p w14:paraId="73AAD592" w14:textId="77777777" w:rsidR="00AE083C" w:rsidRPr="0097087D" w:rsidRDefault="00AE083C" w:rsidP="006F67DF">
      <w:pPr>
        <w:spacing w:after="0" w:line="240" w:lineRule="auto"/>
      </w:pPr>
      <w:r w:rsidRPr="0097087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9A6190"/>
    <w:multiLevelType w:val="hybridMultilevel"/>
    <w:tmpl w:val="154ECF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AD54101"/>
    <w:multiLevelType w:val="hybridMultilevel"/>
    <w:tmpl w:val="00C612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C815E4C"/>
    <w:multiLevelType w:val="hybridMultilevel"/>
    <w:tmpl w:val="BEBA6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6B4FAC"/>
    <w:multiLevelType w:val="hybridMultilevel"/>
    <w:tmpl w:val="803E7040"/>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114381"/>
    <w:multiLevelType w:val="hybridMultilevel"/>
    <w:tmpl w:val="FFE6B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D478EE"/>
    <w:multiLevelType w:val="hybridMultilevel"/>
    <w:tmpl w:val="0D66708E"/>
    <w:lvl w:ilvl="0" w:tplc="FFFFFFFF">
      <w:numFmt w:val="bullet"/>
      <w:lvlText w:val="•"/>
      <w:lvlJc w:val="left"/>
      <w:pPr>
        <w:ind w:left="1540" w:hanging="360"/>
      </w:pPr>
      <w:rPr>
        <w:rFonts w:ascii="Arial" w:eastAsiaTheme="minorEastAsia" w:hAnsi="Arial" w:cs="Arial"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15" w15:restartNumberingAfterBreak="0">
    <w:nsid w:val="23BB7D37"/>
    <w:multiLevelType w:val="hybridMultilevel"/>
    <w:tmpl w:val="FBCC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EB1566"/>
    <w:multiLevelType w:val="multilevel"/>
    <w:tmpl w:val="2138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A36203"/>
    <w:multiLevelType w:val="hybridMultilevel"/>
    <w:tmpl w:val="D014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44601C"/>
    <w:multiLevelType w:val="multilevel"/>
    <w:tmpl w:val="A05C79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C96389E"/>
    <w:multiLevelType w:val="hybridMultilevel"/>
    <w:tmpl w:val="AA60D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DE69D1"/>
    <w:multiLevelType w:val="hybridMultilevel"/>
    <w:tmpl w:val="896A4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DF0812"/>
    <w:multiLevelType w:val="hybridMultilevel"/>
    <w:tmpl w:val="74D8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534E4E"/>
    <w:multiLevelType w:val="hybridMultilevel"/>
    <w:tmpl w:val="87AC451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D7A3A30"/>
    <w:multiLevelType w:val="hybridMultilevel"/>
    <w:tmpl w:val="2AD8F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56B6E3B"/>
    <w:multiLevelType w:val="hybridMultilevel"/>
    <w:tmpl w:val="A3826370"/>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39662F"/>
    <w:multiLevelType w:val="hybridMultilevel"/>
    <w:tmpl w:val="D6CA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970096"/>
    <w:multiLevelType w:val="hybridMultilevel"/>
    <w:tmpl w:val="6A442648"/>
    <w:lvl w:ilvl="0" w:tplc="FFFFFFFF">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4111F3"/>
    <w:multiLevelType w:val="hybridMultilevel"/>
    <w:tmpl w:val="800A6B9C"/>
    <w:lvl w:ilvl="0" w:tplc="FFFFFFFF">
      <w:numFmt w:val="bullet"/>
      <w:lvlText w:val="•"/>
      <w:lvlJc w:val="left"/>
      <w:pPr>
        <w:ind w:left="820" w:hanging="360"/>
      </w:pPr>
      <w:rPr>
        <w:rFonts w:ascii="Arial" w:eastAsiaTheme="minorEastAsia" w:hAnsi="Arial" w:cs="Aria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8" w15:restartNumberingAfterBreak="0">
    <w:nsid w:val="508D66D6"/>
    <w:multiLevelType w:val="hybridMultilevel"/>
    <w:tmpl w:val="BCCC5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E11DE5"/>
    <w:multiLevelType w:val="hybridMultilevel"/>
    <w:tmpl w:val="F6E08256"/>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BD3969"/>
    <w:multiLevelType w:val="hybridMultilevel"/>
    <w:tmpl w:val="B39AC63C"/>
    <w:lvl w:ilvl="0" w:tplc="FFFFFFFF">
      <w:numFmt w:val="bullet"/>
      <w:lvlText w:val="•"/>
      <w:lvlJc w:val="left"/>
      <w:pPr>
        <w:ind w:left="360" w:hanging="360"/>
      </w:pPr>
      <w:rPr>
        <w:rFonts w:ascii="Arial" w:eastAsiaTheme="minorEastAsia"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58A33125"/>
    <w:multiLevelType w:val="hybridMultilevel"/>
    <w:tmpl w:val="182CD5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166D36"/>
    <w:multiLevelType w:val="hybridMultilevel"/>
    <w:tmpl w:val="DFBE3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490BB6"/>
    <w:multiLevelType w:val="hybridMultilevel"/>
    <w:tmpl w:val="D166B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CE2672"/>
    <w:multiLevelType w:val="hybridMultilevel"/>
    <w:tmpl w:val="36A606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0556670"/>
    <w:multiLevelType w:val="hybridMultilevel"/>
    <w:tmpl w:val="572A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8C0354"/>
    <w:multiLevelType w:val="hybridMultilevel"/>
    <w:tmpl w:val="9D4C0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1E3E8D"/>
    <w:multiLevelType w:val="hybridMultilevel"/>
    <w:tmpl w:val="F4120D6A"/>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75023F1"/>
    <w:multiLevelType w:val="hybridMultilevel"/>
    <w:tmpl w:val="FC5E6D3C"/>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FC7E78"/>
    <w:multiLevelType w:val="hybridMultilevel"/>
    <w:tmpl w:val="191EDE1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6A895731"/>
    <w:multiLevelType w:val="hybridMultilevel"/>
    <w:tmpl w:val="9B9887D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180209"/>
    <w:multiLevelType w:val="hybridMultilevel"/>
    <w:tmpl w:val="6B668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10525B7"/>
    <w:multiLevelType w:val="hybridMultilevel"/>
    <w:tmpl w:val="42483F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18C483B"/>
    <w:multiLevelType w:val="hybridMultilevel"/>
    <w:tmpl w:val="8E283012"/>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557D8E"/>
    <w:multiLevelType w:val="hybridMultilevel"/>
    <w:tmpl w:val="FAA098A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19539F"/>
    <w:multiLevelType w:val="hybridMultilevel"/>
    <w:tmpl w:val="A8F2C8B6"/>
    <w:lvl w:ilvl="0" w:tplc="FFFFFFFF">
      <w:numFmt w:val="bullet"/>
      <w:lvlText w:val="•"/>
      <w:lvlJc w:val="left"/>
      <w:pPr>
        <w:ind w:left="820" w:hanging="360"/>
      </w:pPr>
      <w:rPr>
        <w:rFonts w:ascii="Arial" w:eastAsiaTheme="minorEastAsia" w:hAnsi="Arial" w:cs="Aria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6" w15:restartNumberingAfterBreak="0">
    <w:nsid w:val="7CDA18FF"/>
    <w:multiLevelType w:val="hybridMultilevel"/>
    <w:tmpl w:val="4E14B096"/>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2103545">
    <w:abstractNumId w:val="8"/>
  </w:num>
  <w:num w:numId="2" w16cid:durableId="1429888142">
    <w:abstractNumId w:val="6"/>
  </w:num>
  <w:num w:numId="3" w16cid:durableId="645279700">
    <w:abstractNumId w:val="5"/>
  </w:num>
  <w:num w:numId="4" w16cid:durableId="2067294307">
    <w:abstractNumId w:val="4"/>
  </w:num>
  <w:num w:numId="5" w16cid:durableId="1901211272">
    <w:abstractNumId w:val="7"/>
  </w:num>
  <w:num w:numId="6" w16cid:durableId="2089616481">
    <w:abstractNumId w:val="3"/>
  </w:num>
  <w:num w:numId="7" w16cid:durableId="655916354">
    <w:abstractNumId w:val="2"/>
  </w:num>
  <w:num w:numId="8" w16cid:durableId="259028780">
    <w:abstractNumId w:val="1"/>
  </w:num>
  <w:num w:numId="9" w16cid:durableId="1128890075">
    <w:abstractNumId w:val="0"/>
  </w:num>
  <w:num w:numId="10" w16cid:durableId="356203742">
    <w:abstractNumId w:val="33"/>
  </w:num>
  <w:num w:numId="11" w16cid:durableId="444886605">
    <w:abstractNumId w:val="24"/>
  </w:num>
  <w:num w:numId="12" w16cid:durableId="2075855359">
    <w:abstractNumId w:val="17"/>
  </w:num>
  <w:num w:numId="13" w16cid:durableId="879244823">
    <w:abstractNumId w:val="28"/>
  </w:num>
  <w:num w:numId="14" w16cid:durableId="141507820">
    <w:abstractNumId w:val="32"/>
  </w:num>
  <w:num w:numId="15" w16cid:durableId="1919361595">
    <w:abstractNumId w:val="36"/>
  </w:num>
  <w:num w:numId="16" w16cid:durableId="1453741408">
    <w:abstractNumId w:val="13"/>
  </w:num>
  <w:num w:numId="17" w16cid:durableId="1579055746">
    <w:abstractNumId w:val="19"/>
  </w:num>
  <w:num w:numId="18" w16cid:durableId="1903591402">
    <w:abstractNumId w:val="44"/>
  </w:num>
  <w:num w:numId="19" w16cid:durableId="80025979">
    <w:abstractNumId w:val="26"/>
  </w:num>
  <w:num w:numId="20" w16cid:durableId="1673609301">
    <w:abstractNumId w:val="29"/>
  </w:num>
  <w:num w:numId="21" w16cid:durableId="1561862986">
    <w:abstractNumId w:val="37"/>
  </w:num>
  <w:num w:numId="22" w16cid:durableId="958756827">
    <w:abstractNumId w:val="30"/>
  </w:num>
  <w:num w:numId="23" w16cid:durableId="205875773">
    <w:abstractNumId w:val="40"/>
  </w:num>
  <w:num w:numId="24" w16cid:durableId="120152666">
    <w:abstractNumId w:val="27"/>
  </w:num>
  <w:num w:numId="25" w16cid:durableId="547029588">
    <w:abstractNumId w:val="45"/>
  </w:num>
  <w:num w:numId="26" w16cid:durableId="818965351">
    <w:abstractNumId w:val="14"/>
  </w:num>
  <w:num w:numId="27" w16cid:durableId="1785080800">
    <w:abstractNumId w:val="38"/>
  </w:num>
  <w:num w:numId="28" w16cid:durableId="1816723842">
    <w:abstractNumId w:val="46"/>
  </w:num>
  <w:num w:numId="29" w16cid:durableId="1712730948">
    <w:abstractNumId w:val="43"/>
  </w:num>
  <w:num w:numId="30" w16cid:durableId="718935938">
    <w:abstractNumId w:val="12"/>
  </w:num>
  <w:num w:numId="31" w16cid:durableId="609317593">
    <w:abstractNumId w:val="22"/>
  </w:num>
  <w:num w:numId="32" w16cid:durableId="1483082893">
    <w:abstractNumId w:val="21"/>
  </w:num>
  <w:num w:numId="33" w16cid:durableId="513157220">
    <w:abstractNumId w:val="20"/>
  </w:num>
  <w:num w:numId="34" w16cid:durableId="925766962">
    <w:abstractNumId w:val="35"/>
  </w:num>
  <w:num w:numId="35" w16cid:durableId="15543219">
    <w:abstractNumId w:val="15"/>
  </w:num>
  <w:num w:numId="36" w16cid:durableId="1605763808">
    <w:abstractNumId w:val="41"/>
  </w:num>
  <w:num w:numId="37" w16cid:durableId="1309674003">
    <w:abstractNumId w:val="16"/>
  </w:num>
  <w:num w:numId="38" w16cid:durableId="845171535">
    <w:abstractNumId w:val="18"/>
  </w:num>
  <w:num w:numId="39" w16cid:durableId="260384202">
    <w:abstractNumId w:val="42"/>
  </w:num>
  <w:num w:numId="40" w16cid:durableId="621769535">
    <w:abstractNumId w:val="10"/>
  </w:num>
  <w:num w:numId="41" w16cid:durableId="1322781738">
    <w:abstractNumId w:val="34"/>
  </w:num>
  <w:num w:numId="42" w16cid:durableId="931161666">
    <w:abstractNumId w:val="23"/>
  </w:num>
  <w:num w:numId="43" w16cid:durableId="1999185595">
    <w:abstractNumId w:val="9"/>
  </w:num>
  <w:num w:numId="44" w16cid:durableId="1110009349">
    <w:abstractNumId w:val="11"/>
  </w:num>
  <w:num w:numId="45" w16cid:durableId="950355480">
    <w:abstractNumId w:val="25"/>
  </w:num>
  <w:num w:numId="46" w16cid:durableId="1358121623">
    <w:abstractNumId w:val="31"/>
  </w:num>
  <w:num w:numId="47" w16cid:durableId="34009011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6DC"/>
    <w:rsid w:val="0001233B"/>
    <w:rsid w:val="00012C7E"/>
    <w:rsid w:val="000257C4"/>
    <w:rsid w:val="00026CD3"/>
    <w:rsid w:val="0002754B"/>
    <w:rsid w:val="00032912"/>
    <w:rsid w:val="00034616"/>
    <w:rsid w:val="0004152F"/>
    <w:rsid w:val="000439C8"/>
    <w:rsid w:val="00046611"/>
    <w:rsid w:val="0005035E"/>
    <w:rsid w:val="00054B6C"/>
    <w:rsid w:val="00057DEB"/>
    <w:rsid w:val="0006063C"/>
    <w:rsid w:val="00061701"/>
    <w:rsid w:val="0007518A"/>
    <w:rsid w:val="00075931"/>
    <w:rsid w:val="00077180"/>
    <w:rsid w:val="00081D65"/>
    <w:rsid w:val="00082704"/>
    <w:rsid w:val="000A6953"/>
    <w:rsid w:val="000C4B63"/>
    <w:rsid w:val="000D0397"/>
    <w:rsid w:val="000D4E24"/>
    <w:rsid w:val="000E2AC3"/>
    <w:rsid w:val="001239C0"/>
    <w:rsid w:val="00132974"/>
    <w:rsid w:val="00141112"/>
    <w:rsid w:val="001422C8"/>
    <w:rsid w:val="001428F5"/>
    <w:rsid w:val="0015074B"/>
    <w:rsid w:val="001509E2"/>
    <w:rsid w:val="00151D91"/>
    <w:rsid w:val="00151ECA"/>
    <w:rsid w:val="001559C0"/>
    <w:rsid w:val="00157B9A"/>
    <w:rsid w:val="00182DA2"/>
    <w:rsid w:val="00185C1F"/>
    <w:rsid w:val="00185CF8"/>
    <w:rsid w:val="00187D4E"/>
    <w:rsid w:val="001945F7"/>
    <w:rsid w:val="001A0B1E"/>
    <w:rsid w:val="001A216B"/>
    <w:rsid w:val="001A6F70"/>
    <w:rsid w:val="001A79DB"/>
    <w:rsid w:val="001C0280"/>
    <w:rsid w:val="001C0CCF"/>
    <w:rsid w:val="001D25F6"/>
    <w:rsid w:val="001D4608"/>
    <w:rsid w:val="001E09E8"/>
    <w:rsid w:val="001E7B00"/>
    <w:rsid w:val="001F4657"/>
    <w:rsid w:val="002121CA"/>
    <w:rsid w:val="0022015A"/>
    <w:rsid w:val="00221E92"/>
    <w:rsid w:val="00222438"/>
    <w:rsid w:val="00225E5E"/>
    <w:rsid w:val="00235BC3"/>
    <w:rsid w:val="00240B39"/>
    <w:rsid w:val="002615B8"/>
    <w:rsid w:val="00276229"/>
    <w:rsid w:val="002861EF"/>
    <w:rsid w:val="0029639D"/>
    <w:rsid w:val="002A57DC"/>
    <w:rsid w:val="002A6936"/>
    <w:rsid w:val="002B624A"/>
    <w:rsid w:val="002C00BD"/>
    <w:rsid w:val="002C64C4"/>
    <w:rsid w:val="002D00B3"/>
    <w:rsid w:val="002E0E6E"/>
    <w:rsid w:val="002F3141"/>
    <w:rsid w:val="002F5F50"/>
    <w:rsid w:val="0032027C"/>
    <w:rsid w:val="003254D9"/>
    <w:rsid w:val="00326F90"/>
    <w:rsid w:val="003303C4"/>
    <w:rsid w:val="0033149A"/>
    <w:rsid w:val="00331F0C"/>
    <w:rsid w:val="00332096"/>
    <w:rsid w:val="003572BF"/>
    <w:rsid w:val="00363BFC"/>
    <w:rsid w:val="00364F8D"/>
    <w:rsid w:val="003664A7"/>
    <w:rsid w:val="00370DF0"/>
    <w:rsid w:val="00373CCB"/>
    <w:rsid w:val="0038087D"/>
    <w:rsid w:val="003862A1"/>
    <w:rsid w:val="003976D1"/>
    <w:rsid w:val="003B139F"/>
    <w:rsid w:val="003B553A"/>
    <w:rsid w:val="003C00DE"/>
    <w:rsid w:val="003C1F1D"/>
    <w:rsid w:val="003C2CBB"/>
    <w:rsid w:val="003C7FB3"/>
    <w:rsid w:val="003D040C"/>
    <w:rsid w:val="003D239A"/>
    <w:rsid w:val="003E0B3E"/>
    <w:rsid w:val="003F428B"/>
    <w:rsid w:val="00404598"/>
    <w:rsid w:val="004206BA"/>
    <w:rsid w:val="0042096E"/>
    <w:rsid w:val="00430506"/>
    <w:rsid w:val="004412FF"/>
    <w:rsid w:val="004423A6"/>
    <w:rsid w:val="00444432"/>
    <w:rsid w:val="004459AB"/>
    <w:rsid w:val="004504D1"/>
    <w:rsid w:val="004624B5"/>
    <w:rsid w:val="00464AA8"/>
    <w:rsid w:val="0047174D"/>
    <w:rsid w:val="00475DA9"/>
    <w:rsid w:val="004762F5"/>
    <w:rsid w:val="0049340D"/>
    <w:rsid w:val="004B1E07"/>
    <w:rsid w:val="004B59D5"/>
    <w:rsid w:val="004E2B41"/>
    <w:rsid w:val="004E66BF"/>
    <w:rsid w:val="004F6234"/>
    <w:rsid w:val="00506BC4"/>
    <w:rsid w:val="0051708A"/>
    <w:rsid w:val="00523330"/>
    <w:rsid w:val="00535210"/>
    <w:rsid w:val="00540EBD"/>
    <w:rsid w:val="00541313"/>
    <w:rsid w:val="00552F11"/>
    <w:rsid w:val="00554FE2"/>
    <w:rsid w:val="005610C7"/>
    <w:rsid w:val="00562D5C"/>
    <w:rsid w:val="00563331"/>
    <w:rsid w:val="00570A1D"/>
    <w:rsid w:val="005843DE"/>
    <w:rsid w:val="00584FDB"/>
    <w:rsid w:val="00592992"/>
    <w:rsid w:val="00593ACA"/>
    <w:rsid w:val="005A1635"/>
    <w:rsid w:val="005A3149"/>
    <w:rsid w:val="005A61A3"/>
    <w:rsid w:val="005C09FA"/>
    <w:rsid w:val="005C5CDA"/>
    <w:rsid w:val="005E0C76"/>
    <w:rsid w:val="00610863"/>
    <w:rsid w:val="00612C0A"/>
    <w:rsid w:val="00631BBD"/>
    <w:rsid w:val="00634C9D"/>
    <w:rsid w:val="00646F0F"/>
    <w:rsid w:val="00654898"/>
    <w:rsid w:val="006664D2"/>
    <w:rsid w:val="006672A8"/>
    <w:rsid w:val="00667E95"/>
    <w:rsid w:val="0067040A"/>
    <w:rsid w:val="00670EDB"/>
    <w:rsid w:val="00675532"/>
    <w:rsid w:val="006762BB"/>
    <w:rsid w:val="0067687B"/>
    <w:rsid w:val="006A49A2"/>
    <w:rsid w:val="006B069E"/>
    <w:rsid w:val="006B346A"/>
    <w:rsid w:val="006B5D4E"/>
    <w:rsid w:val="006B6E31"/>
    <w:rsid w:val="006C27EF"/>
    <w:rsid w:val="006C3E29"/>
    <w:rsid w:val="006D1DE9"/>
    <w:rsid w:val="006D4C7E"/>
    <w:rsid w:val="006D5786"/>
    <w:rsid w:val="006E6A41"/>
    <w:rsid w:val="006E7703"/>
    <w:rsid w:val="006F67DF"/>
    <w:rsid w:val="00701234"/>
    <w:rsid w:val="00702D38"/>
    <w:rsid w:val="007127E2"/>
    <w:rsid w:val="007260E1"/>
    <w:rsid w:val="00733900"/>
    <w:rsid w:val="00733EE7"/>
    <w:rsid w:val="00734F82"/>
    <w:rsid w:val="00741816"/>
    <w:rsid w:val="00744D37"/>
    <w:rsid w:val="0075670E"/>
    <w:rsid w:val="007664C6"/>
    <w:rsid w:val="00774C02"/>
    <w:rsid w:val="00774F66"/>
    <w:rsid w:val="00776737"/>
    <w:rsid w:val="00781470"/>
    <w:rsid w:val="00782110"/>
    <w:rsid w:val="00791B10"/>
    <w:rsid w:val="007926D5"/>
    <w:rsid w:val="007B5A67"/>
    <w:rsid w:val="007C40D6"/>
    <w:rsid w:val="007C6F0C"/>
    <w:rsid w:val="007D31F7"/>
    <w:rsid w:val="007E6230"/>
    <w:rsid w:val="007F7814"/>
    <w:rsid w:val="007F79AC"/>
    <w:rsid w:val="00804AB1"/>
    <w:rsid w:val="008066E8"/>
    <w:rsid w:val="008073CD"/>
    <w:rsid w:val="00810E50"/>
    <w:rsid w:val="00811D62"/>
    <w:rsid w:val="0083332D"/>
    <w:rsid w:val="00835043"/>
    <w:rsid w:val="008373E6"/>
    <w:rsid w:val="008437B7"/>
    <w:rsid w:val="008437D6"/>
    <w:rsid w:val="00850FA1"/>
    <w:rsid w:val="008520A1"/>
    <w:rsid w:val="008571A8"/>
    <w:rsid w:val="0086774B"/>
    <w:rsid w:val="00870CE6"/>
    <w:rsid w:val="0087381C"/>
    <w:rsid w:val="0089054E"/>
    <w:rsid w:val="00890FA8"/>
    <w:rsid w:val="0089325B"/>
    <w:rsid w:val="00895DC5"/>
    <w:rsid w:val="008A1CB2"/>
    <w:rsid w:val="008A6A03"/>
    <w:rsid w:val="008B75BB"/>
    <w:rsid w:val="008C633C"/>
    <w:rsid w:val="008D188B"/>
    <w:rsid w:val="008E2BC5"/>
    <w:rsid w:val="008F6D80"/>
    <w:rsid w:val="008F6E20"/>
    <w:rsid w:val="009075E4"/>
    <w:rsid w:val="00911553"/>
    <w:rsid w:val="00917122"/>
    <w:rsid w:val="00920111"/>
    <w:rsid w:val="0092020A"/>
    <w:rsid w:val="00921CA0"/>
    <w:rsid w:val="00922E68"/>
    <w:rsid w:val="00926F94"/>
    <w:rsid w:val="009271E7"/>
    <w:rsid w:val="0092764C"/>
    <w:rsid w:val="0093007D"/>
    <w:rsid w:val="009305E9"/>
    <w:rsid w:val="00937E26"/>
    <w:rsid w:val="00946A4A"/>
    <w:rsid w:val="00961720"/>
    <w:rsid w:val="00962F15"/>
    <w:rsid w:val="009636E9"/>
    <w:rsid w:val="0097087D"/>
    <w:rsid w:val="00970D08"/>
    <w:rsid w:val="00982443"/>
    <w:rsid w:val="00990BBD"/>
    <w:rsid w:val="00994F59"/>
    <w:rsid w:val="009A076F"/>
    <w:rsid w:val="009C0B4C"/>
    <w:rsid w:val="009C1806"/>
    <w:rsid w:val="009C51AB"/>
    <w:rsid w:val="009C63FB"/>
    <w:rsid w:val="009C766B"/>
    <w:rsid w:val="009E4D8C"/>
    <w:rsid w:val="009E508D"/>
    <w:rsid w:val="00A0332F"/>
    <w:rsid w:val="00A03749"/>
    <w:rsid w:val="00A14998"/>
    <w:rsid w:val="00A26F13"/>
    <w:rsid w:val="00A302B5"/>
    <w:rsid w:val="00A327F8"/>
    <w:rsid w:val="00A33400"/>
    <w:rsid w:val="00A37FBA"/>
    <w:rsid w:val="00A519CB"/>
    <w:rsid w:val="00A54902"/>
    <w:rsid w:val="00A63807"/>
    <w:rsid w:val="00A829DE"/>
    <w:rsid w:val="00A963CD"/>
    <w:rsid w:val="00AA11E1"/>
    <w:rsid w:val="00AA13E0"/>
    <w:rsid w:val="00AA1B49"/>
    <w:rsid w:val="00AA1D8D"/>
    <w:rsid w:val="00AA5698"/>
    <w:rsid w:val="00AB232F"/>
    <w:rsid w:val="00AB23F6"/>
    <w:rsid w:val="00AB63DE"/>
    <w:rsid w:val="00AB696F"/>
    <w:rsid w:val="00AC221A"/>
    <w:rsid w:val="00AD0F50"/>
    <w:rsid w:val="00AD59DE"/>
    <w:rsid w:val="00AD7E70"/>
    <w:rsid w:val="00AE083C"/>
    <w:rsid w:val="00AF59C7"/>
    <w:rsid w:val="00AF73D9"/>
    <w:rsid w:val="00B03E79"/>
    <w:rsid w:val="00B05A63"/>
    <w:rsid w:val="00B10ED3"/>
    <w:rsid w:val="00B13B38"/>
    <w:rsid w:val="00B159C1"/>
    <w:rsid w:val="00B21D58"/>
    <w:rsid w:val="00B23BE3"/>
    <w:rsid w:val="00B26507"/>
    <w:rsid w:val="00B26FE1"/>
    <w:rsid w:val="00B31D03"/>
    <w:rsid w:val="00B46C0B"/>
    <w:rsid w:val="00B47730"/>
    <w:rsid w:val="00B6385D"/>
    <w:rsid w:val="00B6661E"/>
    <w:rsid w:val="00B82239"/>
    <w:rsid w:val="00B866C1"/>
    <w:rsid w:val="00B94873"/>
    <w:rsid w:val="00BA0BC3"/>
    <w:rsid w:val="00BA4981"/>
    <w:rsid w:val="00BA60A5"/>
    <w:rsid w:val="00BB49A5"/>
    <w:rsid w:val="00BB62EA"/>
    <w:rsid w:val="00BC47E4"/>
    <w:rsid w:val="00BD085C"/>
    <w:rsid w:val="00BD7680"/>
    <w:rsid w:val="00BE04B3"/>
    <w:rsid w:val="00BE07EC"/>
    <w:rsid w:val="00BE2453"/>
    <w:rsid w:val="00BE324B"/>
    <w:rsid w:val="00BF04A5"/>
    <w:rsid w:val="00BF4F23"/>
    <w:rsid w:val="00C038FE"/>
    <w:rsid w:val="00C141C3"/>
    <w:rsid w:val="00C14F86"/>
    <w:rsid w:val="00C208D5"/>
    <w:rsid w:val="00C26160"/>
    <w:rsid w:val="00C41432"/>
    <w:rsid w:val="00C41CA1"/>
    <w:rsid w:val="00C47FE1"/>
    <w:rsid w:val="00C56DB2"/>
    <w:rsid w:val="00C66D5A"/>
    <w:rsid w:val="00C87447"/>
    <w:rsid w:val="00C87C39"/>
    <w:rsid w:val="00CA4A18"/>
    <w:rsid w:val="00CB0664"/>
    <w:rsid w:val="00CB4068"/>
    <w:rsid w:val="00CD27EB"/>
    <w:rsid w:val="00CD332A"/>
    <w:rsid w:val="00CE1DF2"/>
    <w:rsid w:val="00CF0D85"/>
    <w:rsid w:val="00CF12F2"/>
    <w:rsid w:val="00D000CC"/>
    <w:rsid w:val="00D00222"/>
    <w:rsid w:val="00D024D4"/>
    <w:rsid w:val="00D0612F"/>
    <w:rsid w:val="00D155F9"/>
    <w:rsid w:val="00D3153F"/>
    <w:rsid w:val="00D3252F"/>
    <w:rsid w:val="00D35FB8"/>
    <w:rsid w:val="00D41585"/>
    <w:rsid w:val="00D43A8D"/>
    <w:rsid w:val="00D43FA6"/>
    <w:rsid w:val="00D47E31"/>
    <w:rsid w:val="00D51DB8"/>
    <w:rsid w:val="00D5237D"/>
    <w:rsid w:val="00D62A28"/>
    <w:rsid w:val="00D648D5"/>
    <w:rsid w:val="00D93292"/>
    <w:rsid w:val="00DC1997"/>
    <w:rsid w:val="00DC69A0"/>
    <w:rsid w:val="00DD21D4"/>
    <w:rsid w:val="00DD4CAD"/>
    <w:rsid w:val="00DE61CD"/>
    <w:rsid w:val="00DE6345"/>
    <w:rsid w:val="00DF26B4"/>
    <w:rsid w:val="00E06983"/>
    <w:rsid w:val="00E134FF"/>
    <w:rsid w:val="00E17FA6"/>
    <w:rsid w:val="00E23F0D"/>
    <w:rsid w:val="00E30CFD"/>
    <w:rsid w:val="00E32776"/>
    <w:rsid w:val="00E34D20"/>
    <w:rsid w:val="00E422DF"/>
    <w:rsid w:val="00E44716"/>
    <w:rsid w:val="00E517C0"/>
    <w:rsid w:val="00E63467"/>
    <w:rsid w:val="00E71DC9"/>
    <w:rsid w:val="00E74431"/>
    <w:rsid w:val="00E74862"/>
    <w:rsid w:val="00E82DC9"/>
    <w:rsid w:val="00E90BAC"/>
    <w:rsid w:val="00E93541"/>
    <w:rsid w:val="00E947F4"/>
    <w:rsid w:val="00EA18F5"/>
    <w:rsid w:val="00EA6685"/>
    <w:rsid w:val="00EC4EE6"/>
    <w:rsid w:val="00ED0060"/>
    <w:rsid w:val="00EE06F2"/>
    <w:rsid w:val="00EE20A2"/>
    <w:rsid w:val="00EE210F"/>
    <w:rsid w:val="00EE6701"/>
    <w:rsid w:val="00EF4BD5"/>
    <w:rsid w:val="00EF6751"/>
    <w:rsid w:val="00EF7E85"/>
    <w:rsid w:val="00F13D50"/>
    <w:rsid w:val="00F14736"/>
    <w:rsid w:val="00F17824"/>
    <w:rsid w:val="00F24DCB"/>
    <w:rsid w:val="00F24EED"/>
    <w:rsid w:val="00F26A75"/>
    <w:rsid w:val="00F27327"/>
    <w:rsid w:val="00F33D87"/>
    <w:rsid w:val="00F41EC7"/>
    <w:rsid w:val="00F5137F"/>
    <w:rsid w:val="00F631E4"/>
    <w:rsid w:val="00F705BE"/>
    <w:rsid w:val="00F76519"/>
    <w:rsid w:val="00F76A36"/>
    <w:rsid w:val="00F966A6"/>
    <w:rsid w:val="00FA225E"/>
    <w:rsid w:val="00FA3E49"/>
    <w:rsid w:val="00FB58DE"/>
    <w:rsid w:val="00FC693F"/>
    <w:rsid w:val="00FD588A"/>
    <w:rsid w:val="00FE1D64"/>
    <w:rsid w:val="00FF1427"/>
    <w:rsid w:val="00FF54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5B213D"/>
  <w14:defaultImageDpi w14:val="300"/>
  <w15:docId w15:val="{8EAFC6B0-B42E-D140-9B3C-E211CE1E1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302B5"/>
    <w:rPr>
      <w:color w:val="0000FF" w:themeColor="hyperlink"/>
      <w:u w:val="single"/>
    </w:rPr>
  </w:style>
  <w:style w:type="character" w:styleId="UnresolvedMention">
    <w:name w:val="Unresolved Mention"/>
    <w:basedOn w:val="DefaultParagraphFont"/>
    <w:uiPriority w:val="99"/>
    <w:semiHidden/>
    <w:unhideWhenUsed/>
    <w:rsid w:val="00A302B5"/>
    <w:rPr>
      <w:color w:val="605E5C"/>
      <w:shd w:val="clear" w:color="auto" w:fill="E1DFDD"/>
    </w:rPr>
  </w:style>
  <w:style w:type="paragraph" w:customStyle="1" w:styleId="isselectedend">
    <w:name w:val="isselectedend"/>
    <w:basedOn w:val="Normal"/>
    <w:rsid w:val="00DF26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F26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63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england.nhs.uk/long-read/nhs-long-term-workforce-pla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hare.google/OQF7qQMGJA9dxz80s" TargetMode="External"/><Relationship Id="rId17" Type="http://schemas.openxmlformats.org/officeDocument/2006/relationships/hyperlink" Target="mailto:s.381@hotmail.co"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2488</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Andleeb Saeed</cp:lastModifiedBy>
  <cp:revision>12</cp:revision>
  <dcterms:created xsi:type="dcterms:W3CDTF">2026-07-17T13:26:00Z</dcterms:created>
  <dcterms:modified xsi:type="dcterms:W3CDTF">2026-07-17T14:43:00Z</dcterms:modified>
  <cp:category/>
</cp:coreProperties>
</file>