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3C3DB5" w14:textId="77777777" w:rsidR="001B1090" w:rsidRDefault="00000000">
      <w:pPr>
        <w:pStyle w:val="Title"/>
      </w:pPr>
      <w:r>
        <w:t>Library Management System: Table Creation Worksheet in MS Access</w:t>
      </w:r>
    </w:p>
    <w:p w14:paraId="1517FA5C" w14:textId="77777777" w:rsidR="001B1090" w:rsidRDefault="00000000">
      <w:r>
        <w:t>Scenario: A small library needs to keep track of the books it lends to members. They want to store information about the books, members, and loans.</w:t>
      </w:r>
    </w:p>
    <w:p w14:paraId="53EC5856" w14:textId="77777777" w:rsidR="001B1090" w:rsidRDefault="00000000">
      <w:pPr>
        <w:pStyle w:val="Heading1"/>
      </w:pPr>
      <w:r>
        <w:t>Student Worksheet</w:t>
      </w:r>
    </w:p>
    <w:p w14:paraId="2D05CEEF" w14:textId="77777777" w:rsidR="001B1090" w:rsidRDefault="00000000">
      <w:r>
        <w:t>Create the tables below in Microsoft Access and apply appropriate validation rules and primary keys.</w:t>
      </w:r>
    </w:p>
    <w:p w14:paraId="2A15CAC0" w14:textId="77777777" w:rsidR="003C3129" w:rsidRPr="003C3129" w:rsidRDefault="003C3129" w:rsidP="003C3129">
      <w:pPr>
        <w:rPr>
          <w:b/>
          <w:bCs/>
          <w:lang w:val="en-GB"/>
        </w:rPr>
      </w:pPr>
      <w:r w:rsidRPr="003C3129">
        <w:rPr>
          <w:b/>
          <w:bCs/>
          <w:lang w:val="en-GB"/>
        </w:rPr>
        <w:t>Types of validation covered:</w:t>
      </w:r>
    </w:p>
    <w:p w14:paraId="210FF587" w14:textId="77777777" w:rsidR="003C3129" w:rsidRPr="003C3129" w:rsidRDefault="003C3129" w:rsidP="003C3129">
      <w:pPr>
        <w:numPr>
          <w:ilvl w:val="0"/>
          <w:numId w:val="10"/>
        </w:numPr>
        <w:rPr>
          <w:lang w:val="en-GB"/>
        </w:rPr>
      </w:pPr>
      <w:r w:rsidRPr="003C3129">
        <w:rPr>
          <w:lang w:val="en-GB"/>
        </w:rPr>
        <w:t xml:space="preserve">Range validation (&gt;, &lt;, &gt;=, &lt;=) </w:t>
      </w:r>
    </w:p>
    <w:p w14:paraId="7C4B0458" w14:textId="77777777" w:rsidR="003C3129" w:rsidRPr="003C3129" w:rsidRDefault="003C3129" w:rsidP="003C3129">
      <w:pPr>
        <w:numPr>
          <w:ilvl w:val="0"/>
          <w:numId w:val="10"/>
        </w:numPr>
        <w:rPr>
          <w:lang w:val="en-GB"/>
        </w:rPr>
      </w:pPr>
      <w:r w:rsidRPr="003C3129">
        <w:rPr>
          <w:lang w:val="en-GB"/>
        </w:rPr>
        <w:t xml:space="preserve">Required field validation (Is Not Null) </w:t>
      </w:r>
    </w:p>
    <w:p w14:paraId="64F2AF09" w14:textId="77777777" w:rsidR="003C3129" w:rsidRPr="003C3129" w:rsidRDefault="003C3129" w:rsidP="003C3129">
      <w:pPr>
        <w:numPr>
          <w:ilvl w:val="0"/>
          <w:numId w:val="10"/>
        </w:numPr>
        <w:rPr>
          <w:lang w:val="en-GB"/>
        </w:rPr>
      </w:pPr>
      <w:r w:rsidRPr="003C3129">
        <w:rPr>
          <w:lang w:val="en-GB"/>
        </w:rPr>
        <w:t xml:space="preserve">Pattern validation (Like) </w:t>
      </w:r>
    </w:p>
    <w:p w14:paraId="4D31CAE7" w14:textId="77777777" w:rsidR="003C3129" w:rsidRPr="003C3129" w:rsidRDefault="003C3129" w:rsidP="003C3129">
      <w:pPr>
        <w:numPr>
          <w:ilvl w:val="0"/>
          <w:numId w:val="10"/>
        </w:numPr>
        <w:rPr>
          <w:lang w:val="en-GB"/>
        </w:rPr>
      </w:pPr>
      <w:r w:rsidRPr="003C3129">
        <w:rPr>
          <w:lang w:val="en-GB"/>
        </w:rPr>
        <w:t xml:space="preserve">Length validation (Len) </w:t>
      </w:r>
    </w:p>
    <w:p w14:paraId="0A41E992" w14:textId="77777777" w:rsidR="003C3129" w:rsidRPr="003C3129" w:rsidRDefault="003C3129" w:rsidP="003C3129">
      <w:pPr>
        <w:numPr>
          <w:ilvl w:val="0"/>
          <w:numId w:val="10"/>
        </w:numPr>
        <w:rPr>
          <w:lang w:val="en-GB"/>
        </w:rPr>
      </w:pPr>
      <w:r w:rsidRPr="003C3129">
        <w:rPr>
          <w:lang w:val="en-GB"/>
        </w:rPr>
        <w:t xml:space="preserve">Date validation (Date comparisons) </w:t>
      </w:r>
    </w:p>
    <w:p w14:paraId="1DAA3DDD" w14:textId="77777777" w:rsidR="003C3129" w:rsidRPr="003C3129" w:rsidRDefault="003C3129" w:rsidP="003C3129">
      <w:pPr>
        <w:numPr>
          <w:ilvl w:val="0"/>
          <w:numId w:val="10"/>
        </w:numPr>
        <w:rPr>
          <w:lang w:val="en-GB"/>
        </w:rPr>
      </w:pPr>
      <w:r w:rsidRPr="003C3129">
        <w:rPr>
          <w:lang w:val="en-GB"/>
        </w:rPr>
        <w:t>Logical validation (AND / OR conditions)</w:t>
      </w:r>
    </w:p>
    <w:p w14:paraId="19D02626" w14:textId="77777777" w:rsidR="003C3129" w:rsidRPr="003C3129" w:rsidRDefault="003C3129">
      <w:pPr>
        <w:rPr>
          <w:lang w:val="en-GB"/>
        </w:rPr>
      </w:pPr>
    </w:p>
    <w:p w14:paraId="52E06BAF" w14:textId="77777777" w:rsidR="001B1090" w:rsidRDefault="00000000">
      <w:pPr>
        <w:pStyle w:val="Heading2"/>
      </w:pPr>
      <w:r>
        <w:t>Books Table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1B1090" w14:paraId="37B6302B" w14:textId="77777777">
        <w:tc>
          <w:tcPr>
            <w:tcW w:w="2880" w:type="dxa"/>
          </w:tcPr>
          <w:p w14:paraId="068FEFA5" w14:textId="77777777" w:rsidR="001B1090" w:rsidRDefault="00000000">
            <w:r>
              <w:t>Field Name</w:t>
            </w:r>
          </w:p>
        </w:tc>
        <w:tc>
          <w:tcPr>
            <w:tcW w:w="2880" w:type="dxa"/>
          </w:tcPr>
          <w:p w14:paraId="5AE942F7" w14:textId="77777777" w:rsidR="001B1090" w:rsidRDefault="00000000">
            <w:r>
              <w:t>Data Type</w:t>
            </w:r>
          </w:p>
        </w:tc>
        <w:tc>
          <w:tcPr>
            <w:tcW w:w="2880" w:type="dxa"/>
          </w:tcPr>
          <w:p w14:paraId="41BAD625" w14:textId="77777777" w:rsidR="001B1090" w:rsidRDefault="00000000">
            <w:r>
              <w:t>Description</w:t>
            </w:r>
          </w:p>
        </w:tc>
      </w:tr>
      <w:tr w:rsidR="001B1090" w14:paraId="2549C7F3" w14:textId="77777777">
        <w:tc>
          <w:tcPr>
            <w:tcW w:w="2880" w:type="dxa"/>
          </w:tcPr>
          <w:p w14:paraId="6362BC95" w14:textId="77777777" w:rsidR="001B1090" w:rsidRDefault="00000000">
            <w:r>
              <w:t>BookID</w:t>
            </w:r>
          </w:p>
        </w:tc>
        <w:tc>
          <w:tcPr>
            <w:tcW w:w="2880" w:type="dxa"/>
          </w:tcPr>
          <w:p w14:paraId="5DE98D99" w14:textId="77777777" w:rsidR="001B1090" w:rsidRDefault="00000000">
            <w:r>
              <w:t>AutoNumber</w:t>
            </w:r>
          </w:p>
        </w:tc>
        <w:tc>
          <w:tcPr>
            <w:tcW w:w="2880" w:type="dxa"/>
          </w:tcPr>
          <w:p w14:paraId="63EA0EE1" w14:textId="77777777" w:rsidR="001B1090" w:rsidRDefault="00000000">
            <w:r>
              <w:t>Primary Key</w:t>
            </w:r>
          </w:p>
        </w:tc>
      </w:tr>
      <w:tr w:rsidR="001B1090" w14:paraId="7FCE19EE" w14:textId="77777777">
        <w:tc>
          <w:tcPr>
            <w:tcW w:w="2880" w:type="dxa"/>
          </w:tcPr>
          <w:p w14:paraId="1A887292" w14:textId="77777777" w:rsidR="001B1090" w:rsidRDefault="00000000">
            <w:r>
              <w:t>Title</w:t>
            </w:r>
          </w:p>
        </w:tc>
        <w:tc>
          <w:tcPr>
            <w:tcW w:w="2880" w:type="dxa"/>
          </w:tcPr>
          <w:p w14:paraId="7FA014D7" w14:textId="77777777" w:rsidR="001B1090" w:rsidRDefault="00000000">
            <w:r>
              <w:t>Short Text</w:t>
            </w:r>
          </w:p>
        </w:tc>
        <w:tc>
          <w:tcPr>
            <w:tcW w:w="2880" w:type="dxa"/>
          </w:tcPr>
          <w:p w14:paraId="3B4C7916" w14:textId="77777777" w:rsidR="001B1090" w:rsidRDefault="00000000">
            <w:r>
              <w:t>Title of the book</w:t>
            </w:r>
          </w:p>
        </w:tc>
      </w:tr>
      <w:tr w:rsidR="001B1090" w14:paraId="2E86A4F2" w14:textId="77777777">
        <w:tc>
          <w:tcPr>
            <w:tcW w:w="2880" w:type="dxa"/>
          </w:tcPr>
          <w:p w14:paraId="20C5B09B" w14:textId="77777777" w:rsidR="001B1090" w:rsidRDefault="00000000">
            <w:r>
              <w:t>Author</w:t>
            </w:r>
          </w:p>
        </w:tc>
        <w:tc>
          <w:tcPr>
            <w:tcW w:w="2880" w:type="dxa"/>
          </w:tcPr>
          <w:p w14:paraId="5B14E893" w14:textId="77777777" w:rsidR="001B1090" w:rsidRDefault="00000000">
            <w:r>
              <w:t>Short Text</w:t>
            </w:r>
          </w:p>
        </w:tc>
        <w:tc>
          <w:tcPr>
            <w:tcW w:w="2880" w:type="dxa"/>
          </w:tcPr>
          <w:p w14:paraId="4C2B2711" w14:textId="77777777" w:rsidR="001B1090" w:rsidRDefault="00000000">
            <w:r>
              <w:t>Author of the book</w:t>
            </w:r>
          </w:p>
        </w:tc>
      </w:tr>
      <w:tr w:rsidR="001B1090" w14:paraId="262BF6FD" w14:textId="77777777">
        <w:tc>
          <w:tcPr>
            <w:tcW w:w="2880" w:type="dxa"/>
          </w:tcPr>
          <w:p w14:paraId="7E72B5B9" w14:textId="77777777" w:rsidR="001B1090" w:rsidRDefault="00000000">
            <w:r>
              <w:t>ISBN</w:t>
            </w:r>
          </w:p>
        </w:tc>
        <w:tc>
          <w:tcPr>
            <w:tcW w:w="2880" w:type="dxa"/>
          </w:tcPr>
          <w:p w14:paraId="11B263EF" w14:textId="77777777" w:rsidR="001B1090" w:rsidRDefault="00000000">
            <w:r>
              <w:t>Short Text</w:t>
            </w:r>
          </w:p>
        </w:tc>
        <w:tc>
          <w:tcPr>
            <w:tcW w:w="2880" w:type="dxa"/>
          </w:tcPr>
          <w:p w14:paraId="03B086B1" w14:textId="77777777" w:rsidR="001B1090" w:rsidRDefault="00000000">
            <w:r>
              <w:t>ISBN number</w:t>
            </w:r>
          </w:p>
        </w:tc>
      </w:tr>
      <w:tr w:rsidR="001B1090" w14:paraId="3A586125" w14:textId="77777777">
        <w:tc>
          <w:tcPr>
            <w:tcW w:w="2880" w:type="dxa"/>
          </w:tcPr>
          <w:p w14:paraId="7FAF14B5" w14:textId="77777777" w:rsidR="001B1090" w:rsidRDefault="00000000">
            <w:r>
              <w:t>PublishedYear</w:t>
            </w:r>
          </w:p>
        </w:tc>
        <w:tc>
          <w:tcPr>
            <w:tcW w:w="2880" w:type="dxa"/>
          </w:tcPr>
          <w:p w14:paraId="7ABA6AEC" w14:textId="77777777" w:rsidR="001B1090" w:rsidRDefault="00000000">
            <w:r>
              <w:t>Number</w:t>
            </w:r>
          </w:p>
        </w:tc>
        <w:tc>
          <w:tcPr>
            <w:tcW w:w="2880" w:type="dxa"/>
          </w:tcPr>
          <w:p w14:paraId="5CA4D3A6" w14:textId="77777777" w:rsidR="001B1090" w:rsidRDefault="00000000">
            <w:r>
              <w:t>Year published</w:t>
            </w:r>
          </w:p>
        </w:tc>
      </w:tr>
      <w:tr w:rsidR="001B1090" w14:paraId="00B460C8" w14:textId="77777777">
        <w:tc>
          <w:tcPr>
            <w:tcW w:w="2880" w:type="dxa"/>
          </w:tcPr>
          <w:p w14:paraId="6B939A1C" w14:textId="77777777" w:rsidR="001B1090" w:rsidRDefault="00000000">
            <w:r>
              <w:t>AvailableCopies</w:t>
            </w:r>
          </w:p>
        </w:tc>
        <w:tc>
          <w:tcPr>
            <w:tcW w:w="2880" w:type="dxa"/>
          </w:tcPr>
          <w:p w14:paraId="188C23ED" w14:textId="77777777" w:rsidR="001B1090" w:rsidRDefault="00000000">
            <w:r>
              <w:t>Number</w:t>
            </w:r>
          </w:p>
        </w:tc>
        <w:tc>
          <w:tcPr>
            <w:tcW w:w="2880" w:type="dxa"/>
          </w:tcPr>
          <w:p w14:paraId="534B0966" w14:textId="77777777" w:rsidR="001B1090" w:rsidRDefault="00000000">
            <w:r>
              <w:t>Number of copies available</w:t>
            </w:r>
          </w:p>
        </w:tc>
      </w:tr>
    </w:tbl>
    <w:p w14:paraId="22F17A27" w14:textId="77777777" w:rsidR="001B1090" w:rsidRDefault="001B1090"/>
    <w:p w14:paraId="24E7E511" w14:textId="77777777" w:rsidR="001B1090" w:rsidRDefault="00000000">
      <w:pPr>
        <w:pStyle w:val="Heading2"/>
      </w:pPr>
      <w:r>
        <w:lastRenderedPageBreak/>
        <w:t>Members Table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1B1090" w14:paraId="556475FF" w14:textId="77777777">
        <w:tc>
          <w:tcPr>
            <w:tcW w:w="2880" w:type="dxa"/>
          </w:tcPr>
          <w:p w14:paraId="6F4B734F" w14:textId="77777777" w:rsidR="001B1090" w:rsidRDefault="00000000">
            <w:r>
              <w:t>Field Name</w:t>
            </w:r>
          </w:p>
        </w:tc>
        <w:tc>
          <w:tcPr>
            <w:tcW w:w="2880" w:type="dxa"/>
          </w:tcPr>
          <w:p w14:paraId="3C9393C0" w14:textId="77777777" w:rsidR="001B1090" w:rsidRDefault="00000000">
            <w:r>
              <w:t>Data Type</w:t>
            </w:r>
          </w:p>
        </w:tc>
        <w:tc>
          <w:tcPr>
            <w:tcW w:w="2880" w:type="dxa"/>
          </w:tcPr>
          <w:p w14:paraId="0497FA28" w14:textId="77777777" w:rsidR="001B1090" w:rsidRDefault="00000000">
            <w:r>
              <w:t>Description</w:t>
            </w:r>
          </w:p>
        </w:tc>
      </w:tr>
      <w:tr w:rsidR="001B1090" w14:paraId="22439055" w14:textId="77777777">
        <w:tc>
          <w:tcPr>
            <w:tcW w:w="2880" w:type="dxa"/>
          </w:tcPr>
          <w:p w14:paraId="0A0F8A96" w14:textId="77777777" w:rsidR="001B1090" w:rsidRDefault="00000000">
            <w:r>
              <w:t>MemberID</w:t>
            </w:r>
          </w:p>
        </w:tc>
        <w:tc>
          <w:tcPr>
            <w:tcW w:w="2880" w:type="dxa"/>
          </w:tcPr>
          <w:p w14:paraId="114452E5" w14:textId="77777777" w:rsidR="001B1090" w:rsidRDefault="00000000">
            <w:r>
              <w:t>AutoNumber</w:t>
            </w:r>
          </w:p>
        </w:tc>
        <w:tc>
          <w:tcPr>
            <w:tcW w:w="2880" w:type="dxa"/>
          </w:tcPr>
          <w:p w14:paraId="052CC9BA" w14:textId="77777777" w:rsidR="001B1090" w:rsidRDefault="00000000">
            <w:r>
              <w:t>Primary Key</w:t>
            </w:r>
          </w:p>
        </w:tc>
      </w:tr>
      <w:tr w:rsidR="001B1090" w14:paraId="48799D90" w14:textId="77777777">
        <w:tc>
          <w:tcPr>
            <w:tcW w:w="2880" w:type="dxa"/>
          </w:tcPr>
          <w:p w14:paraId="1504C35B" w14:textId="77777777" w:rsidR="001B1090" w:rsidRDefault="00000000">
            <w:r>
              <w:t>FirstName</w:t>
            </w:r>
          </w:p>
        </w:tc>
        <w:tc>
          <w:tcPr>
            <w:tcW w:w="2880" w:type="dxa"/>
          </w:tcPr>
          <w:p w14:paraId="72C72F8E" w14:textId="77777777" w:rsidR="001B1090" w:rsidRDefault="00000000">
            <w:r>
              <w:t>Short Text</w:t>
            </w:r>
          </w:p>
        </w:tc>
        <w:tc>
          <w:tcPr>
            <w:tcW w:w="2880" w:type="dxa"/>
          </w:tcPr>
          <w:p w14:paraId="5E784EF3" w14:textId="77777777" w:rsidR="001B1090" w:rsidRDefault="00000000">
            <w:r>
              <w:t>First name</w:t>
            </w:r>
          </w:p>
        </w:tc>
      </w:tr>
      <w:tr w:rsidR="001B1090" w14:paraId="0C46C60A" w14:textId="77777777">
        <w:tc>
          <w:tcPr>
            <w:tcW w:w="2880" w:type="dxa"/>
          </w:tcPr>
          <w:p w14:paraId="7C9E7C9E" w14:textId="77777777" w:rsidR="001B1090" w:rsidRDefault="00000000">
            <w:r>
              <w:t>LastName</w:t>
            </w:r>
          </w:p>
        </w:tc>
        <w:tc>
          <w:tcPr>
            <w:tcW w:w="2880" w:type="dxa"/>
          </w:tcPr>
          <w:p w14:paraId="671FBB66" w14:textId="77777777" w:rsidR="001B1090" w:rsidRDefault="00000000">
            <w:r>
              <w:t>Short Text</w:t>
            </w:r>
          </w:p>
        </w:tc>
        <w:tc>
          <w:tcPr>
            <w:tcW w:w="2880" w:type="dxa"/>
          </w:tcPr>
          <w:p w14:paraId="47651797" w14:textId="77777777" w:rsidR="001B1090" w:rsidRDefault="00000000">
            <w:r>
              <w:t>Last name</w:t>
            </w:r>
          </w:p>
        </w:tc>
      </w:tr>
      <w:tr w:rsidR="001B1090" w14:paraId="7C138EE5" w14:textId="77777777">
        <w:tc>
          <w:tcPr>
            <w:tcW w:w="2880" w:type="dxa"/>
          </w:tcPr>
          <w:p w14:paraId="12281A5E" w14:textId="77777777" w:rsidR="001B1090" w:rsidRDefault="00000000">
            <w:r>
              <w:t>PhoneNumber</w:t>
            </w:r>
          </w:p>
        </w:tc>
        <w:tc>
          <w:tcPr>
            <w:tcW w:w="2880" w:type="dxa"/>
          </w:tcPr>
          <w:p w14:paraId="27884C7C" w14:textId="77777777" w:rsidR="001B1090" w:rsidRDefault="00000000">
            <w:r>
              <w:t>Short Text</w:t>
            </w:r>
          </w:p>
        </w:tc>
        <w:tc>
          <w:tcPr>
            <w:tcW w:w="2880" w:type="dxa"/>
          </w:tcPr>
          <w:p w14:paraId="32EAFDB3" w14:textId="77777777" w:rsidR="001B1090" w:rsidRDefault="00000000">
            <w:r>
              <w:t>Contact number</w:t>
            </w:r>
          </w:p>
        </w:tc>
      </w:tr>
      <w:tr w:rsidR="001B1090" w14:paraId="4E362783" w14:textId="77777777">
        <w:tc>
          <w:tcPr>
            <w:tcW w:w="2880" w:type="dxa"/>
          </w:tcPr>
          <w:p w14:paraId="155DE35A" w14:textId="77777777" w:rsidR="001B1090" w:rsidRDefault="00000000">
            <w:r>
              <w:t>Email</w:t>
            </w:r>
          </w:p>
        </w:tc>
        <w:tc>
          <w:tcPr>
            <w:tcW w:w="2880" w:type="dxa"/>
          </w:tcPr>
          <w:p w14:paraId="4DE7A66C" w14:textId="77777777" w:rsidR="001B1090" w:rsidRDefault="00000000">
            <w:r>
              <w:t>Short Text</w:t>
            </w:r>
          </w:p>
        </w:tc>
        <w:tc>
          <w:tcPr>
            <w:tcW w:w="2880" w:type="dxa"/>
          </w:tcPr>
          <w:p w14:paraId="4AE855F3" w14:textId="77777777" w:rsidR="001B1090" w:rsidRDefault="00000000">
            <w:r>
              <w:t>Email address</w:t>
            </w:r>
          </w:p>
        </w:tc>
      </w:tr>
      <w:tr w:rsidR="001B1090" w14:paraId="1A529A00" w14:textId="77777777">
        <w:tc>
          <w:tcPr>
            <w:tcW w:w="2880" w:type="dxa"/>
          </w:tcPr>
          <w:p w14:paraId="0E96BD6F" w14:textId="77777777" w:rsidR="001B1090" w:rsidRDefault="00000000">
            <w:r>
              <w:t>DateJoined</w:t>
            </w:r>
          </w:p>
        </w:tc>
        <w:tc>
          <w:tcPr>
            <w:tcW w:w="2880" w:type="dxa"/>
          </w:tcPr>
          <w:p w14:paraId="47EE13EE" w14:textId="77777777" w:rsidR="001B1090" w:rsidRDefault="00000000">
            <w:r>
              <w:t>Date/Time</w:t>
            </w:r>
          </w:p>
        </w:tc>
        <w:tc>
          <w:tcPr>
            <w:tcW w:w="2880" w:type="dxa"/>
          </w:tcPr>
          <w:p w14:paraId="137F6BAD" w14:textId="77777777" w:rsidR="001B1090" w:rsidRDefault="00000000">
            <w:r>
              <w:t>Join date</w:t>
            </w:r>
          </w:p>
        </w:tc>
      </w:tr>
    </w:tbl>
    <w:p w14:paraId="6DEAB6C8" w14:textId="77777777" w:rsidR="001B1090" w:rsidRDefault="001B1090"/>
    <w:p w14:paraId="60730D1E" w14:textId="77777777" w:rsidR="001B1090" w:rsidRDefault="00000000">
      <w:pPr>
        <w:pStyle w:val="Heading2"/>
      </w:pPr>
      <w:r>
        <w:t>Loans Table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1B1090" w14:paraId="3B9B6E8B" w14:textId="77777777">
        <w:tc>
          <w:tcPr>
            <w:tcW w:w="2880" w:type="dxa"/>
          </w:tcPr>
          <w:p w14:paraId="38CB187B" w14:textId="77777777" w:rsidR="001B1090" w:rsidRDefault="00000000">
            <w:r>
              <w:t>Field Name</w:t>
            </w:r>
          </w:p>
        </w:tc>
        <w:tc>
          <w:tcPr>
            <w:tcW w:w="2880" w:type="dxa"/>
          </w:tcPr>
          <w:p w14:paraId="627705B1" w14:textId="77777777" w:rsidR="001B1090" w:rsidRDefault="00000000">
            <w:r>
              <w:t>Data Type</w:t>
            </w:r>
          </w:p>
        </w:tc>
        <w:tc>
          <w:tcPr>
            <w:tcW w:w="2880" w:type="dxa"/>
          </w:tcPr>
          <w:p w14:paraId="0B223D6E" w14:textId="77777777" w:rsidR="001B1090" w:rsidRDefault="00000000">
            <w:r>
              <w:t>Description</w:t>
            </w:r>
          </w:p>
        </w:tc>
      </w:tr>
      <w:tr w:rsidR="001B1090" w14:paraId="3414BFFD" w14:textId="77777777">
        <w:tc>
          <w:tcPr>
            <w:tcW w:w="2880" w:type="dxa"/>
          </w:tcPr>
          <w:p w14:paraId="54EC8C35" w14:textId="77777777" w:rsidR="001B1090" w:rsidRDefault="00000000">
            <w:r>
              <w:t>LoanID</w:t>
            </w:r>
          </w:p>
        </w:tc>
        <w:tc>
          <w:tcPr>
            <w:tcW w:w="2880" w:type="dxa"/>
          </w:tcPr>
          <w:p w14:paraId="11CBB28F" w14:textId="77777777" w:rsidR="001B1090" w:rsidRDefault="00000000">
            <w:r>
              <w:t>AutoNumber</w:t>
            </w:r>
          </w:p>
        </w:tc>
        <w:tc>
          <w:tcPr>
            <w:tcW w:w="2880" w:type="dxa"/>
          </w:tcPr>
          <w:p w14:paraId="4E8DE19A" w14:textId="77777777" w:rsidR="001B1090" w:rsidRDefault="00000000">
            <w:r>
              <w:t>Primary Key</w:t>
            </w:r>
          </w:p>
        </w:tc>
      </w:tr>
      <w:tr w:rsidR="001B1090" w14:paraId="5F58B138" w14:textId="77777777">
        <w:tc>
          <w:tcPr>
            <w:tcW w:w="2880" w:type="dxa"/>
          </w:tcPr>
          <w:p w14:paraId="1B162E18" w14:textId="77777777" w:rsidR="001B1090" w:rsidRDefault="00000000">
            <w:r>
              <w:t>BookID</w:t>
            </w:r>
          </w:p>
        </w:tc>
        <w:tc>
          <w:tcPr>
            <w:tcW w:w="2880" w:type="dxa"/>
          </w:tcPr>
          <w:p w14:paraId="3CF318C0" w14:textId="77777777" w:rsidR="001B1090" w:rsidRDefault="00000000">
            <w:r>
              <w:t>Number</w:t>
            </w:r>
          </w:p>
        </w:tc>
        <w:tc>
          <w:tcPr>
            <w:tcW w:w="2880" w:type="dxa"/>
          </w:tcPr>
          <w:p w14:paraId="550942E8" w14:textId="77777777" w:rsidR="001B1090" w:rsidRDefault="00000000">
            <w:r>
              <w:t>Foreign Key</w:t>
            </w:r>
          </w:p>
        </w:tc>
      </w:tr>
      <w:tr w:rsidR="001B1090" w14:paraId="44B6CD9F" w14:textId="77777777">
        <w:tc>
          <w:tcPr>
            <w:tcW w:w="2880" w:type="dxa"/>
          </w:tcPr>
          <w:p w14:paraId="6893A39B" w14:textId="77777777" w:rsidR="001B1090" w:rsidRDefault="00000000">
            <w:r>
              <w:t>MemberID</w:t>
            </w:r>
          </w:p>
        </w:tc>
        <w:tc>
          <w:tcPr>
            <w:tcW w:w="2880" w:type="dxa"/>
          </w:tcPr>
          <w:p w14:paraId="02F87197" w14:textId="77777777" w:rsidR="001B1090" w:rsidRDefault="00000000">
            <w:r>
              <w:t>Number</w:t>
            </w:r>
          </w:p>
        </w:tc>
        <w:tc>
          <w:tcPr>
            <w:tcW w:w="2880" w:type="dxa"/>
          </w:tcPr>
          <w:p w14:paraId="102A6023" w14:textId="77777777" w:rsidR="001B1090" w:rsidRDefault="00000000">
            <w:r>
              <w:t>Foreign Key</w:t>
            </w:r>
          </w:p>
        </w:tc>
      </w:tr>
      <w:tr w:rsidR="001B1090" w14:paraId="1EF87C72" w14:textId="77777777">
        <w:tc>
          <w:tcPr>
            <w:tcW w:w="2880" w:type="dxa"/>
          </w:tcPr>
          <w:p w14:paraId="33FB325E" w14:textId="77777777" w:rsidR="001B1090" w:rsidRDefault="00000000">
            <w:r>
              <w:t>LoanDate</w:t>
            </w:r>
          </w:p>
        </w:tc>
        <w:tc>
          <w:tcPr>
            <w:tcW w:w="2880" w:type="dxa"/>
          </w:tcPr>
          <w:p w14:paraId="46C7FF50" w14:textId="77777777" w:rsidR="001B1090" w:rsidRDefault="00000000">
            <w:r>
              <w:t>Date/Time</w:t>
            </w:r>
          </w:p>
        </w:tc>
        <w:tc>
          <w:tcPr>
            <w:tcW w:w="2880" w:type="dxa"/>
          </w:tcPr>
          <w:p w14:paraId="019A7EA0" w14:textId="77777777" w:rsidR="001B1090" w:rsidRDefault="00000000">
            <w:r>
              <w:t>Loan date</w:t>
            </w:r>
          </w:p>
        </w:tc>
      </w:tr>
      <w:tr w:rsidR="001B1090" w14:paraId="3D4AD91E" w14:textId="77777777">
        <w:tc>
          <w:tcPr>
            <w:tcW w:w="2880" w:type="dxa"/>
          </w:tcPr>
          <w:p w14:paraId="3DCADD5C" w14:textId="77777777" w:rsidR="001B1090" w:rsidRDefault="00000000">
            <w:r>
              <w:t>DueDate</w:t>
            </w:r>
          </w:p>
        </w:tc>
        <w:tc>
          <w:tcPr>
            <w:tcW w:w="2880" w:type="dxa"/>
          </w:tcPr>
          <w:p w14:paraId="2A9ADD64" w14:textId="77777777" w:rsidR="001B1090" w:rsidRDefault="00000000">
            <w:r>
              <w:t>Date/Time</w:t>
            </w:r>
          </w:p>
        </w:tc>
        <w:tc>
          <w:tcPr>
            <w:tcW w:w="2880" w:type="dxa"/>
          </w:tcPr>
          <w:p w14:paraId="122C01B9" w14:textId="77777777" w:rsidR="001B1090" w:rsidRDefault="00000000">
            <w:r>
              <w:t>Due date</w:t>
            </w:r>
          </w:p>
        </w:tc>
      </w:tr>
      <w:tr w:rsidR="001B1090" w14:paraId="0C588D75" w14:textId="77777777">
        <w:tc>
          <w:tcPr>
            <w:tcW w:w="2880" w:type="dxa"/>
          </w:tcPr>
          <w:p w14:paraId="7B78359A" w14:textId="77777777" w:rsidR="001B1090" w:rsidRDefault="00000000">
            <w:r>
              <w:t>ReturnDate</w:t>
            </w:r>
          </w:p>
        </w:tc>
        <w:tc>
          <w:tcPr>
            <w:tcW w:w="2880" w:type="dxa"/>
          </w:tcPr>
          <w:p w14:paraId="4DAD4FC1" w14:textId="77777777" w:rsidR="001B1090" w:rsidRDefault="00000000">
            <w:r>
              <w:t>Date/Time</w:t>
            </w:r>
          </w:p>
        </w:tc>
        <w:tc>
          <w:tcPr>
            <w:tcW w:w="2880" w:type="dxa"/>
          </w:tcPr>
          <w:p w14:paraId="0CD96DDE" w14:textId="77777777" w:rsidR="001B1090" w:rsidRDefault="00000000">
            <w:r>
              <w:t>Return date</w:t>
            </w:r>
          </w:p>
        </w:tc>
      </w:tr>
    </w:tbl>
    <w:p w14:paraId="3C3770A2" w14:textId="3094A9D5" w:rsidR="001B1090" w:rsidRDefault="001B1090"/>
    <w:p w14:paraId="410DB74A" w14:textId="77777777" w:rsidR="001B1090" w:rsidRDefault="00000000">
      <w:r>
        <w:t>Books Table Validation Rules:</w:t>
      </w:r>
    </w:p>
    <w:p w14:paraId="463D70BE" w14:textId="77777777" w:rsidR="001B1090" w:rsidRDefault="00000000">
      <w:r>
        <w:br/>
        <w:t>Title: Is Not Null (Title cannot be empty)</w:t>
      </w:r>
      <w:r>
        <w:br/>
        <w:t>Author: Is Not Null (Author required)</w:t>
      </w:r>
      <w:r>
        <w:br/>
        <w:t>ISBN: Like "###-#-##-######-#"</w:t>
      </w:r>
      <w:r>
        <w:br/>
        <w:t>PublishedYear: &gt;=1900 And &lt;=Year(Date())</w:t>
      </w:r>
      <w:r>
        <w:br/>
        <w:t>AvailableCopies: &gt;0</w:t>
      </w:r>
      <w:r>
        <w:br/>
      </w:r>
    </w:p>
    <w:p w14:paraId="3E1B0137" w14:textId="77777777" w:rsidR="001B1090" w:rsidRDefault="00000000">
      <w:r>
        <w:t>Members Table Validation Rules:</w:t>
      </w:r>
    </w:p>
    <w:p w14:paraId="2D0A6CCE" w14:textId="77777777" w:rsidR="001B1090" w:rsidRDefault="00000000">
      <w:r>
        <w:br/>
        <w:t>FirstName: Is Not Null</w:t>
      </w:r>
      <w:r>
        <w:br/>
        <w:t>LastName: Is Not Null</w:t>
      </w:r>
      <w:r>
        <w:br/>
      </w:r>
      <w:r>
        <w:lastRenderedPageBreak/>
        <w:t>PhoneNumber: Len([PhoneNumber])=11</w:t>
      </w:r>
      <w:r>
        <w:br/>
        <w:t>Email: Like "*@*.*"</w:t>
      </w:r>
      <w:r>
        <w:br/>
        <w:t>DateJoined: &lt;=Date()</w:t>
      </w:r>
      <w:r>
        <w:br/>
      </w:r>
    </w:p>
    <w:p w14:paraId="03FCDBCE" w14:textId="77777777" w:rsidR="001B1090" w:rsidRDefault="00000000">
      <w:r>
        <w:t>Loans Table Validation Rules:</w:t>
      </w:r>
    </w:p>
    <w:p w14:paraId="16890D75" w14:textId="77777777" w:rsidR="001B1090" w:rsidRDefault="00000000">
      <w:r>
        <w:br/>
        <w:t>BookID: &gt;0</w:t>
      </w:r>
      <w:r>
        <w:br/>
        <w:t>MemberID: &gt;0</w:t>
      </w:r>
      <w:r>
        <w:br/>
        <w:t>LoanDate: &lt;=Date()</w:t>
      </w:r>
      <w:r>
        <w:br/>
        <w:t>DueDate: &gt;[LoanDate]</w:t>
      </w:r>
      <w:r>
        <w:br/>
        <w:t>ReturnDate: &gt;=[LoanDate] Or Is Null</w:t>
      </w:r>
      <w:r>
        <w:br/>
      </w:r>
    </w:p>
    <w:sectPr w:rsidR="001B109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C876B1A"/>
    <w:multiLevelType w:val="multilevel"/>
    <w:tmpl w:val="067E9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5738600">
    <w:abstractNumId w:val="8"/>
  </w:num>
  <w:num w:numId="2" w16cid:durableId="151066588">
    <w:abstractNumId w:val="6"/>
  </w:num>
  <w:num w:numId="3" w16cid:durableId="877399081">
    <w:abstractNumId w:val="5"/>
  </w:num>
  <w:num w:numId="4" w16cid:durableId="769548144">
    <w:abstractNumId w:val="4"/>
  </w:num>
  <w:num w:numId="5" w16cid:durableId="103573208">
    <w:abstractNumId w:val="7"/>
  </w:num>
  <w:num w:numId="6" w16cid:durableId="652417751">
    <w:abstractNumId w:val="3"/>
  </w:num>
  <w:num w:numId="7" w16cid:durableId="1798403666">
    <w:abstractNumId w:val="2"/>
  </w:num>
  <w:num w:numId="8" w16cid:durableId="385495653">
    <w:abstractNumId w:val="1"/>
  </w:num>
  <w:num w:numId="9" w16cid:durableId="321470068">
    <w:abstractNumId w:val="0"/>
  </w:num>
  <w:num w:numId="10" w16cid:durableId="9042209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B1090"/>
    <w:rsid w:val="0029639D"/>
    <w:rsid w:val="002E699F"/>
    <w:rsid w:val="00326F90"/>
    <w:rsid w:val="003C3129"/>
    <w:rsid w:val="009962DB"/>
    <w:rsid w:val="00AA1D8D"/>
    <w:rsid w:val="00B47730"/>
    <w:rsid w:val="00CB0664"/>
    <w:rsid w:val="00E91BD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FDCD8FA0-8AB8-40CC-B9F6-9DFC58618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43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Divya Chidambaram</cp:lastModifiedBy>
  <cp:revision>4</cp:revision>
  <dcterms:created xsi:type="dcterms:W3CDTF">2013-12-23T23:15:00Z</dcterms:created>
  <dcterms:modified xsi:type="dcterms:W3CDTF">2026-06-29T21:08:00Z</dcterms:modified>
  <cp:category/>
</cp:coreProperties>
</file>