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95149" w:rsidR="009D63E0" w:rsidRDefault="00795149" w14:paraId="101FBB93" w14:textId="77777777">
      <w:pPr>
        <w:pStyle w:val="Heading1"/>
        <w:rPr>
          <w:color w:val="auto"/>
        </w:rPr>
      </w:pPr>
      <w:r w:rsidRPr="00795149">
        <w:rPr>
          <w:color w:val="auto"/>
        </w:rPr>
        <w:t>Paraphrasing and Summarising in Health Care: Student Worksheet</w:t>
      </w:r>
    </w:p>
    <w:p w:rsidR="009D63E0" w:rsidRDefault="00795149" w14:paraId="2C6BC1C8" w14:textId="77777777">
      <w:pPr>
        <w:pStyle w:val="Heading2"/>
      </w:pPr>
      <w:r>
        <w:t>Learning Aim</w:t>
      </w:r>
    </w:p>
    <w:p w:rsidR="009D63E0" w:rsidRDefault="00795149" w14:paraId="3CF5E528" w14:noSpellErr="1" w14:textId="37DB65D1">
      <w:r w:rsidR="4B27503F">
        <w:rPr/>
        <w:t xml:space="preserve">To </w:t>
      </w:r>
      <w:r w:rsidR="4B27503F">
        <w:rPr/>
        <w:t>practice</w:t>
      </w:r>
      <w:r w:rsidR="4B27503F">
        <w:rPr/>
        <w:t xml:space="preserve"> active listening and communication skills by paraphrasing and </w:t>
      </w:r>
      <w:r w:rsidR="4B27503F">
        <w:rPr/>
        <w:t>summarising</w:t>
      </w:r>
      <w:r w:rsidR="4B27503F">
        <w:rPr/>
        <w:t xml:space="preserve"> what a patient or service user says, showing empathy and understanding.</w:t>
      </w:r>
    </w:p>
    <w:p w:rsidR="009D63E0" w:rsidRDefault="00795149" w14:paraId="4064FEA8" w14:textId="77777777">
      <w:pPr>
        <w:pStyle w:val="Heading2"/>
      </w:pPr>
      <w:r>
        <w:t>Part 1: Paraphrasing Practice</w:t>
      </w:r>
    </w:p>
    <w:p w:rsidR="009D63E0" w:rsidRDefault="00795149" w14:paraId="7D8A45AC" w14:textId="77777777">
      <w:r>
        <w:t>Instructions:</w:t>
      </w:r>
      <w:r>
        <w:br/>
      </w:r>
      <w:r>
        <w:t xml:space="preserve">Read each patient statement and write your own paraphrased version in the space provided. Try to </w:t>
      </w:r>
      <w:r w:rsidRPr="00795149">
        <w:rPr>
          <w:b/>
          <w:bCs/>
        </w:rPr>
        <w:t>show understanding</w:t>
      </w:r>
      <w:r>
        <w:t xml:space="preserve"> using your own words — don’t just repeat what the person said.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9D63E0" w14:paraId="6923A03B" w14:textId="77777777">
        <w:tc>
          <w:tcPr>
            <w:tcW w:w="4320" w:type="dxa"/>
          </w:tcPr>
          <w:p w:rsidRPr="00795149" w:rsidR="009D63E0" w:rsidRDefault="00795149" w14:paraId="3C9FE519" w14:textId="77777777">
            <w:pPr>
              <w:rPr>
                <w:b/>
                <w:bCs/>
              </w:rPr>
            </w:pPr>
            <w:r w:rsidRPr="00795149">
              <w:rPr>
                <w:b/>
                <w:bCs/>
              </w:rPr>
              <w:t>Patient Statement</w:t>
            </w:r>
          </w:p>
        </w:tc>
        <w:tc>
          <w:tcPr>
            <w:tcW w:w="4320" w:type="dxa"/>
          </w:tcPr>
          <w:p w:rsidRPr="00795149" w:rsidR="009D63E0" w:rsidRDefault="00795149" w14:paraId="5D24D59C" w14:textId="22E85D9E">
            <w:pPr>
              <w:rPr>
                <w:b/>
                <w:bCs/>
              </w:rPr>
            </w:pPr>
            <w:r w:rsidRPr="00795149">
              <w:rPr>
                <w:b/>
                <w:bCs/>
              </w:rPr>
              <w:t xml:space="preserve">           </w:t>
            </w:r>
            <w:r w:rsidRPr="00795149">
              <w:rPr>
                <w:b/>
                <w:bCs/>
              </w:rPr>
              <w:t>Your Paraphrasing Response</w:t>
            </w:r>
          </w:p>
        </w:tc>
      </w:tr>
      <w:tr w:rsidR="009D63E0" w14:paraId="561E59EF" w14:textId="77777777">
        <w:tc>
          <w:tcPr>
            <w:tcW w:w="4320" w:type="dxa"/>
          </w:tcPr>
          <w:p w:rsidR="009D63E0" w:rsidRDefault="00795149" w14:paraId="16C6DA1E" w14:textId="77777777">
            <w:r>
              <w:t>I just feel so tired all the time, no matter how much I sleep.</w:t>
            </w:r>
          </w:p>
        </w:tc>
        <w:tc>
          <w:tcPr>
            <w:tcW w:w="4320" w:type="dxa"/>
          </w:tcPr>
          <w:p w:rsidR="009D63E0" w:rsidRDefault="009D63E0" w14:paraId="65AA6CD7" w14:textId="77777777"/>
        </w:tc>
      </w:tr>
      <w:tr w:rsidR="009D63E0" w14:paraId="57D1F1C5" w14:textId="77777777">
        <w:tc>
          <w:tcPr>
            <w:tcW w:w="4320" w:type="dxa"/>
          </w:tcPr>
          <w:p w:rsidR="009D63E0" w:rsidRDefault="00795149" w14:paraId="656CF9E4" w14:textId="77777777">
            <w:r>
              <w:t>Since starting the new medication, my stomach hasn’t felt right.</w:t>
            </w:r>
          </w:p>
        </w:tc>
        <w:tc>
          <w:tcPr>
            <w:tcW w:w="4320" w:type="dxa"/>
          </w:tcPr>
          <w:p w:rsidR="009D63E0" w:rsidRDefault="009D63E0" w14:paraId="20BB9864" w14:textId="77777777"/>
        </w:tc>
      </w:tr>
      <w:tr w:rsidR="009D63E0" w14:paraId="77CF5D97" w14:textId="77777777">
        <w:tc>
          <w:tcPr>
            <w:tcW w:w="4320" w:type="dxa"/>
          </w:tcPr>
          <w:p w:rsidR="009D63E0" w:rsidRDefault="00795149" w14:paraId="2C34EA4F" w14:textId="77777777">
            <w:r>
              <w:t>I hate relying on people — I used to do everything for myself.</w:t>
            </w:r>
          </w:p>
        </w:tc>
        <w:tc>
          <w:tcPr>
            <w:tcW w:w="4320" w:type="dxa"/>
          </w:tcPr>
          <w:p w:rsidR="009D63E0" w:rsidRDefault="009D63E0" w14:paraId="050DA714" w14:textId="77777777"/>
        </w:tc>
      </w:tr>
      <w:tr w:rsidR="009D63E0" w14:paraId="5377DFE8" w14:textId="77777777">
        <w:tc>
          <w:tcPr>
            <w:tcW w:w="4320" w:type="dxa"/>
          </w:tcPr>
          <w:p w:rsidR="009D63E0" w:rsidRDefault="00795149" w14:paraId="694653F4" w14:textId="77777777">
            <w:r>
              <w:t>The pain comes and goes, but when it hits, I can’t do anything.</w:t>
            </w:r>
          </w:p>
        </w:tc>
        <w:tc>
          <w:tcPr>
            <w:tcW w:w="4320" w:type="dxa"/>
          </w:tcPr>
          <w:p w:rsidR="009D63E0" w:rsidRDefault="009D63E0" w14:paraId="4A0F9946" w14:textId="77777777"/>
        </w:tc>
      </w:tr>
      <w:tr w:rsidR="009D63E0" w14:paraId="00CA0F7F" w14:textId="77777777">
        <w:tc>
          <w:tcPr>
            <w:tcW w:w="4320" w:type="dxa"/>
          </w:tcPr>
          <w:p w:rsidR="009D63E0" w:rsidRDefault="00795149" w14:paraId="38D59A14" w14:textId="77777777">
            <w:r>
              <w:t>I’ve told the doctor before, but I don’t think they really listened.</w:t>
            </w:r>
          </w:p>
        </w:tc>
        <w:tc>
          <w:tcPr>
            <w:tcW w:w="4320" w:type="dxa"/>
          </w:tcPr>
          <w:p w:rsidR="009D63E0" w:rsidRDefault="009D63E0" w14:paraId="7584C016" w14:textId="77777777"/>
        </w:tc>
      </w:tr>
      <w:tr w:rsidR="009D63E0" w14:paraId="1840C6DB" w14:textId="77777777">
        <w:tc>
          <w:tcPr>
            <w:tcW w:w="4320" w:type="dxa"/>
          </w:tcPr>
          <w:p w:rsidR="009D63E0" w:rsidRDefault="00795149" w14:paraId="62C12638" w14:textId="77777777">
            <w:r>
              <w:t>I’m scared this illness is going to stop me from working.</w:t>
            </w:r>
          </w:p>
        </w:tc>
        <w:tc>
          <w:tcPr>
            <w:tcW w:w="4320" w:type="dxa"/>
          </w:tcPr>
          <w:p w:rsidR="009D63E0" w:rsidRDefault="009D63E0" w14:paraId="26E41D32" w14:textId="77777777"/>
        </w:tc>
      </w:tr>
      <w:tr w:rsidR="009D63E0" w14:paraId="000411DC" w14:textId="77777777">
        <w:tc>
          <w:tcPr>
            <w:tcW w:w="4320" w:type="dxa"/>
          </w:tcPr>
          <w:p w:rsidR="009D63E0" w:rsidRDefault="00795149" w14:paraId="0819822C" w14:textId="77777777">
            <w:r>
              <w:t>My family keeps telling me to rest, but I just get restless.</w:t>
            </w:r>
          </w:p>
        </w:tc>
        <w:tc>
          <w:tcPr>
            <w:tcW w:w="4320" w:type="dxa"/>
          </w:tcPr>
          <w:p w:rsidR="009D63E0" w:rsidRDefault="009D63E0" w14:paraId="55A397D1" w14:textId="77777777"/>
        </w:tc>
      </w:tr>
      <w:tr w:rsidR="009D63E0" w14:paraId="2734E94D" w14:textId="77777777">
        <w:tc>
          <w:tcPr>
            <w:tcW w:w="4320" w:type="dxa"/>
          </w:tcPr>
          <w:p w:rsidR="009D63E0" w:rsidRDefault="00795149" w14:paraId="372DCBBC" w14:textId="77777777">
            <w:r>
              <w:t>I don’t understand why I’m not getting better after all this time.</w:t>
            </w:r>
          </w:p>
        </w:tc>
        <w:tc>
          <w:tcPr>
            <w:tcW w:w="4320" w:type="dxa"/>
          </w:tcPr>
          <w:p w:rsidR="009D63E0" w:rsidRDefault="009D63E0" w14:paraId="72EDC895" w14:textId="77777777"/>
        </w:tc>
      </w:tr>
      <w:tr w:rsidR="009D63E0" w14:paraId="1DF667A7" w14:textId="77777777">
        <w:tc>
          <w:tcPr>
            <w:tcW w:w="4320" w:type="dxa"/>
          </w:tcPr>
          <w:p w:rsidR="009D63E0" w:rsidRDefault="00795149" w14:paraId="33E6FB7A" w14:textId="77777777">
            <w:r>
              <w:t>I get anxious before every appointment — I just want some good news.</w:t>
            </w:r>
          </w:p>
        </w:tc>
        <w:tc>
          <w:tcPr>
            <w:tcW w:w="4320" w:type="dxa"/>
          </w:tcPr>
          <w:p w:rsidR="009D63E0" w:rsidRDefault="009D63E0" w14:paraId="3F4A3C41" w14:textId="77777777"/>
        </w:tc>
      </w:tr>
      <w:tr w:rsidR="009D63E0" w14:paraId="0AFD5839" w14:textId="77777777">
        <w:tc>
          <w:tcPr>
            <w:tcW w:w="4320" w:type="dxa"/>
          </w:tcPr>
          <w:p w:rsidR="009D63E0" w:rsidRDefault="00795149" w14:paraId="10F32393" w14:textId="77777777">
            <w:r>
              <w:t>It’s hard to explain, but I just don’t feel like myself anymore.</w:t>
            </w:r>
          </w:p>
        </w:tc>
        <w:tc>
          <w:tcPr>
            <w:tcW w:w="4320" w:type="dxa"/>
          </w:tcPr>
          <w:p w:rsidR="009D63E0" w:rsidRDefault="009D63E0" w14:paraId="5AA870D4" w14:textId="77777777"/>
        </w:tc>
      </w:tr>
    </w:tbl>
    <w:p w:rsidR="009D63E0" w:rsidRDefault="00795149" w14:paraId="342E4911" w14:textId="77777777">
      <w:r>
        <w:br w:type="page"/>
      </w:r>
    </w:p>
    <w:p w:rsidR="009D63E0" w:rsidRDefault="00795149" w14:paraId="6EB5DA27" w14:textId="77777777">
      <w:pPr>
        <w:pStyle w:val="Heading2"/>
      </w:pPr>
      <w:r>
        <w:t>Part 2: Summarising Practice</w:t>
      </w:r>
    </w:p>
    <w:p w:rsidR="009D63E0" w:rsidRDefault="00795149" w14:paraId="517F0739" w14:textId="77777777">
      <w:r>
        <w:t>Instructions:</w:t>
      </w:r>
      <w:r>
        <w:br/>
      </w:r>
      <w:r>
        <w:t xml:space="preserve">Read each short scenario. Summarise the main points clearly and concisely. Focus on the </w:t>
      </w:r>
      <w:r w:rsidRPr="00795149">
        <w:rPr>
          <w:b/>
          <w:bCs/>
        </w:rPr>
        <w:t>key themes</w:t>
      </w:r>
      <w:r>
        <w:t xml:space="preserve"> or </w:t>
      </w:r>
      <w:r w:rsidRPr="00795149">
        <w:rPr>
          <w:b/>
          <w:bCs/>
        </w:rPr>
        <w:t xml:space="preserve">concerns </w:t>
      </w:r>
      <w:r>
        <w:t>rather than every detail.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9D63E0" w14:paraId="11D0E8D5" w14:textId="77777777">
        <w:tc>
          <w:tcPr>
            <w:tcW w:w="4320" w:type="dxa"/>
          </w:tcPr>
          <w:p w:rsidRPr="00795149" w:rsidR="009D63E0" w:rsidRDefault="00795149" w14:paraId="1144F5B1" w14:textId="77777777">
            <w:pPr>
              <w:rPr>
                <w:b/>
                <w:bCs/>
              </w:rPr>
            </w:pPr>
            <w:r w:rsidRPr="00795149">
              <w:rPr>
                <w:b/>
                <w:bCs/>
              </w:rPr>
              <w:t>Scenario</w:t>
            </w:r>
          </w:p>
        </w:tc>
        <w:tc>
          <w:tcPr>
            <w:tcW w:w="4320" w:type="dxa"/>
          </w:tcPr>
          <w:p w:rsidRPr="00795149" w:rsidR="009D63E0" w:rsidRDefault="00795149" w14:paraId="1D9254EE" w14:textId="3E8D0D3D">
            <w:pPr>
              <w:rPr>
                <w:b/>
                <w:bCs/>
              </w:rPr>
            </w:pPr>
            <w:r>
              <w:t xml:space="preserve">                        </w:t>
            </w:r>
            <w:r w:rsidRPr="00795149">
              <w:rPr>
                <w:b/>
                <w:bCs/>
              </w:rPr>
              <w:t>Your Summary</w:t>
            </w:r>
          </w:p>
        </w:tc>
      </w:tr>
      <w:tr w:rsidR="009D63E0" w14:paraId="0801F7F2" w14:textId="77777777">
        <w:tc>
          <w:tcPr>
            <w:tcW w:w="4320" w:type="dxa"/>
          </w:tcPr>
          <w:p w:rsidR="009D63E0" w:rsidRDefault="00795149" w14:paraId="2B6BD0B5" w14:textId="77777777">
            <w:r>
              <w:t>The patient reports that their pain has worsened, they’ve been sleeping poorly, and they’re feeling more anxious than usual.</w:t>
            </w:r>
          </w:p>
          <w:p w:rsidR="00795149" w:rsidRDefault="00795149" w14:paraId="1680F9F7" w14:textId="77777777"/>
        </w:tc>
        <w:tc>
          <w:tcPr>
            <w:tcW w:w="4320" w:type="dxa"/>
          </w:tcPr>
          <w:p w:rsidR="009D63E0" w:rsidRDefault="009D63E0" w14:paraId="6D023040" w14:textId="77777777"/>
        </w:tc>
      </w:tr>
      <w:tr w:rsidR="009D63E0" w14:paraId="7DF126E4" w14:textId="77777777">
        <w:tc>
          <w:tcPr>
            <w:tcW w:w="4320" w:type="dxa"/>
          </w:tcPr>
          <w:p w:rsidR="009D63E0" w:rsidRDefault="00795149" w14:paraId="4720460A" w14:textId="77777777">
            <w:r>
              <w:t xml:space="preserve">The patient says they’ve been following their diet plan, but their energy is </w:t>
            </w:r>
            <w:proofErr w:type="gramStart"/>
            <w:r>
              <w:t>low</w:t>
            </w:r>
            <w:proofErr w:type="gramEnd"/>
            <w:r>
              <w:t xml:space="preserve"> and they’re frustrated with slow progress.</w:t>
            </w:r>
          </w:p>
          <w:p w:rsidR="00795149" w:rsidRDefault="00795149" w14:paraId="4E91B995" w14:textId="77777777"/>
        </w:tc>
        <w:tc>
          <w:tcPr>
            <w:tcW w:w="4320" w:type="dxa"/>
          </w:tcPr>
          <w:p w:rsidR="009D63E0" w:rsidRDefault="009D63E0" w14:paraId="47896B96" w14:textId="77777777"/>
        </w:tc>
      </w:tr>
      <w:tr w:rsidR="009D63E0" w14:paraId="6390A299" w14:textId="77777777">
        <w:tc>
          <w:tcPr>
            <w:tcW w:w="4320" w:type="dxa"/>
          </w:tcPr>
          <w:p w:rsidR="009D63E0" w:rsidRDefault="00795149" w14:paraId="7528EECB" w14:textId="77777777">
            <w:r>
              <w:t>The patient explains that since leaving hospital, they’ve been struggling with mobility and feel isolated at home.</w:t>
            </w:r>
          </w:p>
          <w:p w:rsidR="00795149" w:rsidRDefault="00795149" w14:paraId="276DEB05" w14:textId="77777777"/>
        </w:tc>
        <w:tc>
          <w:tcPr>
            <w:tcW w:w="4320" w:type="dxa"/>
          </w:tcPr>
          <w:p w:rsidR="009D63E0" w:rsidRDefault="009D63E0" w14:paraId="3EDDF1C3" w14:textId="77777777"/>
        </w:tc>
      </w:tr>
      <w:tr w:rsidR="009D63E0" w14:paraId="09CA81E9" w14:textId="77777777">
        <w:tc>
          <w:tcPr>
            <w:tcW w:w="4320" w:type="dxa"/>
          </w:tcPr>
          <w:p w:rsidR="009D63E0" w:rsidRDefault="00795149" w14:paraId="2F567F9E" w14:textId="77777777">
            <w:r>
              <w:t>The patient describes being confused about their treatment plan and unsure who to contact for advice.</w:t>
            </w:r>
          </w:p>
          <w:p w:rsidR="00795149" w:rsidRDefault="00795149" w14:paraId="3EBAC2D7" w14:textId="77777777"/>
        </w:tc>
        <w:tc>
          <w:tcPr>
            <w:tcW w:w="4320" w:type="dxa"/>
          </w:tcPr>
          <w:p w:rsidR="009D63E0" w:rsidRDefault="009D63E0" w14:paraId="1DD1843B" w14:textId="77777777"/>
        </w:tc>
      </w:tr>
      <w:tr w:rsidR="009D63E0" w14:paraId="443F4643" w14:textId="77777777">
        <w:tc>
          <w:tcPr>
            <w:tcW w:w="4320" w:type="dxa"/>
          </w:tcPr>
          <w:p w:rsidR="009D63E0" w:rsidRDefault="00795149" w14:paraId="38E67D25" w14:textId="77777777">
            <w:r>
              <w:t>The patient says they’re feeling better physically but still low in mood and unmotivated.</w:t>
            </w:r>
          </w:p>
        </w:tc>
        <w:tc>
          <w:tcPr>
            <w:tcW w:w="4320" w:type="dxa"/>
          </w:tcPr>
          <w:p w:rsidR="009D63E0" w:rsidRDefault="009D63E0" w14:paraId="7D5BC270" w14:textId="77777777"/>
        </w:tc>
      </w:tr>
    </w:tbl>
    <w:p w:rsidR="009D63E0" w:rsidRDefault="00795149" w14:paraId="4A7750AE" w14:textId="77777777">
      <w:r>
        <w:br w:type="page"/>
      </w:r>
    </w:p>
    <w:p w:rsidR="009D63E0" w:rsidRDefault="00795149" w14:paraId="5E5F02F8" w14:textId="77777777">
      <w:pPr>
        <w:pStyle w:val="Heading2"/>
      </w:pPr>
      <w:r>
        <w:t>Part 3: Reflection</w:t>
      </w:r>
    </w:p>
    <w:p w:rsidR="009D63E0" w:rsidRDefault="00795149" w14:paraId="7E01C32D" w14:textId="77777777">
      <w:pPr>
        <w:pStyle w:val="ListNumber"/>
      </w:pPr>
      <w:r>
        <w:t>What differences do you notice between paraphrasing and summarising?</w:t>
      </w:r>
    </w:p>
    <w:p w:rsidR="009D63E0" w:rsidRDefault="00795149" w14:paraId="24A98272" w14:textId="77777777">
      <w:r>
        <w:t>✏</w:t>
      </w:r>
      <w:r>
        <w:t>️</w:t>
      </w:r>
      <w:r>
        <w:t xml:space="preserve"> ..............................................................................................................</w:t>
      </w:r>
    </w:p>
    <w:p w:rsidR="009D63E0" w:rsidRDefault="00795149" w14:paraId="15FE14E0" w14:textId="77777777">
      <w:r>
        <w:t>✏</w:t>
      </w:r>
      <w:r>
        <w:t>️</w:t>
      </w:r>
      <w:r>
        <w:t xml:space="preserve"> ..............................................................................................................</w:t>
      </w:r>
    </w:p>
    <w:p w:rsidR="009D63E0" w:rsidRDefault="00795149" w14:paraId="4F739776" w14:textId="77777777">
      <w:pPr>
        <w:pStyle w:val="ListNumber"/>
      </w:pPr>
      <w:r>
        <w:t>How might using paraphrasing and summarising help build trust with patients or clients?</w:t>
      </w:r>
    </w:p>
    <w:p w:rsidR="009D63E0" w:rsidRDefault="00795149" w14:paraId="20866BA7" w14:textId="77777777">
      <w:r>
        <w:t>✏</w:t>
      </w:r>
      <w:r>
        <w:t>️</w:t>
      </w:r>
      <w:r>
        <w:t xml:space="preserve"> ..............................................................................................................</w:t>
      </w:r>
    </w:p>
    <w:p w:rsidR="009D63E0" w:rsidRDefault="00795149" w14:paraId="5FDC9AB7" w14:textId="77777777">
      <w:r>
        <w:t>✏</w:t>
      </w:r>
      <w:r>
        <w:t>️</w:t>
      </w:r>
      <w:r>
        <w:t xml:space="preserve"> ..............................................................................................................</w:t>
      </w:r>
    </w:p>
    <w:p w:rsidR="009D63E0" w:rsidRDefault="00795149" w14:paraId="2D284F66" w14:textId="77777777">
      <w:pPr>
        <w:pStyle w:val="ListNumber"/>
      </w:pPr>
      <w:r>
        <w:t>What challenges did you find when trying to paraphrase or summarise?</w:t>
      </w:r>
    </w:p>
    <w:p w:rsidR="009D63E0" w:rsidRDefault="00795149" w14:paraId="7E7ACBA0" w14:textId="77777777">
      <w:r>
        <w:t>✏</w:t>
      </w:r>
      <w:r>
        <w:t>️</w:t>
      </w:r>
      <w:r>
        <w:t xml:space="preserve"> ..............................................................................................................</w:t>
      </w:r>
    </w:p>
    <w:p w:rsidR="009D63E0" w:rsidRDefault="00795149" w14:paraId="47E2B595" w14:textId="77777777">
      <w:r>
        <w:t>✏</w:t>
      </w:r>
      <w:r>
        <w:t>️</w:t>
      </w:r>
      <w:r>
        <w:t xml:space="preserve"> ..............................................................................................................</w:t>
      </w:r>
    </w:p>
    <w:p w:rsidR="009D63E0" w:rsidRDefault="009D63E0" w14:paraId="0999452B" w14:textId="246AAE5C"/>
    <w:sectPr w:rsidR="009D63E0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sSVoklr1usIES" int2:id="bxp0JMyg">
      <int2:state int2:type="spell" int2:value="Rejected"/>
    </int2:textHash>
    <int2:textHash int2:hashCode="/EewnMmHErfsTr" int2:id="y2AaHDvm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1899123561">
    <w:abstractNumId w:val="8"/>
  </w:num>
  <w:num w:numId="2" w16cid:durableId="1845630756">
    <w:abstractNumId w:val="6"/>
  </w:num>
  <w:num w:numId="3" w16cid:durableId="1224213368">
    <w:abstractNumId w:val="5"/>
  </w:num>
  <w:num w:numId="4" w16cid:durableId="930939299">
    <w:abstractNumId w:val="4"/>
  </w:num>
  <w:num w:numId="5" w16cid:durableId="1296107867">
    <w:abstractNumId w:val="7"/>
  </w:num>
  <w:num w:numId="6" w16cid:durableId="352927055">
    <w:abstractNumId w:val="3"/>
  </w:num>
  <w:num w:numId="7" w16cid:durableId="238832796">
    <w:abstractNumId w:val="2"/>
  </w:num>
  <w:num w:numId="8" w16cid:durableId="2044671351">
    <w:abstractNumId w:val="1"/>
  </w:num>
  <w:num w:numId="9" w16cid:durableId="73690367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32B92"/>
    <w:rsid w:val="0015074B"/>
    <w:rsid w:val="0029639D"/>
    <w:rsid w:val="00326F90"/>
    <w:rsid w:val="00795149"/>
    <w:rsid w:val="009D63E0"/>
    <w:rsid w:val="00AA1D8D"/>
    <w:rsid w:val="00B47730"/>
    <w:rsid w:val="00CB0664"/>
    <w:rsid w:val="00FC693F"/>
    <w:rsid w:val="4B27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881CB5"/>
  <w14:defaultImageDpi w14:val="300"/>
  <w15:docId w15:val="{7C2CCC38-6E96-4B48-87A6-0F219F794ED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microsoft.com/office/2020/10/relationships/intelligence" Target="intelligence2.xml" Id="R35afd8027b6e4e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Guest User</lastModifiedBy>
  <revision>3</revision>
  <dcterms:created xsi:type="dcterms:W3CDTF">2025-11-02T17:35:00.0000000Z</dcterms:created>
  <dcterms:modified xsi:type="dcterms:W3CDTF">2025-11-03T09:52:34.9722303Z</dcterms:modified>
  <category/>
</coreProperties>
</file>