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A536E" w14:textId="77777777" w:rsidR="00EE5C4E" w:rsidRDefault="00000000">
      <w:pPr>
        <w:pStyle w:val="Heading1"/>
      </w:pPr>
      <w:r>
        <w:t>50 MCQs – Stakeholder Theory of the Modern Corporation</w:t>
      </w:r>
    </w:p>
    <w:p w14:paraId="1A8F8CD6" w14:textId="77777777" w:rsidR="00EE5C4E" w:rsidRDefault="00000000">
      <w:r>
        <w:t>1. Who argued that only shareholders have a moral claim on corporations?</w:t>
      </w:r>
    </w:p>
    <w:p w14:paraId="101ABA79" w14:textId="77777777" w:rsidR="00EE5C4E" w:rsidRDefault="00000000">
      <w:r>
        <w:t xml:space="preserve">   A. Edward Freeman</w:t>
      </w:r>
    </w:p>
    <w:p w14:paraId="6C70676E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Milton Friedman</w:t>
      </w:r>
    </w:p>
    <w:p w14:paraId="2F3CDEFF" w14:textId="77777777" w:rsidR="00EE5C4E" w:rsidRDefault="00000000">
      <w:r>
        <w:t xml:space="preserve">   C. John Kotter</w:t>
      </w:r>
    </w:p>
    <w:p w14:paraId="4D43B62D" w14:textId="77777777" w:rsidR="00EE5C4E" w:rsidRDefault="00000000">
      <w:r>
        <w:t xml:space="preserve">   D. Bowen McCoy</w:t>
      </w:r>
    </w:p>
    <w:p w14:paraId="4BA33D1A" w14:textId="77777777" w:rsidR="00EE5C4E" w:rsidRDefault="00EE5C4E"/>
    <w:p w14:paraId="506BDB2C" w14:textId="77777777" w:rsidR="00EE5C4E" w:rsidRDefault="00000000">
      <w:r>
        <w:t>2. Who introduced stakeholder theory?</w:t>
      </w:r>
    </w:p>
    <w:p w14:paraId="54C400D3" w14:textId="77777777" w:rsidR="00EE5C4E" w:rsidRDefault="00000000">
      <w:r>
        <w:t xml:space="preserve">   A. Milton Friedman</w:t>
      </w:r>
    </w:p>
    <w:p w14:paraId="7E607052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Edward Freeman</w:t>
      </w:r>
    </w:p>
    <w:p w14:paraId="54C1F98A" w14:textId="77777777" w:rsidR="00EE5C4E" w:rsidRDefault="00000000">
      <w:r>
        <w:t xml:space="preserve">   C. Adam Smith</w:t>
      </w:r>
    </w:p>
    <w:p w14:paraId="308F17CC" w14:textId="77777777" w:rsidR="00EE5C4E" w:rsidRDefault="00000000">
      <w:r>
        <w:t xml:space="preserve">   D. Peter Drucker</w:t>
      </w:r>
    </w:p>
    <w:p w14:paraId="7C90BFD4" w14:textId="11DED371" w:rsidR="00EE5C4E" w:rsidRDefault="00000000">
      <w:r>
        <w:t xml:space="preserve">   </w:t>
      </w:r>
    </w:p>
    <w:p w14:paraId="581C163C" w14:textId="77777777" w:rsidR="00EE5C4E" w:rsidRDefault="00EE5C4E"/>
    <w:p w14:paraId="488DDD21" w14:textId="77777777" w:rsidR="00EE5C4E" w:rsidRDefault="00000000">
      <w:r>
        <w:t>3. Stakeholder theory suggests corporations should consider:</w:t>
      </w:r>
    </w:p>
    <w:p w14:paraId="056912F5" w14:textId="77777777" w:rsidR="00EE5C4E" w:rsidRDefault="00000000">
      <w:r>
        <w:t xml:space="preserve">   A. Only profit</w:t>
      </w:r>
    </w:p>
    <w:p w14:paraId="2B08FDEC" w14:textId="77777777" w:rsidR="00EE5C4E" w:rsidRDefault="00000000">
      <w:r>
        <w:t xml:space="preserve">   B. Only shareholders</w:t>
      </w:r>
    </w:p>
    <w:p w14:paraId="13021410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C. All stakeholder interests</w:t>
      </w:r>
    </w:p>
    <w:p w14:paraId="51C86EAC" w14:textId="77777777" w:rsidR="00EE5C4E" w:rsidRDefault="00000000">
      <w:r>
        <w:t xml:space="preserve">   D. Government policies only</w:t>
      </w:r>
    </w:p>
    <w:p w14:paraId="750B649B" w14:textId="77777777" w:rsidR="00EE5C4E" w:rsidRDefault="00EE5C4E"/>
    <w:p w14:paraId="511F8D16" w14:textId="77777777" w:rsidR="00EE5C4E" w:rsidRDefault="00000000">
      <w:r>
        <w:t>4. Stakeholders are groups that:</w:t>
      </w:r>
    </w:p>
    <w:p w14:paraId="42746BB8" w14:textId="77777777" w:rsidR="00EE5C4E" w:rsidRDefault="00000000">
      <w:r>
        <w:t xml:space="preserve">   A. Own shares only</w:t>
      </w:r>
    </w:p>
    <w:p w14:paraId="07554CCF" w14:textId="77777777" w:rsidR="00EE5C4E" w:rsidRDefault="00000000">
      <w:r>
        <w:t xml:space="preserve">   B. Have no influence</w:t>
      </w:r>
    </w:p>
    <w:p w14:paraId="6E70684E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C. Can benefit or be harmed by corporate actions</w:t>
      </w:r>
    </w:p>
    <w:p w14:paraId="695E60A2" w14:textId="77777777" w:rsidR="00EE5C4E" w:rsidRDefault="00000000">
      <w:r>
        <w:t xml:space="preserve">   D. Work in </w:t>
      </w:r>
      <w:proofErr w:type="gramStart"/>
      <w:r>
        <w:t>finance</w:t>
      </w:r>
      <w:proofErr w:type="gramEnd"/>
    </w:p>
    <w:p w14:paraId="64AE210F" w14:textId="77777777" w:rsidR="00EE5C4E" w:rsidRDefault="00000000">
      <w:r>
        <w:lastRenderedPageBreak/>
        <w:t xml:space="preserve">   Answer: Can benefit or be harmed by corporate actions</w:t>
      </w:r>
    </w:p>
    <w:p w14:paraId="0737201C" w14:textId="77777777" w:rsidR="00EE5C4E" w:rsidRDefault="00EE5C4E"/>
    <w:p w14:paraId="68D7759C" w14:textId="77777777" w:rsidR="00EE5C4E" w:rsidRDefault="00000000">
      <w:r>
        <w:t>5. Internal stakeholders include:</w:t>
      </w:r>
    </w:p>
    <w:p w14:paraId="2CC7DEA7" w14:textId="77777777" w:rsidR="00EE5C4E" w:rsidRDefault="00000000">
      <w:r>
        <w:t xml:space="preserve">   A. Suppliers</w:t>
      </w:r>
    </w:p>
    <w:p w14:paraId="0AB5859D" w14:textId="77777777" w:rsidR="00EE5C4E" w:rsidRDefault="00000000">
      <w:r>
        <w:t xml:space="preserve">   B. Customers</w:t>
      </w:r>
    </w:p>
    <w:p w14:paraId="70D37C73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C. Managers</w:t>
      </w:r>
    </w:p>
    <w:p w14:paraId="7C5A2C41" w14:textId="77777777" w:rsidR="00EE5C4E" w:rsidRDefault="00000000">
      <w:r>
        <w:t xml:space="preserve">   D. Government</w:t>
      </w:r>
    </w:p>
    <w:p w14:paraId="595E3459" w14:textId="5960AC12" w:rsidR="00EE5C4E" w:rsidRDefault="00000000">
      <w:r>
        <w:t xml:space="preserve">   </w:t>
      </w:r>
    </w:p>
    <w:p w14:paraId="0E0B1A3E" w14:textId="77777777" w:rsidR="00EE5C4E" w:rsidRDefault="00000000">
      <w:r>
        <w:t>6. External stakeholders include:</w:t>
      </w:r>
    </w:p>
    <w:p w14:paraId="5AFA832E" w14:textId="77777777" w:rsidR="00EE5C4E" w:rsidRDefault="00000000">
      <w:r>
        <w:t xml:space="preserve">   A. Employees</w:t>
      </w:r>
    </w:p>
    <w:p w14:paraId="57876090" w14:textId="77777777" w:rsidR="00EE5C4E" w:rsidRDefault="00000000">
      <w:r>
        <w:t xml:space="preserve">   B. Owners</w:t>
      </w:r>
    </w:p>
    <w:p w14:paraId="7F9060E1" w14:textId="77777777" w:rsidR="00EE5C4E" w:rsidRPr="00DA4B4E" w:rsidRDefault="00000000">
      <w:pPr>
        <w:rPr>
          <w:b/>
          <w:bCs/>
        </w:rPr>
      </w:pPr>
      <w:r w:rsidRPr="00DA4B4E">
        <w:rPr>
          <w:b/>
          <w:bCs/>
        </w:rPr>
        <w:t xml:space="preserve">   C. Customers</w:t>
      </w:r>
    </w:p>
    <w:p w14:paraId="60E19F82" w14:textId="77777777" w:rsidR="00EE5C4E" w:rsidRDefault="00000000">
      <w:r>
        <w:t xml:space="preserve">   D. Managers</w:t>
      </w:r>
    </w:p>
    <w:p w14:paraId="4AB11D29" w14:textId="6CB610B1" w:rsidR="00EE5C4E" w:rsidRDefault="00000000">
      <w:r>
        <w:t xml:space="preserve">   </w:t>
      </w:r>
    </w:p>
    <w:p w14:paraId="07B88D0F" w14:textId="77777777" w:rsidR="00EE5C4E" w:rsidRDefault="00EE5C4E"/>
    <w:p w14:paraId="4E081FC9" w14:textId="77777777" w:rsidR="00EE5C4E" w:rsidRDefault="00000000">
      <w:r>
        <w:t>7. Managers are primarily responsible for:</w:t>
      </w:r>
    </w:p>
    <w:p w14:paraId="28B849B9" w14:textId="77777777" w:rsidR="00EE5C4E" w:rsidRDefault="00000000">
      <w:r>
        <w:t xml:space="preserve">   A. Ignoring stakeholders</w:t>
      </w:r>
    </w:p>
    <w:p w14:paraId="40F100AB" w14:textId="77777777" w:rsidR="00EE5C4E" w:rsidRPr="00DA4B4E" w:rsidRDefault="00000000">
      <w:pPr>
        <w:rPr>
          <w:b/>
          <w:bCs/>
        </w:rPr>
      </w:pPr>
      <w:r>
        <w:t xml:space="preserve">   </w:t>
      </w:r>
      <w:r w:rsidRPr="00DA4B4E">
        <w:rPr>
          <w:b/>
          <w:bCs/>
        </w:rPr>
        <w:t>B. Organizing and planning</w:t>
      </w:r>
    </w:p>
    <w:p w14:paraId="78B37E61" w14:textId="77777777" w:rsidR="00EE5C4E" w:rsidRDefault="00000000">
      <w:r>
        <w:t xml:space="preserve">   C. Avoiding decisions</w:t>
      </w:r>
    </w:p>
    <w:p w14:paraId="19043C69" w14:textId="77777777" w:rsidR="00EE5C4E" w:rsidRDefault="00000000">
      <w:r>
        <w:t xml:space="preserve">   D. Only profit</w:t>
      </w:r>
    </w:p>
    <w:p w14:paraId="3952293D" w14:textId="77777777" w:rsidR="00EE5C4E" w:rsidRDefault="00EE5C4E"/>
    <w:p w14:paraId="2004E733" w14:textId="77777777" w:rsidR="00EE5C4E" w:rsidRDefault="00000000">
      <w:r>
        <w:t>8. Employees exchange their work for:</w:t>
      </w:r>
    </w:p>
    <w:p w14:paraId="7726416D" w14:textId="77777777" w:rsidR="00EE5C4E" w:rsidRDefault="00000000">
      <w:r>
        <w:t xml:space="preserve">   A. Ownership</w:t>
      </w:r>
    </w:p>
    <w:p w14:paraId="11A8F1C1" w14:textId="77777777" w:rsidR="00EE5C4E" w:rsidRDefault="00000000">
      <w:r>
        <w:t xml:space="preserve">   B. Recognition only</w:t>
      </w:r>
    </w:p>
    <w:p w14:paraId="194F3608" w14:textId="77777777" w:rsidR="00EE5C4E" w:rsidRPr="00DA4B4E" w:rsidRDefault="00000000">
      <w:pPr>
        <w:rPr>
          <w:b/>
          <w:bCs/>
        </w:rPr>
      </w:pPr>
      <w:r>
        <w:t xml:space="preserve">   </w:t>
      </w:r>
      <w:r w:rsidRPr="00DA4B4E">
        <w:rPr>
          <w:b/>
          <w:bCs/>
        </w:rPr>
        <w:t>C. Wages</w:t>
      </w:r>
    </w:p>
    <w:p w14:paraId="0ED89E3C" w14:textId="77777777" w:rsidR="00EE5C4E" w:rsidRDefault="00000000">
      <w:r>
        <w:t xml:space="preserve">   D. Tax benefits</w:t>
      </w:r>
    </w:p>
    <w:p w14:paraId="273B28A8" w14:textId="77777777" w:rsidR="00EE5C4E" w:rsidRDefault="00000000">
      <w:r>
        <w:lastRenderedPageBreak/>
        <w:t xml:space="preserve">   Answer: Wages</w:t>
      </w:r>
    </w:p>
    <w:p w14:paraId="23938C1A" w14:textId="77777777" w:rsidR="00EE5C4E" w:rsidRDefault="00EE5C4E"/>
    <w:p w14:paraId="6E727777" w14:textId="77777777" w:rsidR="00EE5C4E" w:rsidRDefault="00000000">
      <w:r>
        <w:t>9. Customers are important because they:</w:t>
      </w:r>
    </w:p>
    <w:p w14:paraId="385E0F03" w14:textId="77777777" w:rsidR="00EE5C4E" w:rsidRDefault="00000000">
      <w:r>
        <w:t xml:space="preserve">   A. Control taxes</w:t>
      </w:r>
    </w:p>
    <w:p w14:paraId="0B72A675" w14:textId="77777777" w:rsidR="00EE5C4E" w:rsidRPr="00DA4B4E" w:rsidRDefault="00000000">
      <w:pPr>
        <w:rPr>
          <w:b/>
          <w:bCs/>
        </w:rPr>
      </w:pPr>
      <w:r>
        <w:t xml:space="preserve">   </w:t>
      </w:r>
      <w:r w:rsidRPr="00DA4B4E">
        <w:rPr>
          <w:b/>
          <w:bCs/>
        </w:rPr>
        <w:t>B. Buy goods and services</w:t>
      </w:r>
    </w:p>
    <w:p w14:paraId="48688B1A" w14:textId="77777777" w:rsidR="00EE5C4E" w:rsidRDefault="00000000">
      <w:r>
        <w:t xml:space="preserve">   C. Manage staff</w:t>
      </w:r>
    </w:p>
    <w:p w14:paraId="6DAD51EA" w14:textId="77777777" w:rsidR="00EE5C4E" w:rsidRDefault="00000000">
      <w:r>
        <w:t xml:space="preserve">   D. Set laws</w:t>
      </w:r>
    </w:p>
    <w:p w14:paraId="1B5DB88C" w14:textId="1FAB548F" w:rsidR="00EE5C4E" w:rsidRDefault="00000000">
      <w:r>
        <w:t xml:space="preserve">   </w:t>
      </w:r>
    </w:p>
    <w:p w14:paraId="757D9026" w14:textId="77777777" w:rsidR="00EE5C4E" w:rsidRDefault="00000000">
      <w:r>
        <w:t>10. Suppliers provide businesses with:</w:t>
      </w:r>
    </w:p>
    <w:p w14:paraId="6D0FF1F8" w14:textId="77777777" w:rsidR="00EE5C4E" w:rsidRDefault="00000000">
      <w:r>
        <w:t xml:space="preserve">   A. Policies</w:t>
      </w:r>
    </w:p>
    <w:p w14:paraId="17C2B427" w14:textId="77777777" w:rsidR="00EE5C4E" w:rsidRDefault="00000000">
      <w:r>
        <w:t xml:space="preserve">   B. Labor laws</w:t>
      </w:r>
    </w:p>
    <w:p w14:paraId="2385F5CA" w14:textId="77777777" w:rsidR="00EE5C4E" w:rsidRPr="00DA4B4E" w:rsidRDefault="00000000">
      <w:pPr>
        <w:rPr>
          <w:b/>
          <w:bCs/>
        </w:rPr>
      </w:pPr>
      <w:r>
        <w:t xml:space="preserve">   </w:t>
      </w:r>
      <w:r w:rsidRPr="00DA4B4E">
        <w:rPr>
          <w:b/>
          <w:bCs/>
        </w:rPr>
        <w:t>C. Resources</w:t>
      </w:r>
    </w:p>
    <w:p w14:paraId="65331402" w14:textId="77777777" w:rsidR="00EE5C4E" w:rsidRDefault="00000000">
      <w:r>
        <w:t xml:space="preserve">   D. Advertising</w:t>
      </w:r>
    </w:p>
    <w:p w14:paraId="73937175" w14:textId="0AD7A7FA" w:rsidR="00EE5C4E" w:rsidRDefault="00000000">
      <w:r>
        <w:t xml:space="preserve">   </w:t>
      </w:r>
    </w:p>
    <w:p w14:paraId="7A748272" w14:textId="77777777" w:rsidR="00EE5C4E" w:rsidRDefault="00EE5C4E"/>
    <w:p w14:paraId="62BD53D0" w14:textId="77777777" w:rsidR="00EE5C4E" w:rsidRDefault="00000000">
      <w:r>
        <w:t>11. Communities may feel aggrieved when businesses:</w:t>
      </w:r>
    </w:p>
    <w:p w14:paraId="14452AE8" w14:textId="77777777" w:rsidR="00EE5C4E" w:rsidRDefault="00000000">
      <w:r>
        <w:t xml:space="preserve">   A. Provide jobs</w:t>
      </w:r>
    </w:p>
    <w:p w14:paraId="3C8BBFAD" w14:textId="77777777" w:rsidR="00EE5C4E" w:rsidRPr="00DA4B4E" w:rsidRDefault="00000000">
      <w:pPr>
        <w:rPr>
          <w:b/>
          <w:bCs/>
        </w:rPr>
      </w:pPr>
      <w:r w:rsidRPr="00DA4B4E">
        <w:rPr>
          <w:b/>
          <w:bCs/>
        </w:rPr>
        <w:t xml:space="preserve">   B. Ignore local impact</w:t>
      </w:r>
    </w:p>
    <w:p w14:paraId="58452EEE" w14:textId="77777777" w:rsidR="00EE5C4E" w:rsidRDefault="00000000">
      <w:r>
        <w:t xml:space="preserve">   </w:t>
      </w:r>
      <w:proofErr w:type="gramStart"/>
      <w:r>
        <w:t>C. Offer services</w:t>
      </w:r>
      <w:proofErr w:type="gramEnd"/>
    </w:p>
    <w:p w14:paraId="71264D8E" w14:textId="77777777" w:rsidR="00EE5C4E" w:rsidRDefault="00000000">
      <w:r>
        <w:t xml:space="preserve">   D. Create value</w:t>
      </w:r>
    </w:p>
    <w:p w14:paraId="657A2C68" w14:textId="0E53D3E0" w:rsidR="00EE5C4E" w:rsidRDefault="00000000">
      <w:r>
        <w:t xml:space="preserve">   </w:t>
      </w:r>
    </w:p>
    <w:p w14:paraId="1B067A4F" w14:textId="77777777" w:rsidR="00EE5C4E" w:rsidRDefault="00EE5C4E"/>
    <w:p w14:paraId="628EEB15" w14:textId="77777777" w:rsidR="00EE5C4E" w:rsidRDefault="00000000">
      <w:r>
        <w:t>12. Government influences businesses through:</w:t>
      </w:r>
    </w:p>
    <w:p w14:paraId="1FDD8249" w14:textId="77777777" w:rsidR="00EE5C4E" w:rsidRPr="00DA4B4E" w:rsidRDefault="00000000">
      <w:pPr>
        <w:rPr>
          <w:b/>
          <w:bCs/>
        </w:rPr>
      </w:pPr>
      <w:r>
        <w:t xml:space="preserve">   </w:t>
      </w:r>
      <w:r w:rsidRPr="00DA4B4E">
        <w:rPr>
          <w:b/>
          <w:bCs/>
        </w:rPr>
        <w:t>A. Taxation and legislation</w:t>
      </w:r>
    </w:p>
    <w:p w14:paraId="0FDBF573" w14:textId="77777777" w:rsidR="00EE5C4E" w:rsidRDefault="00000000">
      <w:r>
        <w:t xml:space="preserve">   B. Hiring staff</w:t>
      </w:r>
    </w:p>
    <w:p w14:paraId="046408D5" w14:textId="77777777" w:rsidR="00EE5C4E" w:rsidRDefault="00000000">
      <w:r>
        <w:t xml:space="preserve">   C. Marketing</w:t>
      </w:r>
    </w:p>
    <w:p w14:paraId="0CB394DF" w14:textId="77777777" w:rsidR="00EE5C4E" w:rsidRDefault="00000000">
      <w:r>
        <w:lastRenderedPageBreak/>
        <w:t xml:space="preserve">   D. Ownership</w:t>
      </w:r>
    </w:p>
    <w:p w14:paraId="4B2D7760" w14:textId="77777777" w:rsidR="00EE5C4E" w:rsidRDefault="00EE5C4E"/>
    <w:p w14:paraId="2A498BCC" w14:textId="77777777" w:rsidR="00EE5C4E" w:rsidRDefault="00000000">
      <w:r>
        <w:t>13. Stakeholder ranking considers:</w:t>
      </w:r>
    </w:p>
    <w:p w14:paraId="6284D67E" w14:textId="77777777" w:rsidR="00EE5C4E" w:rsidRDefault="00000000">
      <w:r>
        <w:t xml:space="preserve">   A. Only profit</w:t>
      </w:r>
    </w:p>
    <w:p w14:paraId="1D258142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B. Power and interests</w:t>
      </w:r>
    </w:p>
    <w:p w14:paraId="42DC8084" w14:textId="77777777" w:rsidR="00EE5C4E" w:rsidRDefault="00000000">
      <w:r>
        <w:t xml:space="preserve">   C. Employee age</w:t>
      </w:r>
    </w:p>
    <w:p w14:paraId="203B22FE" w14:textId="77777777" w:rsidR="00EE5C4E" w:rsidRDefault="00000000">
      <w:r>
        <w:t xml:space="preserve">   D. Community size</w:t>
      </w:r>
    </w:p>
    <w:p w14:paraId="3CD17FCF" w14:textId="77777777" w:rsidR="00EE5C4E" w:rsidRDefault="00000000">
      <w:r>
        <w:t>14. Negative stakeholder influence includes:</w:t>
      </w:r>
    </w:p>
    <w:p w14:paraId="4C210855" w14:textId="77777777" w:rsidR="00EE5C4E" w:rsidRDefault="00000000">
      <w:r>
        <w:t xml:space="preserve">   A. Good publicity</w:t>
      </w:r>
    </w:p>
    <w:p w14:paraId="2A498071" w14:textId="77777777" w:rsidR="00EE5C4E" w:rsidRDefault="00000000">
      <w:r>
        <w:t xml:space="preserve">   B. Ethical buying</w:t>
      </w:r>
    </w:p>
    <w:p w14:paraId="60D1478A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C. Protests and boycotts</w:t>
      </w:r>
    </w:p>
    <w:p w14:paraId="57B266D4" w14:textId="77777777" w:rsidR="00EE5C4E" w:rsidRDefault="00000000">
      <w:r>
        <w:t xml:space="preserve">   D. Loyalty</w:t>
      </w:r>
    </w:p>
    <w:p w14:paraId="56B56858" w14:textId="77777777" w:rsidR="00EE5C4E" w:rsidRDefault="00000000">
      <w:r>
        <w:t>15. Positive stakeholder influence includes:</w:t>
      </w:r>
    </w:p>
    <w:p w14:paraId="0870EB83" w14:textId="77777777" w:rsidR="00EE5C4E" w:rsidRDefault="00000000">
      <w:r>
        <w:t xml:space="preserve">   A. Bad publicity</w:t>
      </w:r>
    </w:p>
    <w:p w14:paraId="6F07B782" w14:textId="77777777" w:rsidR="00EE5C4E" w:rsidRDefault="00000000">
      <w:r>
        <w:t xml:space="preserve">   B. Boycotts</w:t>
      </w:r>
    </w:p>
    <w:p w14:paraId="1617FBE7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C. Ethical consumer support</w:t>
      </w:r>
    </w:p>
    <w:p w14:paraId="31278231" w14:textId="77777777" w:rsidR="00EE5C4E" w:rsidRDefault="00000000">
      <w:r>
        <w:t xml:space="preserve">   D. Regulation</w:t>
      </w:r>
    </w:p>
    <w:p w14:paraId="3297DA8D" w14:textId="40F3F8BD" w:rsidR="00EE5C4E" w:rsidRDefault="00000000">
      <w:r>
        <w:t xml:space="preserve">   </w:t>
      </w:r>
    </w:p>
    <w:p w14:paraId="06A82A71" w14:textId="77777777" w:rsidR="00EE5C4E" w:rsidRDefault="00000000">
      <w:r>
        <w:t>16. Responsible corporate action often leads to:</w:t>
      </w:r>
    </w:p>
    <w:p w14:paraId="7C70F502" w14:textId="77777777" w:rsidR="00EE5C4E" w:rsidRDefault="00000000">
      <w:r>
        <w:t xml:space="preserve">   A. Profit loss</w:t>
      </w:r>
    </w:p>
    <w:p w14:paraId="14744444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Good publicity</w:t>
      </w:r>
    </w:p>
    <w:p w14:paraId="4B6BA5F7" w14:textId="77777777" w:rsidR="00EE5C4E" w:rsidRDefault="00000000">
      <w:r>
        <w:t xml:space="preserve">   C. Conflict</w:t>
      </w:r>
    </w:p>
    <w:p w14:paraId="7BCAD695" w14:textId="77777777" w:rsidR="00EE5C4E" w:rsidRDefault="00000000">
      <w:r>
        <w:t xml:space="preserve">   D. Government takeover</w:t>
      </w:r>
    </w:p>
    <w:p w14:paraId="2DC3BA05" w14:textId="77777777" w:rsidR="00EE5C4E" w:rsidRDefault="00000000">
      <w:r>
        <w:t>17. Stakeholders can be:</w:t>
      </w:r>
    </w:p>
    <w:p w14:paraId="48C42044" w14:textId="77777777" w:rsidR="00EE5C4E" w:rsidRDefault="00000000">
      <w:r>
        <w:t xml:space="preserve">   A. Only internal</w:t>
      </w:r>
    </w:p>
    <w:p w14:paraId="2716B15D" w14:textId="77777777" w:rsidR="00EE5C4E" w:rsidRDefault="00000000">
      <w:r>
        <w:t xml:space="preserve">   B. Only external</w:t>
      </w:r>
    </w:p>
    <w:p w14:paraId="2C9EFC67" w14:textId="77777777" w:rsidR="00EE5C4E" w:rsidRPr="007C2651" w:rsidRDefault="00000000">
      <w:pPr>
        <w:rPr>
          <w:b/>
          <w:bCs/>
        </w:rPr>
      </w:pPr>
      <w:r>
        <w:lastRenderedPageBreak/>
        <w:t xml:space="preserve">   </w:t>
      </w:r>
      <w:r w:rsidRPr="007C2651">
        <w:rPr>
          <w:b/>
          <w:bCs/>
        </w:rPr>
        <w:t>C. Internal or external</w:t>
      </w:r>
    </w:p>
    <w:p w14:paraId="6A45B70F" w14:textId="77777777" w:rsidR="00EE5C4E" w:rsidRDefault="00000000">
      <w:r>
        <w:t xml:space="preserve">   D. Irrelevant</w:t>
      </w:r>
    </w:p>
    <w:p w14:paraId="0F8CAAC5" w14:textId="77777777" w:rsidR="00EE5C4E" w:rsidRDefault="00000000">
      <w:r>
        <w:t xml:space="preserve">   Answer: Internal or external</w:t>
      </w:r>
    </w:p>
    <w:p w14:paraId="228005C2" w14:textId="77777777" w:rsidR="00EE5C4E" w:rsidRDefault="00EE5C4E"/>
    <w:p w14:paraId="2469B42D" w14:textId="77777777" w:rsidR="00EE5C4E" w:rsidRDefault="00000000">
      <w:r>
        <w:t>18. Small businesses typically have:</w:t>
      </w:r>
    </w:p>
    <w:p w14:paraId="0631EDE1" w14:textId="77777777" w:rsidR="00EE5C4E" w:rsidRDefault="00000000">
      <w:r>
        <w:t xml:space="preserve">   A. Thousands of owners</w:t>
      </w:r>
    </w:p>
    <w:p w14:paraId="447F87D0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One owner</w:t>
      </w:r>
    </w:p>
    <w:p w14:paraId="6B89FD71" w14:textId="77777777" w:rsidR="00EE5C4E" w:rsidRDefault="00000000">
      <w:r>
        <w:t xml:space="preserve">   C. No owners</w:t>
      </w:r>
    </w:p>
    <w:p w14:paraId="27CCD1D0" w14:textId="77777777" w:rsidR="00EE5C4E" w:rsidRDefault="00000000">
      <w:r>
        <w:t xml:space="preserve">   D. Government ownership</w:t>
      </w:r>
    </w:p>
    <w:p w14:paraId="7799D27B" w14:textId="77777777" w:rsidR="00EE5C4E" w:rsidRDefault="00000000">
      <w:r>
        <w:t xml:space="preserve">   Answer: One owner</w:t>
      </w:r>
    </w:p>
    <w:p w14:paraId="632CA22E" w14:textId="77777777" w:rsidR="00EE5C4E" w:rsidRDefault="00EE5C4E"/>
    <w:p w14:paraId="4256B553" w14:textId="77777777" w:rsidR="00EE5C4E" w:rsidRDefault="00000000">
      <w:r>
        <w:t>19. Large firms may have:</w:t>
      </w:r>
    </w:p>
    <w:p w14:paraId="1376F93D" w14:textId="77777777" w:rsidR="00EE5C4E" w:rsidRDefault="00000000">
      <w:r>
        <w:t xml:space="preserve">   A. Single employee</w:t>
      </w:r>
    </w:p>
    <w:p w14:paraId="56444298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B. Thousands of shareholders</w:t>
      </w:r>
    </w:p>
    <w:p w14:paraId="13BBAC38" w14:textId="77777777" w:rsidR="00EE5C4E" w:rsidRDefault="00000000">
      <w:r>
        <w:t xml:space="preserve">   C. No stakeholders</w:t>
      </w:r>
    </w:p>
    <w:p w14:paraId="21CAA282" w14:textId="77777777" w:rsidR="00EE5C4E" w:rsidRDefault="00000000">
      <w:r>
        <w:t xml:space="preserve">   D. Only managers</w:t>
      </w:r>
    </w:p>
    <w:p w14:paraId="75C9179C" w14:textId="77777777" w:rsidR="00EE5C4E" w:rsidRDefault="00000000">
      <w:r>
        <w:t xml:space="preserve">   Answer: Thousands of shareholders</w:t>
      </w:r>
    </w:p>
    <w:p w14:paraId="3E9BB954" w14:textId="77777777" w:rsidR="00EE5C4E" w:rsidRDefault="00EE5C4E"/>
    <w:p w14:paraId="77219684" w14:textId="77777777" w:rsidR="00EE5C4E" w:rsidRDefault="00000000">
      <w:r>
        <w:t>20. Stakeholder theory is a theory of:</w:t>
      </w:r>
    </w:p>
    <w:p w14:paraId="5E983F56" w14:textId="77777777" w:rsidR="00EE5C4E" w:rsidRDefault="00000000">
      <w:r>
        <w:t xml:space="preserve">   A. Profit maximization</w:t>
      </w:r>
    </w:p>
    <w:p w14:paraId="11C2A9FA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Social responsibility</w:t>
      </w:r>
    </w:p>
    <w:p w14:paraId="73FF863A" w14:textId="77777777" w:rsidR="00EE5C4E" w:rsidRDefault="00000000">
      <w:r>
        <w:t xml:space="preserve">   C. Marketing</w:t>
      </w:r>
    </w:p>
    <w:p w14:paraId="2CCD57EE" w14:textId="77777777" w:rsidR="00EE5C4E" w:rsidRDefault="00000000">
      <w:r>
        <w:t xml:space="preserve">   D. Finance</w:t>
      </w:r>
    </w:p>
    <w:p w14:paraId="5CB31ED9" w14:textId="77777777" w:rsidR="00EE5C4E" w:rsidRDefault="00000000">
      <w:r>
        <w:t xml:space="preserve">   Answer: Social responsibility</w:t>
      </w:r>
    </w:p>
    <w:p w14:paraId="5EB35F6B" w14:textId="77777777" w:rsidR="00EE5C4E" w:rsidRDefault="00EE5C4E"/>
    <w:p w14:paraId="22607DFD" w14:textId="77777777" w:rsidR="00EE5C4E" w:rsidRDefault="00000000">
      <w:r>
        <w:t>21. Corporate policy is shaped by:</w:t>
      </w:r>
    </w:p>
    <w:p w14:paraId="6ACE1EE3" w14:textId="77777777" w:rsidR="00EE5C4E" w:rsidRDefault="00000000">
      <w:r>
        <w:lastRenderedPageBreak/>
        <w:t xml:space="preserve">   A. Only owners</w:t>
      </w:r>
    </w:p>
    <w:p w14:paraId="0083CB5A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Stakeholder interests</w:t>
      </w:r>
    </w:p>
    <w:p w14:paraId="5B1CE9ED" w14:textId="77777777" w:rsidR="00EE5C4E" w:rsidRDefault="00000000">
      <w:r>
        <w:t xml:space="preserve">   C. Weather</w:t>
      </w:r>
    </w:p>
    <w:p w14:paraId="7F4705B5" w14:textId="77777777" w:rsidR="00EE5C4E" w:rsidRDefault="00000000">
      <w:r>
        <w:t xml:space="preserve">   D. Luck</w:t>
      </w:r>
    </w:p>
    <w:p w14:paraId="62B2E989" w14:textId="77777777" w:rsidR="00EE5C4E" w:rsidRDefault="00000000">
      <w:r>
        <w:t xml:space="preserve">   Answer: Stakeholder interests</w:t>
      </w:r>
    </w:p>
    <w:p w14:paraId="04B6257C" w14:textId="77777777" w:rsidR="00EE5C4E" w:rsidRDefault="00EE5C4E"/>
    <w:p w14:paraId="5AC8AB0F" w14:textId="77777777" w:rsidR="00EE5C4E" w:rsidRDefault="00000000">
      <w:r>
        <w:t>22. Ethical consumers support businesses that:</w:t>
      </w:r>
    </w:p>
    <w:p w14:paraId="5F57544F" w14:textId="77777777" w:rsidR="00EE5C4E" w:rsidRDefault="00000000">
      <w:r>
        <w:t xml:space="preserve">   A. Ignore ethics</w:t>
      </w:r>
    </w:p>
    <w:p w14:paraId="344A5030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B. Act responsibly</w:t>
      </w:r>
    </w:p>
    <w:p w14:paraId="21F31416" w14:textId="77777777" w:rsidR="00EE5C4E" w:rsidRDefault="00000000">
      <w:r>
        <w:t xml:space="preserve">   C. Avoid stakeholders</w:t>
      </w:r>
    </w:p>
    <w:p w14:paraId="055650E2" w14:textId="77777777" w:rsidR="00EE5C4E" w:rsidRDefault="00000000">
      <w:r>
        <w:t xml:space="preserve">   D. Reduce wages</w:t>
      </w:r>
    </w:p>
    <w:p w14:paraId="5B69AD1D" w14:textId="77777777" w:rsidR="00EE5C4E" w:rsidRDefault="00000000">
      <w:r>
        <w:t xml:space="preserve">   Answer: Act responsibly</w:t>
      </w:r>
    </w:p>
    <w:p w14:paraId="00232887" w14:textId="77777777" w:rsidR="00EE5C4E" w:rsidRDefault="00EE5C4E"/>
    <w:p w14:paraId="5FD6613D" w14:textId="77777777" w:rsidR="00EE5C4E" w:rsidRDefault="00000000">
      <w:r>
        <w:t>23. Managers are accountable to:</w:t>
      </w:r>
    </w:p>
    <w:p w14:paraId="3E5D42B8" w14:textId="77777777" w:rsidR="00EE5C4E" w:rsidRDefault="00000000">
      <w:r>
        <w:t xml:space="preserve">   A. Customers</w:t>
      </w:r>
    </w:p>
    <w:p w14:paraId="1AD561BD" w14:textId="77777777" w:rsidR="00EE5C4E" w:rsidRDefault="00000000">
      <w:r>
        <w:t xml:space="preserve">   B. Suppliers</w:t>
      </w:r>
    </w:p>
    <w:p w14:paraId="071361C9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C. Owners</w:t>
      </w:r>
    </w:p>
    <w:p w14:paraId="0D9B127F" w14:textId="77777777" w:rsidR="00EE5C4E" w:rsidRDefault="00000000">
      <w:r>
        <w:t xml:space="preserve">   D. Government</w:t>
      </w:r>
    </w:p>
    <w:p w14:paraId="112147A4" w14:textId="77777777" w:rsidR="00EE5C4E" w:rsidRDefault="00000000">
      <w:r>
        <w:t xml:space="preserve">   Answer: Owners</w:t>
      </w:r>
    </w:p>
    <w:p w14:paraId="44C60637" w14:textId="77777777" w:rsidR="00EE5C4E" w:rsidRDefault="00EE5C4E"/>
    <w:p w14:paraId="7BE94930" w14:textId="77777777" w:rsidR="00EE5C4E" w:rsidRDefault="00000000">
      <w:r>
        <w:t>24. Community stakeholders benefit from businesses through:</w:t>
      </w:r>
    </w:p>
    <w:p w14:paraId="3FA9B524" w14:textId="77777777" w:rsidR="00EE5C4E" w:rsidRDefault="00000000">
      <w:r>
        <w:t xml:space="preserve">   A. Environmental harm</w:t>
      </w:r>
    </w:p>
    <w:p w14:paraId="6C9705E9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B. Jobs and services</w:t>
      </w:r>
    </w:p>
    <w:p w14:paraId="78CAA1B2" w14:textId="77777777" w:rsidR="00EE5C4E" w:rsidRDefault="00000000">
      <w:r>
        <w:t xml:space="preserve">   C. Tax evasion</w:t>
      </w:r>
    </w:p>
    <w:p w14:paraId="10AA12CB" w14:textId="77777777" w:rsidR="00EE5C4E" w:rsidRDefault="00000000">
      <w:r>
        <w:t xml:space="preserve">   D. Conflict</w:t>
      </w:r>
    </w:p>
    <w:p w14:paraId="679FA33A" w14:textId="77777777" w:rsidR="00EE5C4E" w:rsidRDefault="00000000">
      <w:r>
        <w:t xml:space="preserve">   Answer: Jobs and services</w:t>
      </w:r>
    </w:p>
    <w:p w14:paraId="7245CBB9" w14:textId="77777777" w:rsidR="00EE5C4E" w:rsidRDefault="00EE5C4E"/>
    <w:p w14:paraId="7AA5685F" w14:textId="77777777" w:rsidR="00EE5C4E" w:rsidRDefault="00000000">
      <w:r>
        <w:t>25. Legislation regulates business areas like:</w:t>
      </w:r>
    </w:p>
    <w:p w14:paraId="36A20191" w14:textId="77777777" w:rsidR="00EE5C4E" w:rsidRDefault="00000000">
      <w:r>
        <w:t xml:space="preserve">   A. Fashion</w:t>
      </w:r>
    </w:p>
    <w:p w14:paraId="0022F7AA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Health &amp; safety</w:t>
      </w:r>
    </w:p>
    <w:p w14:paraId="5883DC05" w14:textId="77777777" w:rsidR="00EE5C4E" w:rsidRDefault="00000000">
      <w:r>
        <w:t xml:space="preserve">   C. Advertising only</w:t>
      </w:r>
    </w:p>
    <w:p w14:paraId="559C8C8D" w14:textId="77777777" w:rsidR="00EE5C4E" w:rsidRDefault="00000000">
      <w:r>
        <w:t xml:space="preserve">   D. Sales</w:t>
      </w:r>
    </w:p>
    <w:p w14:paraId="71C8D230" w14:textId="77777777" w:rsidR="00EE5C4E" w:rsidRDefault="00000000">
      <w:r>
        <w:t xml:space="preserve">   Answer: Health &amp; safety</w:t>
      </w:r>
    </w:p>
    <w:p w14:paraId="40347AE4" w14:textId="77777777" w:rsidR="00EE5C4E" w:rsidRDefault="00EE5C4E"/>
    <w:p w14:paraId="385B559E" w14:textId="77777777" w:rsidR="00EE5C4E" w:rsidRDefault="00000000">
      <w:r>
        <w:t>26. Stakeholder analysis examines:</w:t>
      </w:r>
    </w:p>
    <w:p w14:paraId="22F0719B" w14:textId="77777777" w:rsidR="00EE5C4E" w:rsidRDefault="00000000">
      <w:r>
        <w:t xml:space="preserve">   A. Weather</w:t>
      </w:r>
    </w:p>
    <w:p w14:paraId="7D430DAA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Power and expectations</w:t>
      </w:r>
    </w:p>
    <w:p w14:paraId="1070221B" w14:textId="77777777" w:rsidR="00EE5C4E" w:rsidRDefault="00000000">
      <w:r>
        <w:t xml:space="preserve">   C. Sales targets</w:t>
      </w:r>
    </w:p>
    <w:p w14:paraId="38D9164A" w14:textId="77777777" w:rsidR="00EE5C4E" w:rsidRDefault="00000000">
      <w:r>
        <w:t xml:space="preserve">   D. Competition only</w:t>
      </w:r>
    </w:p>
    <w:p w14:paraId="7B38DC5C" w14:textId="77777777" w:rsidR="00EE5C4E" w:rsidRDefault="00000000">
      <w:r>
        <w:t xml:space="preserve">   Answer: Power and expectations</w:t>
      </w:r>
    </w:p>
    <w:p w14:paraId="4F6AC090" w14:textId="77777777" w:rsidR="00EE5C4E" w:rsidRDefault="00EE5C4E"/>
    <w:p w14:paraId="4D6A39FD" w14:textId="77777777" w:rsidR="00EE5C4E" w:rsidRDefault="00000000">
      <w:r>
        <w:t>27. The Sadhu parable highlights:</w:t>
      </w:r>
    </w:p>
    <w:p w14:paraId="7F3F8B67" w14:textId="77777777" w:rsidR="00EE5C4E" w:rsidRDefault="00000000">
      <w:r>
        <w:t xml:space="preserve">   A. Profit strategy</w:t>
      </w:r>
    </w:p>
    <w:p w14:paraId="43D3EF38" w14:textId="77777777" w:rsidR="00EE5C4E" w:rsidRPr="007C2651" w:rsidRDefault="00000000">
      <w:pPr>
        <w:rPr>
          <w:b/>
          <w:bCs/>
        </w:rPr>
      </w:pPr>
      <w:r w:rsidRPr="007C2651">
        <w:rPr>
          <w:b/>
          <w:bCs/>
        </w:rPr>
        <w:t xml:space="preserve">   B. Moral responsibility</w:t>
      </w:r>
    </w:p>
    <w:p w14:paraId="348D1A7A" w14:textId="77777777" w:rsidR="00EE5C4E" w:rsidRDefault="00000000">
      <w:r>
        <w:t xml:space="preserve">   C. Marketing tactics</w:t>
      </w:r>
    </w:p>
    <w:p w14:paraId="243D79B6" w14:textId="77777777" w:rsidR="00EE5C4E" w:rsidRDefault="00000000">
      <w:r>
        <w:t xml:space="preserve">   D. Financial planning</w:t>
      </w:r>
    </w:p>
    <w:p w14:paraId="65730837" w14:textId="77777777" w:rsidR="00EE5C4E" w:rsidRDefault="00000000">
      <w:r>
        <w:t xml:space="preserve">   Answer: Moral responsibility</w:t>
      </w:r>
    </w:p>
    <w:p w14:paraId="090F22AA" w14:textId="77777777" w:rsidR="00EE5C4E" w:rsidRDefault="00EE5C4E"/>
    <w:p w14:paraId="24B190D4" w14:textId="77777777" w:rsidR="00EE5C4E" w:rsidRDefault="00000000">
      <w:r>
        <w:t>28. A key dilemma in the Sadhu story was:</w:t>
      </w:r>
    </w:p>
    <w:p w14:paraId="4B0DC9EA" w14:textId="77777777" w:rsidR="00EE5C4E" w:rsidRDefault="00000000">
      <w:r>
        <w:t xml:space="preserve">   A. Time management</w:t>
      </w:r>
    </w:p>
    <w:p w14:paraId="6B07F8FC" w14:textId="77777777" w:rsidR="00EE5C4E" w:rsidRPr="007C2651" w:rsidRDefault="00000000">
      <w:pPr>
        <w:rPr>
          <w:b/>
          <w:bCs/>
        </w:rPr>
      </w:pPr>
      <w:r>
        <w:t xml:space="preserve">   </w:t>
      </w:r>
      <w:r w:rsidRPr="007C2651">
        <w:rPr>
          <w:b/>
          <w:bCs/>
        </w:rPr>
        <w:t>B. Ethical responsibility vs goals</w:t>
      </w:r>
    </w:p>
    <w:p w14:paraId="2BE7D9BA" w14:textId="77777777" w:rsidR="00EE5C4E" w:rsidRDefault="00000000">
      <w:r>
        <w:t xml:space="preserve">   C. Weather survival</w:t>
      </w:r>
    </w:p>
    <w:p w14:paraId="789889E9" w14:textId="77777777" w:rsidR="00EE5C4E" w:rsidRDefault="00000000">
      <w:r>
        <w:lastRenderedPageBreak/>
        <w:t xml:space="preserve">   D. Navigation</w:t>
      </w:r>
    </w:p>
    <w:p w14:paraId="0EEFAB94" w14:textId="77777777" w:rsidR="00EE5C4E" w:rsidRDefault="00000000">
      <w:r>
        <w:t xml:space="preserve">   Answer: Ethical responsibility vs goals</w:t>
      </w:r>
    </w:p>
    <w:p w14:paraId="1B961107" w14:textId="77777777" w:rsidR="00EE5C4E" w:rsidRDefault="00EE5C4E"/>
    <w:p w14:paraId="6717FF39" w14:textId="77777777" w:rsidR="00EE5C4E" w:rsidRDefault="00000000">
      <w:r>
        <w:t>29. Group ethics may sometimes:</w:t>
      </w:r>
    </w:p>
    <w:p w14:paraId="1EA72B10" w14:textId="77777777" w:rsidR="00EE5C4E" w:rsidRDefault="00000000">
      <w:r>
        <w:t xml:space="preserve">   A. Strengthen morality</w:t>
      </w:r>
    </w:p>
    <w:p w14:paraId="0E2BDA3C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Cause moral slippage</w:t>
      </w:r>
    </w:p>
    <w:p w14:paraId="435FE5F8" w14:textId="77777777" w:rsidR="00EE5C4E" w:rsidRDefault="00000000">
      <w:r>
        <w:t xml:space="preserve">   C. Improve profits</w:t>
      </w:r>
    </w:p>
    <w:p w14:paraId="51064172" w14:textId="77777777" w:rsidR="00EE5C4E" w:rsidRDefault="00000000">
      <w:r>
        <w:t xml:space="preserve">   D. Eliminate conflict</w:t>
      </w:r>
    </w:p>
    <w:p w14:paraId="780990E5" w14:textId="77777777" w:rsidR="00EE5C4E" w:rsidRDefault="00000000">
      <w:r>
        <w:t xml:space="preserve">   Answer: Cause moral slippage</w:t>
      </w:r>
    </w:p>
    <w:p w14:paraId="2208A345" w14:textId="77777777" w:rsidR="00EE5C4E" w:rsidRDefault="00EE5C4E"/>
    <w:p w14:paraId="406C4E21" w14:textId="77777777" w:rsidR="00EE5C4E" w:rsidRDefault="00000000">
      <w:r>
        <w:t>30. Organizations without shared values tend to:</w:t>
      </w:r>
    </w:p>
    <w:p w14:paraId="15FE2D72" w14:textId="77777777" w:rsidR="00EE5C4E" w:rsidRDefault="00000000">
      <w:r>
        <w:t xml:space="preserve">   A. Grow stronger</w:t>
      </w:r>
    </w:p>
    <w:p w14:paraId="53221FA4" w14:textId="77777777" w:rsidR="00EE5C4E" w:rsidRDefault="00000000">
      <w:r>
        <w:t xml:space="preserve">   B. Remain stable</w:t>
      </w:r>
    </w:p>
    <w:p w14:paraId="5F24BD61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C. Fall apart under stress</w:t>
      </w:r>
    </w:p>
    <w:p w14:paraId="1F82142C" w14:textId="77777777" w:rsidR="00EE5C4E" w:rsidRDefault="00000000">
      <w:r>
        <w:t xml:space="preserve">   D. Ignore ethics</w:t>
      </w:r>
    </w:p>
    <w:p w14:paraId="5C4C9EF8" w14:textId="77777777" w:rsidR="00EE5C4E" w:rsidRDefault="00000000">
      <w:r>
        <w:t xml:space="preserve">   Answer: Fall apart under stress</w:t>
      </w:r>
    </w:p>
    <w:p w14:paraId="027B78C6" w14:textId="77777777" w:rsidR="00EE5C4E" w:rsidRDefault="00EE5C4E"/>
    <w:p w14:paraId="55D4EDE3" w14:textId="77777777" w:rsidR="00EE5C4E" w:rsidRDefault="00000000">
      <w:r>
        <w:t>31. Moral decision-making requires:</w:t>
      </w:r>
    </w:p>
    <w:p w14:paraId="64B712E1" w14:textId="77777777" w:rsidR="00EE5C4E" w:rsidRDefault="00000000">
      <w:r>
        <w:t xml:space="preserve">   A. Ignoring ambiguity</w:t>
      </w:r>
    </w:p>
    <w:p w14:paraId="5E5C246B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Organizational support</w:t>
      </w:r>
    </w:p>
    <w:p w14:paraId="0FEDFF2E" w14:textId="77777777" w:rsidR="00EE5C4E" w:rsidRDefault="00000000">
      <w:r>
        <w:t xml:space="preserve">   C. Profit focus</w:t>
      </w:r>
    </w:p>
    <w:p w14:paraId="3863472D" w14:textId="77777777" w:rsidR="00EE5C4E" w:rsidRDefault="00000000">
      <w:r>
        <w:t xml:space="preserve">   D. Isolation</w:t>
      </w:r>
    </w:p>
    <w:p w14:paraId="53AE5D6B" w14:textId="77777777" w:rsidR="00EE5C4E" w:rsidRDefault="00000000">
      <w:r>
        <w:t xml:space="preserve">   Answer: Organizational support</w:t>
      </w:r>
    </w:p>
    <w:p w14:paraId="6342A411" w14:textId="77777777" w:rsidR="00EE5C4E" w:rsidRDefault="00EE5C4E"/>
    <w:p w14:paraId="0E9D03FC" w14:textId="77777777" w:rsidR="00EE5C4E" w:rsidRDefault="00000000">
      <w:r>
        <w:t>32. Stakeholder relationships are vital to:</w:t>
      </w:r>
    </w:p>
    <w:p w14:paraId="38AE8BED" w14:textId="77777777" w:rsidR="00EE5C4E" w:rsidRDefault="00000000">
      <w:r>
        <w:t xml:space="preserve">   A. Marketing</w:t>
      </w:r>
    </w:p>
    <w:p w14:paraId="1B3AD17A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lastRenderedPageBreak/>
        <w:t xml:space="preserve">   B. Corporate survival</w:t>
      </w:r>
    </w:p>
    <w:p w14:paraId="3A82E8A6" w14:textId="77777777" w:rsidR="00EE5C4E" w:rsidRDefault="00000000">
      <w:r>
        <w:t xml:space="preserve">   C. Sales only</w:t>
      </w:r>
    </w:p>
    <w:p w14:paraId="4B23EC0A" w14:textId="77777777" w:rsidR="00EE5C4E" w:rsidRDefault="00000000">
      <w:r>
        <w:t xml:space="preserve">   D. Finance</w:t>
      </w:r>
    </w:p>
    <w:p w14:paraId="3C231D44" w14:textId="77777777" w:rsidR="00EE5C4E" w:rsidRDefault="00000000">
      <w:r>
        <w:t xml:space="preserve">   Answer: Corporate survival</w:t>
      </w:r>
    </w:p>
    <w:p w14:paraId="2A26872E" w14:textId="77777777" w:rsidR="00EE5C4E" w:rsidRDefault="00EE5C4E"/>
    <w:p w14:paraId="231CC282" w14:textId="77777777" w:rsidR="00EE5C4E" w:rsidRDefault="00000000">
      <w:r>
        <w:t>33. Employees’ pay varies by:</w:t>
      </w:r>
    </w:p>
    <w:p w14:paraId="215EC40E" w14:textId="77777777" w:rsidR="00EE5C4E" w:rsidRDefault="00000000">
      <w:r>
        <w:t xml:space="preserve">   A. Weather</w:t>
      </w:r>
    </w:p>
    <w:p w14:paraId="4B9403DC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Skills and qualifications</w:t>
      </w:r>
    </w:p>
    <w:p w14:paraId="0864E04C" w14:textId="77777777" w:rsidR="00EE5C4E" w:rsidRDefault="00000000">
      <w:r>
        <w:t xml:space="preserve">   C. Luck</w:t>
      </w:r>
    </w:p>
    <w:p w14:paraId="20FD8121" w14:textId="77777777" w:rsidR="00EE5C4E" w:rsidRDefault="00000000">
      <w:r>
        <w:t xml:space="preserve">   D. Ownership</w:t>
      </w:r>
    </w:p>
    <w:p w14:paraId="384F8756" w14:textId="77777777" w:rsidR="00EE5C4E" w:rsidRDefault="00000000">
      <w:r>
        <w:t xml:space="preserve">   Answer: Skills and qualifications</w:t>
      </w:r>
    </w:p>
    <w:p w14:paraId="5E07B87F" w14:textId="77777777" w:rsidR="00EE5C4E" w:rsidRDefault="00EE5C4E"/>
    <w:p w14:paraId="693DBA33" w14:textId="77777777" w:rsidR="00EE5C4E" w:rsidRDefault="00000000">
      <w:r>
        <w:t>34. Suppliers depend on businesses in a:</w:t>
      </w:r>
    </w:p>
    <w:p w14:paraId="001D1D1C" w14:textId="77777777" w:rsidR="00EE5C4E" w:rsidRDefault="00000000">
      <w:r>
        <w:t xml:space="preserve">   A. One-way relationship</w:t>
      </w:r>
    </w:p>
    <w:p w14:paraId="77F261D5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Two-way relationship</w:t>
      </w:r>
    </w:p>
    <w:p w14:paraId="28A01E18" w14:textId="77777777" w:rsidR="00EE5C4E" w:rsidRDefault="00000000">
      <w:r>
        <w:t xml:space="preserve">   C. Temporary link</w:t>
      </w:r>
    </w:p>
    <w:p w14:paraId="21AF4E5F" w14:textId="77777777" w:rsidR="00EE5C4E" w:rsidRDefault="00000000">
      <w:r>
        <w:t xml:space="preserve">   D. Legal requirement</w:t>
      </w:r>
    </w:p>
    <w:p w14:paraId="5D5E4935" w14:textId="77777777" w:rsidR="00EE5C4E" w:rsidRDefault="00000000">
      <w:r>
        <w:t xml:space="preserve">   Answer: Two-way relationship</w:t>
      </w:r>
    </w:p>
    <w:p w14:paraId="052B6706" w14:textId="77777777" w:rsidR="00EE5C4E" w:rsidRDefault="00EE5C4E"/>
    <w:p w14:paraId="6D1C12D0" w14:textId="77777777" w:rsidR="00EE5C4E" w:rsidRDefault="00000000">
      <w:r>
        <w:t>35. Corporate responsibility includes:</w:t>
      </w:r>
    </w:p>
    <w:p w14:paraId="690ABA42" w14:textId="77777777" w:rsidR="00EE5C4E" w:rsidRDefault="00000000">
      <w:r>
        <w:t xml:space="preserve">   A. Ignoring protests</w:t>
      </w:r>
    </w:p>
    <w:p w14:paraId="5B986A30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Meeting stakeholder needs</w:t>
      </w:r>
    </w:p>
    <w:p w14:paraId="012EA914" w14:textId="77777777" w:rsidR="00EE5C4E" w:rsidRDefault="00000000">
      <w:r>
        <w:t xml:space="preserve">   C. Reducing wages</w:t>
      </w:r>
    </w:p>
    <w:p w14:paraId="76191E7B" w14:textId="77777777" w:rsidR="00EE5C4E" w:rsidRDefault="00000000">
      <w:r>
        <w:t xml:space="preserve">   D. Avoiding communities</w:t>
      </w:r>
    </w:p>
    <w:p w14:paraId="3CB35A0F" w14:textId="77777777" w:rsidR="00EE5C4E" w:rsidRDefault="00000000">
      <w:r>
        <w:t xml:space="preserve">   Answer: Meeting stakeholder needs</w:t>
      </w:r>
    </w:p>
    <w:p w14:paraId="4792BCC1" w14:textId="77777777" w:rsidR="00EE5C4E" w:rsidRDefault="00EE5C4E"/>
    <w:p w14:paraId="636000A4" w14:textId="77777777" w:rsidR="00EE5C4E" w:rsidRDefault="00000000">
      <w:r>
        <w:lastRenderedPageBreak/>
        <w:t>36. Stakeholder theory contrasts with Friedman by emphasizing:</w:t>
      </w:r>
    </w:p>
    <w:p w14:paraId="75058D2F" w14:textId="77777777" w:rsidR="00EE5C4E" w:rsidRDefault="00000000">
      <w:r>
        <w:t xml:space="preserve">   A. Profit only</w:t>
      </w:r>
    </w:p>
    <w:p w14:paraId="71063CB5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Multiple moral claims</w:t>
      </w:r>
    </w:p>
    <w:p w14:paraId="1753D6AE" w14:textId="77777777" w:rsidR="00EE5C4E" w:rsidRDefault="00000000">
      <w:r>
        <w:t xml:space="preserve">   C. Tax reduction</w:t>
      </w:r>
    </w:p>
    <w:p w14:paraId="065F8C7C" w14:textId="77777777" w:rsidR="00EE5C4E" w:rsidRDefault="00000000">
      <w:r>
        <w:t xml:space="preserve">   D. Ownership</w:t>
      </w:r>
    </w:p>
    <w:p w14:paraId="1A9D1829" w14:textId="77777777" w:rsidR="00EE5C4E" w:rsidRDefault="00000000">
      <w:r>
        <w:t xml:space="preserve">   Answer: Multiple moral claims</w:t>
      </w:r>
    </w:p>
    <w:p w14:paraId="17B4AFB1" w14:textId="77777777" w:rsidR="00EE5C4E" w:rsidRDefault="00EE5C4E"/>
    <w:p w14:paraId="09C4E821" w14:textId="77777777" w:rsidR="00EE5C4E" w:rsidRDefault="00000000">
      <w:r>
        <w:t>37. Internal stakeholders include owners and:</w:t>
      </w:r>
    </w:p>
    <w:p w14:paraId="6209F0C2" w14:textId="77777777" w:rsidR="00EE5C4E" w:rsidRDefault="00000000">
      <w:r>
        <w:t xml:space="preserve">   A. Government</w:t>
      </w:r>
    </w:p>
    <w:p w14:paraId="32663A37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Managers</w:t>
      </w:r>
    </w:p>
    <w:p w14:paraId="16D40D80" w14:textId="77777777" w:rsidR="00EE5C4E" w:rsidRDefault="00000000">
      <w:r>
        <w:t xml:space="preserve">   C. Customers</w:t>
      </w:r>
    </w:p>
    <w:p w14:paraId="60169FD8" w14:textId="77777777" w:rsidR="00EE5C4E" w:rsidRDefault="00000000">
      <w:r>
        <w:t xml:space="preserve">   D. Suppliers</w:t>
      </w:r>
    </w:p>
    <w:p w14:paraId="5EFF1216" w14:textId="77777777" w:rsidR="00EE5C4E" w:rsidRDefault="00000000">
      <w:r>
        <w:t xml:space="preserve">   Answer: Managers</w:t>
      </w:r>
    </w:p>
    <w:p w14:paraId="7A65B00E" w14:textId="77777777" w:rsidR="00EE5C4E" w:rsidRDefault="00EE5C4E"/>
    <w:p w14:paraId="2A1FEFAA" w14:textId="77777777" w:rsidR="00EE5C4E" w:rsidRDefault="00000000">
      <w:r>
        <w:t>38. External stakeholders influence business via:</w:t>
      </w:r>
    </w:p>
    <w:p w14:paraId="263A19DC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A. Legislation and purchasing</w:t>
      </w:r>
    </w:p>
    <w:p w14:paraId="1DFEE33E" w14:textId="77777777" w:rsidR="00EE5C4E" w:rsidRDefault="00000000">
      <w:r>
        <w:t xml:space="preserve">   B. Internal meetings</w:t>
      </w:r>
    </w:p>
    <w:p w14:paraId="56607E97" w14:textId="77777777" w:rsidR="00EE5C4E" w:rsidRDefault="00000000">
      <w:r>
        <w:t xml:space="preserve">   C. Wage setting</w:t>
      </w:r>
    </w:p>
    <w:p w14:paraId="4EE5421E" w14:textId="77777777" w:rsidR="00EE5C4E" w:rsidRDefault="00000000">
      <w:r>
        <w:t xml:space="preserve">   D. Ownership</w:t>
      </w:r>
    </w:p>
    <w:p w14:paraId="4C265BE1" w14:textId="77777777" w:rsidR="00EE5C4E" w:rsidRDefault="00000000">
      <w:r>
        <w:t xml:space="preserve">   Answer: Legislation and purchasing</w:t>
      </w:r>
    </w:p>
    <w:p w14:paraId="769F9E8D" w14:textId="77777777" w:rsidR="00EE5C4E" w:rsidRDefault="00EE5C4E"/>
    <w:p w14:paraId="649282ED" w14:textId="77777777" w:rsidR="00EE5C4E" w:rsidRDefault="00000000">
      <w:r>
        <w:t>39. Stakeholder interests affect:</w:t>
      </w:r>
    </w:p>
    <w:p w14:paraId="63B5BA1A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A. Corporate strategy</w:t>
      </w:r>
    </w:p>
    <w:p w14:paraId="4DB168E3" w14:textId="77777777" w:rsidR="00EE5C4E" w:rsidRDefault="00000000">
      <w:r>
        <w:t xml:space="preserve">   B. Weather</w:t>
      </w:r>
    </w:p>
    <w:p w14:paraId="2A11A675" w14:textId="77777777" w:rsidR="00EE5C4E" w:rsidRDefault="00000000">
      <w:r>
        <w:t xml:space="preserve">   C. Personal hobbies</w:t>
      </w:r>
    </w:p>
    <w:p w14:paraId="022B8FC1" w14:textId="77777777" w:rsidR="00EE5C4E" w:rsidRDefault="00000000">
      <w:r>
        <w:t xml:space="preserve">   D. None</w:t>
      </w:r>
    </w:p>
    <w:p w14:paraId="5C3689E5" w14:textId="77777777" w:rsidR="00EE5C4E" w:rsidRDefault="00000000">
      <w:r>
        <w:lastRenderedPageBreak/>
        <w:t xml:space="preserve">   Answer: Corporate strategy</w:t>
      </w:r>
    </w:p>
    <w:p w14:paraId="33550B88" w14:textId="77777777" w:rsidR="00EE5C4E" w:rsidRDefault="00EE5C4E"/>
    <w:p w14:paraId="60A83C1E" w14:textId="77777777" w:rsidR="00EE5C4E" w:rsidRDefault="00000000">
      <w:r>
        <w:t>40. Ethical action can become part of a firm’s:</w:t>
      </w:r>
    </w:p>
    <w:p w14:paraId="31173154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A. Branding strategy</w:t>
      </w:r>
    </w:p>
    <w:p w14:paraId="61CC229A" w14:textId="77777777" w:rsidR="00EE5C4E" w:rsidRDefault="00000000">
      <w:r>
        <w:t xml:space="preserve">   B. Avoidance plan</w:t>
      </w:r>
    </w:p>
    <w:p w14:paraId="6F586BE6" w14:textId="77777777" w:rsidR="00EE5C4E" w:rsidRDefault="00000000">
      <w:r>
        <w:t xml:space="preserve">   C. Profit loss plan</w:t>
      </w:r>
    </w:p>
    <w:p w14:paraId="2E303D5C" w14:textId="77777777" w:rsidR="00EE5C4E" w:rsidRDefault="00000000">
      <w:r>
        <w:t xml:space="preserve">   D. Legal defense</w:t>
      </w:r>
    </w:p>
    <w:p w14:paraId="0BAEADFE" w14:textId="77777777" w:rsidR="00EE5C4E" w:rsidRDefault="00000000">
      <w:r>
        <w:t xml:space="preserve">   Answer: Branding strategy</w:t>
      </w:r>
    </w:p>
    <w:p w14:paraId="4755AC42" w14:textId="77777777" w:rsidR="00EE5C4E" w:rsidRDefault="00EE5C4E"/>
    <w:p w14:paraId="3CBE48A7" w14:textId="77777777" w:rsidR="00EE5C4E" w:rsidRDefault="00000000">
      <w:r>
        <w:t>41. The Sadhu story raises questions about:</w:t>
      </w:r>
    </w:p>
    <w:p w14:paraId="6AF5FEFD" w14:textId="77777777" w:rsidR="00EE5C4E" w:rsidRDefault="00000000">
      <w:r>
        <w:t xml:space="preserve">   A. Competition</w:t>
      </w:r>
    </w:p>
    <w:p w14:paraId="7A442552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Collective responsibility</w:t>
      </w:r>
    </w:p>
    <w:p w14:paraId="2358ACE8" w14:textId="77777777" w:rsidR="00EE5C4E" w:rsidRDefault="00000000">
      <w:r>
        <w:t xml:space="preserve">   C. Advertising</w:t>
      </w:r>
    </w:p>
    <w:p w14:paraId="1BEE0C56" w14:textId="77777777" w:rsidR="00EE5C4E" w:rsidRDefault="00000000">
      <w:r>
        <w:t xml:space="preserve">   D. Product design</w:t>
      </w:r>
    </w:p>
    <w:p w14:paraId="165C00BB" w14:textId="77777777" w:rsidR="00EE5C4E" w:rsidRDefault="00000000">
      <w:r>
        <w:t xml:space="preserve">   Answer: Collective responsibility</w:t>
      </w:r>
    </w:p>
    <w:p w14:paraId="6294D654" w14:textId="77777777" w:rsidR="00EE5C4E" w:rsidRDefault="00EE5C4E"/>
    <w:p w14:paraId="02EF50E7" w14:textId="77777777" w:rsidR="00EE5C4E" w:rsidRDefault="00000000">
      <w:r>
        <w:t>42. Shared organizational values help people manage:</w:t>
      </w:r>
    </w:p>
    <w:p w14:paraId="31FF4F1D" w14:textId="77777777" w:rsidR="00EE5C4E" w:rsidRDefault="00000000">
      <w:r>
        <w:t xml:space="preserve">   A. Profit margins</w:t>
      </w:r>
    </w:p>
    <w:p w14:paraId="2A8AD0EC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Stress and ambiguity</w:t>
      </w:r>
    </w:p>
    <w:p w14:paraId="2A7DBFDC" w14:textId="77777777" w:rsidR="00EE5C4E" w:rsidRDefault="00000000">
      <w:r>
        <w:t xml:space="preserve">   C. Customer complaints</w:t>
      </w:r>
    </w:p>
    <w:p w14:paraId="35361165" w14:textId="77777777" w:rsidR="00EE5C4E" w:rsidRDefault="00000000">
      <w:r>
        <w:t xml:space="preserve">   D. Competition</w:t>
      </w:r>
    </w:p>
    <w:p w14:paraId="76462B8D" w14:textId="77777777" w:rsidR="00EE5C4E" w:rsidRDefault="00000000">
      <w:r>
        <w:t xml:space="preserve">   Answer: Stress and ambiguity</w:t>
      </w:r>
    </w:p>
    <w:p w14:paraId="7D01B495" w14:textId="77777777" w:rsidR="00EE5C4E" w:rsidRDefault="00EE5C4E"/>
    <w:p w14:paraId="4579BBC7" w14:textId="77777777" w:rsidR="00EE5C4E" w:rsidRDefault="00000000">
      <w:r>
        <w:t>43. Stakeholders may include individuals who are both:</w:t>
      </w:r>
    </w:p>
    <w:p w14:paraId="6A25A0AD" w14:textId="77777777" w:rsidR="00EE5C4E" w:rsidRDefault="00000000">
      <w:r>
        <w:t xml:space="preserve">   A. Employees and competitors</w:t>
      </w:r>
    </w:p>
    <w:p w14:paraId="4091EF74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 xml:space="preserve">B. Staff and </w:t>
      </w:r>
      <w:proofErr w:type="gramStart"/>
      <w:r w:rsidRPr="003B32D0">
        <w:rPr>
          <w:b/>
          <w:bCs/>
        </w:rPr>
        <w:t>local residents</w:t>
      </w:r>
      <w:proofErr w:type="gramEnd"/>
    </w:p>
    <w:p w14:paraId="399C107B" w14:textId="77777777" w:rsidR="00EE5C4E" w:rsidRDefault="00000000">
      <w:r>
        <w:lastRenderedPageBreak/>
        <w:t xml:space="preserve">   C. Managers and suppliers</w:t>
      </w:r>
    </w:p>
    <w:p w14:paraId="33310245" w14:textId="77777777" w:rsidR="00EE5C4E" w:rsidRDefault="00000000">
      <w:r>
        <w:t xml:space="preserve">   D. Owners and regulators</w:t>
      </w:r>
    </w:p>
    <w:p w14:paraId="7A30E4C2" w14:textId="77777777" w:rsidR="00EE5C4E" w:rsidRDefault="00000000">
      <w:r>
        <w:t xml:space="preserve">   Answer: Staff and local residents</w:t>
      </w:r>
    </w:p>
    <w:p w14:paraId="40C4E28F" w14:textId="77777777" w:rsidR="00EE5C4E" w:rsidRDefault="00EE5C4E"/>
    <w:p w14:paraId="5C3459FF" w14:textId="77777777" w:rsidR="00EE5C4E" w:rsidRDefault="00000000">
      <w:r>
        <w:t>44. Corporate ethics require policies that:</w:t>
      </w:r>
    </w:p>
    <w:p w14:paraId="5F6D6181" w14:textId="77777777" w:rsidR="00EE5C4E" w:rsidRDefault="00000000">
      <w:r>
        <w:t xml:space="preserve">   A. Encourage violations</w:t>
      </w:r>
    </w:p>
    <w:p w14:paraId="024271DA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Control deviance</w:t>
      </w:r>
    </w:p>
    <w:p w14:paraId="4A165F75" w14:textId="77777777" w:rsidR="00EE5C4E" w:rsidRDefault="00000000">
      <w:r>
        <w:t xml:space="preserve">   C. Ignore behavior</w:t>
      </w:r>
    </w:p>
    <w:p w14:paraId="5758EC3D" w14:textId="77777777" w:rsidR="00EE5C4E" w:rsidRDefault="00000000">
      <w:r>
        <w:t xml:space="preserve">   D. Reduce accountability</w:t>
      </w:r>
    </w:p>
    <w:p w14:paraId="096BBDC0" w14:textId="77777777" w:rsidR="00EE5C4E" w:rsidRDefault="00000000">
      <w:r>
        <w:t xml:space="preserve">   Answer: Control deviance</w:t>
      </w:r>
    </w:p>
    <w:p w14:paraId="055B1D36" w14:textId="77777777" w:rsidR="00EE5C4E" w:rsidRDefault="00EE5C4E"/>
    <w:p w14:paraId="137C4569" w14:textId="77777777" w:rsidR="00EE5C4E" w:rsidRDefault="00000000">
      <w:r>
        <w:t>45. Monitoring helps organizations:</w:t>
      </w:r>
    </w:p>
    <w:p w14:paraId="217F87BE" w14:textId="77777777" w:rsidR="00EE5C4E" w:rsidRDefault="00000000">
      <w:r>
        <w:t xml:space="preserve">   A. Ignore ethics</w:t>
      </w:r>
    </w:p>
    <w:p w14:paraId="34873926" w14:textId="77777777" w:rsidR="00EE5C4E" w:rsidRPr="003B32D0" w:rsidRDefault="00000000">
      <w:pPr>
        <w:rPr>
          <w:b/>
          <w:bCs/>
        </w:rPr>
      </w:pPr>
      <w:r w:rsidRPr="003B32D0">
        <w:rPr>
          <w:b/>
          <w:bCs/>
        </w:rPr>
        <w:t xml:space="preserve">   B. Enforce standards</w:t>
      </w:r>
    </w:p>
    <w:p w14:paraId="42A83854" w14:textId="77777777" w:rsidR="00EE5C4E" w:rsidRDefault="00000000">
      <w:r>
        <w:t xml:space="preserve">   C. Avoid stakeholders</w:t>
      </w:r>
    </w:p>
    <w:p w14:paraId="4A85B9F8" w14:textId="77777777" w:rsidR="00EE5C4E" w:rsidRDefault="00000000">
      <w:r>
        <w:t xml:space="preserve">   D. Reduce costs</w:t>
      </w:r>
    </w:p>
    <w:p w14:paraId="073C3591" w14:textId="77777777" w:rsidR="00EE5C4E" w:rsidRDefault="00000000">
      <w:r>
        <w:t xml:space="preserve">   Answer: Enforce standards</w:t>
      </w:r>
    </w:p>
    <w:p w14:paraId="2BDFA051" w14:textId="77777777" w:rsidR="00EE5C4E" w:rsidRDefault="00EE5C4E"/>
    <w:p w14:paraId="3D161672" w14:textId="77777777" w:rsidR="00EE5C4E" w:rsidRDefault="00000000">
      <w:r>
        <w:t>46. Stakeholder engagement supports:</w:t>
      </w:r>
    </w:p>
    <w:p w14:paraId="1367F726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A. Ethical change management</w:t>
      </w:r>
    </w:p>
    <w:p w14:paraId="16811738" w14:textId="77777777" w:rsidR="00EE5C4E" w:rsidRDefault="00000000">
      <w:r>
        <w:t xml:space="preserve">   B. Conflict only</w:t>
      </w:r>
    </w:p>
    <w:p w14:paraId="71646B79" w14:textId="77777777" w:rsidR="00EE5C4E" w:rsidRDefault="00000000">
      <w:r>
        <w:t xml:space="preserve">   C. Short-term gains</w:t>
      </w:r>
    </w:p>
    <w:p w14:paraId="347C00A3" w14:textId="77777777" w:rsidR="00EE5C4E" w:rsidRDefault="00000000">
      <w:r>
        <w:t xml:space="preserve">   D. Isolation</w:t>
      </w:r>
    </w:p>
    <w:p w14:paraId="1431347A" w14:textId="77777777" w:rsidR="00EE5C4E" w:rsidRDefault="00000000">
      <w:r>
        <w:t xml:space="preserve">   Answer: Ethical change management</w:t>
      </w:r>
    </w:p>
    <w:p w14:paraId="3EB6D5D5" w14:textId="77777777" w:rsidR="00EE5C4E" w:rsidRDefault="00EE5C4E"/>
    <w:p w14:paraId="073617FC" w14:textId="77777777" w:rsidR="00EE5C4E" w:rsidRDefault="00000000">
      <w:r>
        <w:t>47. Moral obligations in organizations are:</w:t>
      </w:r>
    </w:p>
    <w:p w14:paraId="4142DC96" w14:textId="77777777" w:rsidR="00EE5C4E" w:rsidRDefault="00000000">
      <w:r>
        <w:lastRenderedPageBreak/>
        <w:t xml:space="preserve">   A. Always clear</w:t>
      </w:r>
    </w:p>
    <w:p w14:paraId="3D154F9E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Often ambiguous</w:t>
      </w:r>
    </w:p>
    <w:p w14:paraId="759C342A" w14:textId="77777777" w:rsidR="00EE5C4E" w:rsidRDefault="00000000">
      <w:r>
        <w:t xml:space="preserve">   C. Irrelevant</w:t>
      </w:r>
    </w:p>
    <w:p w14:paraId="048A3250" w14:textId="77777777" w:rsidR="00EE5C4E" w:rsidRDefault="00000000">
      <w:r>
        <w:t xml:space="preserve">   D. Illegal</w:t>
      </w:r>
    </w:p>
    <w:p w14:paraId="44B8CEB3" w14:textId="77777777" w:rsidR="00EE5C4E" w:rsidRDefault="00000000">
      <w:r>
        <w:t xml:space="preserve">   Answer: Often ambiguous</w:t>
      </w:r>
    </w:p>
    <w:p w14:paraId="00DE863E" w14:textId="77777777" w:rsidR="00EE5C4E" w:rsidRDefault="00EE5C4E"/>
    <w:p w14:paraId="73D0AA7F" w14:textId="77777777" w:rsidR="00EE5C4E" w:rsidRDefault="00000000">
      <w:r>
        <w:t>48. Corporations must balance:</w:t>
      </w:r>
    </w:p>
    <w:p w14:paraId="2729D043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A. Profit and stakeholder interests</w:t>
      </w:r>
    </w:p>
    <w:p w14:paraId="0A275E9A" w14:textId="77777777" w:rsidR="00EE5C4E" w:rsidRDefault="00000000">
      <w:r>
        <w:t xml:space="preserve">   B. Weather and sales</w:t>
      </w:r>
    </w:p>
    <w:p w14:paraId="2364FFA1" w14:textId="77777777" w:rsidR="00EE5C4E" w:rsidRDefault="00000000">
      <w:r>
        <w:t xml:space="preserve">   C. Marketing and law</w:t>
      </w:r>
    </w:p>
    <w:p w14:paraId="74AF9A7A" w14:textId="77777777" w:rsidR="00EE5C4E" w:rsidRDefault="00000000">
      <w:r>
        <w:t xml:space="preserve">   D. Employees and machines</w:t>
      </w:r>
    </w:p>
    <w:p w14:paraId="0FC6361B" w14:textId="77777777" w:rsidR="00EE5C4E" w:rsidRDefault="00000000">
      <w:r>
        <w:t xml:space="preserve">   Answer: Profit and stakeholder interests</w:t>
      </w:r>
    </w:p>
    <w:p w14:paraId="42165FFB" w14:textId="77777777" w:rsidR="00EE5C4E" w:rsidRDefault="00EE5C4E"/>
    <w:p w14:paraId="6F6D0688" w14:textId="77777777" w:rsidR="00EE5C4E" w:rsidRDefault="00000000">
      <w:r>
        <w:t>49. Stakeholder theory ultimately promotes:</w:t>
      </w:r>
    </w:p>
    <w:p w14:paraId="44A09441" w14:textId="77777777" w:rsidR="00EE5C4E" w:rsidRDefault="00000000">
      <w:r>
        <w:t xml:space="preserve">   A. Exclusive ownership control</w:t>
      </w:r>
    </w:p>
    <w:p w14:paraId="5F645D66" w14:textId="77777777" w:rsidR="00EE5C4E" w:rsidRPr="003B32D0" w:rsidRDefault="00000000">
      <w:pPr>
        <w:rPr>
          <w:b/>
          <w:bCs/>
        </w:rPr>
      </w:pPr>
      <w:r>
        <w:t xml:space="preserve">   </w:t>
      </w:r>
      <w:r w:rsidRPr="003B32D0">
        <w:rPr>
          <w:b/>
          <w:bCs/>
        </w:rPr>
        <w:t>B. Inclusive ethical responsibility</w:t>
      </w:r>
    </w:p>
    <w:p w14:paraId="285FFF74" w14:textId="77777777" w:rsidR="00EE5C4E" w:rsidRDefault="00000000">
      <w:r>
        <w:t xml:space="preserve">   C. Minimal engagement</w:t>
      </w:r>
    </w:p>
    <w:p w14:paraId="05D7C01D" w14:textId="77777777" w:rsidR="00EE5C4E" w:rsidRDefault="00000000">
      <w:r>
        <w:t xml:space="preserve">   D. Profit avoidance</w:t>
      </w:r>
    </w:p>
    <w:p w14:paraId="40F1CA23" w14:textId="77777777" w:rsidR="00EE5C4E" w:rsidRDefault="00000000">
      <w:r>
        <w:t xml:space="preserve">   Answer: Inclusive ethical responsibility</w:t>
      </w:r>
    </w:p>
    <w:p w14:paraId="16E483FF" w14:textId="77777777" w:rsidR="00EE5C4E" w:rsidRDefault="00EE5C4E"/>
    <w:sectPr w:rsidR="00EE5C4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01893226">
    <w:abstractNumId w:val="8"/>
  </w:num>
  <w:num w:numId="2" w16cid:durableId="434985317">
    <w:abstractNumId w:val="6"/>
  </w:num>
  <w:num w:numId="3" w16cid:durableId="141116908">
    <w:abstractNumId w:val="5"/>
  </w:num>
  <w:num w:numId="4" w16cid:durableId="1173257150">
    <w:abstractNumId w:val="4"/>
  </w:num>
  <w:num w:numId="5" w16cid:durableId="1527719717">
    <w:abstractNumId w:val="7"/>
  </w:num>
  <w:num w:numId="6" w16cid:durableId="154927321">
    <w:abstractNumId w:val="3"/>
  </w:num>
  <w:num w:numId="7" w16cid:durableId="1881744959">
    <w:abstractNumId w:val="2"/>
  </w:num>
  <w:num w:numId="8" w16cid:durableId="918712789">
    <w:abstractNumId w:val="1"/>
  </w:num>
  <w:num w:numId="9" w16cid:durableId="94681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32D0"/>
    <w:rsid w:val="006A35CF"/>
    <w:rsid w:val="007C2651"/>
    <w:rsid w:val="00AA1D8D"/>
    <w:rsid w:val="00B47730"/>
    <w:rsid w:val="00BE483B"/>
    <w:rsid w:val="00CB0664"/>
    <w:rsid w:val="00CE027E"/>
    <w:rsid w:val="00D66E07"/>
    <w:rsid w:val="00DA4B4E"/>
    <w:rsid w:val="00EE5C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57F45"/>
  <w14:defaultImageDpi w14:val="300"/>
  <w15:docId w15:val="{81C627AE-6E76-42BA-82E0-97FF9D88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Imran Khan (2314191)</cp:lastModifiedBy>
  <cp:revision>2</cp:revision>
  <dcterms:created xsi:type="dcterms:W3CDTF">2026-02-12T13:19:00Z</dcterms:created>
  <dcterms:modified xsi:type="dcterms:W3CDTF">2026-02-12T13:19:00Z</dcterms:modified>
  <cp:category/>
</cp:coreProperties>
</file>