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55795" w14:textId="5F96AD77" w:rsidR="008B3F3C" w:rsidRPr="00380BF5" w:rsidRDefault="008B3F3C" w:rsidP="008B3F3C">
      <w:pPr>
        <w:pStyle w:val="Heading1"/>
        <w:rPr>
          <w:rFonts w:asciiTheme="minorBidi" w:hAnsiTheme="minorBidi" w:cstheme="minorBidi"/>
          <w:b w:val="0"/>
          <w:bCs w:val="0"/>
          <w:sz w:val="24"/>
          <w:szCs w:val="24"/>
        </w:rPr>
      </w:pPr>
    </w:p>
    <w:p w14:paraId="653DDDC8" w14:textId="2D5F181C" w:rsidR="006910AF" w:rsidRPr="00380BF5" w:rsidRDefault="006910AF" w:rsidP="006910AF">
      <w:pPr>
        <w:rPr>
          <w:rFonts w:asciiTheme="minorBidi" w:hAnsiTheme="minorBidi"/>
          <w:sz w:val="24"/>
          <w:szCs w:val="24"/>
          <w:lang w:val="en-GB"/>
        </w:rPr>
      </w:pPr>
      <w:r w:rsidRPr="00380BF5">
        <w:rPr>
          <w:rFonts w:asciiTheme="minorBidi" w:hAnsiTheme="minorBidi"/>
          <w:sz w:val="24"/>
          <w:szCs w:val="24"/>
          <w:lang w:val="en-GB"/>
        </w:rPr>
        <w:t xml:space="preserve">Student </w:t>
      </w:r>
      <w:proofErr w:type="gramStart"/>
      <w:r w:rsidR="00D24321" w:rsidRPr="00380BF5">
        <w:rPr>
          <w:rFonts w:asciiTheme="minorBidi" w:hAnsiTheme="minorBidi"/>
          <w:sz w:val="24"/>
          <w:szCs w:val="24"/>
          <w:lang w:val="en-GB"/>
        </w:rPr>
        <w:t xml:space="preserve">Name </w:t>
      </w:r>
      <w:r w:rsidRPr="00380BF5">
        <w:rPr>
          <w:rFonts w:asciiTheme="minorBidi" w:hAnsiTheme="minorBidi"/>
          <w:sz w:val="24"/>
          <w:szCs w:val="24"/>
          <w:lang w:val="en-GB"/>
        </w:rPr>
        <w:t xml:space="preserve"> :</w:t>
      </w:r>
      <w:proofErr w:type="gramEnd"/>
      <w:r w:rsidRPr="00380BF5">
        <w:rPr>
          <w:rFonts w:asciiTheme="minorBidi" w:hAnsiTheme="minorBidi"/>
          <w:sz w:val="24"/>
          <w:szCs w:val="24"/>
          <w:lang w:val="en-GB"/>
        </w:rPr>
        <w:t>Stanciu Ana Maria</w:t>
      </w:r>
    </w:p>
    <w:p w14:paraId="67534A40" w14:textId="2ED9BD20" w:rsidR="006910AF" w:rsidRPr="00380BF5" w:rsidRDefault="00425146" w:rsidP="006910AF">
      <w:pPr>
        <w:rPr>
          <w:rFonts w:asciiTheme="minorBidi" w:hAnsiTheme="minorBidi"/>
          <w:sz w:val="24"/>
          <w:szCs w:val="24"/>
          <w:lang w:val="en-GB"/>
        </w:rPr>
      </w:pPr>
      <w:r w:rsidRPr="00380BF5">
        <w:rPr>
          <w:rFonts w:asciiTheme="minorBidi" w:hAnsiTheme="minorBidi"/>
          <w:sz w:val="24"/>
          <w:szCs w:val="24"/>
          <w:lang w:val="en-GB"/>
        </w:rPr>
        <w:t>Student Id number: 2438025</w:t>
      </w:r>
    </w:p>
    <w:p w14:paraId="1A088DFA" w14:textId="3670460A" w:rsidR="00425146" w:rsidRPr="00380BF5" w:rsidRDefault="002D0A24" w:rsidP="006910AF">
      <w:pPr>
        <w:rPr>
          <w:rFonts w:asciiTheme="minorBidi" w:hAnsiTheme="minorBidi"/>
          <w:sz w:val="24"/>
          <w:szCs w:val="24"/>
          <w:lang w:val="en-GB"/>
        </w:rPr>
      </w:pPr>
      <w:r w:rsidRPr="00380BF5">
        <w:rPr>
          <w:rFonts w:asciiTheme="minorBidi" w:hAnsiTheme="minorBidi"/>
          <w:sz w:val="24"/>
          <w:szCs w:val="24"/>
          <w:lang w:val="en-GB"/>
        </w:rPr>
        <w:t xml:space="preserve">Module </w:t>
      </w:r>
      <w:proofErr w:type="gramStart"/>
      <w:r w:rsidRPr="00380BF5">
        <w:rPr>
          <w:rFonts w:asciiTheme="minorBidi" w:hAnsiTheme="minorBidi"/>
          <w:sz w:val="24"/>
          <w:szCs w:val="24"/>
          <w:lang w:val="en-GB"/>
        </w:rPr>
        <w:t>code:LCM</w:t>
      </w:r>
      <w:proofErr w:type="gramEnd"/>
      <w:r w:rsidRPr="00380BF5">
        <w:rPr>
          <w:rFonts w:asciiTheme="minorBidi" w:hAnsiTheme="minorBidi"/>
          <w:sz w:val="24"/>
          <w:szCs w:val="24"/>
          <w:lang w:val="en-GB"/>
        </w:rPr>
        <w:t>4005</w:t>
      </w:r>
    </w:p>
    <w:p w14:paraId="6CA53B86" w14:textId="142F54B7" w:rsidR="002D0A24" w:rsidRPr="00380BF5" w:rsidRDefault="002D0A24" w:rsidP="006910AF">
      <w:pPr>
        <w:rPr>
          <w:rFonts w:asciiTheme="minorBidi" w:hAnsiTheme="minorBidi"/>
          <w:sz w:val="24"/>
          <w:szCs w:val="24"/>
          <w:lang w:val="en-GB"/>
        </w:rPr>
      </w:pPr>
      <w:r w:rsidRPr="00380BF5">
        <w:rPr>
          <w:rFonts w:asciiTheme="minorBidi" w:hAnsiTheme="minorBidi"/>
          <w:sz w:val="24"/>
          <w:szCs w:val="24"/>
          <w:lang w:val="en-GB"/>
        </w:rPr>
        <w:t xml:space="preserve">Module name: </w:t>
      </w:r>
      <w:r w:rsidR="00CC5388" w:rsidRPr="00380BF5">
        <w:rPr>
          <w:rFonts w:asciiTheme="minorBidi" w:hAnsiTheme="minorBidi"/>
          <w:sz w:val="24"/>
          <w:szCs w:val="24"/>
          <w:lang w:val="en-GB"/>
        </w:rPr>
        <w:t>Employability and Career Development</w:t>
      </w:r>
    </w:p>
    <w:p w14:paraId="0E959290" w14:textId="1645605E" w:rsidR="00D24321" w:rsidRPr="00380BF5" w:rsidRDefault="00D24321" w:rsidP="006910AF">
      <w:pPr>
        <w:rPr>
          <w:rFonts w:asciiTheme="minorBidi" w:hAnsiTheme="minorBidi"/>
          <w:sz w:val="24"/>
          <w:szCs w:val="24"/>
          <w:lang w:val="en-GB"/>
        </w:rPr>
      </w:pPr>
      <w:r w:rsidRPr="00380BF5">
        <w:rPr>
          <w:rFonts w:asciiTheme="minorBidi" w:hAnsiTheme="minorBidi"/>
          <w:sz w:val="24"/>
          <w:szCs w:val="24"/>
          <w:lang w:val="en-GB"/>
        </w:rPr>
        <w:t xml:space="preserve">Lecturer </w:t>
      </w:r>
      <w:proofErr w:type="gramStart"/>
      <w:r w:rsidRPr="00380BF5">
        <w:rPr>
          <w:rFonts w:asciiTheme="minorBidi" w:hAnsiTheme="minorBidi"/>
          <w:sz w:val="24"/>
          <w:szCs w:val="24"/>
          <w:lang w:val="en-GB"/>
        </w:rPr>
        <w:t>Name</w:t>
      </w:r>
      <w:r w:rsidR="00380BF5">
        <w:rPr>
          <w:rFonts w:asciiTheme="minorBidi" w:hAnsiTheme="minorBidi"/>
          <w:sz w:val="24"/>
          <w:szCs w:val="24"/>
          <w:lang w:val="en-GB"/>
        </w:rPr>
        <w:t xml:space="preserve"> </w:t>
      </w:r>
      <w:r w:rsidRPr="00380BF5">
        <w:rPr>
          <w:rFonts w:asciiTheme="minorBidi" w:hAnsiTheme="minorBidi"/>
          <w:sz w:val="24"/>
          <w:szCs w:val="24"/>
          <w:lang w:val="en-GB"/>
        </w:rPr>
        <w:t>:Thomas</w:t>
      </w:r>
      <w:proofErr w:type="gramEnd"/>
      <w:r w:rsidRPr="00380BF5">
        <w:rPr>
          <w:rFonts w:asciiTheme="minorBidi" w:hAnsiTheme="minorBidi"/>
          <w:sz w:val="24"/>
          <w:szCs w:val="24"/>
          <w:lang w:val="en-GB"/>
        </w:rPr>
        <w:t xml:space="preserve"> </w:t>
      </w:r>
      <w:r w:rsidR="004346A3" w:rsidRPr="00380BF5">
        <w:rPr>
          <w:rFonts w:asciiTheme="minorBidi" w:hAnsiTheme="minorBidi"/>
          <w:sz w:val="24"/>
          <w:szCs w:val="24"/>
          <w:lang w:val="en-GB"/>
        </w:rPr>
        <w:t xml:space="preserve"> Ad</w:t>
      </w:r>
      <w:r w:rsidR="00F65D8D" w:rsidRPr="00380BF5">
        <w:rPr>
          <w:rFonts w:asciiTheme="minorBidi" w:hAnsiTheme="minorBidi"/>
          <w:sz w:val="24"/>
          <w:szCs w:val="24"/>
          <w:lang w:val="en-GB"/>
        </w:rPr>
        <w:t>eyami</w:t>
      </w:r>
    </w:p>
    <w:p w14:paraId="223529C7" w14:textId="77777777" w:rsidR="00F65D8D" w:rsidRDefault="00F65D8D" w:rsidP="00DA4C1D">
      <w:pPr>
        <w:pStyle w:val="Heading1"/>
        <w:rPr>
          <w:rFonts w:asciiTheme="minorBidi" w:hAnsiTheme="minorBidi" w:cstheme="minorBidi"/>
        </w:rPr>
      </w:pPr>
    </w:p>
    <w:p w14:paraId="7CCCC8AE" w14:textId="77777777" w:rsidR="00F65D8D" w:rsidRDefault="00F65D8D" w:rsidP="00DA4C1D">
      <w:pPr>
        <w:pStyle w:val="Heading1"/>
        <w:rPr>
          <w:rFonts w:asciiTheme="minorBidi" w:hAnsiTheme="minorBidi" w:cstheme="minorBidi"/>
        </w:rPr>
      </w:pPr>
    </w:p>
    <w:p w14:paraId="6A933E06" w14:textId="6C90745B" w:rsidR="00DA4C1D" w:rsidRDefault="00BD6424" w:rsidP="00DA4C1D">
      <w:pPr>
        <w:pStyle w:val="Heading1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C</w:t>
      </w:r>
      <w:r w:rsidR="00DA4C1D">
        <w:rPr>
          <w:rFonts w:asciiTheme="minorBidi" w:hAnsiTheme="minorBidi" w:cstheme="minorBidi"/>
        </w:rPr>
        <w:t>V</w:t>
      </w:r>
    </w:p>
    <w:p w14:paraId="6A87200A" w14:textId="19DDBC73" w:rsidR="00935E23" w:rsidRPr="00935371" w:rsidRDefault="008F518D" w:rsidP="00DA4C1D">
      <w:pPr>
        <w:pStyle w:val="Heading1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Stanciu Ana Maria Codrina</w:t>
      </w:r>
    </w:p>
    <w:p w14:paraId="5CE50097" w14:textId="48AE5751" w:rsidR="00935E23" w:rsidRDefault="008F518D">
      <w:pPr>
        <w:rPr>
          <w:rFonts w:asciiTheme="minorBidi" w:hAnsiTheme="minorBidi"/>
          <w:lang w:val="en-GB"/>
        </w:rPr>
      </w:pPr>
      <w:r w:rsidRPr="00935371">
        <w:rPr>
          <w:rFonts w:asciiTheme="minorBidi" w:hAnsiTheme="minorBidi"/>
        </w:rPr>
        <w:t>Location: London, UK</w:t>
      </w:r>
      <w:r w:rsidRPr="00935371">
        <w:rPr>
          <w:rFonts w:asciiTheme="minorBidi" w:hAnsiTheme="minorBidi"/>
        </w:rPr>
        <w:br/>
        <w:t xml:space="preserve">Email: </w:t>
      </w:r>
      <w:hyperlink r:id="rId6" w:history="1">
        <w:r w:rsidR="00A84B55" w:rsidRPr="00550D14">
          <w:rPr>
            <w:rStyle w:val="Hyperlink"/>
            <w:rFonts w:asciiTheme="minorBidi" w:hAnsiTheme="minorBidi"/>
            <w:lang w:val="en-GB"/>
          </w:rPr>
          <w:t>Anamaria29@yahoo.com</w:t>
        </w:r>
      </w:hyperlink>
    </w:p>
    <w:p w14:paraId="0A367A94" w14:textId="77777777" w:rsidR="00A84B55" w:rsidRPr="000611E2" w:rsidRDefault="00A84B55">
      <w:pPr>
        <w:rPr>
          <w:rFonts w:asciiTheme="minorBidi" w:hAnsiTheme="minorBidi"/>
          <w:lang w:val="en-GB"/>
        </w:rPr>
      </w:pPr>
    </w:p>
    <w:p w14:paraId="58547C57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Personal Profile</w:t>
      </w:r>
    </w:p>
    <w:p w14:paraId="3C330D7E" w14:textId="77777777" w:rsidR="00935E23" w:rsidRPr="00935371" w:rsidRDefault="008F518D">
      <w:pPr>
        <w:rPr>
          <w:rFonts w:asciiTheme="minorBidi" w:hAnsiTheme="minorBidi"/>
        </w:rPr>
      </w:pPr>
      <w:r w:rsidRPr="00935371">
        <w:rPr>
          <w:rFonts w:asciiTheme="minorBidi" w:hAnsiTheme="minorBidi"/>
        </w:rPr>
        <w:t>Experienced and results-driven retail professional with over 3 years of experience in the beauty industry, currently working as a Counter Manager for Clinique under Estée Lauder Companies. Proven ability to lead teams, drive sales performance, and deliver exceptional customer experiences. Seeking to progress into an Area Manager role.</w:t>
      </w:r>
    </w:p>
    <w:p w14:paraId="0D99663B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Key Skills</w:t>
      </w:r>
    </w:p>
    <w:p w14:paraId="50F39589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Team leadership and staff development</w:t>
      </w:r>
    </w:p>
    <w:p w14:paraId="2BBC9A23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Sales growth and target achievement</w:t>
      </w:r>
    </w:p>
    <w:p w14:paraId="7D7203BB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Retail operations management</w:t>
      </w:r>
    </w:p>
    <w:p w14:paraId="1A062707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Customer service excellence</w:t>
      </w:r>
    </w:p>
    <w:p w14:paraId="79140863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KPI analysis and performance tracking</w:t>
      </w:r>
    </w:p>
    <w:p w14:paraId="1092BDCC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Visual merchandising</w:t>
      </w:r>
    </w:p>
    <w:p w14:paraId="6887E9F0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Communication and interpersonal skills</w:t>
      </w:r>
    </w:p>
    <w:p w14:paraId="41268A2F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Problem-solving</w:t>
      </w:r>
    </w:p>
    <w:p w14:paraId="7E8FF96C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Time management</w:t>
      </w:r>
    </w:p>
    <w:p w14:paraId="7460A7F5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lastRenderedPageBreak/>
        <w:t>Professional Experience</w:t>
      </w:r>
    </w:p>
    <w:p w14:paraId="3B184848" w14:textId="77777777" w:rsidR="00935E23" w:rsidRPr="00935371" w:rsidRDefault="008F518D">
      <w:pPr>
        <w:pStyle w:val="Heading3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Counter Manager – Clinique (Estée Lauder Companies)</w:t>
      </w:r>
    </w:p>
    <w:p w14:paraId="2D99C9C0" w14:textId="77777777" w:rsidR="00935E23" w:rsidRPr="00935371" w:rsidRDefault="008F518D">
      <w:pPr>
        <w:rPr>
          <w:rFonts w:asciiTheme="minorBidi" w:hAnsiTheme="minorBidi"/>
        </w:rPr>
      </w:pPr>
      <w:r w:rsidRPr="00935371">
        <w:rPr>
          <w:rFonts w:asciiTheme="minorBidi" w:hAnsiTheme="minorBidi"/>
        </w:rPr>
        <w:t>London, UK | [Start Date] – Present</w:t>
      </w:r>
    </w:p>
    <w:p w14:paraId="7FDD8B2F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Managing daily counter operations</w:t>
      </w:r>
    </w:p>
    <w:p w14:paraId="7131925E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Leading and motivating team members</w:t>
      </w:r>
    </w:p>
    <w:p w14:paraId="15C90993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Monitoring KPIs and increasing sales</w:t>
      </w:r>
    </w:p>
    <w:p w14:paraId="5C8115C1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Delivering excellent customer service</w:t>
      </w:r>
    </w:p>
    <w:p w14:paraId="5F2C86A5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Maintaining visual merchandising standards</w:t>
      </w:r>
    </w:p>
    <w:p w14:paraId="4A36599B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Managing stock and inventory</w:t>
      </w:r>
    </w:p>
    <w:p w14:paraId="22187E34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Building strong customer relationships</w:t>
      </w:r>
    </w:p>
    <w:p w14:paraId="20AE6423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Education</w:t>
      </w:r>
    </w:p>
    <w:p w14:paraId="23E30252" w14:textId="6B826074" w:rsidR="00935E23" w:rsidRPr="00935371" w:rsidRDefault="008F518D" w:rsidP="00AC3AF2">
      <w:pPr>
        <w:rPr>
          <w:rFonts w:asciiTheme="minorBidi" w:hAnsiTheme="minorBidi"/>
        </w:rPr>
      </w:pPr>
      <w:r w:rsidRPr="00935371">
        <w:rPr>
          <w:rFonts w:asciiTheme="minorBidi" w:hAnsiTheme="minorBidi"/>
        </w:rPr>
        <w:t>[Your Qualification]</w:t>
      </w:r>
      <w:r w:rsidRPr="00935371">
        <w:rPr>
          <w:rFonts w:asciiTheme="minorBidi" w:hAnsiTheme="minorBidi"/>
        </w:rPr>
        <w:br/>
        <w:t>[School/College Name]</w:t>
      </w:r>
      <w:r w:rsidRPr="00935371">
        <w:rPr>
          <w:rFonts w:asciiTheme="minorBidi" w:hAnsiTheme="minorBidi"/>
        </w:rPr>
        <w:br/>
        <w:t>[Dates</w:t>
      </w:r>
      <w:r w:rsidRPr="00935371">
        <w:rPr>
          <w:rFonts w:asciiTheme="minorBidi" w:hAnsiTheme="minorBidi"/>
        </w:rPr>
        <w:br w:type="page"/>
      </w:r>
    </w:p>
    <w:p w14:paraId="56DCD768" w14:textId="77777777" w:rsidR="00935E23" w:rsidRPr="00935371" w:rsidRDefault="008F518D">
      <w:pPr>
        <w:pStyle w:val="Title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lastRenderedPageBreak/>
        <w:t>Job Description – Area Manager</w:t>
      </w:r>
    </w:p>
    <w:p w14:paraId="7140A5E4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Company: Estée Lauder</w:t>
      </w:r>
    </w:p>
    <w:p w14:paraId="5829185C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Job Purpose</w:t>
      </w:r>
    </w:p>
    <w:p w14:paraId="3B9856EA" w14:textId="77777777" w:rsidR="00935E23" w:rsidRPr="00935371" w:rsidRDefault="008F518D">
      <w:pPr>
        <w:rPr>
          <w:rFonts w:asciiTheme="minorBidi" w:hAnsiTheme="minorBidi"/>
        </w:rPr>
      </w:pPr>
      <w:r w:rsidRPr="00935371">
        <w:rPr>
          <w:rFonts w:asciiTheme="minorBidi" w:hAnsiTheme="minorBidi"/>
        </w:rPr>
        <w:t>To oversee multiple retail locations, ensuring sales targets are met, brand standards are maintained, and excellent customer service is delivered.</w:t>
      </w:r>
    </w:p>
    <w:p w14:paraId="5E4B3283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Key Responsibilities</w:t>
      </w:r>
    </w:p>
    <w:p w14:paraId="05DDADD3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Manage multiple store or counter teams</w:t>
      </w:r>
    </w:p>
    <w:p w14:paraId="24623026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Drive sales performance and achieve KPIs</w:t>
      </w:r>
    </w:p>
    <w:p w14:paraId="65DDF9FE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Train and develop staff</w:t>
      </w:r>
    </w:p>
    <w:p w14:paraId="0FCC7D76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Monitor performance and implement improvements</w:t>
      </w:r>
    </w:p>
    <w:p w14:paraId="32F5D8D5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Maintain brand and visual standards</w:t>
      </w:r>
    </w:p>
    <w:p w14:paraId="1C8C295D" w14:textId="77777777" w:rsidR="00935E23" w:rsidRPr="00935371" w:rsidRDefault="008F518D">
      <w:pPr>
        <w:pStyle w:val="ListBullet"/>
        <w:rPr>
          <w:rFonts w:asciiTheme="minorBidi" w:hAnsiTheme="minorBidi"/>
        </w:rPr>
      </w:pPr>
      <w:proofErr w:type="spellStart"/>
      <w:r w:rsidRPr="00935371">
        <w:rPr>
          <w:rFonts w:asciiTheme="minorBidi" w:hAnsiTheme="minorBidi"/>
        </w:rPr>
        <w:t>Analyse</w:t>
      </w:r>
      <w:proofErr w:type="spellEnd"/>
      <w:r w:rsidRPr="00935371">
        <w:rPr>
          <w:rFonts w:asciiTheme="minorBidi" w:hAnsiTheme="minorBidi"/>
        </w:rPr>
        <w:t xml:space="preserve"> sales reports</w:t>
      </w:r>
    </w:p>
    <w:p w14:paraId="481BA149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Ensure excellent customer experience</w:t>
      </w:r>
    </w:p>
    <w:p w14:paraId="670758D1" w14:textId="77777777" w:rsidR="00935E23" w:rsidRPr="00935371" w:rsidRDefault="008F518D">
      <w:pPr>
        <w:pStyle w:val="Heading2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t>Required Skills</w:t>
      </w:r>
    </w:p>
    <w:p w14:paraId="1FE727F7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Retail management experience</w:t>
      </w:r>
    </w:p>
    <w:p w14:paraId="01F4E0A3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Strong leadership skills</w:t>
      </w:r>
    </w:p>
    <w:p w14:paraId="2A5A7FA5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Excellent communication</w:t>
      </w:r>
    </w:p>
    <w:p w14:paraId="6CDF99C8" w14:textId="77777777" w:rsidR="00935E23" w:rsidRPr="00935371" w:rsidRDefault="008F518D">
      <w:pPr>
        <w:pStyle w:val="ListBullet"/>
        <w:rPr>
          <w:rFonts w:asciiTheme="minorBidi" w:hAnsiTheme="minorBidi"/>
        </w:rPr>
      </w:pPr>
      <w:proofErr w:type="spellStart"/>
      <w:r w:rsidRPr="00935371">
        <w:rPr>
          <w:rFonts w:asciiTheme="minorBidi" w:hAnsiTheme="minorBidi"/>
        </w:rPr>
        <w:t>Organisational</w:t>
      </w:r>
      <w:proofErr w:type="spellEnd"/>
      <w:r w:rsidRPr="00935371">
        <w:rPr>
          <w:rFonts w:asciiTheme="minorBidi" w:hAnsiTheme="minorBidi"/>
        </w:rPr>
        <w:t xml:space="preserve"> skills</w:t>
      </w:r>
    </w:p>
    <w:p w14:paraId="591B9161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Commercial awareness</w:t>
      </w:r>
    </w:p>
    <w:p w14:paraId="11A51C85" w14:textId="77777777" w:rsidR="00935E23" w:rsidRPr="00935371" w:rsidRDefault="008F518D">
      <w:pPr>
        <w:pStyle w:val="ListBullet"/>
        <w:rPr>
          <w:rFonts w:asciiTheme="minorBidi" w:hAnsiTheme="minorBidi"/>
        </w:rPr>
      </w:pPr>
      <w:r w:rsidRPr="00935371">
        <w:rPr>
          <w:rFonts w:asciiTheme="minorBidi" w:hAnsiTheme="minorBidi"/>
        </w:rPr>
        <w:t>Passion for beauty industry</w:t>
      </w:r>
    </w:p>
    <w:p w14:paraId="0643CB79" w14:textId="77777777" w:rsidR="00935E23" w:rsidRPr="00935371" w:rsidRDefault="008F518D">
      <w:pPr>
        <w:rPr>
          <w:rFonts w:asciiTheme="minorBidi" w:hAnsiTheme="minorBidi"/>
        </w:rPr>
      </w:pPr>
      <w:r w:rsidRPr="00935371">
        <w:rPr>
          <w:rFonts w:asciiTheme="minorBidi" w:hAnsiTheme="minorBidi"/>
        </w:rPr>
        <w:br w:type="page"/>
      </w:r>
    </w:p>
    <w:p w14:paraId="71E19A6D" w14:textId="77777777" w:rsidR="00935E23" w:rsidRPr="00935371" w:rsidRDefault="008F518D">
      <w:pPr>
        <w:pStyle w:val="Title"/>
        <w:rPr>
          <w:rFonts w:asciiTheme="minorBidi" w:hAnsiTheme="minorBidi" w:cstheme="minorBidi"/>
        </w:rPr>
      </w:pPr>
      <w:r w:rsidRPr="00935371">
        <w:rPr>
          <w:rFonts w:asciiTheme="minorBidi" w:hAnsiTheme="minorBidi" w:cstheme="minorBidi"/>
        </w:rPr>
        <w:lastRenderedPageBreak/>
        <w:t>Cover Letter</w:t>
      </w:r>
    </w:p>
    <w:p w14:paraId="76EE2DA6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>Stanciu Ana Maria Codrina</w:t>
      </w:r>
      <w:r w:rsidRPr="00935371">
        <w:rPr>
          <w:rFonts w:asciiTheme="minorBidi" w:hAnsiTheme="minorBidi"/>
          <w:sz w:val="24"/>
          <w:szCs w:val="24"/>
        </w:rPr>
        <w:br/>
      </w:r>
    </w:p>
    <w:p w14:paraId="2A5A2248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proofErr w:type="spellStart"/>
      <w:r w:rsidRPr="00935371">
        <w:rPr>
          <w:rFonts w:asciiTheme="minorBidi" w:hAnsiTheme="minorBidi"/>
          <w:sz w:val="24"/>
          <w:szCs w:val="24"/>
        </w:rPr>
        <w:t>Qavolli</w:t>
      </w:r>
      <w:proofErr w:type="spellEnd"/>
      <w:r w:rsidRPr="00935371">
        <w:rPr>
          <w:rFonts w:asciiTheme="minorBidi" w:hAnsiTheme="minorBidi"/>
          <w:sz w:val="24"/>
          <w:szCs w:val="24"/>
        </w:rPr>
        <w:t xml:space="preserve"> Vjollca</w:t>
      </w:r>
      <w:r w:rsidRPr="00935371">
        <w:rPr>
          <w:rFonts w:asciiTheme="minorBidi" w:hAnsiTheme="minorBidi"/>
          <w:sz w:val="24"/>
          <w:szCs w:val="24"/>
        </w:rPr>
        <w:br/>
        <w:t>Estée Lauder</w:t>
      </w:r>
      <w:r w:rsidRPr="00935371">
        <w:rPr>
          <w:rFonts w:asciiTheme="minorBidi" w:hAnsiTheme="minorBidi"/>
          <w:sz w:val="24"/>
          <w:szCs w:val="24"/>
        </w:rPr>
        <w:br/>
        <w:t>1 Fitzroy Place, 6 Mortimer St, London W1T 3JJ</w:t>
      </w:r>
      <w:r w:rsidRPr="00935371">
        <w:rPr>
          <w:rFonts w:asciiTheme="minorBidi" w:hAnsiTheme="minorBidi"/>
          <w:sz w:val="24"/>
          <w:szCs w:val="24"/>
        </w:rPr>
        <w:br/>
        <w:t>27/03/2026</w:t>
      </w:r>
      <w:r w:rsidRPr="00935371">
        <w:rPr>
          <w:rFonts w:asciiTheme="minorBidi" w:hAnsiTheme="minorBidi"/>
          <w:sz w:val="24"/>
          <w:szCs w:val="24"/>
        </w:rPr>
        <w:br/>
      </w:r>
    </w:p>
    <w:p w14:paraId="5EE1EA10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 xml:space="preserve">Dear </w:t>
      </w:r>
      <w:proofErr w:type="spellStart"/>
      <w:r w:rsidRPr="00935371">
        <w:rPr>
          <w:rFonts w:asciiTheme="minorBidi" w:hAnsiTheme="minorBidi"/>
          <w:sz w:val="24"/>
          <w:szCs w:val="24"/>
        </w:rPr>
        <w:t>Ms</w:t>
      </w:r>
      <w:proofErr w:type="spellEnd"/>
      <w:r w:rsidRPr="0093537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935371">
        <w:rPr>
          <w:rFonts w:asciiTheme="minorBidi" w:hAnsiTheme="minorBidi"/>
          <w:sz w:val="24"/>
          <w:szCs w:val="24"/>
        </w:rPr>
        <w:t>Qavolli</w:t>
      </w:r>
      <w:proofErr w:type="spellEnd"/>
      <w:r w:rsidRPr="00935371">
        <w:rPr>
          <w:rFonts w:asciiTheme="minorBidi" w:hAnsiTheme="minorBidi"/>
          <w:sz w:val="24"/>
          <w:szCs w:val="24"/>
        </w:rPr>
        <w:t xml:space="preserve"> Vjollca,</w:t>
      </w:r>
      <w:r w:rsidRPr="00935371">
        <w:rPr>
          <w:rFonts w:asciiTheme="minorBidi" w:hAnsiTheme="minorBidi"/>
          <w:sz w:val="24"/>
          <w:szCs w:val="24"/>
        </w:rPr>
        <w:br/>
      </w:r>
    </w:p>
    <w:p w14:paraId="1BDD53B6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>I am writing to apply for the role of Area Manager, currently being advertised on Indeed. Please find my CV attached for your consideration.</w:t>
      </w:r>
      <w:r w:rsidRPr="00935371">
        <w:rPr>
          <w:rFonts w:asciiTheme="minorBidi" w:hAnsiTheme="minorBidi"/>
          <w:sz w:val="24"/>
          <w:szCs w:val="24"/>
        </w:rPr>
        <w:br/>
      </w:r>
    </w:p>
    <w:p w14:paraId="14E1362D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>As you can see from my CV, I have over three years’ experience in the beauty industry, and I believe I am a strong match for this position. I have developed key skills in sales, team leadership, and customer relationship management, which make me well suited for this role.</w:t>
      </w:r>
      <w:r w:rsidRPr="00935371">
        <w:rPr>
          <w:rFonts w:asciiTheme="minorBidi" w:hAnsiTheme="minorBidi"/>
          <w:sz w:val="24"/>
          <w:szCs w:val="24"/>
        </w:rPr>
        <w:br/>
      </w:r>
    </w:p>
    <w:p w14:paraId="1EE813A6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>In my current role as a Counter Manager at a retail cosmetics store, I am responsible for delivering exceptional customer service, achieving sales targets, managing stock levels, and supporting team members in daily operations. Through this experience, I have developed strong communication and leadership skills, as well as the ability to drive sales performance in a fast-paced environment.</w:t>
      </w:r>
      <w:r w:rsidRPr="00935371">
        <w:rPr>
          <w:rFonts w:asciiTheme="minorBidi" w:hAnsiTheme="minorBidi"/>
          <w:sz w:val="24"/>
          <w:szCs w:val="24"/>
        </w:rPr>
        <w:br/>
      </w:r>
    </w:p>
    <w:p w14:paraId="48467CBA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 xml:space="preserve">I am confident that I can bring this level of success to your </w:t>
      </w:r>
      <w:proofErr w:type="spellStart"/>
      <w:r w:rsidRPr="00935371">
        <w:rPr>
          <w:rFonts w:asciiTheme="minorBidi" w:hAnsiTheme="minorBidi"/>
          <w:sz w:val="24"/>
          <w:szCs w:val="24"/>
        </w:rPr>
        <w:t>organisation</w:t>
      </w:r>
      <w:proofErr w:type="spellEnd"/>
      <w:r w:rsidRPr="00935371">
        <w:rPr>
          <w:rFonts w:asciiTheme="minorBidi" w:hAnsiTheme="minorBidi"/>
          <w:sz w:val="24"/>
          <w:szCs w:val="24"/>
        </w:rPr>
        <w:t xml:space="preserve"> and help Estée Lauder continue to build on its reputation as a global leader in the beauty industry. I believe my contribution will have a positive impact on both </w:t>
      </w:r>
      <w:proofErr w:type="gramStart"/>
      <w:r w:rsidRPr="00935371">
        <w:rPr>
          <w:rFonts w:asciiTheme="minorBidi" w:hAnsiTheme="minorBidi"/>
          <w:sz w:val="24"/>
          <w:szCs w:val="24"/>
        </w:rPr>
        <w:t>sales</w:t>
      </w:r>
      <w:proofErr w:type="gramEnd"/>
      <w:r w:rsidRPr="00935371">
        <w:rPr>
          <w:rFonts w:asciiTheme="minorBidi" w:hAnsiTheme="minorBidi"/>
          <w:sz w:val="24"/>
          <w:szCs w:val="24"/>
        </w:rPr>
        <w:t xml:space="preserve"> growth and team performance.</w:t>
      </w:r>
      <w:r w:rsidRPr="00935371">
        <w:rPr>
          <w:rFonts w:asciiTheme="minorBidi" w:hAnsiTheme="minorBidi"/>
          <w:sz w:val="24"/>
          <w:szCs w:val="24"/>
        </w:rPr>
        <w:br/>
      </w:r>
    </w:p>
    <w:p w14:paraId="415BB55F" w14:textId="0FF23BF0" w:rsidR="00380BF5" w:rsidRPr="00935371" w:rsidRDefault="008F518D" w:rsidP="00380BF5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t>Thank you for your time and consideration. I look forward to the opportunity to discuss my application further.</w:t>
      </w:r>
    </w:p>
    <w:p w14:paraId="542F5D10" w14:textId="77777777" w:rsidR="00935E23" w:rsidRPr="00935371" w:rsidRDefault="008F518D">
      <w:pPr>
        <w:rPr>
          <w:rFonts w:asciiTheme="minorBidi" w:hAnsiTheme="minorBidi"/>
          <w:sz w:val="24"/>
          <w:szCs w:val="24"/>
        </w:rPr>
      </w:pPr>
      <w:r w:rsidRPr="00935371">
        <w:rPr>
          <w:rFonts w:asciiTheme="minorBidi" w:hAnsiTheme="minorBidi"/>
          <w:sz w:val="24"/>
          <w:szCs w:val="24"/>
        </w:rPr>
        <w:lastRenderedPageBreak/>
        <w:t>Yours sincerely,</w:t>
      </w:r>
      <w:r w:rsidRPr="00935371">
        <w:rPr>
          <w:rFonts w:asciiTheme="minorBidi" w:hAnsiTheme="minorBidi"/>
          <w:sz w:val="24"/>
          <w:szCs w:val="24"/>
        </w:rPr>
        <w:br/>
        <w:t>Stanciu Ana Maria Codrina</w:t>
      </w:r>
    </w:p>
    <w:p w14:paraId="7E8EBAB4" w14:textId="77777777" w:rsidR="00380BF5" w:rsidRPr="00935371" w:rsidRDefault="00380BF5">
      <w:pPr>
        <w:rPr>
          <w:rFonts w:asciiTheme="minorBidi" w:hAnsiTheme="minorBidi"/>
          <w:sz w:val="24"/>
          <w:szCs w:val="24"/>
        </w:rPr>
      </w:pPr>
    </w:p>
    <w:sectPr w:rsidR="00380BF5" w:rsidRPr="0093537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B4AF9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6410880">
    <w:abstractNumId w:val="8"/>
  </w:num>
  <w:num w:numId="2" w16cid:durableId="2054498876">
    <w:abstractNumId w:val="6"/>
  </w:num>
  <w:num w:numId="3" w16cid:durableId="1300501678">
    <w:abstractNumId w:val="5"/>
  </w:num>
  <w:num w:numId="4" w16cid:durableId="14812762">
    <w:abstractNumId w:val="4"/>
  </w:num>
  <w:num w:numId="5" w16cid:durableId="736127202">
    <w:abstractNumId w:val="7"/>
  </w:num>
  <w:num w:numId="6" w16cid:durableId="889851393">
    <w:abstractNumId w:val="3"/>
  </w:num>
  <w:num w:numId="7" w16cid:durableId="485971777">
    <w:abstractNumId w:val="2"/>
  </w:num>
  <w:num w:numId="8" w16cid:durableId="1180461827">
    <w:abstractNumId w:val="1"/>
  </w:num>
  <w:num w:numId="9" w16cid:durableId="128137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11E2"/>
    <w:rsid w:val="000F04A8"/>
    <w:rsid w:val="0015074B"/>
    <w:rsid w:val="0029639D"/>
    <w:rsid w:val="002D0A24"/>
    <w:rsid w:val="00323020"/>
    <w:rsid w:val="00326F90"/>
    <w:rsid w:val="00380BF5"/>
    <w:rsid w:val="00425146"/>
    <w:rsid w:val="004346A3"/>
    <w:rsid w:val="00532C76"/>
    <w:rsid w:val="006910AF"/>
    <w:rsid w:val="006E28A3"/>
    <w:rsid w:val="007E3380"/>
    <w:rsid w:val="008B3F3C"/>
    <w:rsid w:val="008F518D"/>
    <w:rsid w:val="00935371"/>
    <w:rsid w:val="00935E23"/>
    <w:rsid w:val="00A15178"/>
    <w:rsid w:val="00A51570"/>
    <w:rsid w:val="00A84B55"/>
    <w:rsid w:val="00AA1D8D"/>
    <w:rsid w:val="00AC3AF2"/>
    <w:rsid w:val="00B47730"/>
    <w:rsid w:val="00BD6424"/>
    <w:rsid w:val="00CB0664"/>
    <w:rsid w:val="00CC5388"/>
    <w:rsid w:val="00CF0BE5"/>
    <w:rsid w:val="00D24321"/>
    <w:rsid w:val="00DA4C1D"/>
    <w:rsid w:val="00E561E0"/>
    <w:rsid w:val="00F65D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9CCB1"/>
  <w14:defaultImageDpi w14:val="300"/>
  <w15:docId w15:val="{07A9DF5D-DBCB-AC4A-A51D-C8128CD8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A84B5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amaria29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Ana Maria Codrina Stanciu (2438025)</cp:lastModifiedBy>
  <cp:revision>2</cp:revision>
  <dcterms:created xsi:type="dcterms:W3CDTF">2026-03-26T21:21:00Z</dcterms:created>
  <dcterms:modified xsi:type="dcterms:W3CDTF">2026-03-26T21:21:00Z</dcterms:modified>
  <cp:category/>
</cp:coreProperties>
</file>