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b/>
          <w:bCs/>
          <w:color w:val="1F4E79"/>
          <w:sz w:val="28"/>
          <w:szCs w:val="28"/>
        </w:rPr>
        <w:id w:val="1230504563"/>
        <w:docPartObj>
          <w:docPartGallery w:val="Cover Pages"/>
          <w:docPartUnique/>
        </w:docPartObj>
      </w:sdtPr>
      <w:sdtEndPr>
        <w:rPr>
          <w:rFonts w:ascii="Arial" w:eastAsia="Arial" w:hAnsi="Arial" w:cstheme="minorBidi"/>
          <w:b w:val="0"/>
          <w:bCs w:val="0"/>
          <w:color w:val="auto"/>
          <w:sz w:val="21"/>
          <w:szCs w:val="22"/>
        </w:rPr>
      </w:sdtEndPr>
      <w:sdtContent>
        <w:p w14:paraId="15FF8249" w14:textId="182A6CE0" w:rsidR="00C76697" w:rsidRDefault="00C76697">
          <w:pPr>
            <w:pStyle w:val="NoSpacing"/>
          </w:pPr>
          <w:r>
            <w:rPr>
              <w:noProof/>
            </w:rPr>
            <mc:AlternateContent>
              <mc:Choice Requires="wpg">
                <w:drawing>
                  <wp:anchor distT="0" distB="0" distL="114300" distR="114300" simplePos="0" relativeHeight="251652608" behindDoc="1" locked="0" layoutInCell="1" allowOverlap="1" wp14:anchorId="0635F90C" wp14:editId="5FA0029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1D610A" w14:textId="77777777" w:rsidR="00C76697" w:rsidRDefault="00C76697">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35F90C" id="Group 26" o:spid="_x0000_s1026" style="position:absolute;margin-left:0;margin-top:0;width:172.8pt;height:718.55pt;z-index:-2516638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F1D610A" w14:textId="77777777" w:rsidR="00C76697" w:rsidRDefault="00C76697">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99AB292" w14:textId="1E5FFDDE" w:rsidR="00C76697" w:rsidRDefault="00F5548C">
          <w:r>
            <w:rPr>
              <w:noProof/>
            </w:rPr>
            <mc:AlternateContent>
              <mc:Choice Requires="wps">
                <w:drawing>
                  <wp:anchor distT="0" distB="0" distL="114300" distR="114300" simplePos="0" relativeHeight="251662336" behindDoc="0" locked="0" layoutInCell="1" allowOverlap="1" wp14:anchorId="639AE6EE" wp14:editId="0383DCEF">
                    <wp:simplePos x="0" y="0"/>
                    <wp:positionH relativeFrom="column">
                      <wp:posOffset>2141220</wp:posOffset>
                    </wp:positionH>
                    <wp:positionV relativeFrom="paragraph">
                      <wp:posOffset>1017270</wp:posOffset>
                    </wp:positionV>
                    <wp:extent cx="4655820" cy="2522220"/>
                    <wp:effectExtent l="0" t="0" r="11430" b="11430"/>
                    <wp:wrapNone/>
                    <wp:docPr id="1370810469" name="Text Box 2"/>
                    <wp:cNvGraphicFramePr/>
                    <a:graphic xmlns:a="http://schemas.openxmlformats.org/drawingml/2006/main">
                      <a:graphicData uri="http://schemas.microsoft.com/office/word/2010/wordprocessingShape">
                        <wps:wsp>
                          <wps:cNvSpPr txBox="1"/>
                          <wps:spPr>
                            <a:xfrm>
                              <a:off x="0" y="0"/>
                              <a:ext cx="4655820" cy="2522220"/>
                            </a:xfrm>
                            <a:prstGeom prst="rect">
                              <a:avLst/>
                            </a:prstGeom>
                            <a:solidFill>
                              <a:schemeClr val="lt1"/>
                            </a:solidFill>
                            <a:ln w="6350">
                              <a:solidFill>
                                <a:prstClr val="black"/>
                              </a:solidFill>
                            </a:ln>
                          </wps:spPr>
                          <wps:txbx>
                            <w:txbxContent>
                              <w:p w14:paraId="5BBAC16F" w14:textId="1E27BC5E" w:rsidR="00F5548C" w:rsidRDefault="00F5548C" w:rsidP="00F5548C">
                                <w:r>
                                  <w:t>Student name</w:t>
                                </w:r>
                                <w:r>
                                  <w:tab/>
                                </w:r>
                                <w:r>
                                  <w:tab/>
                                </w:r>
                                <w:r>
                                  <w:tab/>
                                  <w:t>Ralph Saramaduo-Hart</w:t>
                                </w:r>
                              </w:p>
                              <w:p w14:paraId="269BAAEC" w14:textId="757228A7" w:rsidR="00F5548C" w:rsidRDefault="00F5548C" w:rsidP="00F5548C">
                                <w:r>
                                  <w:t>Student ID number</w:t>
                                </w:r>
                                <w:r>
                                  <w:tab/>
                                </w:r>
                                <w:r>
                                  <w:tab/>
                                  <w:t>2411210</w:t>
                                </w:r>
                              </w:p>
                              <w:p w14:paraId="3CF8F348" w14:textId="6313BBDF" w:rsidR="00F5548C" w:rsidRDefault="00F5548C" w:rsidP="00F5548C">
                                <w:r>
                                  <w:t>Programme:</w:t>
                                </w:r>
                                <w:r>
                                  <w:tab/>
                                </w:r>
                                <w:r>
                                  <w:tab/>
                                </w:r>
                                <w:r>
                                  <w:tab/>
                                  <w:t>BSc Applied Computing</w:t>
                                </w:r>
                              </w:p>
                              <w:p w14:paraId="3599D8F0" w14:textId="5B19EA1A" w:rsidR="00F5548C" w:rsidRPr="00567A14" w:rsidRDefault="00F5548C" w:rsidP="00F5548C">
                                <w:pPr>
                                  <w:rPr>
                                    <w:lang w:val="en-GB"/>
                                  </w:rPr>
                                </w:pPr>
                                <w:r w:rsidRPr="00567A14">
                                  <w:rPr>
                                    <w:lang w:val="en-GB"/>
                                  </w:rPr>
                                  <w:t>Module:</w:t>
                                </w:r>
                                <w:r w:rsidRPr="00567A14">
                                  <w:rPr>
                                    <w:lang w:val="en-GB"/>
                                  </w:rPr>
                                  <w:tab/>
                                </w:r>
                                <w:r w:rsidRPr="00567A14">
                                  <w:rPr>
                                    <w:lang w:val="en-GB"/>
                                  </w:rPr>
                                  <w:tab/>
                                </w:r>
                                <w:r w:rsidRPr="00567A14">
                                  <w:rPr>
                                    <w:lang w:val="en-GB"/>
                                  </w:rPr>
                                  <w:tab/>
                                  <w:t>Data</w:t>
                                </w:r>
                                <w:r w:rsidR="00567A14" w:rsidRPr="00567A14">
                                  <w:rPr>
                                    <w:lang w:val="en-GB"/>
                                  </w:rPr>
                                  <w:t>base</w:t>
                                </w:r>
                                <w:r w:rsidRPr="00567A14">
                                  <w:rPr>
                                    <w:lang w:val="en-GB"/>
                                  </w:rPr>
                                  <w:t xml:space="preserve"> </w:t>
                                </w:r>
                                <w:r w:rsidR="00567A14" w:rsidRPr="00567A14">
                                  <w:rPr>
                                    <w:lang w:val="en-GB"/>
                                  </w:rPr>
                                  <w:t>and Application Development</w:t>
                                </w:r>
                              </w:p>
                              <w:p w14:paraId="6A244979" w14:textId="61DCE667" w:rsidR="00F5548C" w:rsidRPr="00567A14" w:rsidRDefault="00F5548C" w:rsidP="00F5548C">
                                <w:pPr>
                                  <w:rPr>
                                    <w:lang w:val="it-IT"/>
                                  </w:rPr>
                                </w:pPr>
                                <w:r w:rsidRPr="00567A14">
                                  <w:rPr>
                                    <w:lang w:val="it-IT"/>
                                  </w:rPr>
                                  <w:t>Module code:</w:t>
                                </w:r>
                                <w:r w:rsidRPr="00567A14">
                                  <w:rPr>
                                    <w:lang w:val="it-IT"/>
                                  </w:rPr>
                                  <w:tab/>
                                </w:r>
                                <w:r w:rsidRPr="00567A14">
                                  <w:rPr>
                                    <w:lang w:val="it-IT"/>
                                  </w:rPr>
                                  <w:tab/>
                                </w:r>
                                <w:r w:rsidRPr="00567A14">
                                  <w:rPr>
                                    <w:lang w:val="it-IT"/>
                                  </w:rPr>
                                  <w:tab/>
                                  <w:t>ACCA</w:t>
                                </w:r>
                                <w:r w:rsidR="00567A14" w:rsidRPr="00567A14">
                                  <w:rPr>
                                    <w:lang w:val="it-IT"/>
                                  </w:rPr>
                                  <w:t xml:space="preserve"> 5026</w:t>
                                </w:r>
                              </w:p>
                              <w:p w14:paraId="0D23A271" w14:textId="35AE1181" w:rsidR="00F5548C" w:rsidRPr="00567A14" w:rsidRDefault="00F5548C" w:rsidP="00F5548C">
                                <w:pPr>
                                  <w:rPr>
                                    <w:lang w:val="en-GB"/>
                                  </w:rPr>
                                </w:pPr>
                                <w:r w:rsidRPr="00567A14">
                                  <w:rPr>
                                    <w:lang w:val="en-GB"/>
                                  </w:rPr>
                                  <w:t>Lecturer:</w:t>
                                </w:r>
                                <w:r w:rsidRPr="00567A14">
                                  <w:rPr>
                                    <w:lang w:val="en-GB"/>
                                  </w:rPr>
                                  <w:tab/>
                                </w:r>
                                <w:r w:rsidRPr="00567A14">
                                  <w:rPr>
                                    <w:lang w:val="en-GB"/>
                                  </w:rPr>
                                  <w:tab/>
                                </w:r>
                                <w:r w:rsidRPr="00567A14">
                                  <w:rPr>
                                    <w:lang w:val="en-GB"/>
                                  </w:rPr>
                                  <w:tab/>
                                  <w:t xml:space="preserve">Dr </w:t>
                                </w:r>
                                <w:r w:rsidR="00567A14" w:rsidRPr="00567A14">
                                  <w:rPr>
                                    <w:lang w:val="en-GB"/>
                                  </w:rPr>
                                  <w:t>Fahad Ahmed</w:t>
                                </w:r>
                              </w:p>
                              <w:p w14:paraId="150D7902" w14:textId="41BA6E77" w:rsidR="00F5548C" w:rsidRDefault="00F5548C" w:rsidP="00567A14">
                                <w:r>
                                  <w:t>Assignment title:</w:t>
                                </w:r>
                                <w:r>
                                  <w:tab/>
                                  <w:t>`</w:t>
                                </w:r>
                                <w:r>
                                  <w:tab/>
                                </w:r>
                                <w:r w:rsidR="00567A14">
                                  <w:t>Database Design &amp; Implementation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AE6EE" id="_x0000_t202" coordsize="21600,21600" o:spt="202" path="m,l,21600r21600,l21600,xe">
                    <v:stroke joinstyle="miter"/>
                    <v:path gradientshapeok="t" o:connecttype="rect"/>
                  </v:shapetype>
                  <v:shape id="Text Box 2" o:spid="_x0000_s1055" type="#_x0000_t202" style="position:absolute;margin-left:168.6pt;margin-top:80.1pt;width:366.6pt;height:19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" fillcolor="white [3201]" strokeweight=".5pt">
                    <v:textbox>
                      <w:txbxContent>
                        <w:p w14:paraId="5BBAC16F" w14:textId="1E27BC5E" w:rsidR="00F5548C" w:rsidRDefault="00F5548C" w:rsidP="00F5548C">
                          <w:r>
                            <w:t>Student name</w:t>
                          </w:r>
                          <w:r>
                            <w:tab/>
                          </w:r>
                          <w:r>
                            <w:tab/>
                          </w:r>
                          <w:r>
                            <w:tab/>
                            <w:t>Ralph Saramaduo-Hart</w:t>
                          </w:r>
                        </w:p>
                        <w:p w14:paraId="269BAAEC" w14:textId="757228A7" w:rsidR="00F5548C" w:rsidRDefault="00F5548C" w:rsidP="00F5548C">
                          <w:r>
                            <w:t>Student ID number</w:t>
                          </w:r>
                          <w:r>
                            <w:tab/>
                          </w:r>
                          <w:r>
                            <w:tab/>
                            <w:t>2411210</w:t>
                          </w:r>
                        </w:p>
                        <w:p w14:paraId="3CF8F348" w14:textId="6313BBDF" w:rsidR="00F5548C" w:rsidRDefault="00F5548C" w:rsidP="00F5548C">
                          <w:r>
                            <w:t>Programme:</w:t>
                          </w:r>
                          <w:r>
                            <w:tab/>
                          </w:r>
                          <w:r>
                            <w:tab/>
                          </w:r>
                          <w:r>
                            <w:tab/>
                            <w:t>BSc Applied Computing</w:t>
                          </w:r>
                        </w:p>
                        <w:p w14:paraId="3599D8F0" w14:textId="5B19EA1A" w:rsidR="00F5548C" w:rsidRPr="00567A14" w:rsidRDefault="00F5548C" w:rsidP="00F5548C">
                          <w:pPr>
                            <w:rPr>
                              <w:lang w:val="en-GB"/>
                            </w:rPr>
                          </w:pPr>
                          <w:r w:rsidRPr="00567A14">
                            <w:rPr>
                              <w:lang w:val="en-GB"/>
                            </w:rPr>
                            <w:t>Module:</w:t>
                          </w:r>
                          <w:r w:rsidRPr="00567A14">
                            <w:rPr>
                              <w:lang w:val="en-GB"/>
                            </w:rPr>
                            <w:tab/>
                          </w:r>
                          <w:r w:rsidRPr="00567A14">
                            <w:rPr>
                              <w:lang w:val="en-GB"/>
                            </w:rPr>
                            <w:tab/>
                          </w:r>
                          <w:r w:rsidRPr="00567A14">
                            <w:rPr>
                              <w:lang w:val="en-GB"/>
                            </w:rPr>
                            <w:tab/>
                            <w:t>Data</w:t>
                          </w:r>
                          <w:r w:rsidR="00567A14" w:rsidRPr="00567A14">
                            <w:rPr>
                              <w:lang w:val="en-GB"/>
                            </w:rPr>
                            <w:t>base</w:t>
                          </w:r>
                          <w:r w:rsidRPr="00567A14">
                            <w:rPr>
                              <w:lang w:val="en-GB"/>
                            </w:rPr>
                            <w:t xml:space="preserve"> </w:t>
                          </w:r>
                          <w:r w:rsidR="00567A14" w:rsidRPr="00567A14">
                            <w:rPr>
                              <w:lang w:val="en-GB"/>
                            </w:rPr>
                            <w:t>and Application Development</w:t>
                          </w:r>
                        </w:p>
                        <w:p w14:paraId="6A244979" w14:textId="61DCE667" w:rsidR="00F5548C" w:rsidRPr="00567A14" w:rsidRDefault="00F5548C" w:rsidP="00F5548C">
                          <w:pPr>
                            <w:rPr>
                              <w:lang w:val="it-IT"/>
                            </w:rPr>
                          </w:pPr>
                          <w:r w:rsidRPr="00567A14">
                            <w:rPr>
                              <w:lang w:val="it-IT"/>
                            </w:rPr>
                            <w:t>Module code:</w:t>
                          </w:r>
                          <w:r w:rsidRPr="00567A14">
                            <w:rPr>
                              <w:lang w:val="it-IT"/>
                            </w:rPr>
                            <w:tab/>
                          </w:r>
                          <w:r w:rsidRPr="00567A14">
                            <w:rPr>
                              <w:lang w:val="it-IT"/>
                            </w:rPr>
                            <w:tab/>
                          </w:r>
                          <w:r w:rsidRPr="00567A14">
                            <w:rPr>
                              <w:lang w:val="it-IT"/>
                            </w:rPr>
                            <w:tab/>
                            <w:t>ACCA</w:t>
                          </w:r>
                          <w:r w:rsidR="00567A14" w:rsidRPr="00567A14">
                            <w:rPr>
                              <w:lang w:val="it-IT"/>
                            </w:rPr>
                            <w:t xml:space="preserve"> 5026</w:t>
                          </w:r>
                        </w:p>
                        <w:p w14:paraId="0D23A271" w14:textId="35AE1181" w:rsidR="00F5548C" w:rsidRPr="00567A14" w:rsidRDefault="00F5548C" w:rsidP="00F5548C">
                          <w:pPr>
                            <w:rPr>
                              <w:lang w:val="en-GB"/>
                            </w:rPr>
                          </w:pPr>
                          <w:r w:rsidRPr="00567A14">
                            <w:rPr>
                              <w:lang w:val="en-GB"/>
                            </w:rPr>
                            <w:t>Lecturer:</w:t>
                          </w:r>
                          <w:r w:rsidRPr="00567A14">
                            <w:rPr>
                              <w:lang w:val="en-GB"/>
                            </w:rPr>
                            <w:tab/>
                          </w:r>
                          <w:r w:rsidRPr="00567A14">
                            <w:rPr>
                              <w:lang w:val="en-GB"/>
                            </w:rPr>
                            <w:tab/>
                          </w:r>
                          <w:r w:rsidRPr="00567A14">
                            <w:rPr>
                              <w:lang w:val="en-GB"/>
                            </w:rPr>
                            <w:tab/>
                            <w:t xml:space="preserve">Dr </w:t>
                          </w:r>
                          <w:r w:rsidR="00567A14" w:rsidRPr="00567A14">
                            <w:rPr>
                              <w:lang w:val="en-GB"/>
                            </w:rPr>
                            <w:t>Fahad Ahmed</w:t>
                          </w:r>
                        </w:p>
                        <w:p w14:paraId="150D7902" w14:textId="41BA6E77" w:rsidR="00F5548C" w:rsidRDefault="00F5548C" w:rsidP="00567A14">
                          <w:r>
                            <w:t>Assignment title:</w:t>
                          </w:r>
                          <w:r>
                            <w:tab/>
                            <w:t>`</w:t>
                          </w:r>
                          <w:r>
                            <w:tab/>
                          </w:r>
                          <w:r w:rsidR="00567A14">
                            <w:t>Database Design &amp; Implementation</w:t>
                          </w:r>
                        </w:p>
                      </w:txbxContent>
                    </v:textbox>
                  </v:shape>
                </w:pict>
              </mc:Fallback>
            </mc:AlternateContent>
          </w:r>
          <w:r w:rsidR="00C76697">
            <w:rPr>
              <w:noProof/>
            </w:rPr>
            <mc:AlternateContent>
              <mc:Choice Requires="wps">
                <w:drawing>
                  <wp:anchor distT="0" distB="0" distL="114300" distR="114300" simplePos="0" relativeHeight="251666944" behindDoc="0" locked="0" layoutInCell="1" allowOverlap="1" wp14:anchorId="18916F9F" wp14:editId="2B71DF39">
                    <wp:simplePos x="0" y="0"/>
                    <wp:positionH relativeFrom="page">
                      <wp:posOffset>5105400</wp:posOffset>
                    </wp:positionH>
                    <wp:positionV relativeFrom="page">
                      <wp:posOffset>7239000</wp:posOffset>
                    </wp:positionV>
                    <wp:extent cx="2255520" cy="1752600"/>
                    <wp:effectExtent l="0" t="0" r="11430" b="0"/>
                    <wp:wrapNone/>
                    <wp:docPr id="32" name="Text Box 28"/>
                    <wp:cNvGraphicFramePr/>
                    <a:graphic xmlns:a="http://schemas.openxmlformats.org/drawingml/2006/main">
                      <a:graphicData uri="http://schemas.microsoft.com/office/word/2010/wordprocessingShape">
                        <wps:wsp>
                          <wps:cNvSpPr txBox="1"/>
                          <wps:spPr>
                            <a:xfrm>
                              <a:off x="0" y="0"/>
                              <a:ext cx="2255520" cy="1752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AB47A" w14:textId="052405A5" w:rsidR="00C76697" w:rsidRDefault="00C76697">
                                <w:pPr>
                                  <w:pStyle w:val="NoSpacing"/>
                                  <w:rPr>
                                    <w:color w:val="595959" w:themeColor="text1" w:themeTint="A6"/>
                                    <w:sz w:val="20"/>
                                    <w:szCs w:val="20"/>
                                  </w:rPr>
                                </w:pPr>
                                <w:r w:rsidRPr="00C76697">
                                  <w:rPr>
                                    <w:noProof/>
                                  </w:rPr>
                                  <w:drawing>
                                    <wp:inline distT="0" distB="0" distL="0" distR="0" wp14:anchorId="19BE2ECA" wp14:editId="591D3F86">
                                      <wp:extent cx="2249170" cy="1685290"/>
                                      <wp:effectExtent l="0" t="0" r="0" b="0"/>
                                      <wp:docPr id="128095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9170" cy="168529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8916F9F" id="Text Box 28" o:spid="_x0000_s1056" type="#_x0000_t202" style="position:absolute;margin-left:402pt;margin-top:570pt;width:177.6pt;height:138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" filled="f" stroked="f" strokeweight=".5pt">
                    <v:textbox inset="0,0,0,0">
                      <w:txbxContent>
                        <w:p w14:paraId="36FAB47A" w14:textId="052405A5" w:rsidR="00C76697" w:rsidRDefault="00C76697">
                          <w:pPr>
                            <w:pStyle w:val="NoSpacing"/>
                            <w:rPr>
                              <w:color w:val="595959" w:themeColor="text1" w:themeTint="A6"/>
                              <w:sz w:val="20"/>
                              <w:szCs w:val="20"/>
                            </w:rPr>
                          </w:pPr>
                          <w:r w:rsidRPr="00C76697">
                            <w:rPr>
                              <w:noProof/>
                            </w:rPr>
                            <w:drawing>
                              <wp:inline distT="0" distB="0" distL="0" distR="0" wp14:anchorId="19BE2ECA" wp14:editId="591D3F86">
                                <wp:extent cx="2249170" cy="1685290"/>
                                <wp:effectExtent l="0" t="0" r="0" b="0"/>
                                <wp:docPr id="1280951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9170" cy="1685290"/>
                                        </a:xfrm>
                                        <a:prstGeom prst="rect">
                                          <a:avLst/>
                                        </a:prstGeom>
                                        <a:noFill/>
                                        <a:ln>
                                          <a:noFill/>
                                        </a:ln>
                                      </pic:spPr>
                                    </pic:pic>
                                  </a:graphicData>
                                </a:graphic>
                              </wp:inline>
                            </w:drawing>
                          </w:r>
                        </w:p>
                      </w:txbxContent>
                    </v:textbox>
                    <w10:wrap anchorx="page" anchory="page"/>
                  </v:shape>
                </w:pict>
              </mc:Fallback>
            </mc:AlternateContent>
          </w:r>
          <w:r w:rsidR="00C76697">
            <w:rPr>
              <w:noProof/>
            </w:rPr>
            <mc:AlternateContent>
              <mc:Choice Requires="wps">
                <w:drawing>
                  <wp:anchor distT="0" distB="0" distL="114300" distR="114300" simplePos="0" relativeHeight="251659776" behindDoc="0" locked="0" layoutInCell="1" allowOverlap="1" wp14:anchorId="5ECFD916" wp14:editId="3EBB35F7">
                    <wp:simplePos x="0" y="0"/>
                    <wp:positionH relativeFrom="page">
                      <wp:posOffset>2964180</wp:posOffset>
                    </wp:positionH>
                    <wp:positionV relativeFrom="page">
                      <wp:posOffset>1905000</wp:posOffset>
                    </wp:positionV>
                    <wp:extent cx="4587240" cy="3528060"/>
                    <wp:effectExtent l="0" t="0" r="3810" b="15240"/>
                    <wp:wrapNone/>
                    <wp:docPr id="1" name="Text Box 30"/>
                    <wp:cNvGraphicFramePr/>
                    <a:graphic xmlns:a="http://schemas.openxmlformats.org/drawingml/2006/main">
                      <a:graphicData uri="http://schemas.microsoft.com/office/word/2010/wordprocessingShape">
                        <wps:wsp>
                          <wps:cNvSpPr txBox="1"/>
                          <wps:spPr>
                            <a:xfrm>
                              <a:off x="0" y="0"/>
                              <a:ext cx="4587240" cy="3528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1D6EE" w14:textId="77777777" w:rsidR="00C76697" w:rsidRDefault="00C76697">
                                <w:pPr>
                                  <w:spacing w:before="120"/>
                                  <w:rPr>
                                    <w:color w:val="404040" w:themeColor="text1" w:themeTint="BF"/>
                                    <w:sz w:val="28"/>
                                    <w:szCs w:val="28"/>
                                  </w:rPr>
                                </w:pPr>
                              </w:p>
                              <w:p w14:paraId="1FEA5BCA" w14:textId="77777777" w:rsidR="00C76697" w:rsidRDefault="00C76697">
                                <w:pPr>
                                  <w:spacing w:before="120"/>
                                  <w:rPr>
                                    <w:color w:val="404040" w:themeColor="text1" w:themeTint="BF"/>
                                    <w:sz w:val="28"/>
                                    <w:szCs w:val="28"/>
                                  </w:rPr>
                                </w:pPr>
                              </w:p>
                              <w:p w14:paraId="56AA337C" w14:textId="77777777" w:rsidR="00C76697" w:rsidRDefault="00C7669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ECFD916" id="Text Box 30" o:spid="_x0000_s1057" type="#_x0000_t202" style="position:absolute;margin-left:233.4pt;margin-top:150pt;width:361.2pt;height:277.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" filled="f" stroked="f" strokeweight=".5pt">
                    <v:textbox inset="0,0,0,0">
                      <w:txbxContent>
                        <w:p w14:paraId="0AE1D6EE" w14:textId="77777777" w:rsidR="00C76697" w:rsidRDefault="00C76697">
                          <w:pPr>
                            <w:spacing w:before="120"/>
                            <w:rPr>
                              <w:color w:val="404040" w:themeColor="text1" w:themeTint="BF"/>
                              <w:sz w:val="28"/>
                              <w:szCs w:val="28"/>
                            </w:rPr>
                          </w:pPr>
                        </w:p>
                        <w:p w14:paraId="1FEA5BCA" w14:textId="77777777" w:rsidR="00C76697" w:rsidRDefault="00C76697">
                          <w:pPr>
                            <w:spacing w:before="120"/>
                            <w:rPr>
                              <w:color w:val="404040" w:themeColor="text1" w:themeTint="BF"/>
                              <w:sz w:val="28"/>
                              <w:szCs w:val="28"/>
                            </w:rPr>
                          </w:pPr>
                        </w:p>
                        <w:p w14:paraId="56AA337C" w14:textId="77777777" w:rsidR="00C76697" w:rsidRDefault="00C76697">
                          <w:pPr>
                            <w:spacing w:before="120"/>
                            <w:rPr>
                              <w:color w:val="404040" w:themeColor="text1" w:themeTint="BF"/>
                              <w:sz w:val="36"/>
                              <w:szCs w:val="36"/>
                            </w:rPr>
                          </w:pPr>
                        </w:p>
                      </w:txbxContent>
                    </v:textbox>
                    <w10:wrap anchorx="page" anchory="page"/>
                  </v:shape>
                </w:pict>
              </mc:Fallback>
            </mc:AlternateContent>
          </w:r>
          <w:r w:rsidR="00C76697">
            <w:br w:type="page"/>
          </w:r>
        </w:p>
        <w:sdt>
          <w:sdtPr>
            <w:rPr>
              <w:rFonts w:ascii="Arial" w:eastAsia="Arial" w:hAnsi="Arial" w:cstheme="minorBidi"/>
              <w:b w:val="0"/>
              <w:bCs w:val="0"/>
              <w:color w:val="auto"/>
              <w:sz w:val="21"/>
              <w:szCs w:val="22"/>
            </w:rPr>
            <w:id w:val="349611013"/>
            <w:docPartObj>
              <w:docPartGallery w:val="Table of Contents"/>
              <w:docPartUnique/>
            </w:docPartObj>
          </w:sdtPr>
          <w:sdtEndPr>
            <w:rPr>
              <w:noProof/>
            </w:rPr>
          </w:sdtEndPr>
          <w:sdtContent>
            <w:p w14:paraId="19DB670E" w14:textId="4740578B" w:rsidR="00151E4F" w:rsidRDefault="00151E4F">
              <w:pPr>
                <w:pStyle w:val="TOCHeading"/>
              </w:pPr>
              <w:r>
                <w:t>Table of Contents</w:t>
              </w:r>
            </w:p>
            <w:p w14:paraId="24549197" w14:textId="1607DB75" w:rsidR="009B39FB" w:rsidRDefault="00151E4F">
              <w:pPr>
                <w:pStyle w:val="TOC1"/>
                <w:tabs>
                  <w:tab w:val="right" w:leader="dot" w:pos="992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7605209" w:history="1">
                <w:r w:rsidR="009B39FB" w:rsidRPr="00EC13EC">
                  <w:rPr>
                    <w:rStyle w:val="Hyperlink"/>
                    <w:noProof/>
                  </w:rPr>
                  <w:t>I. Introduction</w:t>
                </w:r>
                <w:r w:rsidR="009B39FB">
                  <w:rPr>
                    <w:noProof/>
                    <w:webHidden/>
                  </w:rPr>
                  <w:tab/>
                </w:r>
                <w:r w:rsidR="009B39FB">
                  <w:rPr>
                    <w:noProof/>
                    <w:webHidden/>
                  </w:rPr>
                  <w:fldChar w:fldCharType="begin"/>
                </w:r>
                <w:r w:rsidR="009B39FB">
                  <w:rPr>
                    <w:noProof/>
                    <w:webHidden/>
                  </w:rPr>
                  <w:instrText xml:space="preserve"> PAGEREF _Toc237605209 \h </w:instrText>
                </w:r>
                <w:r w:rsidR="009B39FB">
                  <w:rPr>
                    <w:noProof/>
                    <w:webHidden/>
                  </w:rPr>
                </w:r>
                <w:r w:rsidR="009B39FB">
                  <w:rPr>
                    <w:noProof/>
                    <w:webHidden/>
                  </w:rPr>
                  <w:fldChar w:fldCharType="separate"/>
                </w:r>
                <w:r w:rsidR="009B39FB">
                  <w:rPr>
                    <w:noProof/>
                    <w:webHidden/>
                  </w:rPr>
                  <w:t>4</w:t>
                </w:r>
                <w:r w:rsidR="009B39FB">
                  <w:rPr>
                    <w:noProof/>
                    <w:webHidden/>
                  </w:rPr>
                  <w:fldChar w:fldCharType="end"/>
                </w:r>
              </w:hyperlink>
            </w:p>
            <w:p w14:paraId="387468B2" w14:textId="174E1AD1" w:rsidR="009B39FB" w:rsidRDefault="009B39FB">
              <w:pPr>
                <w:pStyle w:val="TOC1"/>
                <w:tabs>
                  <w:tab w:val="left" w:pos="420"/>
                  <w:tab w:val="right" w:leader="dot" w:pos="9926"/>
                </w:tabs>
                <w:rPr>
                  <w:rFonts w:asciiTheme="minorHAnsi" w:eastAsiaTheme="minorEastAsia" w:hAnsiTheme="minorHAnsi"/>
                  <w:noProof/>
                  <w:kern w:val="2"/>
                  <w:sz w:val="24"/>
                  <w:szCs w:val="24"/>
                  <w:lang w:val="en-GB" w:eastAsia="en-GB"/>
                  <w14:ligatures w14:val="standardContextual"/>
                </w:rPr>
              </w:pPr>
              <w:hyperlink w:anchor="_Toc237605213" w:history="1">
                <w:r w:rsidRPr="00EC13EC">
                  <w:rPr>
                    <w:rStyle w:val="Hyperlink"/>
                    <w:noProof/>
                  </w:rPr>
                  <w:t>2.</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Database Design</w:t>
                </w:r>
                <w:r>
                  <w:rPr>
                    <w:noProof/>
                    <w:webHidden/>
                  </w:rPr>
                  <w:tab/>
                </w:r>
                <w:r>
                  <w:rPr>
                    <w:noProof/>
                    <w:webHidden/>
                  </w:rPr>
                  <w:fldChar w:fldCharType="begin"/>
                </w:r>
                <w:r>
                  <w:rPr>
                    <w:noProof/>
                    <w:webHidden/>
                  </w:rPr>
                  <w:instrText xml:space="preserve"> PAGEREF _Toc237605213 \h </w:instrText>
                </w:r>
                <w:r>
                  <w:rPr>
                    <w:noProof/>
                    <w:webHidden/>
                  </w:rPr>
                </w:r>
                <w:r>
                  <w:rPr>
                    <w:noProof/>
                    <w:webHidden/>
                  </w:rPr>
                  <w:fldChar w:fldCharType="separate"/>
                </w:r>
                <w:r>
                  <w:rPr>
                    <w:noProof/>
                    <w:webHidden/>
                  </w:rPr>
                  <w:t>5</w:t>
                </w:r>
                <w:r>
                  <w:rPr>
                    <w:noProof/>
                    <w:webHidden/>
                  </w:rPr>
                  <w:fldChar w:fldCharType="end"/>
                </w:r>
              </w:hyperlink>
            </w:p>
            <w:p w14:paraId="64E13F97" w14:textId="608D02DF" w:rsidR="009B39FB" w:rsidRDefault="009B39FB">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7605214" w:history="1">
                <w:r w:rsidRPr="00EC13EC">
                  <w:rPr>
                    <w:rStyle w:val="Hyperlink"/>
                    <w:noProof/>
                  </w:rPr>
                  <w:t xml:space="preserve">2.1 </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Entity and Relationship Design</w:t>
                </w:r>
                <w:r>
                  <w:rPr>
                    <w:noProof/>
                    <w:webHidden/>
                  </w:rPr>
                  <w:tab/>
                </w:r>
                <w:r>
                  <w:rPr>
                    <w:noProof/>
                    <w:webHidden/>
                  </w:rPr>
                  <w:fldChar w:fldCharType="begin"/>
                </w:r>
                <w:r>
                  <w:rPr>
                    <w:noProof/>
                    <w:webHidden/>
                  </w:rPr>
                  <w:instrText xml:space="preserve"> PAGEREF _Toc237605214 \h </w:instrText>
                </w:r>
                <w:r>
                  <w:rPr>
                    <w:noProof/>
                    <w:webHidden/>
                  </w:rPr>
                </w:r>
                <w:r>
                  <w:rPr>
                    <w:noProof/>
                    <w:webHidden/>
                  </w:rPr>
                  <w:fldChar w:fldCharType="separate"/>
                </w:r>
                <w:r>
                  <w:rPr>
                    <w:noProof/>
                    <w:webHidden/>
                  </w:rPr>
                  <w:t>5</w:t>
                </w:r>
                <w:r>
                  <w:rPr>
                    <w:noProof/>
                    <w:webHidden/>
                  </w:rPr>
                  <w:fldChar w:fldCharType="end"/>
                </w:r>
              </w:hyperlink>
            </w:p>
            <w:p w14:paraId="30517646" w14:textId="40812027"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15" w:history="1">
                <w:r w:rsidRPr="00EC13EC">
                  <w:rPr>
                    <w:rStyle w:val="Hyperlink"/>
                    <w:noProof/>
                  </w:rPr>
                  <w:t>Figure 1:</w:t>
                </w:r>
                <w:r>
                  <w:rPr>
                    <w:noProof/>
                    <w:webHidden/>
                  </w:rPr>
                  <w:tab/>
                </w:r>
                <w:r>
                  <w:rPr>
                    <w:noProof/>
                    <w:webHidden/>
                  </w:rPr>
                  <w:fldChar w:fldCharType="begin"/>
                </w:r>
                <w:r>
                  <w:rPr>
                    <w:noProof/>
                    <w:webHidden/>
                  </w:rPr>
                  <w:instrText xml:space="preserve"> PAGEREF _Toc237605215 \h </w:instrText>
                </w:r>
                <w:r>
                  <w:rPr>
                    <w:noProof/>
                    <w:webHidden/>
                  </w:rPr>
                </w:r>
                <w:r>
                  <w:rPr>
                    <w:noProof/>
                    <w:webHidden/>
                  </w:rPr>
                  <w:fldChar w:fldCharType="separate"/>
                </w:r>
                <w:r>
                  <w:rPr>
                    <w:noProof/>
                    <w:webHidden/>
                  </w:rPr>
                  <w:t>6</w:t>
                </w:r>
                <w:r>
                  <w:rPr>
                    <w:noProof/>
                    <w:webHidden/>
                  </w:rPr>
                  <w:fldChar w:fldCharType="end"/>
                </w:r>
              </w:hyperlink>
            </w:p>
            <w:p w14:paraId="40331CEB" w14:textId="0FBC1A1F"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16" w:history="1">
                <w:r w:rsidRPr="00EC13EC">
                  <w:rPr>
                    <w:rStyle w:val="Hyperlink"/>
                    <w:noProof/>
                  </w:rPr>
                  <w:t>Figure 2</w:t>
                </w:r>
                <w:r>
                  <w:rPr>
                    <w:noProof/>
                    <w:webHidden/>
                  </w:rPr>
                  <w:tab/>
                </w:r>
                <w:r>
                  <w:rPr>
                    <w:noProof/>
                    <w:webHidden/>
                  </w:rPr>
                  <w:fldChar w:fldCharType="begin"/>
                </w:r>
                <w:r>
                  <w:rPr>
                    <w:noProof/>
                    <w:webHidden/>
                  </w:rPr>
                  <w:instrText xml:space="preserve"> PAGEREF _Toc237605216 \h </w:instrText>
                </w:r>
                <w:r>
                  <w:rPr>
                    <w:noProof/>
                    <w:webHidden/>
                  </w:rPr>
                </w:r>
                <w:r>
                  <w:rPr>
                    <w:noProof/>
                    <w:webHidden/>
                  </w:rPr>
                  <w:fldChar w:fldCharType="separate"/>
                </w:r>
                <w:r>
                  <w:rPr>
                    <w:noProof/>
                    <w:webHidden/>
                  </w:rPr>
                  <w:t>7</w:t>
                </w:r>
                <w:r>
                  <w:rPr>
                    <w:noProof/>
                    <w:webHidden/>
                  </w:rPr>
                  <w:fldChar w:fldCharType="end"/>
                </w:r>
              </w:hyperlink>
            </w:p>
            <w:p w14:paraId="03E933C6" w14:textId="21B679DD"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17" w:history="1">
                <w:r w:rsidRPr="00EC13EC">
                  <w:rPr>
                    <w:rStyle w:val="Hyperlink"/>
                    <w:noProof/>
                  </w:rPr>
                  <w:t>Patient</w:t>
                </w:r>
                <w:r>
                  <w:rPr>
                    <w:noProof/>
                    <w:webHidden/>
                  </w:rPr>
                  <w:tab/>
                </w:r>
                <w:r>
                  <w:rPr>
                    <w:noProof/>
                    <w:webHidden/>
                  </w:rPr>
                  <w:fldChar w:fldCharType="begin"/>
                </w:r>
                <w:r>
                  <w:rPr>
                    <w:noProof/>
                    <w:webHidden/>
                  </w:rPr>
                  <w:instrText xml:space="preserve"> PAGEREF _Toc237605217 \h </w:instrText>
                </w:r>
                <w:r>
                  <w:rPr>
                    <w:noProof/>
                    <w:webHidden/>
                  </w:rPr>
                </w:r>
                <w:r>
                  <w:rPr>
                    <w:noProof/>
                    <w:webHidden/>
                  </w:rPr>
                  <w:fldChar w:fldCharType="separate"/>
                </w:r>
                <w:r>
                  <w:rPr>
                    <w:noProof/>
                    <w:webHidden/>
                  </w:rPr>
                  <w:t>8</w:t>
                </w:r>
                <w:r>
                  <w:rPr>
                    <w:noProof/>
                    <w:webHidden/>
                  </w:rPr>
                  <w:fldChar w:fldCharType="end"/>
                </w:r>
              </w:hyperlink>
            </w:p>
            <w:p w14:paraId="2473E296" w14:textId="3FA28AAD"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18" w:history="1">
                <w:r w:rsidRPr="00EC13EC">
                  <w:rPr>
                    <w:rStyle w:val="Hyperlink"/>
                    <w:noProof/>
                  </w:rPr>
                  <w:t>Department</w:t>
                </w:r>
                <w:r>
                  <w:rPr>
                    <w:noProof/>
                    <w:webHidden/>
                  </w:rPr>
                  <w:tab/>
                </w:r>
                <w:r>
                  <w:rPr>
                    <w:noProof/>
                    <w:webHidden/>
                  </w:rPr>
                  <w:fldChar w:fldCharType="begin"/>
                </w:r>
                <w:r>
                  <w:rPr>
                    <w:noProof/>
                    <w:webHidden/>
                  </w:rPr>
                  <w:instrText xml:space="preserve"> PAGEREF _Toc237605218 \h </w:instrText>
                </w:r>
                <w:r>
                  <w:rPr>
                    <w:noProof/>
                    <w:webHidden/>
                  </w:rPr>
                </w:r>
                <w:r>
                  <w:rPr>
                    <w:noProof/>
                    <w:webHidden/>
                  </w:rPr>
                  <w:fldChar w:fldCharType="separate"/>
                </w:r>
                <w:r>
                  <w:rPr>
                    <w:noProof/>
                    <w:webHidden/>
                  </w:rPr>
                  <w:t>9</w:t>
                </w:r>
                <w:r>
                  <w:rPr>
                    <w:noProof/>
                    <w:webHidden/>
                  </w:rPr>
                  <w:fldChar w:fldCharType="end"/>
                </w:r>
              </w:hyperlink>
            </w:p>
            <w:p w14:paraId="0CC85C0D" w14:textId="233BDAFA"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19" w:history="1">
                <w:r w:rsidRPr="00EC13EC">
                  <w:rPr>
                    <w:rStyle w:val="Hyperlink"/>
                    <w:noProof/>
                  </w:rPr>
                  <w:t>Doctor</w:t>
                </w:r>
                <w:r>
                  <w:rPr>
                    <w:noProof/>
                    <w:webHidden/>
                  </w:rPr>
                  <w:tab/>
                </w:r>
                <w:r>
                  <w:rPr>
                    <w:noProof/>
                    <w:webHidden/>
                  </w:rPr>
                  <w:fldChar w:fldCharType="begin"/>
                </w:r>
                <w:r>
                  <w:rPr>
                    <w:noProof/>
                    <w:webHidden/>
                  </w:rPr>
                  <w:instrText xml:space="preserve"> PAGEREF _Toc237605219 \h </w:instrText>
                </w:r>
                <w:r>
                  <w:rPr>
                    <w:noProof/>
                    <w:webHidden/>
                  </w:rPr>
                </w:r>
                <w:r>
                  <w:rPr>
                    <w:noProof/>
                    <w:webHidden/>
                  </w:rPr>
                  <w:fldChar w:fldCharType="separate"/>
                </w:r>
                <w:r>
                  <w:rPr>
                    <w:noProof/>
                    <w:webHidden/>
                  </w:rPr>
                  <w:t>9</w:t>
                </w:r>
                <w:r>
                  <w:rPr>
                    <w:noProof/>
                    <w:webHidden/>
                  </w:rPr>
                  <w:fldChar w:fldCharType="end"/>
                </w:r>
              </w:hyperlink>
            </w:p>
            <w:p w14:paraId="7D80241A" w14:textId="728872B9"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20" w:history="1">
                <w:r w:rsidRPr="00EC13EC">
                  <w:rPr>
                    <w:rStyle w:val="Hyperlink"/>
                    <w:noProof/>
                  </w:rPr>
                  <w:t>Appointment</w:t>
                </w:r>
                <w:r>
                  <w:rPr>
                    <w:noProof/>
                    <w:webHidden/>
                  </w:rPr>
                  <w:tab/>
                </w:r>
                <w:r>
                  <w:rPr>
                    <w:noProof/>
                    <w:webHidden/>
                  </w:rPr>
                  <w:fldChar w:fldCharType="begin"/>
                </w:r>
                <w:r>
                  <w:rPr>
                    <w:noProof/>
                    <w:webHidden/>
                  </w:rPr>
                  <w:instrText xml:space="preserve"> PAGEREF _Toc237605220 \h </w:instrText>
                </w:r>
                <w:r>
                  <w:rPr>
                    <w:noProof/>
                    <w:webHidden/>
                  </w:rPr>
                </w:r>
                <w:r>
                  <w:rPr>
                    <w:noProof/>
                    <w:webHidden/>
                  </w:rPr>
                  <w:fldChar w:fldCharType="separate"/>
                </w:r>
                <w:r>
                  <w:rPr>
                    <w:noProof/>
                    <w:webHidden/>
                  </w:rPr>
                  <w:t>10</w:t>
                </w:r>
                <w:r>
                  <w:rPr>
                    <w:noProof/>
                    <w:webHidden/>
                  </w:rPr>
                  <w:fldChar w:fldCharType="end"/>
                </w:r>
              </w:hyperlink>
            </w:p>
            <w:p w14:paraId="37F6014B" w14:textId="37BB3228"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21" w:history="1">
                <w:r w:rsidRPr="00EC13EC">
                  <w:rPr>
                    <w:rStyle w:val="Hyperlink"/>
                    <w:noProof/>
                  </w:rPr>
                  <w:t>Treatment</w:t>
                </w:r>
                <w:r>
                  <w:rPr>
                    <w:noProof/>
                    <w:webHidden/>
                  </w:rPr>
                  <w:tab/>
                </w:r>
                <w:r>
                  <w:rPr>
                    <w:noProof/>
                    <w:webHidden/>
                  </w:rPr>
                  <w:fldChar w:fldCharType="begin"/>
                </w:r>
                <w:r>
                  <w:rPr>
                    <w:noProof/>
                    <w:webHidden/>
                  </w:rPr>
                  <w:instrText xml:space="preserve"> PAGEREF _Toc237605221 \h </w:instrText>
                </w:r>
                <w:r>
                  <w:rPr>
                    <w:noProof/>
                    <w:webHidden/>
                  </w:rPr>
                </w:r>
                <w:r>
                  <w:rPr>
                    <w:noProof/>
                    <w:webHidden/>
                  </w:rPr>
                  <w:fldChar w:fldCharType="separate"/>
                </w:r>
                <w:r>
                  <w:rPr>
                    <w:noProof/>
                    <w:webHidden/>
                  </w:rPr>
                  <w:t>10</w:t>
                </w:r>
                <w:r>
                  <w:rPr>
                    <w:noProof/>
                    <w:webHidden/>
                  </w:rPr>
                  <w:fldChar w:fldCharType="end"/>
                </w:r>
              </w:hyperlink>
            </w:p>
            <w:p w14:paraId="739C59DB" w14:textId="7F949771"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22" w:history="1">
                <w:r w:rsidRPr="00EC13EC">
                  <w:rPr>
                    <w:rStyle w:val="Hyperlink"/>
                    <w:noProof/>
                  </w:rPr>
                  <w:t>Feedback</w:t>
                </w:r>
                <w:r>
                  <w:rPr>
                    <w:noProof/>
                    <w:webHidden/>
                  </w:rPr>
                  <w:tab/>
                </w:r>
                <w:r>
                  <w:rPr>
                    <w:noProof/>
                    <w:webHidden/>
                  </w:rPr>
                  <w:fldChar w:fldCharType="begin"/>
                </w:r>
                <w:r>
                  <w:rPr>
                    <w:noProof/>
                    <w:webHidden/>
                  </w:rPr>
                  <w:instrText xml:space="preserve"> PAGEREF _Toc237605222 \h </w:instrText>
                </w:r>
                <w:r>
                  <w:rPr>
                    <w:noProof/>
                    <w:webHidden/>
                  </w:rPr>
                </w:r>
                <w:r>
                  <w:rPr>
                    <w:noProof/>
                    <w:webHidden/>
                  </w:rPr>
                  <w:fldChar w:fldCharType="separate"/>
                </w:r>
                <w:r>
                  <w:rPr>
                    <w:noProof/>
                    <w:webHidden/>
                  </w:rPr>
                  <w:t>11</w:t>
                </w:r>
                <w:r>
                  <w:rPr>
                    <w:noProof/>
                    <w:webHidden/>
                  </w:rPr>
                  <w:fldChar w:fldCharType="end"/>
                </w:r>
              </w:hyperlink>
            </w:p>
            <w:p w14:paraId="50302EED" w14:textId="6CA7879A" w:rsidR="009B39FB" w:rsidRDefault="009B39FB">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7605223" w:history="1">
                <w:r w:rsidRPr="00EC13EC">
                  <w:rPr>
                    <w:rStyle w:val="Hyperlink"/>
                    <w:noProof/>
                  </w:rPr>
                  <w:t>2.2</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 xml:space="preserve"> Entity relationships</w:t>
                </w:r>
                <w:r>
                  <w:rPr>
                    <w:noProof/>
                    <w:webHidden/>
                  </w:rPr>
                  <w:tab/>
                </w:r>
                <w:r>
                  <w:rPr>
                    <w:noProof/>
                    <w:webHidden/>
                  </w:rPr>
                  <w:fldChar w:fldCharType="begin"/>
                </w:r>
                <w:r>
                  <w:rPr>
                    <w:noProof/>
                    <w:webHidden/>
                  </w:rPr>
                  <w:instrText xml:space="preserve"> PAGEREF _Toc237605223 \h </w:instrText>
                </w:r>
                <w:r>
                  <w:rPr>
                    <w:noProof/>
                    <w:webHidden/>
                  </w:rPr>
                </w:r>
                <w:r>
                  <w:rPr>
                    <w:noProof/>
                    <w:webHidden/>
                  </w:rPr>
                  <w:fldChar w:fldCharType="separate"/>
                </w:r>
                <w:r>
                  <w:rPr>
                    <w:noProof/>
                    <w:webHidden/>
                  </w:rPr>
                  <w:t>11</w:t>
                </w:r>
                <w:r>
                  <w:rPr>
                    <w:noProof/>
                    <w:webHidden/>
                  </w:rPr>
                  <w:fldChar w:fldCharType="end"/>
                </w:r>
              </w:hyperlink>
            </w:p>
            <w:p w14:paraId="63852A6A" w14:textId="075194F7" w:rsidR="009B39FB" w:rsidRDefault="009B39FB">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7605224" w:history="1">
                <w:r w:rsidRPr="00EC13EC">
                  <w:rPr>
                    <w:rStyle w:val="Hyperlink"/>
                    <w:noProof/>
                  </w:rPr>
                  <w:t>2.3</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Data-integrity constraints</w:t>
                </w:r>
                <w:r>
                  <w:rPr>
                    <w:noProof/>
                    <w:webHidden/>
                  </w:rPr>
                  <w:tab/>
                </w:r>
                <w:r>
                  <w:rPr>
                    <w:noProof/>
                    <w:webHidden/>
                  </w:rPr>
                  <w:fldChar w:fldCharType="begin"/>
                </w:r>
                <w:r>
                  <w:rPr>
                    <w:noProof/>
                    <w:webHidden/>
                  </w:rPr>
                  <w:instrText xml:space="preserve"> PAGEREF _Toc237605224 \h </w:instrText>
                </w:r>
                <w:r>
                  <w:rPr>
                    <w:noProof/>
                    <w:webHidden/>
                  </w:rPr>
                </w:r>
                <w:r>
                  <w:rPr>
                    <w:noProof/>
                    <w:webHidden/>
                  </w:rPr>
                  <w:fldChar w:fldCharType="separate"/>
                </w:r>
                <w:r>
                  <w:rPr>
                    <w:noProof/>
                    <w:webHidden/>
                  </w:rPr>
                  <w:t>12</w:t>
                </w:r>
                <w:r>
                  <w:rPr>
                    <w:noProof/>
                    <w:webHidden/>
                  </w:rPr>
                  <w:fldChar w:fldCharType="end"/>
                </w:r>
              </w:hyperlink>
            </w:p>
            <w:p w14:paraId="06B90911" w14:textId="44CD18D6" w:rsidR="009B39FB" w:rsidRDefault="009B39FB">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7605225" w:history="1">
                <w:r w:rsidRPr="00EC13EC">
                  <w:rPr>
                    <w:rStyle w:val="Hyperlink"/>
                    <w:noProof/>
                  </w:rPr>
                  <w:t>2.4</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 xml:space="preserve"> Normalization</w:t>
                </w:r>
                <w:r>
                  <w:rPr>
                    <w:noProof/>
                    <w:webHidden/>
                  </w:rPr>
                  <w:tab/>
                </w:r>
                <w:r>
                  <w:rPr>
                    <w:noProof/>
                    <w:webHidden/>
                  </w:rPr>
                  <w:fldChar w:fldCharType="begin"/>
                </w:r>
                <w:r>
                  <w:rPr>
                    <w:noProof/>
                    <w:webHidden/>
                  </w:rPr>
                  <w:instrText xml:space="preserve"> PAGEREF _Toc237605225 \h </w:instrText>
                </w:r>
                <w:r>
                  <w:rPr>
                    <w:noProof/>
                    <w:webHidden/>
                  </w:rPr>
                </w:r>
                <w:r>
                  <w:rPr>
                    <w:noProof/>
                    <w:webHidden/>
                  </w:rPr>
                  <w:fldChar w:fldCharType="separate"/>
                </w:r>
                <w:r>
                  <w:rPr>
                    <w:noProof/>
                    <w:webHidden/>
                  </w:rPr>
                  <w:t>13</w:t>
                </w:r>
                <w:r>
                  <w:rPr>
                    <w:noProof/>
                    <w:webHidden/>
                  </w:rPr>
                  <w:fldChar w:fldCharType="end"/>
                </w:r>
              </w:hyperlink>
            </w:p>
            <w:p w14:paraId="039D7B84" w14:textId="7DF0D2F8" w:rsidR="009B39FB" w:rsidRDefault="009B39FB">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26" w:history="1">
                <w:r w:rsidRPr="00EC13EC">
                  <w:rPr>
                    <w:rStyle w:val="Hyperlink"/>
                    <w:noProof/>
                  </w:rPr>
                  <w:t>3. Database Implementation and Validation</w:t>
                </w:r>
                <w:r>
                  <w:rPr>
                    <w:noProof/>
                    <w:webHidden/>
                  </w:rPr>
                  <w:tab/>
                </w:r>
                <w:r>
                  <w:rPr>
                    <w:noProof/>
                    <w:webHidden/>
                  </w:rPr>
                  <w:fldChar w:fldCharType="begin"/>
                </w:r>
                <w:r>
                  <w:rPr>
                    <w:noProof/>
                    <w:webHidden/>
                  </w:rPr>
                  <w:instrText xml:space="preserve"> PAGEREF _Toc237605226 \h </w:instrText>
                </w:r>
                <w:r>
                  <w:rPr>
                    <w:noProof/>
                    <w:webHidden/>
                  </w:rPr>
                </w:r>
                <w:r>
                  <w:rPr>
                    <w:noProof/>
                    <w:webHidden/>
                  </w:rPr>
                  <w:fldChar w:fldCharType="separate"/>
                </w:r>
                <w:r>
                  <w:rPr>
                    <w:noProof/>
                    <w:webHidden/>
                  </w:rPr>
                  <w:t>14</w:t>
                </w:r>
                <w:r>
                  <w:rPr>
                    <w:noProof/>
                    <w:webHidden/>
                  </w:rPr>
                  <w:fldChar w:fldCharType="end"/>
                </w:r>
              </w:hyperlink>
            </w:p>
            <w:p w14:paraId="4B981C1E" w14:textId="48A9A4FF"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27" w:history="1">
                <w:r w:rsidRPr="00EC13EC">
                  <w:rPr>
                    <w:rStyle w:val="Hyperlink"/>
                    <w:noProof/>
                  </w:rPr>
                  <w:t>3.1 Sample Data and Constraint Testing</w:t>
                </w:r>
                <w:r>
                  <w:rPr>
                    <w:noProof/>
                    <w:webHidden/>
                  </w:rPr>
                  <w:tab/>
                </w:r>
                <w:r>
                  <w:rPr>
                    <w:noProof/>
                    <w:webHidden/>
                  </w:rPr>
                  <w:fldChar w:fldCharType="begin"/>
                </w:r>
                <w:r>
                  <w:rPr>
                    <w:noProof/>
                    <w:webHidden/>
                  </w:rPr>
                  <w:instrText xml:space="preserve"> PAGEREF _Toc237605227 \h </w:instrText>
                </w:r>
                <w:r>
                  <w:rPr>
                    <w:noProof/>
                    <w:webHidden/>
                  </w:rPr>
                </w:r>
                <w:r>
                  <w:rPr>
                    <w:noProof/>
                    <w:webHidden/>
                  </w:rPr>
                  <w:fldChar w:fldCharType="separate"/>
                </w:r>
                <w:r>
                  <w:rPr>
                    <w:noProof/>
                    <w:webHidden/>
                  </w:rPr>
                  <w:t>14</w:t>
                </w:r>
                <w:r>
                  <w:rPr>
                    <w:noProof/>
                    <w:webHidden/>
                  </w:rPr>
                  <w:fldChar w:fldCharType="end"/>
                </w:r>
              </w:hyperlink>
            </w:p>
            <w:p w14:paraId="257B8856" w14:textId="376318BA"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28" w:history="1">
                <w:r w:rsidRPr="00EC13EC">
                  <w:rPr>
                    <w:rStyle w:val="Hyperlink"/>
                    <w:noProof/>
                  </w:rPr>
                  <w:t>Figure 3 Patients Table</w:t>
                </w:r>
                <w:r>
                  <w:rPr>
                    <w:noProof/>
                    <w:webHidden/>
                  </w:rPr>
                  <w:tab/>
                </w:r>
                <w:r>
                  <w:rPr>
                    <w:noProof/>
                    <w:webHidden/>
                  </w:rPr>
                  <w:fldChar w:fldCharType="begin"/>
                </w:r>
                <w:r>
                  <w:rPr>
                    <w:noProof/>
                    <w:webHidden/>
                  </w:rPr>
                  <w:instrText xml:space="preserve"> PAGEREF _Toc237605228 \h </w:instrText>
                </w:r>
                <w:r>
                  <w:rPr>
                    <w:noProof/>
                    <w:webHidden/>
                  </w:rPr>
                </w:r>
                <w:r>
                  <w:rPr>
                    <w:noProof/>
                    <w:webHidden/>
                  </w:rPr>
                  <w:fldChar w:fldCharType="separate"/>
                </w:r>
                <w:r>
                  <w:rPr>
                    <w:noProof/>
                    <w:webHidden/>
                  </w:rPr>
                  <w:t>14</w:t>
                </w:r>
                <w:r>
                  <w:rPr>
                    <w:noProof/>
                    <w:webHidden/>
                  </w:rPr>
                  <w:fldChar w:fldCharType="end"/>
                </w:r>
              </w:hyperlink>
            </w:p>
            <w:p w14:paraId="0F2A1221" w14:textId="1156C128"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29" w:history="1">
                <w:r w:rsidRPr="00EC13EC">
                  <w:rPr>
                    <w:rStyle w:val="Hyperlink"/>
                    <w:noProof/>
                  </w:rPr>
                  <w:t>Figure 4 Department Table</w:t>
                </w:r>
                <w:r>
                  <w:rPr>
                    <w:noProof/>
                    <w:webHidden/>
                  </w:rPr>
                  <w:tab/>
                </w:r>
                <w:r>
                  <w:rPr>
                    <w:noProof/>
                    <w:webHidden/>
                  </w:rPr>
                  <w:fldChar w:fldCharType="begin"/>
                </w:r>
                <w:r>
                  <w:rPr>
                    <w:noProof/>
                    <w:webHidden/>
                  </w:rPr>
                  <w:instrText xml:space="preserve"> PAGEREF _Toc237605229 \h </w:instrText>
                </w:r>
                <w:r>
                  <w:rPr>
                    <w:noProof/>
                    <w:webHidden/>
                  </w:rPr>
                </w:r>
                <w:r>
                  <w:rPr>
                    <w:noProof/>
                    <w:webHidden/>
                  </w:rPr>
                  <w:fldChar w:fldCharType="separate"/>
                </w:r>
                <w:r>
                  <w:rPr>
                    <w:noProof/>
                    <w:webHidden/>
                  </w:rPr>
                  <w:t>14</w:t>
                </w:r>
                <w:r>
                  <w:rPr>
                    <w:noProof/>
                    <w:webHidden/>
                  </w:rPr>
                  <w:fldChar w:fldCharType="end"/>
                </w:r>
              </w:hyperlink>
            </w:p>
            <w:p w14:paraId="5C062905" w14:textId="61540096"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30" w:history="1">
                <w:r w:rsidRPr="00EC13EC">
                  <w:rPr>
                    <w:rStyle w:val="Hyperlink"/>
                    <w:noProof/>
                  </w:rPr>
                  <w:t>Figure 5 Doctors Table</w:t>
                </w:r>
                <w:r>
                  <w:rPr>
                    <w:noProof/>
                    <w:webHidden/>
                  </w:rPr>
                  <w:tab/>
                </w:r>
                <w:r>
                  <w:rPr>
                    <w:noProof/>
                    <w:webHidden/>
                  </w:rPr>
                  <w:fldChar w:fldCharType="begin"/>
                </w:r>
                <w:r>
                  <w:rPr>
                    <w:noProof/>
                    <w:webHidden/>
                  </w:rPr>
                  <w:instrText xml:space="preserve"> PAGEREF _Toc237605230 \h </w:instrText>
                </w:r>
                <w:r>
                  <w:rPr>
                    <w:noProof/>
                    <w:webHidden/>
                  </w:rPr>
                </w:r>
                <w:r>
                  <w:rPr>
                    <w:noProof/>
                    <w:webHidden/>
                  </w:rPr>
                  <w:fldChar w:fldCharType="separate"/>
                </w:r>
                <w:r>
                  <w:rPr>
                    <w:noProof/>
                    <w:webHidden/>
                  </w:rPr>
                  <w:t>15</w:t>
                </w:r>
                <w:r>
                  <w:rPr>
                    <w:noProof/>
                    <w:webHidden/>
                  </w:rPr>
                  <w:fldChar w:fldCharType="end"/>
                </w:r>
              </w:hyperlink>
            </w:p>
            <w:p w14:paraId="73608506" w14:textId="247D9100"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31" w:history="1">
                <w:r w:rsidRPr="00EC13EC">
                  <w:rPr>
                    <w:rStyle w:val="Hyperlink"/>
                    <w:noProof/>
                  </w:rPr>
                  <w:t>Figure 6 Appointment Table</w:t>
                </w:r>
                <w:r>
                  <w:rPr>
                    <w:noProof/>
                    <w:webHidden/>
                  </w:rPr>
                  <w:tab/>
                </w:r>
                <w:r>
                  <w:rPr>
                    <w:noProof/>
                    <w:webHidden/>
                  </w:rPr>
                  <w:fldChar w:fldCharType="begin"/>
                </w:r>
                <w:r>
                  <w:rPr>
                    <w:noProof/>
                    <w:webHidden/>
                  </w:rPr>
                  <w:instrText xml:space="preserve"> PAGEREF _Toc237605231 \h </w:instrText>
                </w:r>
                <w:r>
                  <w:rPr>
                    <w:noProof/>
                    <w:webHidden/>
                  </w:rPr>
                </w:r>
                <w:r>
                  <w:rPr>
                    <w:noProof/>
                    <w:webHidden/>
                  </w:rPr>
                  <w:fldChar w:fldCharType="separate"/>
                </w:r>
                <w:r>
                  <w:rPr>
                    <w:noProof/>
                    <w:webHidden/>
                  </w:rPr>
                  <w:t>15</w:t>
                </w:r>
                <w:r>
                  <w:rPr>
                    <w:noProof/>
                    <w:webHidden/>
                  </w:rPr>
                  <w:fldChar w:fldCharType="end"/>
                </w:r>
              </w:hyperlink>
            </w:p>
            <w:p w14:paraId="58DC19B6" w14:textId="5EFCCB6F"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32" w:history="1">
                <w:r w:rsidRPr="00EC13EC">
                  <w:rPr>
                    <w:rStyle w:val="Hyperlink"/>
                    <w:noProof/>
                  </w:rPr>
                  <w:t>Figure 7 Treatment Table</w:t>
                </w:r>
                <w:r>
                  <w:rPr>
                    <w:noProof/>
                    <w:webHidden/>
                  </w:rPr>
                  <w:tab/>
                </w:r>
                <w:r>
                  <w:rPr>
                    <w:noProof/>
                    <w:webHidden/>
                  </w:rPr>
                  <w:fldChar w:fldCharType="begin"/>
                </w:r>
                <w:r>
                  <w:rPr>
                    <w:noProof/>
                    <w:webHidden/>
                  </w:rPr>
                  <w:instrText xml:space="preserve"> PAGEREF _Toc237605232 \h </w:instrText>
                </w:r>
                <w:r>
                  <w:rPr>
                    <w:noProof/>
                    <w:webHidden/>
                  </w:rPr>
                </w:r>
                <w:r>
                  <w:rPr>
                    <w:noProof/>
                    <w:webHidden/>
                  </w:rPr>
                  <w:fldChar w:fldCharType="separate"/>
                </w:r>
                <w:r>
                  <w:rPr>
                    <w:noProof/>
                    <w:webHidden/>
                  </w:rPr>
                  <w:t>16</w:t>
                </w:r>
                <w:r>
                  <w:rPr>
                    <w:noProof/>
                    <w:webHidden/>
                  </w:rPr>
                  <w:fldChar w:fldCharType="end"/>
                </w:r>
              </w:hyperlink>
            </w:p>
            <w:p w14:paraId="0ED32F91" w14:textId="025D455F"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33" w:history="1">
                <w:r w:rsidRPr="00EC13EC">
                  <w:rPr>
                    <w:rStyle w:val="Hyperlink"/>
                    <w:noProof/>
                  </w:rPr>
                  <w:t>Figure 8 Feedback Table</w:t>
                </w:r>
                <w:r>
                  <w:rPr>
                    <w:noProof/>
                    <w:webHidden/>
                  </w:rPr>
                  <w:tab/>
                </w:r>
                <w:r>
                  <w:rPr>
                    <w:noProof/>
                    <w:webHidden/>
                  </w:rPr>
                  <w:fldChar w:fldCharType="begin"/>
                </w:r>
                <w:r>
                  <w:rPr>
                    <w:noProof/>
                    <w:webHidden/>
                  </w:rPr>
                  <w:instrText xml:space="preserve"> PAGEREF _Toc237605233 \h </w:instrText>
                </w:r>
                <w:r>
                  <w:rPr>
                    <w:noProof/>
                    <w:webHidden/>
                  </w:rPr>
                </w:r>
                <w:r>
                  <w:rPr>
                    <w:noProof/>
                    <w:webHidden/>
                  </w:rPr>
                  <w:fldChar w:fldCharType="separate"/>
                </w:r>
                <w:r>
                  <w:rPr>
                    <w:noProof/>
                    <w:webHidden/>
                  </w:rPr>
                  <w:t>16</w:t>
                </w:r>
                <w:r>
                  <w:rPr>
                    <w:noProof/>
                    <w:webHidden/>
                  </w:rPr>
                  <w:fldChar w:fldCharType="end"/>
                </w:r>
              </w:hyperlink>
            </w:p>
            <w:p w14:paraId="56D475FC" w14:textId="22885F48"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34" w:history="1">
                <w:r w:rsidRPr="00EC13EC">
                  <w:rPr>
                    <w:rStyle w:val="Hyperlink"/>
                    <w:noProof/>
                  </w:rPr>
                  <w:t>Figure 9 All Tables</w:t>
                </w:r>
                <w:r>
                  <w:rPr>
                    <w:noProof/>
                    <w:webHidden/>
                  </w:rPr>
                  <w:tab/>
                </w:r>
                <w:r>
                  <w:rPr>
                    <w:noProof/>
                    <w:webHidden/>
                  </w:rPr>
                  <w:fldChar w:fldCharType="begin"/>
                </w:r>
                <w:r>
                  <w:rPr>
                    <w:noProof/>
                    <w:webHidden/>
                  </w:rPr>
                  <w:instrText xml:space="preserve"> PAGEREF _Toc237605234 \h </w:instrText>
                </w:r>
                <w:r>
                  <w:rPr>
                    <w:noProof/>
                    <w:webHidden/>
                  </w:rPr>
                </w:r>
                <w:r>
                  <w:rPr>
                    <w:noProof/>
                    <w:webHidden/>
                  </w:rPr>
                  <w:fldChar w:fldCharType="separate"/>
                </w:r>
                <w:r>
                  <w:rPr>
                    <w:noProof/>
                    <w:webHidden/>
                  </w:rPr>
                  <w:t>17</w:t>
                </w:r>
                <w:r>
                  <w:rPr>
                    <w:noProof/>
                    <w:webHidden/>
                  </w:rPr>
                  <w:fldChar w:fldCharType="end"/>
                </w:r>
              </w:hyperlink>
            </w:p>
            <w:p w14:paraId="2FBF3A1C" w14:textId="1CCCE8E1" w:rsidR="009B39FB" w:rsidRDefault="009B39FB">
              <w:pPr>
                <w:pStyle w:val="TOC1"/>
                <w:tabs>
                  <w:tab w:val="left" w:pos="420"/>
                  <w:tab w:val="right" w:leader="dot" w:pos="9926"/>
                </w:tabs>
                <w:rPr>
                  <w:rFonts w:asciiTheme="minorHAnsi" w:eastAsiaTheme="minorEastAsia" w:hAnsiTheme="minorHAnsi"/>
                  <w:noProof/>
                  <w:kern w:val="2"/>
                  <w:sz w:val="24"/>
                  <w:szCs w:val="24"/>
                  <w:lang w:val="en-GB" w:eastAsia="en-GB"/>
                  <w14:ligatures w14:val="standardContextual"/>
                </w:rPr>
              </w:pPr>
              <w:hyperlink w:anchor="_Toc237605235" w:history="1">
                <w:r w:rsidRPr="00EC13EC">
                  <w:rPr>
                    <w:rStyle w:val="Hyperlink"/>
                    <w:noProof/>
                  </w:rPr>
                  <w:t>3.</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Database Implementation and Validation</w:t>
                </w:r>
                <w:r>
                  <w:rPr>
                    <w:noProof/>
                    <w:webHidden/>
                  </w:rPr>
                  <w:tab/>
                </w:r>
                <w:r>
                  <w:rPr>
                    <w:noProof/>
                    <w:webHidden/>
                  </w:rPr>
                  <w:fldChar w:fldCharType="begin"/>
                </w:r>
                <w:r>
                  <w:rPr>
                    <w:noProof/>
                    <w:webHidden/>
                  </w:rPr>
                  <w:instrText xml:space="preserve"> PAGEREF _Toc237605235 \h </w:instrText>
                </w:r>
                <w:r>
                  <w:rPr>
                    <w:noProof/>
                    <w:webHidden/>
                  </w:rPr>
                </w:r>
                <w:r>
                  <w:rPr>
                    <w:noProof/>
                    <w:webHidden/>
                  </w:rPr>
                  <w:fldChar w:fldCharType="separate"/>
                </w:r>
                <w:r>
                  <w:rPr>
                    <w:noProof/>
                    <w:webHidden/>
                  </w:rPr>
                  <w:t>18</w:t>
                </w:r>
                <w:r>
                  <w:rPr>
                    <w:noProof/>
                    <w:webHidden/>
                  </w:rPr>
                  <w:fldChar w:fldCharType="end"/>
                </w:r>
              </w:hyperlink>
            </w:p>
            <w:p w14:paraId="56251DC9" w14:textId="5AEFB74C" w:rsidR="009B39FB" w:rsidRDefault="009B39FB">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7605236" w:history="1">
                <w:r w:rsidRPr="00EC13EC">
                  <w:rPr>
                    <w:rStyle w:val="Hyperlink"/>
                    <w:noProof/>
                  </w:rPr>
                  <w:t>3.1</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Validating the populated database</w:t>
                </w:r>
                <w:r>
                  <w:rPr>
                    <w:noProof/>
                    <w:webHidden/>
                  </w:rPr>
                  <w:tab/>
                </w:r>
                <w:r>
                  <w:rPr>
                    <w:noProof/>
                    <w:webHidden/>
                  </w:rPr>
                  <w:fldChar w:fldCharType="begin"/>
                </w:r>
                <w:r>
                  <w:rPr>
                    <w:noProof/>
                    <w:webHidden/>
                  </w:rPr>
                  <w:instrText xml:space="preserve"> PAGEREF _Toc237605236 \h </w:instrText>
                </w:r>
                <w:r>
                  <w:rPr>
                    <w:noProof/>
                    <w:webHidden/>
                  </w:rPr>
                </w:r>
                <w:r>
                  <w:rPr>
                    <w:noProof/>
                    <w:webHidden/>
                  </w:rPr>
                  <w:fldChar w:fldCharType="separate"/>
                </w:r>
                <w:r>
                  <w:rPr>
                    <w:noProof/>
                    <w:webHidden/>
                  </w:rPr>
                  <w:t>18</w:t>
                </w:r>
                <w:r>
                  <w:rPr>
                    <w:noProof/>
                    <w:webHidden/>
                  </w:rPr>
                  <w:fldChar w:fldCharType="end"/>
                </w:r>
              </w:hyperlink>
            </w:p>
            <w:p w14:paraId="68F48B26" w14:textId="78540287"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37" w:history="1">
                <w:r w:rsidRPr="00EC13EC">
                  <w:rPr>
                    <w:rStyle w:val="Hyperlink"/>
                    <w:noProof/>
                  </w:rPr>
                  <w:t>Query 1</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Verify registered patients</w:t>
                </w:r>
                <w:r>
                  <w:rPr>
                    <w:noProof/>
                    <w:webHidden/>
                  </w:rPr>
                  <w:tab/>
                </w:r>
                <w:r>
                  <w:rPr>
                    <w:noProof/>
                    <w:webHidden/>
                  </w:rPr>
                  <w:fldChar w:fldCharType="begin"/>
                </w:r>
                <w:r>
                  <w:rPr>
                    <w:noProof/>
                    <w:webHidden/>
                  </w:rPr>
                  <w:instrText xml:space="preserve"> PAGEREF _Toc237605237 \h </w:instrText>
                </w:r>
                <w:r>
                  <w:rPr>
                    <w:noProof/>
                    <w:webHidden/>
                  </w:rPr>
                </w:r>
                <w:r>
                  <w:rPr>
                    <w:noProof/>
                    <w:webHidden/>
                  </w:rPr>
                  <w:fldChar w:fldCharType="separate"/>
                </w:r>
                <w:r>
                  <w:rPr>
                    <w:noProof/>
                    <w:webHidden/>
                  </w:rPr>
                  <w:t>18</w:t>
                </w:r>
                <w:r>
                  <w:rPr>
                    <w:noProof/>
                    <w:webHidden/>
                  </w:rPr>
                  <w:fldChar w:fldCharType="end"/>
                </w:r>
              </w:hyperlink>
            </w:p>
            <w:p w14:paraId="088B1690" w14:textId="624344AB"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38" w:history="1">
                <w:r w:rsidRPr="00EC13EC">
                  <w:rPr>
                    <w:rStyle w:val="Hyperlink"/>
                    <w:noProof/>
                  </w:rPr>
                  <w:t>Figure</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11</w:t>
                </w:r>
                <w:r>
                  <w:rPr>
                    <w:noProof/>
                    <w:webHidden/>
                  </w:rPr>
                  <w:tab/>
                </w:r>
                <w:r>
                  <w:rPr>
                    <w:noProof/>
                    <w:webHidden/>
                  </w:rPr>
                  <w:fldChar w:fldCharType="begin"/>
                </w:r>
                <w:r>
                  <w:rPr>
                    <w:noProof/>
                    <w:webHidden/>
                  </w:rPr>
                  <w:instrText xml:space="preserve"> PAGEREF _Toc237605238 \h </w:instrText>
                </w:r>
                <w:r>
                  <w:rPr>
                    <w:noProof/>
                    <w:webHidden/>
                  </w:rPr>
                </w:r>
                <w:r>
                  <w:rPr>
                    <w:noProof/>
                    <w:webHidden/>
                  </w:rPr>
                  <w:fldChar w:fldCharType="separate"/>
                </w:r>
                <w:r>
                  <w:rPr>
                    <w:noProof/>
                    <w:webHidden/>
                  </w:rPr>
                  <w:t>18</w:t>
                </w:r>
                <w:r>
                  <w:rPr>
                    <w:noProof/>
                    <w:webHidden/>
                  </w:rPr>
                  <w:fldChar w:fldCharType="end"/>
                </w:r>
              </w:hyperlink>
            </w:p>
            <w:p w14:paraId="5AED390D" w14:textId="3A51261A"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39" w:history="1">
                <w:r w:rsidRPr="00EC13EC">
                  <w:rPr>
                    <w:rStyle w:val="Hyperlink"/>
                    <w:noProof/>
                  </w:rPr>
                  <w:t>Query 2</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Retrieve a patients complete appointment and treatment history</w:t>
                </w:r>
                <w:r>
                  <w:rPr>
                    <w:noProof/>
                    <w:webHidden/>
                  </w:rPr>
                  <w:tab/>
                </w:r>
                <w:r>
                  <w:rPr>
                    <w:noProof/>
                    <w:webHidden/>
                  </w:rPr>
                  <w:fldChar w:fldCharType="begin"/>
                </w:r>
                <w:r>
                  <w:rPr>
                    <w:noProof/>
                    <w:webHidden/>
                  </w:rPr>
                  <w:instrText xml:space="preserve"> PAGEREF _Toc237605239 \h </w:instrText>
                </w:r>
                <w:r>
                  <w:rPr>
                    <w:noProof/>
                    <w:webHidden/>
                  </w:rPr>
                </w:r>
                <w:r>
                  <w:rPr>
                    <w:noProof/>
                    <w:webHidden/>
                  </w:rPr>
                  <w:fldChar w:fldCharType="separate"/>
                </w:r>
                <w:r>
                  <w:rPr>
                    <w:noProof/>
                    <w:webHidden/>
                  </w:rPr>
                  <w:t>19</w:t>
                </w:r>
                <w:r>
                  <w:rPr>
                    <w:noProof/>
                    <w:webHidden/>
                  </w:rPr>
                  <w:fldChar w:fldCharType="end"/>
                </w:r>
              </w:hyperlink>
            </w:p>
            <w:p w14:paraId="59B27E0A" w14:textId="75B70472"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40" w:history="1">
                <w:r w:rsidRPr="00EC13EC">
                  <w:rPr>
                    <w:rStyle w:val="Hyperlink"/>
                    <w:noProof/>
                  </w:rPr>
                  <w:t>Figure 12</w:t>
                </w:r>
                <w:r>
                  <w:rPr>
                    <w:noProof/>
                    <w:webHidden/>
                  </w:rPr>
                  <w:tab/>
                </w:r>
                <w:r>
                  <w:rPr>
                    <w:noProof/>
                    <w:webHidden/>
                  </w:rPr>
                  <w:fldChar w:fldCharType="begin"/>
                </w:r>
                <w:r>
                  <w:rPr>
                    <w:noProof/>
                    <w:webHidden/>
                  </w:rPr>
                  <w:instrText xml:space="preserve"> PAGEREF _Toc237605240 \h </w:instrText>
                </w:r>
                <w:r>
                  <w:rPr>
                    <w:noProof/>
                    <w:webHidden/>
                  </w:rPr>
                </w:r>
                <w:r>
                  <w:rPr>
                    <w:noProof/>
                    <w:webHidden/>
                  </w:rPr>
                  <w:fldChar w:fldCharType="separate"/>
                </w:r>
                <w:r>
                  <w:rPr>
                    <w:noProof/>
                    <w:webHidden/>
                  </w:rPr>
                  <w:t>19</w:t>
                </w:r>
                <w:r>
                  <w:rPr>
                    <w:noProof/>
                    <w:webHidden/>
                  </w:rPr>
                  <w:fldChar w:fldCharType="end"/>
                </w:r>
              </w:hyperlink>
            </w:p>
            <w:p w14:paraId="2F9A2910" w14:textId="6E8F157E"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41" w:history="1">
                <w:r w:rsidRPr="00EC13EC">
                  <w:rPr>
                    <w:rStyle w:val="Hyperlink"/>
                    <w:noProof/>
                  </w:rPr>
                  <w:t>Query 3</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Produce a patient activity Summary</w:t>
                </w:r>
                <w:r>
                  <w:rPr>
                    <w:noProof/>
                    <w:webHidden/>
                  </w:rPr>
                  <w:tab/>
                </w:r>
                <w:r>
                  <w:rPr>
                    <w:noProof/>
                    <w:webHidden/>
                  </w:rPr>
                  <w:fldChar w:fldCharType="begin"/>
                </w:r>
                <w:r>
                  <w:rPr>
                    <w:noProof/>
                    <w:webHidden/>
                  </w:rPr>
                  <w:instrText xml:space="preserve"> PAGEREF _Toc237605241 \h </w:instrText>
                </w:r>
                <w:r>
                  <w:rPr>
                    <w:noProof/>
                    <w:webHidden/>
                  </w:rPr>
                </w:r>
                <w:r>
                  <w:rPr>
                    <w:noProof/>
                    <w:webHidden/>
                  </w:rPr>
                  <w:fldChar w:fldCharType="separate"/>
                </w:r>
                <w:r>
                  <w:rPr>
                    <w:noProof/>
                    <w:webHidden/>
                  </w:rPr>
                  <w:t>19</w:t>
                </w:r>
                <w:r>
                  <w:rPr>
                    <w:noProof/>
                    <w:webHidden/>
                  </w:rPr>
                  <w:fldChar w:fldCharType="end"/>
                </w:r>
              </w:hyperlink>
            </w:p>
            <w:p w14:paraId="48262613" w14:textId="48E0D25D"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42" w:history="1">
                <w:r w:rsidRPr="00EC13EC">
                  <w:rPr>
                    <w:rStyle w:val="Hyperlink"/>
                    <w:noProof/>
                  </w:rPr>
                  <w:t>Query 4</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Verify doctor – to – department assignments</w:t>
                </w:r>
                <w:r>
                  <w:rPr>
                    <w:noProof/>
                    <w:webHidden/>
                  </w:rPr>
                  <w:tab/>
                </w:r>
                <w:r>
                  <w:rPr>
                    <w:noProof/>
                    <w:webHidden/>
                  </w:rPr>
                  <w:fldChar w:fldCharType="begin"/>
                </w:r>
                <w:r>
                  <w:rPr>
                    <w:noProof/>
                    <w:webHidden/>
                  </w:rPr>
                  <w:instrText xml:space="preserve"> PAGEREF _Toc237605242 \h </w:instrText>
                </w:r>
                <w:r>
                  <w:rPr>
                    <w:noProof/>
                    <w:webHidden/>
                  </w:rPr>
                </w:r>
                <w:r>
                  <w:rPr>
                    <w:noProof/>
                    <w:webHidden/>
                  </w:rPr>
                  <w:fldChar w:fldCharType="separate"/>
                </w:r>
                <w:r>
                  <w:rPr>
                    <w:noProof/>
                    <w:webHidden/>
                  </w:rPr>
                  <w:t>20</w:t>
                </w:r>
                <w:r>
                  <w:rPr>
                    <w:noProof/>
                    <w:webHidden/>
                  </w:rPr>
                  <w:fldChar w:fldCharType="end"/>
                </w:r>
              </w:hyperlink>
            </w:p>
            <w:p w14:paraId="7A8F89E1" w14:textId="4F366A72"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43" w:history="1">
                <w:r w:rsidRPr="00EC13EC">
                  <w:rPr>
                    <w:rStyle w:val="Hyperlink"/>
                    <w:noProof/>
                  </w:rPr>
                  <w:t>Figure 14</w:t>
                </w:r>
                <w:r>
                  <w:rPr>
                    <w:noProof/>
                    <w:webHidden/>
                  </w:rPr>
                  <w:tab/>
                </w:r>
                <w:r>
                  <w:rPr>
                    <w:noProof/>
                    <w:webHidden/>
                  </w:rPr>
                  <w:fldChar w:fldCharType="begin"/>
                </w:r>
                <w:r>
                  <w:rPr>
                    <w:noProof/>
                    <w:webHidden/>
                  </w:rPr>
                  <w:instrText xml:space="preserve"> PAGEREF _Toc237605243 \h </w:instrText>
                </w:r>
                <w:r>
                  <w:rPr>
                    <w:noProof/>
                    <w:webHidden/>
                  </w:rPr>
                </w:r>
                <w:r>
                  <w:rPr>
                    <w:noProof/>
                    <w:webHidden/>
                  </w:rPr>
                  <w:fldChar w:fldCharType="separate"/>
                </w:r>
                <w:r>
                  <w:rPr>
                    <w:noProof/>
                    <w:webHidden/>
                  </w:rPr>
                  <w:t>20</w:t>
                </w:r>
                <w:r>
                  <w:rPr>
                    <w:noProof/>
                    <w:webHidden/>
                  </w:rPr>
                  <w:fldChar w:fldCharType="end"/>
                </w:r>
              </w:hyperlink>
            </w:p>
            <w:p w14:paraId="6FA97AEA" w14:textId="5C150925"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44" w:history="1">
                <w:r w:rsidRPr="00EC13EC">
                  <w:rPr>
                    <w:rStyle w:val="Hyperlink"/>
                    <w:noProof/>
                  </w:rPr>
                  <w:t>Query 5</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Count doctors within each department</w:t>
                </w:r>
                <w:r>
                  <w:rPr>
                    <w:noProof/>
                    <w:webHidden/>
                  </w:rPr>
                  <w:tab/>
                </w:r>
                <w:r>
                  <w:rPr>
                    <w:noProof/>
                    <w:webHidden/>
                  </w:rPr>
                  <w:fldChar w:fldCharType="begin"/>
                </w:r>
                <w:r>
                  <w:rPr>
                    <w:noProof/>
                    <w:webHidden/>
                  </w:rPr>
                  <w:instrText xml:space="preserve"> PAGEREF _Toc237605244 \h </w:instrText>
                </w:r>
                <w:r>
                  <w:rPr>
                    <w:noProof/>
                    <w:webHidden/>
                  </w:rPr>
                </w:r>
                <w:r>
                  <w:rPr>
                    <w:noProof/>
                    <w:webHidden/>
                  </w:rPr>
                  <w:fldChar w:fldCharType="separate"/>
                </w:r>
                <w:r>
                  <w:rPr>
                    <w:noProof/>
                    <w:webHidden/>
                  </w:rPr>
                  <w:t>21</w:t>
                </w:r>
                <w:r>
                  <w:rPr>
                    <w:noProof/>
                    <w:webHidden/>
                  </w:rPr>
                  <w:fldChar w:fldCharType="end"/>
                </w:r>
              </w:hyperlink>
            </w:p>
            <w:p w14:paraId="53DD5EB7" w14:textId="3777579F"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45" w:history="1">
                <w:r w:rsidRPr="00EC13EC">
                  <w:rPr>
                    <w:rStyle w:val="Hyperlink"/>
                    <w:noProof/>
                  </w:rPr>
                  <w:t>Figure 15</w:t>
                </w:r>
                <w:r>
                  <w:rPr>
                    <w:noProof/>
                    <w:webHidden/>
                  </w:rPr>
                  <w:tab/>
                </w:r>
                <w:r>
                  <w:rPr>
                    <w:noProof/>
                    <w:webHidden/>
                  </w:rPr>
                  <w:fldChar w:fldCharType="begin"/>
                </w:r>
                <w:r>
                  <w:rPr>
                    <w:noProof/>
                    <w:webHidden/>
                  </w:rPr>
                  <w:instrText xml:space="preserve"> PAGEREF _Toc237605245 \h </w:instrText>
                </w:r>
                <w:r>
                  <w:rPr>
                    <w:noProof/>
                    <w:webHidden/>
                  </w:rPr>
                </w:r>
                <w:r>
                  <w:rPr>
                    <w:noProof/>
                    <w:webHidden/>
                  </w:rPr>
                  <w:fldChar w:fldCharType="separate"/>
                </w:r>
                <w:r>
                  <w:rPr>
                    <w:noProof/>
                    <w:webHidden/>
                  </w:rPr>
                  <w:t>21</w:t>
                </w:r>
                <w:r>
                  <w:rPr>
                    <w:noProof/>
                    <w:webHidden/>
                  </w:rPr>
                  <w:fldChar w:fldCharType="end"/>
                </w:r>
              </w:hyperlink>
            </w:p>
            <w:p w14:paraId="6E87681F" w14:textId="791BD8BC"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46" w:history="1">
                <w:r w:rsidRPr="00EC13EC">
                  <w:rPr>
                    <w:rStyle w:val="Hyperlink"/>
                    <w:noProof/>
                  </w:rPr>
                  <w:t>Query 6</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Measure each doctor’s appointment workload</w:t>
                </w:r>
                <w:r>
                  <w:rPr>
                    <w:noProof/>
                    <w:webHidden/>
                  </w:rPr>
                  <w:tab/>
                </w:r>
                <w:r>
                  <w:rPr>
                    <w:noProof/>
                    <w:webHidden/>
                  </w:rPr>
                  <w:fldChar w:fldCharType="begin"/>
                </w:r>
                <w:r>
                  <w:rPr>
                    <w:noProof/>
                    <w:webHidden/>
                  </w:rPr>
                  <w:instrText xml:space="preserve"> PAGEREF _Toc237605246 \h </w:instrText>
                </w:r>
                <w:r>
                  <w:rPr>
                    <w:noProof/>
                    <w:webHidden/>
                  </w:rPr>
                </w:r>
                <w:r>
                  <w:rPr>
                    <w:noProof/>
                    <w:webHidden/>
                  </w:rPr>
                  <w:fldChar w:fldCharType="separate"/>
                </w:r>
                <w:r>
                  <w:rPr>
                    <w:noProof/>
                    <w:webHidden/>
                  </w:rPr>
                  <w:t>21</w:t>
                </w:r>
                <w:r>
                  <w:rPr>
                    <w:noProof/>
                    <w:webHidden/>
                  </w:rPr>
                  <w:fldChar w:fldCharType="end"/>
                </w:r>
              </w:hyperlink>
            </w:p>
            <w:p w14:paraId="5BB25EB4" w14:textId="643F053E"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47" w:history="1">
                <w:r w:rsidRPr="00EC13EC">
                  <w:rPr>
                    <w:rStyle w:val="Hyperlink"/>
                    <w:noProof/>
                  </w:rPr>
                  <w:t>Figure 16</w:t>
                </w:r>
                <w:r>
                  <w:rPr>
                    <w:noProof/>
                    <w:webHidden/>
                  </w:rPr>
                  <w:tab/>
                </w:r>
                <w:r>
                  <w:rPr>
                    <w:noProof/>
                    <w:webHidden/>
                  </w:rPr>
                  <w:fldChar w:fldCharType="begin"/>
                </w:r>
                <w:r>
                  <w:rPr>
                    <w:noProof/>
                    <w:webHidden/>
                  </w:rPr>
                  <w:instrText xml:space="preserve"> PAGEREF _Toc237605247 \h </w:instrText>
                </w:r>
                <w:r>
                  <w:rPr>
                    <w:noProof/>
                    <w:webHidden/>
                  </w:rPr>
                </w:r>
                <w:r>
                  <w:rPr>
                    <w:noProof/>
                    <w:webHidden/>
                  </w:rPr>
                  <w:fldChar w:fldCharType="separate"/>
                </w:r>
                <w:r>
                  <w:rPr>
                    <w:noProof/>
                    <w:webHidden/>
                  </w:rPr>
                  <w:t>21</w:t>
                </w:r>
                <w:r>
                  <w:rPr>
                    <w:noProof/>
                    <w:webHidden/>
                  </w:rPr>
                  <w:fldChar w:fldCharType="end"/>
                </w:r>
              </w:hyperlink>
            </w:p>
            <w:p w14:paraId="64E7F987" w14:textId="36BD3383"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48" w:history="1">
                <w:r w:rsidRPr="00EC13EC">
                  <w:rPr>
                    <w:rStyle w:val="Hyperlink"/>
                    <w:noProof/>
                  </w:rPr>
                  <w:t>Query 7</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Shows the patients managed by each doctor</w:t>
                </w:r>
                <w:r>
                  <w:rPr>
                    <w:noProof/>
                    <w:webHidden/>
                  </w:rPr>
                  <w:tab/>
                </w:r>
                <w:r>
                  <w:rPr>
                    <w:noProof/>
                    <w:webHidden/>
                  </w:rPr>
                  <w:fldChar w:fldCharType="begin"/>
                </w:r>
                <w:r>
                  <w:rPr>
                    <w:noProof/>
                    <w:webHidden/>
                  </w:rPr>
                  <w:instrText xml:space="preserve"> PAGEREF _Toc237605248 \h </w:instrText>
                </w:r>
                <w:r>
                  <w:rPr>
                    <w:noProof/>
                    <w:webHidden/>
                  </w:rPr>
                </w:r>
                <w:r>
                  <w:rPr>
                    <w:noProof/>
                    <w:webHidden/>
                  </w:rPr>
                  <w:fldChar w:fldCharType="separate"/>
                </w:r>
                <w:r>
                  <w:rPr>
                    <w:noProof/>
                    <w:webHidden/>
                  </w:rPr>
                  <w:t>22</w:t>
                </w:r>
                <w:r>
                  <w:rPr>
                    <w:noProof/>
                    <w:webHidden/>
                  </w:rPr>
                  <w:fldChar w:fldCharType="end"/>
                </w:r>
              </w:hyperlink>
            </w:p>
            <w:p w14:paraId="325C9D97" w14:textId="7E576804"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49" w:history="1">
                <w:r w:rsidRPr="00EC13EC">
                  <w:rPr>
                    <w:rStyle w:val="Hyperlink"/>
                    <w:noProof/>
                  </w:rPr>
                  <w:t>Figure 17</w:t>
                </w:r>
                <w:r>
                  <w:rPr>
                    <w:noProof/>
                    <w:webHidden/>
                  </w:rPr>
                  <w:tab/>
                </w:r>
                <w:r>
                  <w:rPr>
                    <w:noProof/>
                    <w:webHidden/>
                  </w:rPr>
                  <w:fldChar w:fldCharType="begin"/>
                </w:r>
                <w:r>
                  <w:rPr>
                    <w:noProof/>
                    <w:webHidden/>
                  </w:rPr>
                  <w:instrText xml:space="preserve"> PAGEREF _Toc237605249 \h </w:instrText>
                </w:r>
                <w:r>
                  <w:rPr>
                    <w:noProof/>
                    <w:webHidden/>
                  </w:rPr>
                </w:r>
                <w:r>
                  <w:rPr>
                    <w:noProof/>
                    <w:webHidden/>
                  </w:rPr>
                  <w:fldChar w:fldCharType="separate"/>
                </w:r>
                <w:r>
                  <w:rPr>
                    <w:noProof/>
                    <w:webHidden/>
                  </w:rPr>
                  <w:t>22</w:t>
                </w:r>
                <w:r>
                  <w:rPr>
                    <w:noProof/>
                    <w:webHidden/>
                  </w:rPr>
                  <w:fldChar w:fldCharType="end"/>
                </w:r>
              </w:hyperlink>
            </w:p>
            <w:p w14:paraId="261672C3" w14:textId="47FE474A"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50" w:history="1">
                <w:r w:rsidRPr="00EC13EC">
                  <w:rPr>
                    <w:rStyle w:val="Hyperlink"/>
                    <w:noProof/>
                  </w:rPr>
                  <w:t>Query 8</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Display the complete appointment schedule</w:t>
                </w:r>
                <w:r>
                  <w:rPr>
                    <w:noProof/>
                    <w:webHidden/>
                  </w:rPr>
                  <w:tab/>
                </w:r>
                <w:r>
                  <w:rPr>
                    <w:noProof/>
                    <w:webHidden/>
                  </w:rPr>
                  <w:fldChar w:fldCharType="begin"/>
                </w:r>
                <w:r>
                  <w:rPr>
                    <w:noProof/>
                    <w:webHidden/>
                  </w:rPr>
                  <w:instrText xml:space="preserve"> PAGEREF _Toc237605250 \h </w:instrText>
                </w:r>
                <w:r>
                  <w:rPr>
                    <w:noProof/>
                    <w:webHidden/>
                  </w:rPr>
                </w:r>
                <w:r>
                  <w:rPr>
                    <w:noProof/>
                    <w:webHidden/>
                  </w:rPr>
                  <w:fldChar w:fldCharType="separate"/>
                </w:r>
                <w:r>
                  <w:rPr>
                    <w:noProof/>
                    <w:webHidden/>
                  </w:rPr>
                  <w:t>23</w:t>
                </w:r>
                <w:r>
                  <w:rPr>
                    <w:noProof/>
                    <w:webHidden/>
                  </w:rPr>
                  <w:fldChar w:fldCharType="end"/>
                </w:r>
              </w:hyperlink>
            </w:p>
            <w:p w14:paraId="463D7290" w14:textId="3C1DE7C6"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51" w:history="1">
                <w:r w:rsidRPr="00EC13EC">
                  <w:rPr>
                    <w:rStyle w:val="Hyperlink"/>
                    <w:noProof/>
                  </w:rPr>
                  <w:t>Figure 18</w:t>
                </w:r>
                <w:r>
                  <w:rPr>
                    <w:noProof/>
                    <w:webHidden/>
                  </w:rPr>
                  <w:tab/>
                </w:r>
                <w:r>
                  <w:rPr>
                    <w:noProof/>
                    <w:webHidden/>
                  </w:rPr>
                  <w:fldChar w:fldCharType="begin"/>
                </w:r>
                <w:r>
                  <w:rPr>
                    <w:noProof/>
                    <w:webHidden/>
                  </w:rPr>
                  <w:instrText xml:space="preserve"> PAGEREF _Toc237605251 \h </w:instrText>
                </w:r>
                <w:r>
                  <w:rPr>
                    <w:noProof/>
                    <w:webHidden/>
                  </w:rPr>
                </w:r>
                <w:r>
                  <w:rPr>
                    <w:noProof/>
                    <w:webHidden/>
                  </w:rPr>
                  <w:fldChar w:fldCharType="separate"/>
                </w:r>
                <w:r>
                  <w:rPr>
                    <w:noProof/>
                    <w:webHidden/>
                  </w:rPr>
                  <w:t>23</w:t>
                </w:r>
                <w:r>
                  <w:rPr>
                    <w:noProof/>
                    <w:webHidden/>
                  </w:rPr>
                  <w:fldChar w:fldCharType="end"/>
                </w:r>
              </w:hyperlink>
            </w:p>
            <w:p w14:paraId="3E60E258" w14:textId="69155610"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52" w:history="1">
                <w:r w:rsidRPr="00EC13EC">
                  <w:rPr>
                    <w:rStyle w:val="Hyperlink"/>
                    <w:noProof/>
                  </w:rPr>
                  <w:t>Query 9</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Retrieve an individual doctors diary. For example, retrieve Dr. Amelia Patel’s appointments.</w:t>
                </w:r>
                <w:r>
                  <w:rPr>
                    <w:noProof/>
                    <w:webHidden/>
                  </w:rPr>
                  <w:tab/>
                </w:r>
                <w:r>
                  <w:rPr>
                    <w:noProof/>
                    <w:webHidden/>
                  </w:rPr>
                  <w:fldChar w:fldCharType="begin"/>
                </w:r>
                <w:r>
                  <w:rPr>
                    <w:noProof/>
                    <w:webHidden/>
                  </w:rPr>
                  <w:instrText xml:space="preserve"> PAGEREF _Toc237605252 \h </w:instrText>
                </w:r>
                <w:r>
                  <w:rPr>
                    <w:noProof/>
                    <w:webHidden/>
                  </w:rPr>
                </w:r>
                <w:r>
                  <w:rPr>
                    <w:noProof/>
                    <w:webHidden/>
                  </w:rPr>
                  <w:fldChar w:fldCharType="separate"/>
                </w:r>
                <w:r>
                  <w:rPr>
                    <w:noProof/>
                    <w:webHidden/>
                  </w:rPr>
                  <w:t>23</w:t>
                </w:r>
                <w:r>
                  <w:rPr>
                    <w:noProof/>
                    <w:webHidden/>
                  </w:rPr>
                  <w:fldChar w:fldCharType="end"/>
                </w:r>
              </w:hyperlink>
            </w:p>
            <w:p w14:paraId="25D81041" w14:textId="22927B73"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53" w:history="1">
                <w:r w:rsidRPr="00EC13EC">
                  <w:rPr>
                    <w:rStyle w:val="Hyperlink"/>
                    <w:noProof/>
                  </w:rPr>
                  <w:t>Figure 19</w:t>
                </w:r>
                <w:r>
                  <w:rPr>
                    <w:noProof/>
                    <w:webHidden/>
                  </w:rPr>
                  <w:tab/>
                </w:r>
                <w:r>
                  <w:rPr>
                    <w:noProof/>
                    <w:webHidden/>
                  </w:rPr>
                  <w:fldChar w:fldCharType="begin"/>
                </w:r>
                <w:r>
                  <w:rPr>
                    <w:noProof/>
                    <w:webHidden/>
                  </w:rPr>
                  <w:instrText xml:space="preserve"> PAGEREF _Toc237605253 \h </w:instrText>
                </w:r>
                <w:r>
                  <w:rPr>
                    <w:noProof/>
                    <w:webHidden/>
                  </w:rPr>
                </w:r>
                <w:r>
                  <w:rPr>
                    <w:noProof/>
                    <w:webHidden/>
                  </w:rPr>
                  <w:fldChar w:fldCharType="separate"/>
                </w:r>
                <w:r>
                  <w:rPr>
                    <w:noProof/>
                    <w:webHidden/>
                  </w:rPr>
                  <w:t>23</w:t>
                </w:r>
                <w:r>
                  <w:rPr>
                    <w:noProof/>
                    <w:webHidden/>
                  </w:rPr>
                  <w:fldChar w:fldCharType="end"/>
                </w:r>
              </w:hyperlink>
            </w:p>
            <w:p w14:paraId="6CF44F9F" w14:textId="7838D324"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54" w:history="1">
                <w:r w:rsidRPr="00EC13EC">
                  <w:rPr>
                    <w:rStyle w:val="Hyperlink"/>
                    <w:noProof/>
                  </w:rPr>
                  <w:t>Query 10</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Find doctors available for a requested appointment</w:t>
                </w:r>
                <w:r>
                  <w:rPr>
                    <w:noProof/>
                    <w:webHidden/>
                  </w:rPr>
                  <w:tab/>
                </w:r>
                <w:r>
                  <w:rPr>
                    <w:noProof/>
                    <w:webHidden/>
                  </w:rPr>
                  <w:fldChar w:fldCharType="begin"/>
                </w:r>
                <w:r>
                  <w:rPr>
                    <w:noProof/>
                    <w:webHidden/>
                  </w:rPr>
                  <w:instrText xml:space="preserve"> PAGEREF _Toc237605254 \h </w:instrText>
                </w:r>
                <w:r>
                  <w:rPr>
                    <w:noProof/>
                    <w:webHidden/>
                  </w:rPr>
                </w:r>
                <w:r>
                  <w:rPr>
                    <w:noProof/>
                    <w:webHidden/>
                  </w:rPr>
                  <w:fldChar w:fldCharType="separate"/>
                </w:r>
                <w:r>
                  <w:rPr>
                    <w:noProof/>
                    <w:webHidden/>
                  </w:rPr>
                  <w:t>24</w:t>
                </w:r>
                <w:r>
                  <w:rPr>
                    <w:noProof/>
                    <w:webHidden/>
                  </w:rPr>
                  <w:fldChar w:fldCharType="end"/>
                </w:r>
              </w:hyperlink>
            </w:p>
            <w:p w14:paraId="739F87EF" w14:textId="6F06D079"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55" w:history="1">
                <w:r w:rsidRPr="00EC13EC">
                  <w:rPr>
                    <w:rStyle w:val="Hyperlink"/>
                    <w:noProof/>
                  </w:rPr>
                  <w:t>Figure 20 a</w:t>
                </w:r>
                <w:r>
                  <w:rPr>
                    <w:noProof/>
                    <w:webHidden/>
                  </w:rPr>
                  <w:tab/>
                </w:r>
                <w:r>
                  <w:rPr>
                    <w:noProof/>
                    <w:webHidden/>
                  </w:rPr>
                  <w:fldChar w:fldCharType="begin"/>
                </w:r>
                <w:r>
                  <w:rPr>
                    <w:noProof/>
                    <w:webHidden/>
                  </w:rPr>
                  <w:instrText xml:space="preserve"> PAGEREF _Toc237605255 \h </w:instrText>
                </w:r>
                <w:r>
                  <w:rPr>
                    <w:noProof/>
                    <w:webHidden/>
                  </w:rPr>
                </w:r>
                <w:r>
                  <w:rPr>
                    <w:noProof/>
                    <w:webHidden/>
                  </w:rPr>
                  <w:fldChar w:fldCharType="separate"/>
                </w:r>
                <w:r>
                  <w:rPr>
                    <w:noProof/>
                    <w:webHidden/>
                  </w:rPr>
                  <w:t>24</w:t>
                </w:r>
                <w:r>
                  <w:rPr>
                    <w:noProof/>
                    <w:webHidden/>
                  </w:rPr>
                  <w:fldChar w:fldCharType="end"/>
                </w:r>
              </w:hyperlink>
            </w:p>
            <w:p w14:paraId="4A2EE1B9" w14:textId="75ED9C5E"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56" w:history="1">
                <w:r w:rsidRPr="00EC13EC">
                  <w:rPr>
                    <w:rStyle w:val="Hyperlink"/>
                    <w:noProof/>
                  </w:rPr>
                  <w:t>Figure 20b</w:t>
                </w:r>
                <w:r>
                  <w:rPr>
                    <w:noProof/>
                    <w:webHidden/>
                  </w:rPr>
                  <w:tab/>
                </w:r>
                <w:r>
                  <w:rPr>
                    <w:noProof/>
                    <w:webHidden/>
                  </w:rPr>
                  <w:fldChar w:fldCharType="begin"/>
                </w:r>
                <w:r>
                  <w:rPr>
                    <w:noProof/>
                    <w:webHidden/>
                  </w:rPr>
                  <w:instrText xml:space="preserve"> PAGEREF _Toc237605256 \h </w:instrText>
                </w:r>
                <w:r>
                  <w:rPr>
                    <w:noProof/>
                    <w:webHidden/>
                  </w:rPr>
                </w:r>
                <w:r>
                  <w:rPr>
                    <w:noProof/>
                    <w:webHidden/>
                  </w:rPr>
                  <w:fldChar w:fldCharType="separate"/>
                </w:r>
                <w:r>
                  <w:rPr>
                    <w:noProof/>
                    <w:webHidden/>
                  </w:rPr>
                  <w:t>24</w:t>
                </w:r>
                <w:r>
                  <w:rPr>
                    <w:noProof/>
                    <w:webHidden/>
                  </w:rPr>
                  <w:fldChar w:fldCharType="end"/>
                </w:r>
              </w:hyperlink>
            </w:p>
            <w:p w14:paraId="03964077" w14:textId="616F42C0"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57" w:history="1">
                <w:r w:rsidRPr="00EC13EC">
                  <w:rPr>
                    <w:rStyle w:val="Hyperlink"/>
                    <w:noProof/>
                  </w:rPr>
                  <w:t>Query 11</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Defect overlapping appointments</w:t>
                </w:r>
                <w:r>
                  <w:rPr>
                    <w:noProof/>
                    <w:webHidden/>
                  </w:rPr>
                  <w:tab/>
                </w:r>
                <w:r>
                  <w:rPr>
                    <w:noProof/>
                    <w:webHidden/>
                  </w:rPr>
                  <w:fldChar w:fldCharType="begin"/>
                </w:r>
                <w:r>
                  <w:rPr>
                    <w:noProof/>
                    <w:webHidden/>
                  </w:rPr>
                  <w:instrText xml:space="preserve"> PAGEREF _Toc237605257 \h </w:instrText>
                </w:r>
                <w:r>
                  <w:rPr>
                    <w:noProof/>
                    <w:webHidden/>
                  </w:rPr>
                </w:r>
                <w:r>
                  <w:rPr>
                    <w:noProof/>
                    <w:webHidden/>
                  </w:rPr>
                  <w:fldChar w:fldCharType="separate"/>
                </w:r>
                <w:r>
                  <w:rPr>
                    <w:noProof/>
                    <w:webHidden/>
                  </w:rPr>
                  <w:t>25</w:t>
                </w:r>
                <w:r>
                  <w:rPr>
                    <w:noProof/>
                    <w:webHidden/>
                  </w:rPr>
                  <w:fldChar w:fldCharType="end"/>
                </w:r>
              </w:hyperlink>
            </w:p>
            <w:p w14:paraId="3633C8EF" w14:textId="0B7D8A2D"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58" w:history="1">
                <w:r w:rsidRPr="00EC13EC">
                  <w:rPr>
                    <w:rStyle w:val="Hyperlink"/>
                    <w:noProof/>
                  </w:rPr>
                  <w:t>Figure 21</w:t>
                </w:r>
                <w:r>
                  <w:rPr>
                    <w:noProof/>
                    <w:webHidden/>
                  </w:rPr>
                  <w:tab/>
                </w:r>
                <w:r>
                  <w:rPr>
                    <w:noProof/>
                    <w:webHidden/>
                  </w:rPr>
                  <w:fldChar w:fldCharType="begin"/>
                </w:r>
                <w:r>
                  <w:rPr>
                    <w:noProof/>
                    <w:webHidden/>
                  </w:rPr>
                  <w:instrText xml:space="preserve"> PAGEREF _Toc237605258 \h </w:instrText>
                </w:r>
                <w:r>
                  <w:rPr>
                    <w:noProof/>
                    <w:webHidden/>
                  </w:rPr>
                </w:r>
                <w:r>
                  <w:rPr>
                    <w:noProof/>
                    <w:webHidden/>
                  </w:rPr>
                  <w:fldChar w:fldCharType="separate"/>
                </w:r>
                <w:r>
                  <w:rPr>
                    <w:noProof/>
                    <w:webHidden/>
                  </w:rPr>
                  <w:t>25</w:t>
                </w:r>
                <w:r>
                  <w:rPr>
                    <w:noProof/>
                    <w:webHidden/>
                  </w:rPr>
                  <w:fldChar w:fldCharType="end"/>
                </w:r>
              </w:hyperlink>
            </w:p>
            <w:p w14:paraId="7BB03909" w14:textId="7C2E5193"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59" w:history="1">
                <w:r w:rsidRPr="00EC13EC">
                  <w:rPr>
                    <w:rStyle w:val="Hyperlink"/>
                    <w:noProof/>
                  </w:rPr>
                  <w:t>Query 12. Retrieve consultation and treatment records</w:t>
                </w:r>
                <w:r>
                  <w:rPr>
                    <w:noProof/>
                    <w:webHidden/>
                  </w:rPr>
                  <w:tab/>
                </w:r>
                <w:r>
                  <w:rPr>
                    <w:noProof/>
                    <w:webHidden/>
                  </w:rPr>
                  <w:fldChar w:fldCharType="begin"/>
                </w:r>
                <w:r>
                  <w:rPr>
                    <w:noProof/>
                    <w:webHidden/>
                  </w:rPr>
                  <w:instrText xml:space="preserve"> PAGEREF _Toc237605259 \h </w:instrText>
                </w:r>
                <w:r>
                  <w:rPr>
                    <w:noProof/>
                    <w:webHidden/>
                  </w:rPr>
                </w:r>
                <w:r>
                  <w:rPr>
                    <w:noProof/>
                    <w:webHidden/>
                  </w:rPr>
                  <w:fldChar w:fldCharType="separate"/>
                </w:r>
                <w:r>
                  <w:rPr>
                    <w:noProof/>
                    <w:webHidden/>
                  </w:rPr>
                  <w:t>26</w:t>
                </w:r>
                <w:r>
                  <w:rPr>
                    <w:noProof/>
                    <w:webHidden/>
                  </w:rPr>
                  <w:fldChar w:fldCharType="end"/>
                </w:r>
              </w:hyperlink>
            </w:p>
            <w:p w14:paraId="328901A9" w14:textId="49E45DB6"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60" w:history="1">
                <w:r w:rsidRPr="00EC13EC">
                  <w:rPr>
                    <w:rStyle w:val="Hyperlink"/>
                    <w:noProof/>
                  </w:rPr>
                  <w:t>Figure 22</w:t>
                </w:r>
                <w:r>
                  <w:rPr>
                    <w:noProof/>
                    <w:webHidden/>
                  </w:rPr>
                  <w:tab/>
                </w:r>
                <w:r>
                  <w:rPr>
                    <w:noProof/>
                    <w:webHidden/>
                  </w:rPr>
                  <w:fldChar w:fldCharType="begin"/>
                </w:r>
                <w:r>
                  <w:rPr>
                    <w:noProof/>
                    <w:webHidden/>
                  </w:rPr>
                  <w:instrText xml:space="preserve"> PAGEREF _Toc237605260 \h </w:instrText>
                </w:r>
                <w:r>
                  <w:rPr>
                    <w:noProof/>
                    <w:webHidden/>
                  </w:rPr>
                </w:r>
                <w:r>
                  <w:rPr>
                    <w:noProof/>
                    <w:webHidden/>
                  </w:rPr>
                  <w:fldChar w:fldCharType="separate"/>
                </w:r>
                <w:r>
                  <w:rPr>
                    <w:noProof/>
                    <w:webHidden/>
                  </w:rPr>
                  <w:t>26</w:t>
                </w:r>
                <w:r>
                  <w:rPr>
                    <w:noProof/>
                    <w:webHidden/>
                  </w:rPr>
                  <w:fldChar w:fldCharType="end"/>
                </w:r>
              </w:hyperlink>
            </w:p>
            <w:p w14:paraId="4D117FBE" w14:textId="6B35891E"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61" w:history="1">
                <w:r w:rsidRPr="00EC13EC">
                  <w:rPr>
                    <w:rStyle w:val="Hyperlink"/>
                    <w:noProof/>
                  </w:rPr>
                  <w:t>Query 13</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Check treatment integrity</w:t>
                </w:r>
                <w:r>
                  <w:rPr>
                    <w:noProof/>
                    <w:webHidden/>
                  </w:rPr>
                  <w:tab/>
                </w:r>
                <w:r>
                  <w:rPr>
                    <w:noProof/>
                    <w:webHidden/>
                  </w:rPr>
                  <w:fldChar w:fldCharType="begin"/>
                </w:r>
                <w:r>
                  <w:rPr>
                    <w:noProof/>
                    <w:webHidden/>
                  </w:rPr>
                  <w:instrText xml:space="preserve"> PAGEREF _Toc237605261 \h </w:instrText>
                </w:r>
                <w:r>
                  <w:rPr>
                    <w:noProof/>
                    <w:webHidden/>
                  </w:rPr>
                </w:r>
                <w:r>
                  <w:rPr>
                    <w:noProof/>
                    <w:webHidden/>
                  </w:rPr>
                  <w:fldChar w:fldCharType="separate"/>
                </w:r>
                <w:r>
                  <w:rPr>
                    <w:noProof/>
                    <w:webHidden/>
                  </w:rPr>
                  <w:t>26</w:t>
                </w:r>
                <w:r>
                  <w:rPr>
                    <w:noProof/>
                    <w:webHidden/>
                  </w:rPr>
                  <w:fldChar w:fldCharType="end"/>
                </w:r>
              </w:hyperlink>
            </w:p>
            <w:p w14:paraId="335E8393" w14:textId="6F5FFA0F"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62" w:history="1">
                <w:r w:rsidRPr="00EC13EC">
                  <w:rPr>
                    <w:rStyle w:val="Hyperlink"/>
                    <w:noProof/>
                  </w:rPr>
                  <w:t>Figure 23</w:t>
                </w:r>
                <w:r>
                  <w:rPr>
                    <w:noProof/>
                    <w:webHidden/>
                  </w:rPr>
                  <w:tab/>
                </w:r>
                <w:r>
                  <w:rPr>
                    <w:noProof/>
                    <w:webHidden/>
                  </w:rPr>
                  <w:fldChar w:fldCharType="begin"/>
                </w:r>
                <w:r>
                  <w:rPr>
                    <w:noProof/>
                    <w:webHidden/>
                  </w:rPr>
                  <w:instrText xml:space="preserve"> PAGEREF _Toc237605262 \h </w:instrText>
                </w:r>
                <w:r>
                  <w:rPr>
                    <w:noProof/>
                    <w:webHidden/>
                  </w:rPr>
                </w:r>
                <w:r>
                  <w:rPr>
                    <w:noProof/>
                    <w:webHidden/>
                  </w:rPr>
                  <w:fldChar w:fldCharType="separate"/>
                </w:r>
                <w:r>
                  <w:rPr>
                    <w:noProof/>
                    <w:webHidden/>
                  </w:rPr>
                  <w:t>26</w:t>
                </w:r>
                <w:r>
                  <w:rPr>
                    <w:noProof/>
                    <w:webHidden/>
                  </w:rPr>
                  <w:fldChar w:fldCharType="end"/>
                </w:r>
              </w:hyperlink>
            </w:p>
            <w:p w14:paraId="4BEA794A" w14:textId="06E00674"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63" w:history="1">
                <w:r w:rsidRPr="00EC13EC">
                  <w:rPr>
                    <w:rStyle w:val="Hyperlink"/>
                    <w:noProof/>
                  </w:rPr>
                  <w:t>Query 14</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Display complete patient feedback information</w:t>
                </w:r>
                <w:r>
                  <w:rPr>
                    <w:noProof/>
                    <w:webHidden/>
                  </w:rPr>
                  <w:tab/>
                </w:r>
                <w:r>
                  <w:rPr>
                    <w:noProof/>
                    <w:webHidden/>
                  </w:rPr>
                  <w:fldChar w:fldCharType="begin"/>
                </w:r>
                <w:r>
                  <w:rPr>
                    <w:noProof/>
                    <w:webHidden/>
                  </w:rPr>
                  <w:instrText xml:space="preserve"> PAGEREF _Toc237605263 \h </w:instrText>
                </w:r>
                <w:r>
                  <w:rPr>
                    <w:noProof/>
                    <w:webHidden/>
                  </w:rPr>
                </w:r>
                <w:r>
                  <w:rPr>
                    <w:noProof/>
                    <w:webHidden/>
                  </w:rPr>
                  <w:fldChar w:fldCharType="separate"/>
                </w:r>
                <w:r>
                  <w:rPr>
                    <w:noProof/>
                    <w:webHidden/>
                  </w:rPr>
                  <w:t>27</w:t>
                </w:r>
                <w:r>
                  <w:rPr>
                    <w:noProof/>
                    <w:webHidden/>
                  </w:rPr>
                  <w:fldChar w:fldCharType="end"/>
                </w:r>
              </w:hyperlink>
            </w:p>
            <w:p w14:paraId="7D3BF262" w14:textId="30ADF422"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64" w:history="1">
                <w:r w:rsidRPr="00EC13EC">
                  <w:rPr>
                    <w:rStyle w:val="Hyperlink"/>
                    <w:noProof/>
                  </w:rPr>
                  <w:t>Figure 24</w:t>
                </w:r>
                <w:r>
                  <w:rPr>
                    <w:noProof/>
                    <w:webHidden/>
                  </w:rPr>
                  <w:tab/>
                </w:r>
                <w:r>
                  <w:rPr>
                    <w:noProof/>
                    <w:webHidden/>
                  </w:rPr>
                  <w:fldChar w:fldCharType="begin"/>
                </w:r>
                <w:r>
                  <w:rPr>
                    <w:noProof/>
                    <w:webHidden/>
                  </w:rPr>
                  <w:instrText xml:space="preserve"> PAGEREF _Toc237605264 \h </w:instrText>
                </w:r>
                <w:r>
                  <w:rPr>
                    <w:noProof/>
                    <w:webHidden/>
                  </w:rPr>
                </w:r>
                <w:r>
                  <w:rPr>
                    <w:noProof/>
                    <w:webHidden/>
                  </w:rPr>
                  <w:fldChar w:fldCharType="separate"/>
                </w:r>
                <w:r>
                  <w:rPr>
                    <w:noProof/>
                    <w:webHidden/>
                  </w:rPr>
                  <w:t>27</w:t>
                </w:r>
                <w:r>
                  <w:rPr>
                    <w:noProof/>
                    <w:webHidden/>
                  </w:rPr>
                  <w:fldChar w:fldCharType="end"/>
                </w:r>
              </w:hyperlink>
            </w:p>
            <w:p w14:paraId="7FCE8605" w14:textId="48A8B0BA"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65" w:history="1">
                <w:r w:rsidRPr="00EC13EC">
                  <w:rPr>
                    <w:rStyle w:val="Hyperlink"/>
                    <w:noProof/>
                  </w:rPr>
                  <w:t>Query 15</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Produce a feedback review dashboard</w:t>
                </w:r>
                <w:r>
                  <w:rPr>
                    <w:noProof/>
                    <w:webHidden/>
                  </w:rPr>
                  <w:tab/>
                </w:r>
                <w:r>
                  <w:rPr>
                    <w:noProof/>
                    <w:webHidden/>
                  </w:rPr>
                  <w:fldChar w:fldCharType="begin"/>
                </w:r>
                <w:r>
                  <w:rPr>
                    <w:noProof/>
                    <w:webHidden/>
                  </w:rPr>
                  <w:instrText xml:space="preserve"> PAGEREF _Toc237605265 \h </w:instrText>
                </w:r>
                <w:r>
                  <w:rPr>
                    <w:noProof/>
                    <w:webHidden/>
                  </w:rPr>
                </w:r>
                <w:r>
                  <w:rPr>
                    <w:noProof/>
                    <w:webHidden/>
                  </w:rPr>
                  <w:fldChar w:fldCharType="separate"/>
                </w:r>
                <w:r>
                  <w:rPr>
                    <w:noProof/>
                    <w:webHidden/>
                  </w:rPr>
                  <w:t>28</w:t>
                </w:r>
                <w:r>
                  <w:rPr>
                    <w:noProof/>
                    <w:webHidden/>
                  </w:rPr>
                  <w:fldChar w:fldCharType="end"/>
                </w:r>
              </w:hyperlink>
            </w:p>
            <w:p w14:paraId="30F867BA" w14:textId="6C3881DF"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66" w:history="1">
                <w:r w:rsidRPr="00EC13EC">
                  <w:rPr>
                    <w:rStyle w:val="Hyperlink"/>
                    <w:noProof/>
                  </w:rPr>
                  <w:t>Figure 25</w:t>
                </w:r>
                <w:r>
                  <w:rPr>
                    <w:noProof/>
                    <w:webHidden/>
                  </w:rPr>
                  <w:tab/>
                </w:r>
                <w:r>
                  <w:rPr>
                    <w:noProof/>
                    <w:webHidden/>
                  </w:rPr>
                  <w:fldChar w:fldCharType="begin"/>
                </w:r>
                <w:r>
                  <w:rPr>
                    <w:noProof/>
                    <w:webHidden/>
                  </w:rPr>
                  <w:instrText xml:space="preserve"> PAGEREF _Toc237605266 \h </w:instrText>
                </w:r>
                <w:r>
                  <w:rPr>
                    <w:noProof/>
                    <w:webHidden/>
                  </w:rPr>
                </w:r>
                <w:r>
                  <w:rPr>
                    <w:noProof/>
                    <w:webHidden/>
                  </w:rPr>
                  <w:fldChar w:fldCharType="separate"/>
                </w:r>
                <w:r>
                  <w:rPr>
                    <w:noProof/>
                    <w:webHidden/>
                  </w:rPr>
                  <w:t>28</w:t>
                </w:r>
                <w:r>
                  <w:rPr>
                    <w:noProof/>
                    <w:webHidden/>
                  </w:rPr>
                  <w:fldChar w:fldCharType="end"/>
                </w:r>
              </w:hyperlink>
            </w:p>
            <w:p w14:paraId="44B0126D" w14:textId="4CF29D36"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67" w:history="1">
                <w:r w:rsidRPr="00EC13EC">
                  <w:rPr>
                    <w:rStyle w:val="Hyperlink"/>
                    <w:noProof/>
                  </w:rPr>
                  <w:t>Query 16</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Detect invalid feedback records</w:t>
                </w:r>
                <w:r>
                  <w:rPr>
                    <w:noProof/>
                    <w:webHidden/>
                  </w:rPr>
                  <w:tab/>
                </w:r>
                <w:r>
                  <w:rPr>
                    <w:noProof/>
                    <w:webHidden/>
                  </w:rPr>
                  <w:fldChar w:fldCharType="begin"/>
                </w:r>
                <w:r>
                  <w:rPr>
                    <w:noProof/>
                    <w:webHidden/>
                  </w:rPr>
                  <w:instrText xml:space="preserve"> PAGEREF _Toc237605267 \h </w:instrText>
                </w:r>
                <w:r>
                  <w:rPr>
                    <w:noProof/>
                    <w:webHidden/>
                  </w:rPr>
                </w:r>
                <w:r>
                  <w:rPr>
                    <w:noProof/>
                    <w:webHidden/>
                  </w:rPr>
                  <w:fldChar w:fldCharType="separate"/>
                </w:r>
                <w:r>
                  <w:rPr>
                    <w:noProof/>
                    <w:webHidden/>
                  </w:rPr>
                  <w:t>28</w:t>
                </w:r>
                <w:r>
                  <w:rPr>
                    <w:noProof/>
                    <w:webHidden/>
                  </w:rPr>
                  <w:fldChar w:fldCharType="end"/>
                </w:r>
              </w:hyperlink>
            </w:p>
            <w:p w14:paraId="31BFC0DB" w14:textId="3C6423F5"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68" w:history="1">
                <w:r w:rsidRPr="00EC13EC">
                  <w:rPr>
                    <w:rStyle w:val="Hyperlink"/>
                    <w:noProof/>
                  </w:rPr>
                  <w:t>Figure 26</w:t>
                </w:r>
                <w:r>
                  <w:rPr>
                    <w:noProof/>
                    <w:webHidden/>
                  </w:rPr>
                  <w:tab/>
                </w:r>
                <w:r>
                  <w:rPr>
                    <w:noProof/>
                    <w:webHidden/>
                  </w:rPr>
                  <w:fldChar w:fldCharType="begin"/>
                </w:r>
                <w:r>
                  <w:rPr>
                    <w:noProof/>
                    <w:webHidden/>
                  </w:rPr>
                  <w:instrText xml:space="preserve"> PAGEREF _Toc237605268 \h </w:instrText>
                </w:r>
                <w:r>
                  <w:rPr>
                    <w:noProof/>
                    <w:webHidden/>
                  </w:rPr>
                </w:r>
                <w:r>
                  <w:rPr>
                    <w:noProof/>
                    <w:webHidden/>
                  </w:rPr>
                  <w:fldChar w:fldCharType="separate"/>
                </w:r>
                <w:r>
                  <w:rPr>
                    <w:noProof/>
                    <w:webHidden/>
                  </w:rPr>
                  <w:t>28</w:t>
                </w:r>
                <w:r>
                  <w:rPr>
                    <w:noProof/>
                    <w:webHidden/>
                  </w:rPr>
                  <w:fldChar w:fldCharType="end"/>
                </w:r>
              </w:hyperlink>
            </w:p>
            <w:p w14:paraId="2456628F" w14:textId="4A9AF6F2"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69" w:history="1">
                <w:r w:rsidRPr="00EC13EC">
                  <w:rPr>
                    <w:rStyle w:val="Hyperlink"/>
                    <w:noProof/>
                  </w:rPr>
                  <w:t>Query 17</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Test a successful transaction and COMMIT</w:t>
                </w:r>
                <w:r>
                  <w:rPr>
                    <w:noProof/>
                    <w:webHidden/>
                  </w:rPr>
                  <w:tab/>
                </w:r>
                <w:r>
                  <w:rPr>
                    <w:noProof/>
                    <w:webHidden/>
                  </w:rPr>
                  <w:fldChar w:fldCharType="begin"/>
                </w:r>
                <w:r>
                  <w:rPr>
                    <w:noProof/>
                    <w:webHidden/>
                  </w:rPr>
                  <w:instrText xml:space="preserve"> PAGEREF _Toc237605269 \h </w:instrText>
                </w:r>
                <w:r>
                  <w:rPr>
                    <w:noProof/>
                    <w:webHidden/>
                  </w:rPr>
                </w:r>
                <w:r>
                  <w:rPr>
                    <w:noProof/>
                    <w:webHidden/>
                  </w:rPr>
                  <w:fldChar w:fldCharType="separate"/>
                </w:r>
                <w:r>
                  <w:rPr>
                    <w:noProof/>
                    <w:webHidden/>
                  </w:rPr>
                  <w:t>29</w:t>
                </w:r>
                <w:r>
                  <w:rPr>
                    <w:noProof/>
                    <w:webHidden/>
                  </w:rPr>
                  <w:fldChar w:fldCharType="end"/>
                </w:r>
              </w:hyperlink>
            </w:p>
            <w:p w14:paraId="210FC8FD" w14:textId="4C140739" w:rsidR="009B39FB" w:rsidRDefault="009B39FB">
              <w:pPr>
                <w:pStyle w:val="TOC3"/>
                <w:tabs>
                  <w:tab w:val="left" w:pos="1440"/>
                  <w:tab w:val="right" w:leader="dot" w:pos="9926"/>
                </w:tabs>
                <w:rPr>
                  <w:rFonts w:asciiTheme="minorHAnsi" w:eastAsiaTheme="minorEastAsia" w:hAnsiTheme="minorHAnsi"/>
                  <w:noProof/>
                  <w:kern w:val="2"/>
                  <w:sz w:val="24"/>
                  <w:szCs w:val="24"/>
                  <w:lang w:val="en-GB" w:eastAsia="en-GB"/>
                  <w14:ligatures w14:val="standardContextual"/>
                </w:rPr>
              </w:pPr>
              <w:hyperlink w:anchor="_Toc237605270" w:history="1">
                <w:r w:rsidRPr="00EC13EC">
                  <w:rPr>
                    <w:rStyle w:val="Hyperlink"/>
                    <w:noProof/>
                  </w:rPr>
                  <w:t>Figure</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27 a</w:t>
                </w:r>
                <w:r>
                  <w:rPr>
                    <w:noProof/>
                    <w:webHidden/>
                  </w:rPr>
                  <w:tab/>
                </w:r>
                <w:r>
                  <w:rPr>
                    <w:noProof/>
                    <w:webHidden/>
                  </w:rPr>
                  <w:fldChar w:fldCharType="begin"/>
                </w:r>
                <w:r>
                  <w:rPr>
                    <w:noProof/>
                    <w:webHidden/>
                  </w:rPr>
                  <w:instrText xml:space="preserve"> PAGEREF _Toc237605270 \h </w:instrText>
                </w:r>
                <w:r>
                  <w:rPr>
                    <w:noProof/>
                    <w:webHidden/>
                  </w:rPr>
                </w:r>
                <w:r>
                  <w:rPr>
                    <w:noProof/>
                    <w:webHidden/>
                  </w:rPr>
                  <w:fldChar w:fldCharType="separate"/>
                </w:r>
                <w:r>
                  <w:rPr>
                    <w:noProof/>
                    <w:webHidden/>
                  </w:rPr>
                  <w:t>29</w:t>
                </w:r>
                <w:r>
                  <w:rPr>
                    <w:noProof/>
                    <w:webHidden/>
                  </w:rPr>
                  <w:fldChar w:fldCharType="end"/>
                </w:r>
              </w:hyperlink>
            </w:p>
            <w:p w14:paraId="759E5EDC" w14:textId="5EC2E716"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1" w:history="1">
                <w:r w:rsidRPr="00EC13EC">
                  <w:rPr>
                    <w:rStyle w:val="Hyperlink"/>
                    <w:noProof/>
                  </w:rPr>
                  <w:t>Figure 27b</w:t>
                </w:r>
                <w:r>
                  <w:rPr>
                    <w:noProof/>
                    <w:webHidden/>
                  </w:rPr>
                  <w:tab/>
                </w:r>
                <w:r>
                  <w:rPr>
                    <w:noProof/>
                    <w:webHidden/>
                  </w:rPr>
                  <w:fldChar w:fldCharType="begin"/>
                </w:r>
                <w:r>
                  <w:rPr>
                    <w:noProof/>
                    <w:webHidden/>
                  </w:rPr>
                  <w:instrText xml:space="preserve"> PAGEREF _Toc237605271 \h </w:instrText>
                </w:r>
                <w:r>
                  <w:rPr>
                    <w:noProof/>
                    <w:webHidden/>
                  </w:rPr>
                </w:r>
                <w:r>
                  <w:rPr>
                    <w:noProof/>
                    <w:webHidden/>
                  </w:rPr>
                  <w:fldChar w:fldCharType="separate"/>
                </w:r>
                <w:r>
                  <w:rPr>
                    <w:noProof/>
                    <w:webHidden/>
                  </w:rPr>
                  <w:t>29</w:t>
                </w:r>
                <w:r>
                  <w:rPr>
                    <w:noProof/>
                    <w:webHidden/>
                  </w:rPr>
                  <w:fldChar w:fldCharType="end"/>
                </w:r>
              </w:hyperlink>
            </w:p>
            <w:p w14:paraId="57AA0CAA" w14:textId="7E0B7FA7"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2" w:history="1">
                <w:r w:rsidRPr="00EC13EC">
                  <w:rPr>
                    <w:rStyle w:val="Hyperlink"/>
                    <w:noProof/>
                  </w:rPr>
                  <w:t>Figure 27b</w:t>
                </w:r>
                <w:r>
                  <w:rPr>
                    <w:noProof/>
                    <w:webHidden/>
                  </w:rPr>
                  <w:tab/>
                </w:r>
                <w:r>
                  <w:rPr>
                    <w:noProof/>
                    <w:webHidden/>
                  </w:rPr>
                  <w:fldChar w:fldCharType="begin"/>
                </w:r>
                <w:r>
                  <w:rPr>
                    <w:noProof/>
                    <w:webHidden/>
                  </w:rPr>
                  <w:instrText xml:space="preserve"> PAGEREF _Toc237605272 \h </w:instrText>
                </w:r>
                <w:r>
                  <w:rPr>
                    <w:noProof/>
                    <w:webHidden/>
                  </w:rPr>
                </w:r>
                <w:r>
                  <w:rPr>
                    <w:noProof/>
                    <w:webHidden/>
                  </w:rPr>
                  <w:fldChar w:fldCharType="separate"/>
                </w:r>
                <w:r>
                  <w:rPr>
                    <w:noProof/>
                    <w:webHidden/>
                  </w:rPr>
                  <w:t>30</w:t>
                </w:r>
                <w:r>
                  <w:rPr>
                    <w:noProof/>
                    <w:webHidden/>
                  </w:rPr>
                  <w:fldChar w:fldCharType="end"/>
                </w:r>
              </w:hyperlink>
            </w:p>
            <w:p w14:paraId="31B4C195" w14:textId="534FCEE0"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3" w:history="1">
                <w:r w:rsidRPr="00EC13EC">
                  <w:rPr>
                    <w:rStyle w:val="Hyperlink"/>
                    <w:noProof/>
                  </w:rPr>
                  <w:t>Figure 27d</w:t>
                </w:r>
                <w:r>
                  <w:rPr>
                    <w:noProof/>
                    <w:webHidden/>
                  </w:rPr>
                  <w:tab/>
                </w:r>
                <w:r>
                  <w:rPr>
                    <w:noProof/>
                    <w:webHidden/>
                  </w:rPr>
                  <w:fldChar w:fldCharType="begin"/>
                </w:r>
                <w:r>
                  <w:rPr>
                    <w:noProof/>
                    <w:webHidden/>
                  </w:rPr>
                  <w:instrText xml:space="preserve"> PAGEREF _Toc237605273 \h </w:instrText>
                </w:r>
                <w:r>
                  <w:rPr>
                    <w:noProof/>
                    <w:webHidden/>
                  </w:rPr>
                </w:r>
                <w:r>
                  <w:rPr>
                    <w:noProof/>
                    <w:webHidden/>
                  </w:rPr>
                  <w:fldChar w:fldCharType="separate"/>
                </w:r>
                <w:r>
                  <w:rPr>
                    <w:noProof/>
                    <w:webHidden/>
                  </w:rPr>
                  <w:t>30</w:t>
                </w:r>
                <w:r>
                  <w:rPr>
                    <w:noProof/>
                    <w:webHidden/>
                  </w:rPr>
                  <w:fldChar w:fldCharType="end"/>
                </w:r>
              </w:hyperlink>
            </w:p>
            <w:p w14:paraId="7E733336" w14:textId="685E6C73"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74" w:history="1">
                <w:r w:rsidRPr="00EC13EC">
                  <w:rPr>
                    <w:rStyle w:val="Hyperlink"/>
                    <w:noProof/>
                  </w:rPr>
                  <w:t>Query 18</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Test a failed transaction and Rollback</w:t>
                </w:r>
                <w:r>
                  <w:rPr>
                    <w:noProof/>
                    <w:webHidden/>
                  </w:rPr>
                  <w:tab/>
                </w:r>
                <w:r>
                  <w:rPr>
                    <w:noProof/>
                    <w:webHidden/>
                  </w:rPr>
                  <w:fldChar w:fldCharType="begin"/>
                </w:r>
                <w:r>
                  <w:rPr>
                    <w:noProof/>
                    <w:webHidden/>
                  </w:rPr>
                  <w:instrText xml:space="preserve"> PAGEREF _Toc237605274 \h </w:instrText>
                </w:r>
                <w:r>
                  <w:rPr>
                    <w:noProof/>
                    <w:webHidden/>
                  </w:rPr>
                </w:r>
                <w:r>
                  <w:rPr>
                    <w:noProof/>
                    <w:webHidden/>
                  </w:rPr>
                  <w:fldChar w:fldCharType="separate"/>
                </w:r>
                <w:r>
                  <w:rPr>
                    <w:noProof/>
                    <w:webHidden/>
                  </w:rPr>
                  <w:t>31</w:t>
                </w:r>
                <w:r>
                  <w:rPr>
                    <w:noProof/>
                    <w:webHidden/>
                  </w:rPr>
                  <w:fldChar w:fldCharType="end"/>
                </w:r>
              </w:hyperlink>
            </w:p>
            <w:p w14:paraId="2480A6C4" w14:textId="29707C2A"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5" w:history="1">
                <w:r w:rsidRPr="00EC13EC">
                  <w:rPr>
                    <w:rStyle w:val="Hyperlink"/>
                    <w:noProof/>
                  </w:rPr>
                  <w:t>Figure 28a</w:t>
                </w:r>
                <w:r>
                  <w:rPr>
                    <w:noProof/>
                    <w:webHidden/>
                  </w:rPr>
                  <w:tab/>
                </w:r>
                <w:r>
                  <w:rPr>
                    <w:noProof/>
                    <w:webHidden/>
                  </w:rPr>
                  <w:fldChar w:fldCharType="begin"/>
                </w:r>
                <w:r>
                  <w:rPr>
                    <w:noProof/>
                    <w:webHidden/>
                  </w:rPr>
                  <w:instrText xml:space="preserve"> PAGEREF _Toc237605275 \h </w:instrText>
                </w:r>
                <w:r>
                  <w:rPr>
                    <w:noProof/>
                    <w:webHidden/>
                  </w:rPr>
                </w:r>
                <w:r>
                  <w:rPr>
                    <w:noProof/>
                    <w:webHidden/>
                  </w:rPr>
                  <w:fldChar w:fldCharType="separate"/>
                </w:r>
                <w:r>
                  <w:rPr>
                    <w:noProof/>
                    <w:webHidden/>
                  </w:rPr>
                  <w:t>31</w:t>
                </w:r>
                <w:r>
                  <w:rPr>
                    <w:noProof/>
                    <w:webHidden/>
                  </w:rPr>
                  <w:fldChar w:fldCharType="end"/>
                </w:r>
              </w:hyperlink>
            </w:p>
            <w:p w14:paraId="768A6253" w14:textId="6015CCA0"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6" w:history="1">
                <w:r w:rsidRPr="00EC13EC">
                  <w:rPr>
                    <w:rStyle w:val="Hyperlink"/>
                    <w:noProof/>
                  </w:rPr>
                  <w:t>Figure 28b</w:t>
                </w:r>
                <w:r>
                  <w:rPr>
                    <w:noProof/>
                    <w:webHidden/>
                  </w:rPr>
                  <w:tab/>
                </w:r>
                <w:r>
                  <w:rPr>
                    <w:noProof/>
                    <w:webHidden/>
                  </w:rPr>
                  <w:fldChar w:fldCharType="begin"/>
                </w:r>
                <w:r>
                  <w:rPr>
                    <w:noProof/>
                    <w:webHidden/>
                  </w:rPr>
                  <w:instrText xml:space="preserve"> PAGEREF _Toc237605276 \h </w:instrText>
                </w:r>
                <w:r>
                  <w:rPr>
                    <w:noProof/>
                    <w:webHidden/>
                  </w:rPr>
                </w:r>
                <w:r>
                  <w:rPr>
                    <w:noProof/>
                    <w:webHidden/>
                  </w:rPr>
                  <w:fldChar w:fldCharType="separate"/>
                </w:r>
                <w:r>
                  <w:rPr>
                    <w:noProof/>
                    <w:webHidden/>
                  </w:rPr>
                  <w:t>31</w:t>
                </w:r>
                <w:r>
                  <w:rPr>
                    <w:noProof/>
                    <w:webHidden/>
                  </w:rPr>
                  <w:fldChar w:fldCharType="end"/>
                </w:r>
              </w:hyperlink>
            </w:p>
            <w:p w14:paraId="35EB020A" w14:textId="2D94B1C6"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7" w:history="1">
                <w:r w:rsidRPr="00EC13EC">
                  <w:rPr>
                    <w:rStyle w:val="Hyperlink"/>
                    <w:noProof/>
                  </w:rPr>
                  <w:t>Figure 28c</w:t>
                </w:r>
                <w:r>
                  <w:rPr>
                    <w:noProof/>
                    <w:webHidden/>
                  </w:rPr>
                  <w:tab/>
                </w:r>
                <w:r>
                  <w:rPr>
                    <w:noProof/>
                    <w:webHidden/>
                  </w:rPr>
                  <w:fldChar w:fldCharType="begin"/>
                </w:r>
                <w:r>
                  <w:rPr>
                    <w:noProof/>
                    <w:webHidden/>
                  </w:rPr>
                  <w:instrText xml:space="preserve"> PAGEREF _Toc237605277 \h </w:instrText>
                </w:r>
                <w:r>
                  <w:rPr>
                    <w:noProof/>
                    <w:webHidden/>
                  </w:rPr>
                </w:r>
                <w:r>
                  <w:rPr>
                    <w:noProof/>
                    <w:webHidden/>
                  </w:rPr>
                  <w:fldChar w:fldCharType="separate"/>
                </w:r>
                <w:r>
                  <w:rPr>
                    <w:noProof/>
                    <w:webHidden/>
                  </w:rPr>
                  <w:t>32</w:t>
                </w:r>
                <w:r>
                  <w:rPr>
                    <w:noProof/>
                    <w:webHidden/>
                  </w:rPr>
                  <w:fldChar w:fldCharType="end"/>
                </w:r>
              </w:hyperlink>
            </w:p>
            <w:p w14:paraId="13BA0517" w14:textId="641DB6E8"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8" w:history="1">
                <w:r w:rsidRPr="00EC13EC">
                  <w:rPr>
                    <w:rStyle w:val="Hyperlink"/>
                    <w:noProof/>
                  </w:rPr>
                  <w:t>Figure 28d</w:t>
                </w:r>
                <w:r>
                  <w:rPr>
                    <w:noProof/>
                    <w:webHidden/>
                  </w:rPr>
                  <w:tab/>
                </w:r>
                <w:r>
                  <w:rPr>
                    <w:noProof/>
                    <w:webHidden/>
                  </w:rPr>
                  <w:fldChar w:fldCharType="begin"/>
                </w:r>
                <w:r>
                  <w:rPr>
                    <w:noProof/>
                    <w:webHidden/>
                  </w:rPr>
                  <w:instrText xml:space="preserve"> PAGEREF _Toc237605278 \h </w:instrText>
                </w:r>
                <w:r>
                  <w:rPr>
                    <w:noProof/>
                    <w:webHidden/>
                  </w:rPr>
                </w:r>
                <w:r>
                  <w:rPr>
                    <w:noProof/>
                    <w:webHidden/>
                  </w:rPr>
                  <w:fldChar w:fldCharType="separate"/>
                </w:r>
                <w:r>
                  <w:rPr>
                    <w:noProof/>
                    <w:webHidden/>
                  </w:rPr>
                  <w:t>32</w:t>
                </w:r>
                <w:r>
                  <w:rPr>
                    <w:noProof/>
                    <w:webHidden/>
                  </w:rPr>
                  <w:fldChar w:fldCharType="end"/>
                </w:r>
              </w:hyperlink>
            </w:p>
            <w:p w14:paraId="6261F375" w14:textId="64C83D4C"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79" w:history="1">
                <w:r w:rsidRPr="00EC13EC">
                  <w:rPr>
                    <w:rStyle w:val="Hyperlink"/>
                    <w:noProof/>
                  </w:rPr>
                  <w:t>Create Patient</w:t>
                </w:r>
                <w:r>
                  <w:rPr>
                    <w:noProof/>
                    <w:webHidden/>
                  </w:rPr>
                  <w:tab/>
                </w:r>
                <w:r>
                  <w:rPr>
                    <w:noProof/>
                    <w:webHidden/>
                  </w:rPr>
                  <w:fldChar w:fldCharType="begin"/>
                </w:r>
                <w:r>
                  <w:rPr>
                    <w:noProof/>
                    <w:webHidden/>
                  </w:rPr>
                  <w:instrText xml:space="preserve"> PAGEREF _Toc237605279 \h </w:instrText>
                </w:r>
                <w:r>
                  <w:rPr>
                    <w:noProof/>
                    <w:webHidden/>
                  </w:rPr>
                </w:r>
                <w:r>
                  <w:rPr>
                    <w:noProof/>
                    <w:webHidden/>
                  </w:rPr>
                  <w:fldChar w:fldCharType="separate"/>
                </w:r>
                <w:r>
                  <w:rPr>
                    <w:noProof/>
                    <w:webHidden/>
                  </w:rPr>
                  <w:t>33</w:t>
                </w:r>
                <w:r>
                  <w:rPr>
                    <w:noProof/>
                    <w:webHidden/>
                  </w:rPr>
                  <w:fldChar w:fldCharType="end"/>
                </w:r>
              </w:hyperlink>
            </w:p>
            <w:p w14:paraId="62C5C0DE" w14:textId="096B4B37"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80" w:history="1">
                <w:r w:rsidRPr="00EC13EC">
                  <w:rPr>
                    <w:rStyle w:val="Hyperlink"/>
                    <w:noProof/>
                  </w:rPr>
                  <w:t>Testing the Create Patient</w:t>
                </w:r>
                <w:r>
                  <w:rPr>
                    <w:noProof/>
                    <w:webHidden/>
                  </w:rPr>
                  <w:tab/>
                </w:r>
                <w:r>
                  <w:rPr>
                    <w:noProof/>
                    <w:webHidden/>
                  </w:rPr>
                  <w:fldChar w:fldCharType="begin"/>
                </w:r>
                <w:r>
                  <w:rPr>
                    <w:noProof/>
                    <w:webHidden/>
                  </w:rPr>
                  <w:instrText xml:space="preserve"> PAGEREF _Toc237605280 \h </w:instrText>
                </w:r>
                <w:r>
                  <w:rPr>
                    <w:noProof/>
                    <w:webHidden/>
                  </w:rPr>
                </w:r>
                <w:r>
                  <w:rPr>
                    <w:noProof/>
                    <w:webHidden/>
                  </w:rPr>
                  <w:fldChar w:fldCharType="separate"/>
                </w:r>
                <w:r>
                  <w:rPr>
                    <w:noProof/>
                    <w:webHidden/>
                  </w:rPr>
                  <w:t>34</w:t>
                </w:r>
                <w:r>
                  <w:rPr>
                    <w:noProof/>
                    <w:webHidden/>
                  </w:rPr>
                  <w:fldChar w:fldCharType="end"/>
                </w:r>
              </w:hyperlink>
            </w:p>
            <w:p w14:paraId="5784FE08" w14:textId="1DA9CF5A"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81" w:history="1">
                <w:r w:rsidRPr="00EC13EC">
                  <w:rPr>
                    <w:rStyle w:val="Hyperlink"/>
                    <w:noProof/>
                  </w:rPr>
                  <w:t>Read Patient</w:t>
                </w:r>
                <w:r>
                  <w:rPr>
                    <w:noProof/>
                    <w:webHidden/>
                  </w:rPr>
                  <w:tab/>
                </w:r>
                <w:r>
                  <w:rPr>
                    <w:noProof/>
                    <w:webHidden/>
                  </w:rPr>
                  <w:fldChar w:fldCharType="begin"/>
                </w:r>
                <w:r>
                  <w:rPr>
                    <w:noProof/>
                    <w:webHidden/>
                  </w:rPr>
                  <w:instrText xml:space="preserve"> PAGEREF _Toc237605281 \h </w:instrText>
                </w:r>
                <w:r>
                  <w:rPr>
                    <w:noProof/>
                    <w:webHidden/>
                  </w:rPr>
                </w:r>
                <w:r>
                  <w:rPr>
                    <w:noProof/>
                    <w:webHidden/>
                  </w:rPr>
                  <w:fldChar w:fldCharType="separate"/>
                </w:r>
                <w:r>
                  <w:rPr>
                    <w:noProof/>
                    <w:webHidden/>
                  </w:rPr>
                  <w:t>35</w:t>
                </w:r>
                <w:r>
                  <w:rPr>
                    <w:noProof/>
                    <w:webHidden/>
                  </w:rPr>
                  <w:fldChar w:fldCharType="end"/>
                </w:r>
              </w:hyperlink>
            </w:p>
            <w:p w14:paraId="24125CA3" w14:textId="7186CD83"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82" w:history="1">
                <w:r w:rsidRPr="00EC13EC">
                  <w:rPr>
                    <w:rStyle w:val="Hyperlink"/>
                    <w:noProof/>
                  </w:rPr>
                  <w:t>Update Patient</w:t>
                </w:r>
                <w:r>
                  <w:rPr>
                    <w:noProof/>
                    <w:webHidden/>
                  </w:rPr>
                  <w:tab/>
                </w:r>
                <w:r>
                  <w:rPr>
                    <w:noProof/>
                    <w:webHidden/>
                  </w:rPr>
                  <w:fldChar w:fldCharType="begin"/>
                </w:r>
                <w:r>
                  <w:rPr>
                    <w:noProof/>
                    <w:webHidden/>
                  </w:rPr>
                  <w:instrText xml:space="preserve"> PAGEREF _Toc237605282 \h </w:instrText>
                </w:r>
                <w:r>
                  <w:rPr>
                    <w:noProof/>
                    <w:webHidden/>
                  </w:rPr>
                </w:r>
                <w:r>
                  <w:rPr>
                    <w:noProof/>
                    <w:webHidden/>
                  </w:rPr>
                  <w:fldChar w:fldCharType="separate"/>
                </w:r>
                <w:r>
                  <w:rPr>
                    <w:noProof/>
                    <w:webHidden/>
                  </w:rPr>
                  <w:t>36</w:t>
                </w:r>
                <w:r>
                  <w:rPr>
                    <w:noProof/>
                    <w:webHidden/>
                  </w:rPr>
                  <w:fldChar w:fldCharType="end"/>
                </w:r>
              </w:hyperlink>
            </w:p>
            <w:p w14:paraId="6F78A9FC" w14:textId="699FE98B" w:rsidR="009B39FB" w:rsidRDefault="009B39FB">
              <w:pPr>
                <w:pStyle w:val="TOC3"/>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83" w:history="1">
                <w:r w:rsidRPr="00EC13EC">
                  <w:rPr>
                    <w:rStyle w:val="Hyperlink"/>
                    <w:noProof/>
                  </w:rPr>
                  <w:t>Delete Patient</w:t>
                </w:r>
                <w:r>
                  <w:rPr>
                    <w:noProof/>
                    <w:webHidden/>
                  </w:rPr>
                  <w:tab/>
                </w:r>
                <w:r>
                  <w:rPr>
                    <w:noProof/>
                    <w:webHidden/>
                  </w:rPr>
                  <w:fldChar w:fldCharType="begin"/>
                </w:r>
                <w:r>
                  <w:rPr>
                    <w:noProof/>
                    <w:webHidden/>
                  </w:rPr>
                  <w:instrText xml:space="preserve"> PAGEREF _Toc237605283 \h </w:instrText>
                </w:r>
                <w:r>
                  <w:rPr>
                    <w:noProof/>
                    <w:webHidden/>
                  </w:rPr>
                </w:r>
                <w:r>
                  <w:rPr>
                    <w:noProof/>
                    <w:webHidden/>
                  </w:rPr>
                  <w:fldChar w:fldCharType="separate"/>
                </w:r>
                <w:r>
                  <w:rPr>
                    <w:noProof/>
                    <w:webHidden/>
                  </w:rPr>
                  <w:t>36</w:t>
                </w:r>
                <w:r>
                  <w:rPr>
                    <w:noProof/>
                    <w:webHidden/>
                  </w:rPr>
                  <w:fldChar w:fldCharType="end"/>
                </w:r>
              </w:hyperlink>
            </w:p>
            <w:p w14:paraId="031E2169" w14:textId="4C0D2CC8" w:rsidR="009B39FB" w:rsidRDefault="009B39FB">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7605284" w:history="1">
                <w:r w:rsidRPr="00EC13EC">
                  <w:rPr>
                    <w:rStyle w:val="Hyperlink"/>
                    <w:noProof/>
                  </w:rPr>
                  <w:t xml:space="preserve">3.3 </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Transactional Scenario and Transaction Control</w:t>
                </w:r>
                <w:r>
                  <w:rPr>
                    <w:noProof/>
                    <w:webHidden/>
                  </w:rPr>
                  <w:tab/>
                </w:r>
                <w:r>
                  <w:rPr>
                    <w:noProof/>
                    <w:webHidden/>
                  </w:rPr>
                  <w:fldChar w:fldCharType="begin"/>
                </w:r>
                <w:r>
                  <w:rPr>
                    <w:noProof/>
                    <w:webHidden/>
                  </w:rPr>
                  <w:instrText xml:space="preserve"> PAGEREF _Toc237605284 \h </w:instrText>
                </w:r>
                <w:r>
                  <w:rPr>
                    <w:noProof/>
                    <w:webHidden/>
                  </w:rPr>
                </w:r>
                <w:r>
                  <w:rPr>
                    <w:noProof/>
                    <w:webHidden/>
                  </w:rPr>
                  <w:fldChar w:fldCharType="separate"/>
                </w:r>
                <w:r>
                  <w:rPr>
                    <w:noProof/>
                    <w:webHidden/>
                  </w:rPr>
                  <w:t>37</w:t>
                </w:r>
                <w:r>
                  <w:rPr>
                    <w:noProof/>
                    <w:webHidden/>
                  </w:rPr>
                  <w:fldChar w:fldCharType="end"/>
                </w:r>
              </w:hyperlink>
            </w:p>
            <w:p w14:paraId="35F46C2C" w14:textId="1B17B402" w:rsidR="009B39FB" w:rsidRDefault="009B39FB">
              <w:pPr>
                <w:pStyle w:val="TOC2"/>
                <w:tabs>
                  <w:tab w:val="left" w:pos="960"/>
                  <w:tab w:val="right" w:leader="dot" w:pos="9926"/>
                </w:tabs>
                <w:rPr>
                  <w:rFonts w:asciiTheme="minorHAnsi" w:eastAsiaTheme="minorEastAsia" w:hAnsiTheme="minorHAnsi"/>
                  <w:noProof/>
                  <w:kern w:val="2"/>
                  <w:sz w:val="24"/>
                  <w:szCs w:val="24"/>
                  <w:lang w:val="en-GB" w:eastAsia="en-GB"/>
                  <w14:ligatures w14:val="standardContextual"/>
                </w:rPr>
              </w:pPr>
              <w:hyperlink w:anchor="_Toc237605285" w:history="1">
                <w:r w:rsidRPr="00EC13EC">
                  <w:rPr>
                    <w:rStyle w:val="Hyperlink"/>
                    <w:noProof/>
                  </w:rPr>
                  <w:t xml:space="preserve">3.4 </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Triggers, Functions and Auditing</w:t>
                </w:r>
                <w:r>
                  <w:rPr>
                    <w:noProof/>
                    <w:webHidden/>
                  </w:rPr>
                  <w:tab/>
                </w:r>
                <w:r>
                  <w:rPr>
                    <w:noProof/>
                    <w:webHidden/>
                  </w:rPr>
                  <w:fldChar w:fldCharType="begin"/>
                </w:r>
                <w:r>
                  <w:rPr>
                    <w:noProof/>
                    <w:webHidden/>
                  </w:rPr>
                  <w:instrText xml:space="preserve"> PAGEREF _Toc237605285 \h </w:instrText>
                </w:r>
                <w:r>
                  <w:rPr>
                    <w:noProof/>
                    <w:webHidden/>
                  </w:rPr>
                </w:r>
                <w:r>
                  <w:rPr>
                    <w:noProof/>
                    <w:webHidden/>
                  </w:rPr>
                  <w:fldChar w:fldCharType="separate"/>
                </w:r>
                <w:r>
                  <w:rPr>
                    <w:noProof/>
                    <w:webHidden/>
                  </w:rPr>
                  <w:t>38</w:t>
                </w:r>
                <w:r>
                  <w:rPr>
                    <w:noProof/>
                    <w:webHidden/>
                  </w:rPr>
                  <w:fldChar w:fldCharType="end"/>
                </w:r>
              </w:hyperlink>
            </w:p>
            <w:p w14:paraId="7CE6A235" w14:textId="6DAFD7AC" w:rsidR="009B39FB" w:rsidRDefault="009B39FB">
              <w:pPr>
                <w:pStyle w:val="TOC1"/>
                <w:tabs>
                  <w:tab w:val="left" w:pos="420"/>
                  <w:tab w:val="right" w:leader="dot" w:pos="9926"/>
                </w:tabs>
                <w:rPr>
                  <w:rFonts w:asciiTheme="minorHAnsi" w:eastAsiaTheme="minorEastAsia" w:hAnsiTheme="minorHAnsi"/>
                  <w:noProof/>
                  <w:kern w:val="2"/>
                  <w:sz w:val="24"/>
                  <w:szCs w:val="24"/>
                  <w:lang w:val="en-GB" w:eastAsia="en-GB"/>
                  <w14:ligatures w14:val="standardContextual"/>
                </w:rPr>
              </w:pPr>
              <w:hyperlink w:anchor="_Toc237605286" w:history="1">
                <w:r w:rsidRPr="00EC13EC">
                  <w:rPr>
                    <w:rStyle w:val="Hyperlink"/>
                    <w:noProof/>
                  </w:rPr>
                  <w:t>4.</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 xml:space="preserve"> Performance Tuning and Query Optimization</w:t>
                </w:r>
                <w:r>
                  <w:rPr>
                    <w:noProof/>
                    <w:webHidden/>
                  </w:rPr>
                  <w:tab/>
                </w:r>
                <w:r>
                  <w:rPr>
                    <w:noProof/>
                    <w:webHidden/>
                  </w:rPr>
                  <w:fldChar w:fldCharType="begin"/>
                </w:r>
                <w:r>
                  <w:rPr>
                    <w:noProof/>
                    <w:webHidden/>
                  </w:rPr>
                  <w:instrText xml:space="preserve"> PAGEREF _Toc237605286 \h </w:instrText>
                </w:r>
                <w:r>
                  <w:rPr>
                    <w:noProof/>
                    <w:webHidden/>
                  </w:rPr>
                </w:r>
                <w:r>
                  <w:rPr>
                    <w:noProof/>
                    <w:webHidden/>
                  </w:rPr>
                  <w:fldChar w:fldCharType="separate"/>
                </w:r>
                <w:r>
                  <w:rPr>
                    <w:noProof/>
                    <w:webHidden/>
                  </w:rPr>
                  <w:t>39</w:t>
                </w:r>
                <w:r>
                  <w:rPr>
                    <w:noProof/>
                    <w:webHidden/>
                  </w:rPr>
                  <w:fldChar w:fldCharType="end"/>
                </w:r>
              </w:hyperlink>
            </w:p>
            <w:p w14:paraId="36E9D460" w14:textId="12D6756A" w:rsidR="009B39FB" w:rsidRDefault="009B39FB">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87" w:history="1">
                <w:r w:rsidRPr="00EC13EC">
                  <w:rPr>
                    <w:rStyle w:val="Hyperlink"/>
                    <w:noProof/>
                  </w:rPr>
                  <w:t>5. Conclusion and Reflection</w:t>
                </w:r>
                <w:r>
                  <w:rPr>
                    <w:noProof/>
                    <w:webHidden/>
                  </w:rPr>
                  <w:tab/>
                </w:r>
                <w:r>
                  <w:rPr>
                    <w:noProof/>
                    <w:webHidden/>
                  </w:rPr>
                  <w:fldChar w:fldCharType="begin"/>
                </w:r>
                <w:r>
                  <w:rPr>
                    <w:noProof/>
                    <w:webHidden/>
                  </w:rPr>
                  <w:instrText xml:space="preserve"> PAGEREF _Toc237605287 \h </w:instrText>
                </w:r>
                <w:r>
                  <w:rPr>
                    <w:noProof/>
                    <w:webHidden/>
                  </w:rPr>
                </w:r>
                <w:r>
                  <w:rPr>
                    <w:noProof/>
                    <w:webHidden/>
                  </w:rPr>
                  <w:fldChar w:fldCharType="separate"/>
                </w:r>
                <w:r>
                  <w:rPr>
                    <w:noProof/>
                    <w:webHidden/>
                  </w:rPr>
                  <w:t>41</w:t>
                </w:r>
                <w:r>
                  <w:rPr>
                    <w:noProof/>
                    <w:webHidden/>
                  </w:rPr>
                  <w:fldChar w:fldCharType="end"/>
                </w:r>
              </w:hyperlink>
            </w:p>
            <w:p w14:paraId="438529F0" w14:textId="1B0E4363" w:rsidR="009B39FB" w:rsidRDefault="009B39FB">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88" w:history="1">
                <w:r w:rsidRPr="00EC13EC">
                  <w:rPr>
                    <w:rStyle w:val="Hyperlink"/>
                    <w:noProof/>
                  </w:rPr>
                  <w:t>PART B</w:t>
                </w:r>
                <w:r>
                  <w:rPr>
                    <w:noProof/>
                    <w:webHidden/>
                  </w:rPr>
                  <w:tab/>
                </w:r>
                <w:r>
                  <w:rPr>
                    <w:noProof/>
                    <w:webHidden/>
                  </w:rPr>
                  <w:fldChar w:fldCharType="begin"/>
                </w:r>
                <w:r>
                  <w:rPr>
                    <w:noProof/>
                    <w:webHidden/>
                  </w:rPr>
                  <w:instrText xml:space="preserve"> PAGEREF _Toc237605288 \h </w:instrText>
                </w:r>
                <w:r>
                  <w:rPr>
                    <w:noProof/>
                    <w:webHidden/>
                  </w:rPr>
                </w:r>
                <w:r>
                  <w:rPr>
                    <w:noProof/>
                    <w:webHidden/>
                  </w:rPr>
                  <w:fldChar w:fldCharType="separate"/>
                </w:r>
                <w:r>
                  <w:rPr>
                    <w:noProof/>
                    <w:webHidden/>
                  </w:rPr>
                  <w:t>42</w:t>
                </w:r>
                <w:r>
                  <w:rPr>
                    <w:noProof/>
                    <w:webHidden/>
                  </w:rPr>
                  <w:fldChar w:fldCharType="end"/>
                </w:r>
              </w:hyperlink>
            </w:p>
            <w:p w14:paraId="66A6A577" w14:textId="4F82652D" w:rsidR="009B39FB" w:rsidRDefault="009B39FB">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89" w:history="1">
                <w:r w:rsidRPr="00EC13EC">
                  <w:rPr>
                    <w:rStyle w:val="Hyperlink"/>
                    <w:noProof/>
                  </w:rPr>
                  <w:t>CRUD Operations</w:t>
                </w:r>
                <w:r>
                  <w:rPr>
                    <w:noProof/>
                    <w:webHidden/>
                  </w:rPr>
                  <w:tab/>
                </w:r>
                <w:r>
                  <w:rPr>
                    <w:noProof/>
                    <w:webHidden/>
                  </w:rPr>
                  <w:fldChar w:fldCharType="begin"/>
                </w:r>
                <w:r>
                  <w:rPr>
                    <w:noProof/>
                    <w:webHidden/>
                  </w:rPr>
                  <w:instrText xml:space="preserve"> PAGEREF _Toc237605289 \h </w:instrText>
                </w:r>
                <w:r>
                  <w:rPr>
                    <w:noProof/>
                    <w:webHidden/>
                  </w:rPr>
                </w:r>
                <w:r>
                  <w:rPr>
                    <w:noProof/>
                    <w:webHidden/>
                  </w:rPr>
                  <w:fldChar w:fldCharType="separate"/>
                </w:r>
                <w:r>
                  <w:rPr>
                    <w:noProof/>
                    <w:webHidden/>
                  </w:rPr>
                  <w:t>43</w:t>
                </w:r>
                <w:r>
                  <w:rPr>
                    <w:noProof/>
                    <w:webHidden/>
                  </w:rPr>
                  <w:fldChar w:fldCharType="end"/>
                </w:r>
              </w:hyperlink>
            </w:p>
            <w:p w14:paraId="2226B8CC" w14:textId="6752A0FF"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90" w:history="1">
                <w:r w:rsidRPr="00EC13EC">
                  <w:rPr>
                    <w:rStyle w:val="Hyperlink"/>
                    <w:noProof/>
                  </w:rPr>
                  <w:t>Query 1:</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 xml:space="preserve"> Create a patient</w:t>
                </w:r>
                <w:r>
                  <w:rPr>
                    <w:noProof/>
                    <w:webHidden/>
                  </w:rPr>
                  <w:tab/>
                </w:r>
                <w:r>
                  <w:rPr>
                    <w:noProof/>
                    <w:webHidden/>
                  </w:rPr>
                  <w:fldChar w:fldCharType="begin"/>
                </w:r>
                <w:r>
                  <w:rPr>
                    <w:noProof/>
                    <w:webHidden/>
                  </w:rPr>
                  <w:instrText xml:space="preserve"> PAGEREF _Toc237605290 \h </w:instrText>
                </w:r>
                <w:r>
                  <w:rPr>
                    <w:noProof/>
                    <w:webHidden/>
                  </w:rPr>
                </w:r>
                <w:r>
                  <w:rPr>
                    <w:noProof/>
                    <w:webHidden/>
                  </w:rPr>
                  <w:fldChar w:fldCharType="separate"/>
                </w:r>
                <w:r>
                  <w:rPr>
                    <w:noProof/>
                    <w:webHidden/>
                  </w:rPr>
                  <w:t>43</w:t>
                </w:r>
                <w:r>
                  <w:rPr>
                    <w:noProof/>
                    <w:webHidden/>
                  </w:rPr>
                  <w:fldChar w:fldCharType="end"/>
                </w:r>
              </w:hyperlink>
            </w:p>
            <w:p w14:paraId="428C3989" w14:textId="118164B1"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91" w:history="1">
                <w:r w:rsidRPr="00EC13EC">
                  <w:rPr>
                    <w:rStyle w:val="Hyperlink"/>
                    <w:noProof/>
                  </w:rPr>
                  <w:t xml:space="preserve">Query 2: </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Retrieve the test patient</w:t>
                </w:r>
                <w:r>
                  <w:rPr>
                    <w:noProof/>
                    <w:webHidden/>
                  </w:rPr>
                  <w:tab/>
                </w:r>
                <w:r>
                  <w:rPr>
                    <w:noProof/>
                    <w:webHidden/>
                  </w:rPr>
                  <w:fldChar w:fldCharType="begin"/>
                </w:r>
                <w:r>
                  <w:rPr>
                    <w:noProof/>
                    <w:webHidden/>
                  </w:rPr>
                  <w:instrText xml:space="preserve"> PAGEREF _Toc237605291 \h </w:instrText>
                </w:r>
                <w:r>
                  <w:rPr>
                    <w:noProof/>
                    <w:webHidden/>
                  </w:rPr>
                </w:r>
                <w:r>
                  <w:rPr>
                    <w:noProof/>
                    <w:webHidden/>
                  </w:rPr>
                  <w:fldChar w:fldCharType="separate"/>
                </w:r>
                <w:r>
                  <w:rPr>
                    <w:noProof/>
                    <w:webHidden/>
                  </w:rPr>
                  <w:t>44</w:t>
                </w:r>
                <w:r>
                  <w:rPr>
                    <w:noProof/>
                    <w:webHidden/>
                  </w:rPr>
                  <w:fldChar w:fldCharType="end"/>
                </w:r>
              </w:hyperlink>
            </w:p>
            <w:p w14:paraId="188804EE" w14:textId="2FA7564C"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92" w:history="1">
                <w:r w:rsidRPr="00EC13EC">
                  <w:rPr>
                    <w:rStyle w:val="Hyperlink"/>
                    <w:noProof/>
                  </w:rPr>
                  <w:t xml:space="preserve">Query 3: </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Modify the patient record</w:t>
                </w:r>
                <w:r>
                  <w:rPr>
                    <w:noProof/>
                    <w:webHidden/>
                  </w:rPr>
                  <w:tab/>
                </w:r>
                <w:r>
                  <w:rPr>
                    <w:noProof/>
                    <w:webHidden/>
                  </w:rPr>
                  <w:fldChar w:fldCharType="begin"/>
                </w:r>
                <w:r>
                  <w:rPr>
                    <w:noProof/>
                    <w:webHidden/>
                  </w:rPr>
                  <w:instrText xml:space="preserve"> PAGEREF _Toc237605292 \h </w:instrText>
                </w:r>
                <w:r>
                  <w:rPr>
                    <w:noProof/>
                    <w:webHidden/>
                  </w:rPr>
                </w:r>
                <w:r>
                  <w:rPr>
                    <w:noProof/>
                    <w:webHidden/>
                  </w:rPr>
                  <w:fldChar w:fldCharType="separate"/>
                </w:r>
                <w:r>
                  <w:rPr>
                    <w:noProof/>
                    <w:webHidden/>
                  </w:rPr>
                  <w:t>44</w:t>
                </w:r>
                <w:r>
                  <w:rPr>
                    <w:noProof/>
                    <w:webHidden/>
                  </w:rPr>
                  <w:fldChar w:fldCharType="end"/>
                </w:r>
              </w:hyperlink>
            </w:p>
            <w:p w14:paraId="3531CEDE" w14:textId="2A1A251E" w:rsidR="009B39FB" w:rsidRDefault="009B39FB">
              <w:pPr>
                <w:pStyle w:val="TOC3"/>
                <w:tabs>
                  <w:tab w:val="left" w:pos="1680"/>
                  <w:tab w:val="right" w:leader="dot" w:pos="9926"/>
                </w:tabs>
                <w:rPr>
                  <w:rFonts w:asciiTheme="minorHAnsi" w:eastAsiaTheme="minorEastAsia" w:hAnsiTheme="minorHAnsi"/>
                  <w:noProof/>
                  <w:kern w:val="2"/>
                  <w:sz w:val="24"/>
                  <w:szCs w:val="24"/>
                  <w:lang w:val="en-GB" w:eastAsia="en-GB"/>
                  <w14:ligatures w14:val="standardContextual"/>
                </w:rPr>
              </w:pPr>
              <w:hyperlink w:anchor="_Toc237605293" w:history="1">
                <w:r w:rsidRPr="00EC13EC">
                  <w:rPr>
                    <w:rStyle w:val="Hyperlink"/>
                    <w:noProof/>
                  </w:rPr>
                  <w:t xml:space="preserve">Query 4: </w:t>
                </w:r>
                <w:r>
                  <w:rPr>
                    <w:rFonts w:asciiTheme="minorHAnsi" w:eastAsiaTheme="minorEastAsia" w:hAnsiTheme="minorHAnsi"/>
                    <w:noProof/>
                    <w:kern w:val="2"/>
                    <w:sz w:val="24"/>
                    <w:szCs w:val="24"/>
                    <w:lang w:val="en-GB" w:eastAsia="en-GB"/>
                    <w14:ligatures w14:val="standardContextual"/>
                  </w:rPr>
                  <w:tab/>
                </w:r>
                <w:r w:rsidRPr="00EC13EC">
                  <w:rPr>
                    <w:rStyle w:val="Hyperlink"/>
                    <w:noProof/>
                  </w:rPr>
                  <w:t>Delete: Remove the test patient</w:t>
                </w:r>
                <w:r>
                  <w:rPr>
                    <w:noProof/>
                    <w:webHidden/>
                  </w:rPr>
                  <w:tab/>
                </w:r>
                <w:r>
                  <w:rPr>
                    <w:noProof/>
                    <w:webHidden/>
                  </w:rPr>
                  <w:fldChar w:fldCharType="begin"/>
                </w:r>
                <w:r>
                  <w:rPr>
                    <w:noProof/>
                    <w:webHidden/>
                  </w:rPr>
                  <w:instrText xml:space="preserve"> PAGEREF _Toc237605293 \h </w:instrText>
                </w:r>
                <w:r>
                  <w:rPr>
                    <w:noProof/>
                    <w:webHidden/>
                  </w:rPr>
                </w:r>
                <w:r>
                  <w:rPr>
                    <w:noProof/>
                    <w:webHidden/>
                  </w:rPr>
                  <w:fldChar w:fldCharType="separate"/>
                </w:r>
                <w:r>
                  <w:rPr>
                    <w:noProof/>
                    <w:webHidden/>
                  </w:rPr>
                  <w:t>46</w:t>
                </w:r>
                <w:r>
                  <w:rPr>
                    <w:noProof/>
                    <w:webHidden/>
                  </w:rPr>
                  <w:fldChar w:fldCharType="end"/>
                </w:r>
              </w:hyperlink>
            </w:p>
            <w:p w14:paraId="52D9DB29" w14:textId="75AF7F42" w:rsidR="009B39FB" w:rsidRDefault="009B39FB">
              <w:pPr>
                <w:pStyle w:val="TOC2"/>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94" w:history="1">
                <w:r w:rsidRPr="00EC13EC">
                  <w:rPr>
                    <w:rStyle w:val="Hyperlink"/>
                    <w:noProof/>
                  </w:rPr>
                  <w:t>SQL Injection: Overview, Risks and Examples</w:t>
                </w:r>
                <w:r>
                  <w:rPr>
                    <w:noProof/>
                    <w:webHidden/>
                  </w:rPr>
                  <w:tab/>
                </w:r>
                <w:r>
                  <w:rPr>
                    <w:noProof/>
                    <w:webHidden/>
                  </w:rPr>
                  <w:fldChar w:fldCharType="begin"/>
                </w:r>
                <w:r>
                  <w:rPr>
                    <w:noProof/>
                    <w:webHidden/>
                  </w:rPr>
                  <w:instrText xml:space="preserve"> PAGEREF _Toc237605294 \h </w:instrText>
                </w:r>
                <w:r>
                  <w:rPr>
                    <w:noProof/>
                    <w:webHidden/>
                  </w:rPr>
                </w:r>
                <w:r>
                  <w:rPr>
                    <w:noProof/>
                    <w:webHidden/>
                  </w:rPr>
                  <w:fldChar w:fldCharType="separate"/>
                </w:r>
                <w:r>
                  <w:rPr>
                    <w:noProof/>
                    <w:webHidden/>
                  </w:rPr>
                  <w:t>47</w:t>
                </w:r>
                <w:r>
                  <w:rPr>
                    <w:noProof/>
                    <w:webHidden/>
                  </w:rPr>
                  <w:fldChar w:fldCharType="end"/>
                </w:r>
              </w:hyperlink>
            </w:p>
            <w:p w14:paraId="0AB99CCC" w14:textId="0F8B2FBE" w:rsidR="009B39FB" w:rsidRDefault="009B39FB">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95" w:history="1">
                <w:r w:rsidRPr="00EC13EC">
                  <w:rPr>
                    <w:rStyle w:val="Hyperlink"/>
                    <w:noProof/>
                  </w:rPr>
                  <w:t>Conclusion</w:t>
                </w:r>
                <w:r>
                  <w:rPr>
                    <w:noProof/>
                    <w:webHidden/>
                  </w:rPr>
                  <w:tab/>
                </w:r>
                <w:r>
                  <w:rPr>
                    <w:noProof/>
                    <w:webHidden/>
                  </w:rPr>
                  <w:fldChar w:fldCharType="begin"/>
                </w:r>
                <w:r>
                  <w:rPr>
                    <w:noProof/>
                    <w:webHidden/>
                  </w:rPr>
                  <w:instrText xml:space="preserve"> PAGEREF _Toc237605295 \h </w:instrText>
                </w:r>
                <w:r>
                  <w:rPr>
                    <w:noProof/>
                    <w:webHidden/>
                  </w:rPr>
                </w:r>
                <w:r>
                  <w:rPr>
                    <w:noProof/>
                    <w:webHidden/>
                  </w:rPr>
                  <w:fldChar w:fldCharType="separate"/>
                </w:r>
                <w:r>
                  <w:rPr>
                    <w:noProof/>
                    <w:webHidden/>
                  </w:rPr>
                  <w:t>50</w:t>
                </w:r>
                <w:r>
                  <w:rPr>
                    <w:noProof/>
                    <w:webHidden/>
                  </w:rPr>
                  <w:fldChar w:fldCharType="end"/>
                </w:r>
              </w:hyperlink>
            </w:p>
            <w:p w14:paraId="0DC0FCFA" w14:textId="1C1688FE" w:rsidR="009B39FB" w:rsidRDefault="009B39FB">
              <w:pPr>
                <w:pStyle w:val="TOC1"/>
                <w:tabs>
                  <w:tab w:val="right" w:leader="dot" w:pos="9926"/>
                </w:tabs>
                <w:rPr>
                  <w:rFonts w:asciiTheme="minorHAnsi" w:eastAsiaTheme="minorEastAsia" w:hAnsiTheme="minorHAnsi"/>
                  <w:noProof/>
                  <w:kern w:val="2"/>
                  <w:sz w:val="24"/>
                  <w:szCs w:val="24"/>
                  <w:lang w:val="en-GB" w:eastAsia="en-GB"/>
                  <w14:ligatures w14:val="standardContextual"/>
                </w:rPr>
              </w:pPr>
              <w:hyperlink w:anchor="_Toc237605296" w:history="1">
                <w:r w:rsidRPr="00EC13EC">
                  <w:rPr>
                    <w:rStyle w:val="Hyperlink"/>
                    <w:noProof/>
                  </w:rPr>
                  <w:t>References</w:t>
                </w:r>
                <w:r>
                  <w:rPr>
                    <w:noProof/>
                    <w:webHidden/>
                  </w:rPr>
                  <w:tab/>
                </w:r>
                <w:r>
                  <w:rPr>
                    <w:noProof/>
                    <w:webHidden/>
                  </w:rPr>
                  <w:fldChar w:fldCharType="begin"/>
                </w:r>
                <w:r>
                  <w:rPr>
                    <w:noProof/>
                    <w:webHidden/>
                  </w:rPr>
                  <w:instrText xml:space="preserve"> PAGEREF _Toc237605296 \h </w:instrText>
                </w:r>
                <w:r>
                  <w:rPr>
                    <w:noProof/>
                    <w:webHidden/>
                  </w:rPr>
                </w:r>
                <w:r>
                  <w:rPr>
                    <w:noProof/>
                    <w:webHidden/>
                  </w:rPr>
                  <w:fldChar w:fldCharType="separate"/>
                </w:r>
                <w:r>
                  <w:rPr>
                    <w:noProof/>
                    <w:webHidden/>
                  </w:rPr>
                  <w:t>51</w:t>
                </w:r>
                <w:r>
                  <w:rPr>
                    <w:noProof/>
                    <w:webHidden/>
                  </w:rPr>
                  <w:fldChar w:fldCharType="end"/>
                </w:r>
              </w:hyperlink>
            </w:p>
            <w:p w14:paraId="110D4773" w14:textId="3FB5C582" w:rsidR="00151E4F" w:rsidRDefault="00151E4F">
              <w:r>
                <w:rPr>
                  <w:b/>
                  <w:bCs/>
                  <w:noProof/>
                </w:rPr>
                <w:fldChar w:fldCharType="end"/>
              </w:r>
            </w:p>
          </w:sdtContent>
        </w:sdt>
        <w:p w14:paraId="0F4FF950" w14:textId="77777777" w:rsidR="00151E4F" w:rsidRDefault="00151E4F"/>
        <w:p w14:paraId="539D9919" w14:textId="452049CD" w:rsidR="00C76697" w:rsidRDefault="00151E4F" w:rsidP="00791C21">
          <w:r>
            <w:br w:type="page"/>
          </w:r>
        </w:p>
        <w:bookmarkStart w:id="0" w:name="_Toc228302869" w:displacedByCustomXml="next"/>
      </w:sdtContent>
    </w:sdt>
    <w:bookmarkEnd w:id="0" w:displacedByCustomXml="prev"/>
    <w:p w14:paraId="6DA46F1B" w14:textId="77777777" w:rsidR="00FF275A" w:rsidRPr="0031412F" w:rsidRDefault="007F0570" w:rsidP="0031412F">
      <w:pPr>
        <w:pStyle w:val="Heading1"/>
      </w:pPr>
      <w:bookmarkStart w:id="1" w:name="_Toc237605209"/>
      <w:r w:rsidRPr="0031412F">
        <w:lastRenderedPageBreak/>
        <w:t>I. Introduction</w:t>
      </w:r>
      <w:bookmarkEnd w:id="1"/>
    </w:p>
    <w:p w14:paraId="11673FF8" w14:textId="136298C4" w:rsidR="0080020B" w:rsidRPr="0080020B" w:rsidRDefault="0080020B" w:rsidP="0080020B">
      <w:pPr>
        <w:pStyle w:val="Heading1"/>
        <w:spacing w:line="360" w:lineRule="auto"/>
        <w:jc w:val="both"/>
        <w:rPr>
          <w:rFonts w:ascii="Arial" w:eastAsia="Arial" w:hAnsi="Arial" w:cstheme="minorBidi"/>
          <w:b w:val="0"/>
          <w:bCs w:val="0"/>
          <w:color w:val="auto"/>
          <w:sz w:val="21"/>
          <w:szCs w:val="22"/>
        </w:rPr>
      </w:pPr>
      <w:bookmarkStart w:id="2" w:name="_Toc237603518"/>
      <w:bookmarkStart w:id="3" w:name="_Toc237605210"/>
      <w:r w:rsidRPr="0080020B">
        <w:rPr>
          <w:rFonts w:ascii="Arial" w:eastAsia="Arial" w:hAnsi="Arial" w:cstheme="minorBidi"/>
          <w:b w:val="0"/>
          <w:bCs w:val="0"/>
          <w:color w:val="auto"/>
          <w:sz w:val="21"/>
          <w:szCs w:val="22"/>
        </w:rPr>
        <w:t>MedAssist Clinic is a private outpatient healthcare provider located in the UK, delivering general consultations, diagnostic tests, and specialized care. As the clinic expands, manually curated or disjointed records become progressively inadequate for overseeing patient data, clinical schedules, treatment histories, and service evaluations. The suggested resolution is a centralized relational database designed to facilitate the clinic's fundamental administrative and therapeutic operations while ensuring consistent links among records.</w:t>
      </w:r>
      <w:bookmarkEnd w:id="2"/>
      <w:bookmarkEnd w:id="3"/>
    </w:p>
    <w:p w14:paraId="45EC865E" w14:textId="488B57CB" w:rsidR="0080020B" w:rsidRPr="0080020B" w:rsidRDefault="0080020B" w:rsidP="0080020B">
      <w:pPr>
        <w:pStyle w:val="Heading1"/>
        <w:spacing w:line="360" w:lineRule="auto"/>
        <w:jc w:val="both"/>
        <w:rPr>
          <w:rFonts w:ascii="Arial" w:eastAsia="Arial" w:hAnsi="Arial" w:cstheme="minorBidi"/>
          <w:b w:val="0"/>
          <w:bCs w:val="0"/>
          <w:color w:val="auto"/>
          <w:sz w:val="21"/>
          <w:szCs w:val="22"/>
        </w:rPr>
      </w:pPr>
      <w:bookmarkStart w:id="4" w:name="_Toc237603519"/>
      <w:bookmarkStart w:id="5" w:name="_Toc237605211"/>
      <w:r w:rsidRPr="0080020B">
        <w:rPr>
          <w:rFonts w:ascii="Arial" w:eastAsia="Arial" w:hAnsi="Arial" w:cstheme="minorBidi"/>
          <w:b w:val="0"/>
          <w:bCs w:val="0"/>
          <w:color w:val="auto"/>
          <w:sz w:val="21"/>
          <w:szCs w:val="22"/>
        </w:rPr>
        <w:t xml:space="preserve">The relational model is suitable as </w:t>
      </w:r>
      <w:proofErr w:type="spellStart"/>
      <w:r w:rsidRPr="0080020B">
        <w:rPr>
          <w:rFonts w:ascii="Arial" w:eastAsia="Arial" w:hAnsi="Arial" w:cstheme="minorBidi"/>
          <w:b w:val="0"/>
          <w:bCs w:val="0"/>
          <w:color w:val="auto"/>
          <w:sz w:val="21"/>
          <w:szCs w:val="22"/>
        </w:rPr>
        <w:t>MedAssist's</w:t>
      </w:r>
      <w:proofErr w:type="spellEnd"/>
      <w:r w:rsidRPr="0080020B">
        <w:rPr>
          <w:rFonts w:ascii="Arial" w:eastAsia="Arial" w:hAnsi="Arial" w:cstheme="minorBidi"/>
          <w:b w:val="0"/>
          <w:bCs w:val="0"/>
          <w:color w:val="auto"/>
          <w:sz w:val="21"/>
          <w:szCs w:val="22"/>
        </w:rPr>
        <w:t xml:space="preserve"> data is primarily organized and may be depicted as interconnected entities. Codd's relational model introduced the concept of depicting data via relations, minimizing superfluous reliance between application programs and the actual arrangement of data This is pertinent to the current design as the data concerning patients, doctors, departments, appointments, treatments, and feedback exhibit distinctly recognizable interconnections and integrity prerequisites.</w:t>
      </w:r>
      <w:bookmarkEnd w:id="4"/>
      <w:bookmarkEnd w:id="5"/>
    </w:p>
    <w:p w14:paraId="51D62D6D" w14:textId="2149085C" w:rsidR="00496516" w:rsidRDefault="0080020B" w:rsidP="0080020B">
      <w:pPr>
        <w:pStyle w:val="Heading1"/>
        <w:spacing w:line="360" w:lineRule="auto"/>
        <w:jc w:val="both"/>
        <w:rPr>
          <w:rFonts w:ascii="Arial" w:eastAsia="Arial" w:hAnsi="Arial" w:cstheme="minorBidi"/>
          <w:b w:val="0"/>
          <w:bCs w:val="0"/>
          <w:color w:val="auto"/>
          <w:sz w:val="21"/>
          <w:szCs w:val="22"/>
        </w:rPr>
      </w:pPr>
      <w:bookmarkStart w:id="6" w:name="_Toc237603520"/>
      <w:bookmarkStart w:id="7" w:name="_Toc237605212"/>
      <w:r w:rsidRPr="0080020B">
        <w:rPr>
          <w:rFonts w:ascii="Arial" w:eastAsia="Arial" w:hAnsi="Arial" w:cstheme="minorBidi"/>
          <w:b w:val="0"/>
          <w:bCs w:val="0"/>
          <w:color w:val="auto"/>
          <w:sz w:val="21"/>
          <w:szCs w:val="22"/>
        </w:rPr>
        <w:t>The database prototype was created in MySQL with phpMyAdmin utilizing six business entities: Patient, Department, Doctor, Appointment, Treatment, and Feedback. The execution includes main and foreign keys, unique and check constraints, realistic test data, stored procedures, explicit transaction management, auditing triggers, a stored function, and secondary indexes. Significant importance is attributed to preserving precise clinical interactions, as healthcare data necessitates robust protections for confidentiality, integrity, and accountability [5].</w:t>
      </w:r>
      <w:r w:rsidR="00496516" w:rsidRPr="00496516">
        <w:rPr>
          <w:rFonts w:ascii="Arial" w:eastAsia="Arial" w:hAnsi="Arial" w:cstheme="minorBidi"/>
          <w:b w:val="0"/>
          <w:bCs w:val="0"/>
          <w:color w:val="auto"/>
          <w:sz w:val="21"/>
          <w:szCs w:val="22"/>
        </w:rPr>
        <w:t>.</w:t>
      </w:r>
      <w:bookmarkEnd w:id="6"/>
      <w:bookmarkEnd w:id="7"/>
    </w:p>
    <w:p w14:paraId="322CAD92" w14:textId="77777777" w:rsidR="00791C21" w:rsidRDefault="00791C21" w:rsidP="00791C21"/>
    <w:p w14:paraId="0C651D8D" w14:textId="77777777" w:rsidR="00496516" w:rsidRDefault="00496516" w:rsidP="00791C21"/>
    <w:p w14:paraId="01576676" w14:textId="77777777" w:rsidR="00496516" w:rsidRDefault="00496516" w:rsidP="00791C21"/>
    <w:p w14:paraId="25747374" w14:textId="77777777" w:rsidR="00496516" w:rsidRDefault="00496516" w:rsidP="00791C21"/>
    <w:p w14:paraId="1F1306A2" w14:textId="77777777" w:rsidR="00496516" w:rsidRDefault="00496516" w:rsidP="00791C21"/>
    <w:p w14:paraId="5F9A74D7" w14:textId="77777777" w:rsidR="00496516" w:rsidRDefault="00496516" w:rsidP="00791C21"/>
    <w:p w14:paraId="53EA5DF1" w14:textId="77777777" w:rsidR="00496516" w:rsidRDefault="00496516" w:rsidP="00791C21"/>
    <w:p w14:paraId="0CDF9224" w14:textId="77777777" w:rsidR="00496516" w:rsidRDefault="00496516" w:rsidP="00791C21"/>
    <w:p w14:paraId="3B0B1711" w14:textId="77777777" w:rsidR="00496516" w:rsidRDefault="00496516" w:rsidP="00791C21"/>
    <w:p w14:paraId="6B012493" w14:textId="77777777" w:rsidR="00496516" w:rsidRDefault="00496516" w:rsidP="00791C21"/>
    <w:p w14:paraId="0CAEF50A" w14:textId="77777777" w:rsidR="00D654FC" w:rsidRDefault="00D654FC" w:rsidP="00D654FC"/>
    <w:p w14:paraId="69CB8253" w14:textId="77777777" w:rsidR="0080020B" w:rsidRDefault="0080020B">
      <w:pPr>
        <w:rPr>
          <w:b/>
          <w:bCs/>
        </w:rPr>
      </w:pPr>
      <w:r>
        <w:rPr>
          <w:b/>
          <w:bCs/>
        </w:rPr>
        <w:br w:type="page"/>
      </w:r>
    </w:p>
    <w:p w14:paraId="0742EAFD" w14:textId="09D2747D" w:rsidR="00D654FC" w:rsidRDefault="00496516" w:rsidP="0031412F">
      <w:pPr>
        <w:pStyle w:val="Heading1"/>
      </w:pPr>
      <w:bookmarkStart w:id="8" w:name="_Toc237605213"/>
      <w:r>
        <w:lastRenderedPageBreak/>
        <w:t>2.</w:t>
      </w:r>
      <w:r>
        <w:tab/>
        <w:t>Database Design</w:t>
      </w:r>
      <w:bookmarkEnd w:id="8"/>
    </w:p>
    <w:p w14:paraId="308A49F7" w14:textId="6DC5D1AE" w:rsidR="00496516" w:rsidRDefault="00496516" w:rsidP="0031412F">
      <w:pPr>
        <w:pStyle w:val="Heading2"/>
      </w:pPr>
      <w:bookmarkStart w:id="9" w:name="_Toc237605214"/>
      <w:r w:rsidRPr="00496516">
        <w:t xml:space="preserve">2.1 </w:t>
      </w:r>
      <w:r>
        <w:tab/>
      </w:r>
      <w:r w:rsidRPr="00496516">
        <w:t xml:space="preserve">Entity </w:t>
      </w:r>
      <w:r w:rsidR="0080020B">
        <w:t>and Relationship Design</w:t>
      </w:r>
      <w:bookmarkEnd w:id="9"/>
    </w:p>
    <w:p w14:paraId="7CF9BE78" w14:textId="1384C16F" w:rsidR="0080020B" w:rsidRDefault="0080020B" w:rsidP="0080020B">
      <w:pPr>
        <w:spacing w:before="480" w:line="360" w:lineRule="auto"/>
        <w:jc w:val="both"/>
      </w:pPr>
      <w:r>
        <w:t>The six entities were derived directly from the MedAssist business processes.</w:t>
      </w:r>
    </w:p>
    <w:p w14:paraId="4EC6466A" w14:textId="66FD774B" w:rsidR="0080020B" w:rsidRDefault="0080020B" w:rsidP="0080020B">
      <w:pPr>
        <w:spacing w:before="480" w:line="360" w:lineRule="auto"/>
        <w:jc w:val="both"/>
      </w:pPr>
      <w:r>
        <w:t xml:space="preserve">Patient stores demographic and contact information including PatientID, PatientNumber, FirstName, LastName, </w:t>
      </w:r>
      <w:proofErr w:type="spellStart"/>
      <w:r>
        <w:t>DateOfBirth</w:t>
      </w:r>
      <w:proofErr w:type="spellEnd"/>
      <w:r>
        <w:t>, email, telephone, address details, registration time and active status. PatientID is a surrogate primary key, while PatientNumber is a unique business key. A surrogate identifier was preferred because contact information can change, whereas relational references should remain stable.</w:t>
      </w:r>
    </w:p>
    <w:p w14:paraId="2F3A7995" w14:textId="24D66C63" w:rsidR="0080020B" w:rsidRDefault="0080020B" w:rsidP="0080020B">
      <w:pPr>
        <w:spacing w:before="480" w:line="360" w:lineRule="auto"/>
        <w:jc w:val="both"/>
      </w:pPr>
      <w:r>
        <w:t xml:space="preserve">Department stores </w:t>
      </w:r>
      <w:proofErr w:type="spellStart"/>
      <w:r>
        <w:t>DepartmentID</w:t>
      </w:r>
      <w:proofErr w:type="spellEnd"/>
      <w:r>
        <w:t xml:space="preserve">, </w:t>
      </w:r>
      <w:proofErr w:type="spellStart"/>
      <w:r>
        <w:t>DepartmentName</w:t>
      </w:r>
      <w:proofErr w:type="spellEnd"/>
      <w:r>
        <w:t xml:space="preserve">, </w:t>
      </w:r>
      <w:proofErr w:type="spellStart"/>
      <w:r>
        <w:t>DepartmentDescription</w:t>
      </w:r>
      <w:proofErr w:type="spellEnd"/>
      <w:r>
        <w:t xml:space="preserve"> and IsActive. Separating department information prevents department names and descriptions being repeatedly stored against individual doctors.</w:t>
      </w:r>
    </w:p>
    <w:p w14:paraId="33226117" w14:textId="5108DA45" w:rsidR="0080020B" w:rsidRDefault="0080020B" w:rsidP="0080020B">
      <w:pPr>
        <w:spacing w:before="480" w:line="360" w:lineRule="auto"/>
        <w:jc w:val="both"/>
      </w:pPr>
      <w:r>
        <w:t xml:space="preserve">Doctor contains DoctorID, </w:t>
      </w:r>
      <w:proofErr w:type="spellStart"/>
      <w:r>
        <w:t>DepartmentID</w:t>
      </w:r>
      <w:proofErr w:type="spellEnd"/>
      <w:r>
        <w:t xml:space="preserve">, </w:t>
      </w:r>
      <w:proofErr w:type="spellStart"/>
      <w:r>
        <w:t>RegistrationNumber</w:t>
      </w:r>
      <w:proofErr w:type="spellEnd"/>
      <w:r>
        <w:t xml:space="preserve">, title, name, contact information and active status. </w:t>
      </w:r>
      <w:proofErr w:type="spellStart"/>
      <w:r>
        <w:t>DepartmentID</w:t>
      </w:r>
      <w:proofErr w:type="spellEnd"/>
      <w:r>
        <w:t xml:space="preserve"> establishes the relationship with Department, while </w:t>
      </w:r>
      <w:proofErr w:type="spellStart"/>
      <w:r>
        <w:t>RegistrationNumber</w:t>
      </w:r>
      <w:proofErr w:type="spellEnd"/>
      <w:r>
        <w:t xml:space="preserve"> is unique.</w:t>
      </w:r>
    </w:p>
    <w:p w14:paraId="41C09663" w14:textId="5BAA6DC5" w:rsidR="0080020B" w:rsidRDefault="0080020B" w:rsidP="0080020B">
      <w:pPr>
        <w:spacing w:before="480" w:line="360" w:lineRule="auto"/>
        <w:jc w:val="both"/>
      </w:pPr>
      <w:r>
        <w:t xml:space="preserve">Appointment represents the principal transactional entity. Its attributes include </w:t>
      </w:r>
      <w:proofErr w:type="spellStart"/>
      <w:r>
        <w:t>AppointmentID</w:t>
      </w:r>
      <w:proofErr w:type="spellEnd"/>
      <w:r>
        <w:t>, PatientID, DoctorID, start and end times, reason for attendance, appointment status, booking user and timestamps. It resolves the conceptual many-to-many relationship between doctors and patients: a patient may consult many doctors and a doctor may see many patients, but each appointment relates one patient to one doctor.</w:t>
      </w:r>
    </w:p>
    <w:p w14:paraId="4AC03725" w14:textId="3441FD34" w:rsidR="0080020B" w:rsidRDefault="0080020B" w:rsidP="0080020B">
      <w:pPr>
        <w:spacing w:before="480" w:line="360" w:lineRule="auto"/>
        <w:jc w:val="both"/>
      </w:pPr>
      <w:r>
        <w:t xml:space="preserve">Treatment records the clinical outcome of an appointment through TreatmentID, </w:t>
      </w:r>
      <w:proofErr w:type="spellStart"/>
      <w:r>
        <w:t>AppointmentID</w:t>
      </w:r>
      <w:proofErr w:type="spellEnd"/>
      <w:r>
        <w:t xml:space="preserve">, diagnosis, clinical notes, treatment plan, follow-up requirement and recording date. </w:t>
      </w:r>
      <w:proofErr w:type="spellStart"/>
      <w:r>
        <w:t>AppointmentID</w:t>
      </w:r>
      <w:proofErr w:type="spellEnd"/>
      <w:r>
        <w:t xml:space="preserve"> is unique in this table, meaning an appointment can have zero or one treatment.</w:t>
      </w:r>
    </w:p>
    <w:p w14:paraId="4CC38D6A" w14:textId="629B772D" w:rsidR="0080020B" w:rsidRDefault="0080020B" w:rsidP="0080020B">
      <w:pPr>
        <w:spacing w:before="480" w:line="360" w:lineRule="auto"/>
        <w:jc w:val="both"/>
      </w:pPr>
      <w:r>
        <w:t xml:space="preserve">Feedback records the patient's experience using </w:t>
      </w:r>
      <w:proofErr w:type="spellStart"/>
      <w:r>
        <w:t>FeedbackID</w:t>
      </w:r>
      <w:proofErr w:type="spellEnd"/>
      <w:r>
        <w:t xml:space="preserve">, </w:t>
      </w:r>
      <w:proofErr w:type="spellStart"/>
      <w:r>
        <w:t>AppointmentID</w:t>
      </w:r>
      <w:proofErr w:type="spellEnd"/>
      <w:r>
        <w:t>, rating, comments, review status and timestamps. An appointment may receive zero or one feedback record.</w:t>
      </w:r>
    </w:p>
    <w:p w14:paraId="2D810557" w14:textId="77777777" w:rsidR="0080020B" w:rsidRDefault="0080020B" w:rsidP="0080020B">
      <w:pPr>
        <w:spacing w:before="480" w:line="360" w:lineRule="auto"/>
        <w:jc w:val="both"/>
      </w:pPr>
      <w:r>
        <w:t>The resulting relationships are therefore: Department 1:N Doctor, Patient 1:N Appointment, Doctor 1:N Appointment, Appointment 1:0..1 Treatment and Appointment 1:0..1 Feedback.</w:t>
      </w:r>
    </w:p>
    <w:p w14:paraId="7FBB4C17" w14:textId="77777777" w:rsidR="0080020B" w:rsidRDefault="0080020B" w:rsidP="0080020B">
      <w:pPr>
        <w:spacing w:before="480" w:line="360" w:lineRule="auto"/>
        <w:jc w:val="both"/>
      </w:pPr>
    </w:p>
    <w:p w14:paraId="6B469936" w14:textId="77777777" w:rsidR="0080020B" w:rsidRDefault="0080020B" w:rsidP="0080020B">
      <w:pPr>
        <w:spacing w:before="480" w:line="360" w:lineRule="auto"/>
        <w:jc w:val="both"/>
        <w:rPr>
          <w:b/>
          <w:bCs/>
        </w:rPr>
      </w:pPr>
    </w:p>
    <w:p w14:paraId="39419F28" w14:textId="347E45C0" w:rsidR="0080020B" w:rsidRDefault="0080020B" w:rsidP="0080020B">
      <w:pPr>
        <w:spacing w:before="480" w:line="360" w:lineRule="auto"/>
        <w:jc w:val="both"/>
        <w:rPr>
          <w:b/>
          <w:bCs/>
        </w:rPr>
      </w:pPr>
      <w:bookmarkStart w:id="10" w:name="_Toc237605215"/>
      <w:r w:rsidRPr="0031412F">
        <w:rPr>
          <w:rStyle w:val="Heading3Char"/>
        </w:rPr>
        <w:t>Figure 1:</w:t>
      </w:r>
      <w:bookmarkEnd w:id="10"/>
      <w:r>
        <w:rPr>
          <w:b/>
          <w:bCs/>
        </w:rPr>
        <w:t xml:space="preserve"> Logical ERD showing the six entities, attributes, keys and cardinalities.</w:t>
      </w:r>
    </w:p>
    <w:p w14:paraId="46734B98" w14:textId="1CE48F1E" w:rsidR="0080020B" w:rsidRDefault="0080020B" w:rsidP="0080020B">
      <w:pPr>
        <w:spacing w:before="480" w:line="360" w:lineRule="auto"/>
        <w:jc w:val="both"/>
        <w:rPr>
          <w:b/>
          <w:bCs/>
        </w:rPr>
      </w:pPr>
      <w:r>
        <w:rPr>
          <w:b/>
          <w:bCs/>
          <w:noProof/>
        </w:rPr>
        <w:drawing>
          <wp:inline distT="0" distB="0" distL="0" distR="0" wp14:anchorId="3C9ABBD1" wp14:editId="6D1A16AB">
            <wp:extent cx="6846570" cy="5871210"/>
            <wp:effectExtent l="0" t="0" r="0" b="0"/>
            <wp:docPr id="132533244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46570" cy="5871210"/>
                    </a:xfrm>
                    <a:prstGeom prst="rect">
                      <a:avLst/>
                    </a:prstGeom>
                    <a:noFill/>
                  </pic:spPr>
                </pic:pic>
              </a:graphicData>
            </a:graphic>
          </wp:inline>
        </w:drawing>
      </w:r>
    </w:p>
    <w:p w14:paraId="0E8CA0B3" w14:textId="77777777" w:rsidR="0080020B" w:rsidRDefault="0080020B">
      <w:pPr>
        <w:rPr>
          <w:b/>
          <w:bCs/>
        </w:rPr>
      </w:pPr>
      <w:r>
        <w:rPr>
          <w:b/>
          <w:bCs/>
        </w:rPr>
        <w:br w:type="page"/>
      </w:r>
    </w:p>
    <w:p w14:paraId="320B3B50" w14:textId="1A39B0B3" w:rsidR="0080020B" w:rsidRDefault="0080020B" w:rsidP="0080020B">
      <w:pPr>
        <w:spacing w:before="480" w:line="360" w:lineRule="auto"/>
        <w:jc w:val="both"/>
        <w:rPr>
          <w:b/>
          <w:bCs/>
        </w:rPr>
      </w:pPr>
      <w:bookmarkStart w:id="11" w:name="_Toc237605216"/>
      <w:r w:rsidRPr="0031412F">
        <w:rPr>
          <w:rStyle w:val="Heading3Char"/>
        </w:rPr>
        <w:lastRenderedPageBreak/>
        <w:t>Figure 2</w:t>
      </w:r>
      <w:bookmarkEnd w:id="11"/>
      <w:r w:rsidRPr="0080020B">
        <w:rPr>
          <w:b/>
          <w:bCs/>
        </w:rPr>
        <w:t>:</w:t>
      </w:r>
      <w:r>
        <w:rPr>
          <w:b/>
          <w:bCs/>
        </w:rPr>
        <w:t xml:space="preserve"> Physical Relational Schema showing Primary Keys, Foreign Keys and Unique Keys</w:t>
      </w:r>
    </w:p>
    <w:p w14:paraId="3CB5A7F6" w14:textId="24ACDB7A" w:rsidR="0080020B" w:rsidRDefault="0080020B" w:rsidP="0080020B">
      <w:pPr>
        <w:spacing w:before="480" w:line="360" w:lineRule="auto"/>
        <w:jc w:val="both"/>
        <w:rPr>
          <w:b/>
          <w:bCs/>
        </w:rPr>
      </w:pPr>
      <w:r>
        <w:rPr>
          <w:b/>
          <w:bCs/>
          <w:noProof/>
        </w:rPr>
        <w:drawing>
          <wp:inline distT="0" distB="0" distL="0" distR="0" wp14:anchorId="02E4AD89" wp14:editId="00B7C27D">
            <wp:extent cx="6437630" cy="4389755"/>
            <wp:effectExtent l="0" t="0" r="1270" b="0"/>
            <wp:docPr id="772183150"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7630" cy="4389755"/>
                    </a:xfrm>
                    <a:prstGeom prst="rect">
                      <a:avLst/>
                    </a:prstGeom>
                    <a:noFill/>
                  </pic:spPr>
                </pic:pic>
              </a:graphicData>
            </a:graphic>
          </wp:inline>
        </w:drawing>
      </w:r>
    </w:p>
    <w:p w14:paraId="4944FC08" w14:textId="77777777" w:rsidR="006A349F" w:rsidRDefault="006A349F" w:rsidP="003A7A6D">
      <w:pPr>
        <w:spacing w:after="60" w:line="360" w:lineRule="auto"/>
        <w:ind w:left="360" w:hanging="360"/>
        <w:jc w:val="both"/>
        <w:rPr>
          <w:b/>
          <w:bCs/>
        </w:rPr>
      </w:pPr>
    </w:p>
    <w:p w14:paraId="00D10B94" w14:textId="77777777" w:rsidR="006A349F" w:rsidRDefault="006A349F" w:rsidP="003A7A6D">
      <w:pPr>
        <w:spacing w:after="60" w:line="360" w:lineRule="auto"/>
        <w:ind w:left="360" w:hanging="360"/>
        <w:jc w:val="both"/>
        <w:rPr>
          <w:b/>
          <w:bCs/>
        </w:rPr>
      </w:pPr>
    </w:p>
    <w:p w14:paraId="6B95DDBD" w14:textId="77777777" w:rsidR="0080020B" w:rsidRDefault="0080020B">
      <w:pPr>
        <w:rPr>
          <w:b/>
          <w:bCs/>
        </w:rPr>
      </w:pPr>
      <w:r>
        <w:rPr>
          <w:b/>
          <w:bCs/>
        </w:rPr>
        <w:br w:type="page"/>
      </w:r>
    </w:p>
    <w:p w14:paraId="04348F5C" w14:textId="19D0C3BB" w:rsidR="0080020B" w:rsidRDefault="0080020B" w:rsidP="003A7A6D">
      <w:pPr>
        <w:spacing w:after="60" w:line="360" w:lineRule="auto"/>
        <w:ind w:left="360" w:hanging="360"/>
        <w:jc w:val="both"/>
        <w:rPr>
          <w:b/>
          <w:bCs/>
        </w:rPr>
      </w:pPr>
    </w:p>
    <w:p w14:paraId="3969DBDE" w14:textId="7667B917" w:rsidR="009E121F" w:rsidRPr="009E121F" w:rsidRDefault="009E121F" w:rsidP="0031412F">
      <w:pPr>
        <w:pStyle w:val="Heading2"/>
      </w:pPr>
      <w:bookmarkStart w:id="12" w:name="_Toc237605217"/>
      <w:r w:rsidRPr="009E121F">
        <w:t>Patient</w:t>
      </w:r>
      <w:bookmarkEnd w:id="12"/>
    </w:p>
    <w:p w14:paraId="70156920" w14:textId="5E44D779" w:rsidR="009E121F" w:rsidRDefault="009E121F" w:rsidP="003A7A6D">
      <w:pPr>
        <w:spacing w:after="60" w:line="360" w:lineRule="auto"/>
        <w:jc w:val="both"/>
      </w:pPr>
      <w:r>
        <w:t>The Patient entity stores the personal and contact information of every registered patient.</w:t>
      </w:r>
    </w:p>
    <w:p w14:paraId="5EF4FF7E" w14:textId="3DDAA255" w:rsidR="009E121F" w:rsidRDefault="009E121F" w:rsidP="003A7A6D">
      <w:pPr>
        <w:spacing w:after="60" w:line="360" w:lineRule="auto"/>
        <w:jc w:val="both"/>
      </w:pPr>
      <w:r>
        <w:t>Its principal attributes are:</w:t>
      </w:r>
    </w:p>
    <w:tbl>
      <w:tblPr>
        <w:tblStyle w:val="TableGrid"/>
        <w:tblW w:w="0" w:type="auto"/>
        <w:tblInd w:w="108" w:type="dxa"/>
        <w:tblLook w:val="04A0" w:firstRow="1" w:lastRow="0" w:firstColumn="1" w:lastColumn="0" w:noHBand="0" w:noVBand="1"/>
      </w:tblPr>
      <w:tblGrid>
        <w:gridCol w:w="3276"/>
        <w:gridCol w:w="3384"/>
        <w:gridCol w:w="1845"/>
      </w:tblGrid>
      <w:tr w:rsidR="00E1604B" w14:paraId="13032997" w14:textId="77777777" w:rsidTr="0099045D">
        <w:tc>
          <w:tcPr>
            <w:tcW w:w="3276" w:type="dxa"/>
          </w:tcPr>
          <w:p w14:paraId="76588E77" w14:textId="28759074" w:rsidR="00E1604B" w:rsidRPr="0099045D" w:rsidRDefault="0099045D" w:rsidP="003A7A6D">
            <w:pPr>
              <w:spacing w:after="60" w:line="360" w:lineRule="auto"/>
              <w:jc w:val="both"/>
              <w:rPr>
                <w:b/>
                <w:bCs/>
              </w:rPr>
            </w:pPr>
            <w:r w:rsidRPr="0099045D">
              <w:rPr>
                <w:b/>
                <w:bCs/>
              </w:rPr>
              <w:t>Attribute</w:t>
            </w:r>
          </w:p>
        </w:tc>
        <w:tc>
          <w:tcPr>
            <w:tcW w:w="3384" w:type="dxa"/>
          </w:tcPr>
          <w:p w14:paraId="3E5E7121" w14:textId="411AA8C4" w:rsidR="00E1604B" w:rsidRPr="007D5E54" w:rsidRDefault="007D5E54" w:rsidP="003A7A6D">
            <w:pPr>
              <w:spacing w:after="60" w:line="360" w:lineRule="auto"/>
              <w:jc w:val="both"/>
              <w:rPr>
                <w:b/>
                <w:bCs/>
              </w:rPr>
            </w:pPr>
            <w:r w:rsidRPr="007D5E54">
              <w:rPr>
                <w:b/>
                <w:bCs/>
              </w:rPr>
              <w:t>Character</w:t>
            </w:r>
          </w:p>
        </w:tc>
        <w:tc>
          <w:tcPr>
            <w:tcW w:w="1845" w:type="dxa"/>
          </w:tcPr>
          <w:p w14:paraId="4826C93E" w14:textId="464522AC" w:rsidR="00E1604B" w:rsidRDefault="00E1604B" w:rsidP="003A7A6D">
            <w:pPr>
              <w:spacing w:after="60" w:line="360" w:lineRule="auto"/>
              <w:jc w:val="both"/>
            </w:pPr>
          </w:p>
        </w:tc>
      </w:tr>
      <w:tr w:rsidR="00E1604B" w14:paraId="119004BC" w14:textId="77777777" w:rsidTr="0099045D">
        <w:tc>
          <w:tcPr>
            <w:tcW w:w="3276" w:type="dxa"/>
          </w:tcPr>
          <w:p w14:paraId="7B5F4611" w14:textId="1C266714" w:rsidR="00E1604B" w:rsidRDefault="00E1604B" w:rsidP="00E1604B">
            <w:pPr>
              <w:spacing w:after="60" w:line="360" w:lineRule="auto"/>
              <w:jc w:val="both"/>
            </w:pPr>
            <w:r>
              <w:t xml:space="preserve">•PatientID </w:t>
            </w:r>
          </w:p>
        </w:tc>
        <w:tc>
          <w:tcPr>
            <w:tcW w:w="3384" w:type="dxa"/>
          </w:tcPr>
          <w:p w14:paraId="110FED92" w14:textId="6DF18F59" w:rsidR="00E1604B" w:rsidRDefault="00E1604B" w:rsidP="003A7A6D">
            <w:pPr>
              <w:spacing w:after="60" w:line="360" w:lineRule="auto"/>
              <w:jc w:val="both"/>
            </w:pPr>
            <w:r>
              <w:t>INT</w:t>
            </w:r>
            <w:r w:rsidR="000B5CF6">
              <w:t xml:space="preserve"> </w:t>
            </w:r>
          </w:p>
        </w:tc>
        <w:tc>
          <w:tcPr>
            <w:tcW w:w="1845" w:type="dxa"/>
          </w:tcPr>
          <w:p w14:paraId="2B19A307" w14:textId="28B48FB4" w:rsidR="00E1604B" w:rsidRDefault="000B5CF6" w:rsidP="003A7A6D">
            <w:pPr>
              <w:spacing w:after="60" w:line="360" w:lineRule="auto"/>
              <w:jc w:val="both"/>
            </w:pPr>
            <w:r>
              <w:t>PRIMARY KEY</w:t>
            </w:r>
          </w:p>
        </w:tc>
      </w:tr>
      <w:tr w:rsidR="00E1604B" w14:paraId="7B59F14E" w14:textId="77777777" w:rsidTr="0099045D">
        <w:tc>
          <w:tcPr>
            <w:tcW w:w="3276" w:type="dxa"/>
          </w:tcPr>
          <w:p w14:paraId="5D1254D2" w14:textId="148BBAB6" w:rsidR="00E1604B" w:rsidRDefault="000B5CF6" w:rsidP="003A7A6D">
            <w:pPr>
              <w:spacing w:after="60" w:line="360" w:lineRule="auto"/>
              <w:jc w:val="both"/>
            </w:pPr>
            <w:r w:rsidRPr="000B5CF6">
              <w:t>PatientNumber</w:t>
            </w:r>
          </w:p>
        </w:tc>
        <w:tc>
          <w:tcPr>
            <w:tcW w:w="3384" w:type="dxa"/>
          </w:tcPr>
          <w:p w14:paraId="234CE2CB" w14:textId="74567D4B" w:rsidR="00E1604B" w:rsidRDefault="000B5CF6" w:rsidP="003A7A6D">
            <w:pPr>
              <w:spacing w:after="60" w:line="360" w:lineRule="auto"/>
              <w:jc w:val="both"/>
            </w:pPr>
            <w:r>
              <w:t>VARCHAR(12)</w:t>
            </w:r>
          </w:p>
        </w:tc>
        <w:tc>
          <w:tcPr>
            <w:tcW w:w="1845" w:type="dxa"/>
          </w:tcPr>
          <w:p w14:paraId="57A54BCE" w14:textId="66CB0F40" w:rsidR="00E1604B" w:rsidRDefault="000B5CF6" w:rsidP="003A7A6D">
            <w:pPr>
              <w:spacing w:after="60" w:line="360" w:lineRule="auto"/>
              <w:jc w:val="both"/>
            </w:pPr>
            <w:r>
              <w:t>UNIQUE KEY</w:t>
            </w:r>
          </w:p>
        </w:tc>
      </w:tr>
      <w:tr w:rsidR="00E1604B" w14:paraId="466D0576" w14:textId="77777777" w:rsidTr="0099045D">
        <w:tc>
          <w:tcPr>
            <w:tcW w:w="3276" w:type="dxa"/>
          </w:tcPr>
          <w:p w14:paraId="448B2483" w14:textId="23742D59" w:rsidR="00E1604B" w:rsidRDefault="000B5CF6" w:rsidP="003A7A6D">
            <w:pPr>
              <w:spacing w:after="60" w:line="360" w:lineRule="auto"/>
              <w:jc w:val="both"/>
            </w:pPr>
            <w:r>
              <w:t>FirstName</w:t>
            </w:r>
          </w:p>
        </w:tc>
        <w:tc>
          <w:tcPr>
            <w:tcW w:w="3384" w:type="dxa"/>
          </w:tcPr>
          <w:p w14:paraId="29049413" w14:textId="114C4578" w:rsidR="00E1604B" w:rsidRDefault="000B5CF6" w:rsidP="003A7A6D">
            <w:pPr>
              <w:spacing w:after="60" w:line="360" w:lineRule="auto"/>
              <w:jc w:val="both"/>
            </w:pPr>
            <w:r w:rsidRPr="000B5CF6">
              <w:t>VARCHAR(</w:t>
            </w:r>
            <w:r>
              <w:t>60</w:t>
            </w:r>
            <w:r w:rsidRPr="000B5CF6">
              <w:t>)</w:t>
            </w:r>
          </w:p>
        </w:tc>
        <w:tc>
          <w:tcPr>
            <w:tcW w:w="1845" w:type="dxa"/>
          </w:tcPr>
          <w:p w14:paraId="2FB1789E" w14:textId="64F076DF" w:rsidR="00E1604B" w:rsidRDefault="000B5CF6" w:rsidP="003A7A6D">
            <w:pPr>
              <w:spacing w:after="60" w:line="360" w:lineRule="auto"/>
              <w:jc w:val="both"/>
            </w:pPr>
            <w:r>
              <w:t>NOT NULL</w:t>
            </w:r>
          </w:p>
        </w:tc>
      </w:tr>
      <w:tr w:rsidR="00E1604B" w14:paraId="5CFAF391" w14:textId="77777777" w:rsidTr="0099045D">
        <w:tc>
          <w:tcPr>
            <w:tcW w:w="3276" w:type="dxa"/>
          </w:tcPr>
          <w:p w14:paraId="5F776552" w14:textId="163401A6" w:rsidR="00E1604B" w:rsidRDefault="000B5CF6" w:rsidP="003A7A6D">
            <w:pPr>
              <w:spacing w:after="60" w:line="360" w:lineRule="auto"/>
              <w:jc w:val="both"/>
            </w:pPr>
            <w:r>
              <w:t>LastName</w:t>
            </w:r>
          </w:p>
        </w:tc>
        <w:tc>
          <w:tcPr>
            <w:tcW w:w="3384" w:type="dxa"/>
          </w:tcPr>
          <w:p w14:paraId="0276D262" w14:textId="55D2691C" w:rsidR="00E1604B" w:rsidRDefault="000B5CF6" w:rsidP="003A7A6D">
            <w:pPr>
              <w:spacing w:after="60" w:line="360" w:lineRule="auto"/>
              <w:jc w:val="both"/>
            </w:pPr>
            <w:r w:rsidRPr="000B5CF6">
              <w:t>VARCHAR(</w:t>
            </w:r>
            <w:r>
              <w:t>60</w:t>
            </w:r>
            <w:r w:rsidRPr="000B5CF6">
              <w:t>)</w:t>
            </w:r>
          </w:p>
        </w:tc>
        <w:tc>
          <w:tcPr>
            <w:tcW w:w="1845" w:type="dxa"/>
          </w:tcPr>
          <w:p w14:paraId="2371BA0B" w14:textId="6E6A39C5" w:rsidR="00E1604B" w:rsidRDefault="000B5CF6" w:rsidP="003A7A6D">
            <w:pPr>
              <w:spacing w:after="60" w:line="360" w:lineRule="auto"/>
              <w:jc w:val="both"/>
            </w:pPr>
            <w:r>
              <w:t>NOT NULL</w:t>
            </w:r>
          </w:p>
        </w:tc>
      </w:tr>
      <w:tr w:rsidR="00E1604B" w14:paraId="41EB4596" w14:textId="77777777" w:rsidTr="0099045D">
        <w:tc>
          <w:tcPr>
            <w:tcW w:w="3276" w:type="dxa"/>
          </w:tcPr>
          <w:p w14:paraId="225EDBAB" w14:textId="5342EFB7" w:rsidR="00E1604B" w:rsidRDefault="000B5CF6" w:rsidP="003A7A6D">
            <w:pPr>
              <w:spacing w:after="60" w:line="360" w:lineRule="auto"/>
              <w:jc w:val="both"/>
            </w:pPr>
            <w:proofErr w:type="spellStart"/>
            <w:r>
              <w:t>DateofBirth</w:t>
            </w:r>
            <w:proofErr w:type="spellEnd"/>
          </w:p>
        </w:tc>
        <w:tc>
          <w:tcPr>
            <w:tcW w:w="3384" w:type="dxa"/>
          </w:tcPr>
          <w:p w14:paraId="2C1DE85E" w14:textId="027632C7" w:rsidR="00E1604B" w:rsidRDefault="000B5CF6" w:rsidP="003A7A6D">
            <w:pPr>
              <w:spacing w:after="60" w:line="360" w:lineRule="auto"/>
              <w:jc w:val="both"/>
            </w:pPr>
            <w:r>
              <w:t>DATE</w:t>
            </w:r>
          </w:p>
        </w:tc>
        <w:tc>
          <w:tcPr>
            <w:tcW w:w="1845" w:type="dxa"/>
          </w:tcPr>
          <w:p w14:paraId="12682F4D" w14:textId="75225252" w:rsidR="00E1604B" w:rsidRDefault="000B5CF6" w:rsidP="003A7A6D">
            <w:pPr>
              <w:spacing w:after="60" w:line="360" w:lineRule="auto"/>
              <w:jc w:val="both"/>
            </w:pPr>
            <w:r>
              <w:t>NOT NULL</w:t>
            </w:r>
          </w:p>
        </w:tc>
      </w:tr>
      <w:tr w:rsidR="000B5CF6" w14:paraId="742AE818" w14:textId="77777777" w:rsidTr="0099045D">
        <w:tc>
          <w:tcPr>
            <w:tcW w:w="3276" w:type="dxa"/>
          </w:tcPr>
          <w:p w14:paraId="44A1C0C0" w14:textId="55C6D27F" w:rsidR="000B5CF6" w:rsidRDefault="000B5CF6" w:rsidP="003A7A6D">
            <w:pPr>
              <w:spacing w:after="60" w:line="360" w:lineRule="auto"/>
              <w:jc w:val="both"/>
            </w:pPr>
            <w:proofErr w:type="spellStart"/>
            <w:r>
              <w:t>EmailAddress</w:t>
            </w:r>
            <w:proofErr w:type="spellEnd"/>
          </w:p>
        </w:tc>
        <w:tc>
          <w:tcPr>
            <w:tcW w:w="3384" w:type="dxa"/>
          </w:tcPr>
          <w:p w14:paraId="0C6C516E" w14:textId="1ECE9CF9" w:rsidR="000B5CF6" w:rsidRDefault="000B5CF6" w:rsidP="003A7A6D">
            <w:pPr>
              <w:spacing w:after="60" w:line="360" w:lineRule="auto"/>
              <w:jc w:val="both"/>
            </w:pPr>
            <w:r w:rsidRPr="000B5CF6">
              <w:t>VARCHAR(</w:t>
            </w:r>
            <w:r>
              <w:t>254</w:t>
            </w:r>
            <w:r w:rsidRPr="000B5CF6">
              <w:t>)</w:t>
            </w:r>
          </w:p>
        </w:tc>
        <w:tc>
          <w:tcPr>
            <w:tcW w:w="1845" w:type="dxa"/>
          </w:tcPr>
          <w:p w14:paraId="327CADF9" w14:textId="44171B87" w:rsidR="000B5CF6" w:rsidRDefault="000B5CF6" w:rsidP="003A7A6D">
            <w:pPr>
              <w:spacing w:after="60" w:line="360" w:lineRule="auto"/>
              <w:jc w:val="both"/>
            </w:pPr>
            <w:r>
              <w:t>NULL</w:t>
            </w:r>
          </w:p>
        </w:tc>
      </w:tr>
      <w:tr w:rsidR="000B5CF6" w14:paraId="250DEADB" w14:textId="77777777" w:rsidTr="0099045D">
        <w:tc>
          <w:tcPr>
            <w:tcW w:w="3276" w:type="dxa"/>
          </w:tcPr>
          <w:p w14:paraId="527A24FD" w14:textId="1A3F0F9F" w:rsidR="000B5CF6" w:rsidRDefault="000B5CF6" w:rsidP="003A7A6D">
            <w:pPr>
              <w:spacing w:after="60" w:line="360" w:lineRule="auto"/>
              <w:jc w:val="both"/>
            </w:pPr>
            <w:r>
              <w:t>TelephoneNumber</w:t>
            </w:r>
          </w:p>
        </w:tc>
        <w:tc>
          <w:tcPr>
            <w:tcW w:w="3384" w:type="dxa"/>
          </w:tcPr>
          <w:p w14:paraId="32E9EC5C" w14:textId="79DBCAC5" w:rsidR="000B5CF6" w:rsidRDefault="000B5CF6" w:rsidP="003A7A6D">
            <w:pPr>
              <w:spacing w:after="60" w:line="360" w:lineRule="auto"/>
              <w:jc w:val="both"/>
            </w:pPr>
            <w:r w:rsidRPr="000B5CF6">
              <w:t>VARCHAR(</w:t>
            </w:r>
            <w:r>
              <w:t>20</w:t>
            </w:r>
            <w:r w:rsidRPr="000B5CF6">
              <w:t>)</w:t>
            </w:r>
          </w:p>
        </w:tc>
        <w:tc>
          <w:tcPr>
            <w:tcW w:w="1845" w:type="dxa"/>
          </w:tcPr>
          <w:p w14:paraId="531D45DC" w14:textId="3E8AE37B" w:rsidR="000B5CF6" w:rsidRDefault="000B5CF6" w:rsidP="003A7A6D">
            <w:pPr>
              <w:spacing w:after="60" w:line="360" w:lineRule="auto"/>
              <w:jc w:val="both"/>
            </w:pPr>
            <w:r>
              <w:t>NOT NULL</w:t>
            </w:r>
          </w:p>
        </w:tc>
      </w:tr>
      <w:tr w:rsidR="000B5CF6" w14:paraId="3A8685C6" w14:textId="77777777" w:rsidTr="0099045D">
        <w:tc>
          <w:tcPr>
            <w:tcW w:w="3276" w:type="dxa"/>
          </w:tcPr>
          <w:p w14:paraId="6F9979C1" w14:textId="53A779E9" w:rsidR="000B5CF6" w:rsidRDefault="000B5CF6" w:rsidP="003A7A6D">
            <w:pPr>
              <w:spacing w:after="60" w:line="360" w:lineRule="auto"/>
              <w:jc w:val="both"/>
            </w:pPr>
            <w:r>
              <w:t>AddressLine1</w:t>
            </w:r>
          </w:p>
        </w:tc>
        <w:tc>
          <w:tcPr>
            <w:tcW w:w="3384" w:type="dxa"/>
          </w:tcPr>
          <w:p w14:paraId="6DE0E309" w14:textId="7B08F917" w:rsidR="000B5CF6" w:rsidRDefault="0099045D" w:rsidP="003A7A6D">
            <w:pPr>
              <w:spacing w:after="60" w:line="360" w:lineRule="auto"/>
              <w:jc w:val="both"/>
            </w:pPr>
            <w:r w:rsidRPr="0099045D">
              <w:t>VARCHAR(12</w:t>
            </w:r>
            <w:r>
              <w:t>0</w:t>
            </w:r>
            <w:r w:rsidRPr="0099045D">
              <w:t>)</w:t>
            </w:r>
          </w:p>
        </w:tc>
        <w:tc>
          <w:tcPr>
            <w:tcW w:w="1845" w:type="dxa"/>
          </w:tcPr>
          <w:p w14:paraId="6772CF45" w14:textId="1448CCD6" w:rsidR="000B5CF6" w:rsidRDefault="0099045D" w:rsidP="003A7A6D">
            <w:pPr>
              <w:spacing w:after="60" w:line="360" w:lineRule="auto"/>
              <w:jc w:val="both"/>
            </w:pPr>
            <w:r>
              <w:t>NOT NULL</w:t>
            </w:r>
          </w:p>
        </w:tc>
      </w:tr>
      <w:tr w:rsidR="000B5CF6" w14:paraId="321CC7F0" w14:textId="77777777" w:rsidTr="0099045D">
        <w:tc>
          <w:tcPr>
            <w:tcW w:w="3276" w:type="dxa"/>
          </w:tcPr>
          <w:p w14:paraId="5DAC93A6" w14:textId="0AE2AAC4" w:rsidR="000B5CF6" w:rsidRDefault="0099045D" w:rsidP="003A7A6D">
            <w:pPr>
              <w:spacing w:after="60" w:line="360" w:lineRule="auto"/>
              <w:jc w:val="both"/>
            </w:pPr>
            <w:r>
              <w:t>AddressLine2</w:t>
            </w:r>
          </w:p>
        </w:tc>
        <w:tc>
          <w:tcPr>
            <w:tcW w:w="3384" w:type="dxa"/>
          </w:tcPr>
          <w:p w14:paraId="40A93453" w14:textId="509BA4D0" w:rsidR="000B5CF6" w:rsidRDefault="0099045D" w:rsidP="003A7A6D">
            <w:pPr>
              <w:spacing w:after="60" w:line="360" w:lineRule="auto"/>
              <w:jc w:val="both"/>
            </w:pPr>
            <w:r w:rsidRPr="0099045D">
              <w:t>VARCHAR(12</w:t>
            </w:r>
            <w:r>
              <w:t>0</w:t>
            </w:r>
            <w:r w:rsidRPr="0099045D">
              <w:t>)</w:t>
            </w:r>
          </w:p>
        </w:tc>
        <w:tc>
          <w:tcPr>
            <w:tcW w:w="1845" w:type="dxa"/>
          </w:tcPr>
          <w:p w14:paraId="36493902" w14:textId="5F429935" w:rsidR="000B5CF6" w:rsidRDefault="0099045D" w:rsidP="003A7A6D">
            <w:pPr>
              <w:spacing w:after="60" w:line="360" w:lineRule="auto"/>
              <w:jc w:val="both"/>
            </w:pPr>
            <w:r>
              <w:t>NULL</w:t>
            </w:r>
          </w:p>
        </w:tc>
      </w:tr>
      <w:tr w:rsidR="000B5CF6" w14:paraId="477355DB" w14:textId="77777777" w:rsidTr="0099045D">
        <w:tc>
          <w:tcPr>
            <w:tcW w:w="3276" w:type="dxa"/>
          </w:tcPr>
          <w:p w14:paraId="2793C578" w14:textId="7DCE4A4E" w:rsidR="000B5CF6" w:rsidRDefault="0099045D" w:rsidP="003A7A6D">
            <w:pPr>
              <w:spacing w:after="60" w:line="360" w:lineRule="auto"/>
              <w:jc w:val="both"/>
            </w:pPr>
            <w:proofErr w:type="spellStart"/>
            <w:r>
              <w:t>TownorCity</w:t>
            </w:r>
            <w:proofErr w:type="spellEnd"/>
          </w:p>
        </w:tc>
        <w:tc>
          <w:tcPr>
            <w:tcW w:w="3384" w:type="dxa"/>
          </w:tcPr>
          <w:p w14:paraId="6B0B47B6" w14:textId="1F54C2BF" w:rsidR="000B5CF6" w:rsidRDefault="0099045D" w:rsidP="003A7A6D">
            <w:pPr>
              <w:spacing w:after="60" w:line="360" w:lineRule="auto"/>
              <w:jc w:val="both"/>
            </w:pPr>
            <w:r w:rsidRPr="0099045D">
              <w:t>VARCHAR(</w:t>
            </w:r>
            <w:r>
              <w:t>80</w:t>
            </w:r>
            <w:r w:rsidRPr="0099045D">
              <w:t>)</w:t>
            </w:r>
          </w:p>
        </w:tc>
        <w:tc>
          <w:tcPr>
            <w:tcW w:w="1845" w:type="dxa"/>
          </w:tcPr>
          <w:p w14:paraId="2ACAF705" w14:textId="0F2AF7C6" w:rsidR="000B5CF6" w:rsidRDefault="0099045D" w:rsidP="003A7A6D">
            <w:pPr>
              <w:spacing w:after="60" w:line="360" w:lineRule="auto"/>
              <w:jc w:val="both"/>
            </w:pPr>
            <w:r>
              <w:t>NOT NULL</w:t>
            </w:r>
          </w:p>
        </w:tc>
      </w:tr>
      <w:tr w:rsidR="0099045D" w14:paraId="3E8E9A09" w14:textId="77777777" w:rsidTr="0099045D">
        <w:tc>
          <w:tcPr>
            <w:tcW w:w="3276" w:type="dxa"/>
          </w:tcPr>
          <w:p w14:paraId="29DA0933" w14:textId="4301D9DE" w:rsidR="0099045D" w:rsidRDefault="0099045D" w:rsidP="003A7A6D">
            <w:pPr>
              <w:spacing w:after="60" w:line="360" w:lineRule="auto"/>
              <w:jc w:val="both"/>
            </w:pPr>
            <w:r w:rsidRPr="0099045D">
              <w:t>Postcode</w:t>
            </w:r>
          </w:p>
        </w:tc>
        <w:tc>
          <w:tcPr>
            <w:tcW w:w="3384" w:type="dxa"/>
          </w:tcPr>
          <w:p w14:paraId="2C9FBAE7" w14:textId="0C31E815" w:rsidR="0099045D" w:rsidRDefault="0099045D" w:rsidP="003A7A6D">
            <w:pPr>
              <w:spacing w:after="60" w:line="360" w:lineRule="auto"/>
              <w:jc w:val="both"/>
            </w:pPr>
            <w:r w:rsidRPr="0099045D">
              <w:t>VARCHAR(10)</w:t>
            </w:r>
          </w:p>
        </w:tc>
        <w:tc>
          <w:tcPr>
            <w:tcW w:w="1845" w:type="dxa"/>
          </w:tcPr>
          <w:p w14:paraId="06D1ED70" w14:textId="77777777" w:rsidR="0099045D" w:rsidRDefault="0099045D" w:rsidP="003A7A6D">
            <w:pPr>
              <w:spacing w:after="60" w:line="360" w:lineRule="auto"/>
              <w:jc w:val="both"/>
            </w:pPr>
          </w:p>
        </w:tc>
      </w:tr>
      <w:tr w:rsidR="0099045D" w14:paraId="563FA9EA" w14:textId="77777777" w:rsidTr="0099045D">
        <w:tc>
          <w:tcPr>
            <w:tcW w:w="3276" w:type="dxa"/>
          </w:tcPr>
          <w:p w14:paraId="1A2E4F35" w14:textId="4ABAB40C" w:rsidR="0099045D" w:rsidRDefault="0099045D" w:rsidP="003A7A6D">
            <w:pPr>
              <w:spacing w:after="60" w:line="360" w:lineRule="auto"/>
              <w:jc w:val="both"/>
            </w:pPr>
            <w:proofErr w:type="spellStart"/>
            <w:r w:rsidRPr="0099045D">
              <w:t>EmergencyContactName</w:t>
            </w:r>
            <w:proofErr w:type="spellEnd"/>
          </w:p>
        </w:tc>
        <w:tc>
          <w:tcPr>
            <w:tcW w:w="3384" w:type="dxa"/>
          </w:tcPr>
          <w:p w14:paraId="7DA15794" w14:textId="6BB80ACA" w:rsidR="0099045D" w:rsidRDefault="0099045D" w:rsidP="003A7A6D">
            <w:pPr>
              <w:spacing w:after="60" w:line="360" w:lineRule="auto"/>
              <w:jc w:val="both"/>
            </w:pPr>
            <w:r w:rsidRPr="0099045D">
              <w:t>VARCHAR(120)</w:t>
            </w:r>
          </w:p>
        </w:tc>
        <w:tc>
          <w:tcPr>
            <w:tcW w:w="1845" w:type="dxa"/>
          </w:tcPr>
          <w:p w14:paraId="31A9B2DE" w14:textId="77777777" w:rsidR="0099045D" w:rsidRDefault="0099045D" w:rsidP="003A7A6D">
            <w:pPr>
              <w:spacing w:after="60" w:line="360" w:lineRule="auto"/>
              <w:jc w:val="both"/>
            </w:pPr>
          </w:p>
        </w:tc>
      </w:tr>
      <w:tr w:rsidR="000B5CF6" w14:paraId="0D84F573" w14:textId="77777777" w:rsidTr="0099045D">
        <w:tc>
          <w:tcPr>
            <w:tcW w:w="3276" w:type="dxa"/>
          </w:tcPr>
          <w:p w14:paraId="303E7C67" w14:textId="2E25238A" w:rsidR="000B5CF6" w:rsidRDefault="0099045D" w:rsidP="003A7A6D">
            <w:pPr>
              <w:spacing w:after="60" w:line="360" w:lineRule="auto"/>
              <w:jc w:val="both"/>
            </w:pPr>
            <w:proofErr w:type="spellStart"/>
            <w:r w:rsidRPr="0099045D">
              <w:t>EmergencyContactPhone</w:t>
            </w:r>
            <w:proofErr w:type="spellEnd"/>
          </w:p>
        </w:tc>
        <w:tc>
          <w:tcPr>
            <w:tcW w:w="3384" w:type="dxa"/>
          </w:tcPr>
          <w:p w14:paraId="68373CC1" w14:textId="1DA7BE60" w:rsidR="000B5CF6" w:rsidRDefault="0099045D" w:rsidP="003A7A6D">
            <w:pPr>
              <w:spacing w:after="60" w:line="360" w:lineRule="auto"/>
              <w:jc w:val="both"/>
            </w:pPr>
            <w:r w:rsidRPr="0099045D">
              <w:t>VARCHAR(20)</w:t>
            </w:r>
          </w:p>
        </w:tc>
        <w:tc>
          <w:tcPr>
            <w:tcW w:w="1845" w:type="dxa"/>
          </w:tcPr>
          <w:p w14:paraId="2A22A0F1" w14:textId="77777777" w:rsidR="000B5CF6" w:rsidRDefault="000B5CF6" w:rsidP="003A7A6D">
            <w:pPr>
              <w:spacing w:after="60" w:line="360" w:lineRule="auto"/>
              <w:jc w:val="both"/>
            </w:pPr>
          </w:p>
        </w:tc>
      </w:tr>
      <w:tr w:rsidR="0099045D" w14:paraId="3E834FA2" w14:textId="77777777" w:rsidTr="0099045D">
        <w:tc>
          <w:tcPr>
            <w:tcW w:w="3276" w:type="dxa"/>
          </w:tcPr>
          <w:p w14:paraId="75B1658E" w14:textId="46849A77" w:rsidR="0099045D" w:rsidRDefault="0099045D" w:rsidP="003A7A6D">
            <w:pPr>
              <w:spacing w:after="60" w:line="360" w:lineRule="auto"/>
              <w:jc w:val="both"/>
            </w:pPr>
            <w:proofErr w:type="spellStart"/>
            <w:r w:rsidRPr="0099045D">
              <w:t>RegisteredAt</w:t>
            </w:r>
            <w:proofErr w:type="spellEnd"/>
          </w:p>
        </w:tc>
        <w:tc>
          <w:tcPr>
            <w:tcW w:w="3384" w:type="dxa"/>
          </w:tcPr>
          <w:p w14:paraId="33F99699" w14:textId="77777777" w:rsidR="0099045D" w:rsidRDefault="0099045D" w:rsidP="003A7A6D">
            <w:pPr>
              <w:spacing w:after="60" w:line="360" w:lineRule="auto"/>
              <w:jc w:val="both"/>
            </w:pPr>
            <w:r>
              <w:t>DATETIME</w:t>
            </w:r>
          </w:p>
          <w:p w14:paraId="3191ECFD" w14:textId="70EC197B" w:rsidR="0099045D" w:rsidRDefault="0099045D" w:rsidP="003A7A6D">
            <w:pPr>
              <w:spacing w:after="60" w:line="360" w:lineRule="auto"/>
              <w:jc w:val="both"/>
            </w:pPr>
            <w:r>
              <w:t>DEFAULT CURRENT</w:t>
            </w:r>
          </w:p>
        </w:tc>
        <w:tc>
          <w:tcPr>
            <w:tcW w:w="1845" w:type="dxa"/>
          </w:tcPr>
          <w:p w14:paraId="428C8F16" w14:textId="77777777" w:rsidR="0099045D" w:rsidRDefault="0099045D" w:rsidP="003A7A6D">
            <w:pPr>
              <w:spacing w:after="60" w:line="360" w:lineRule="auto"/>
              <w:jc w:val="both"/>
            </w:pPr>
            <w:r>
              <w:t>NOT NULL</w:t>
            </w:r>
          </w:p>
          <w:p w14:paraId="463D7376" w14:textId="0A252233" w:rsidR="0099045D" w:rsidRDefault="0099045D" w:rsidP="003A7A6D">
            <w:pPr>
              <w:spacing w:after="60" w:line="360" w:lineRule="auto"/>
              <w:jc w:val="both"/>
            </w:pPr>
            <w:r>
              <w:t>TIMESTAMP</w:t>
            </w:r>
          </w:p>
        </w:tc>
      </w:tr>
      <w:tr w:rsidR="0099045D" w14:paraId="112631F9" w14:textId="77777777" w:rsidTr="0099045D">
        <w:tc>
          <w:tcPr>
            <w:tcW w:w="3276" w:type="dxa"/>
          </w:tcPr>
          <w:p w14:paraId="5B2243C3" w14:textId="7DCF4ED3" w:rsidR="0099045D" w:rsidRDefault="0099045D" w:rsidP="003A7A6D">
            <w:pPr>
              <w:spacing w:after="60" w:line="360" w:lineRule="auto"/>
              <w:jc w:val="both"/>
            </w:pPr>
            <w:r w:rsidRPr="0099045D">
              <w:t>IsActive.</w:t>
            </w:r>
          </w:p>
        </w:tc>
        <w:tc>
          <w:tcPr>
            <w:tcW w:w="3384" w:type="dxa"/>
          </w:tcPr>
          <w:p w14:paraId="4C8E791D" w14:textId="32B3D1A3" w:rsidR="0099045D" w:rsidRDefault="0099045D" w:rsidP="003A7A6D">
            <w:pPr>
              <w:spacing w:after="60" w:line="360" w:lineRule="auto"/>
              <w:jc w:val="both"/>
            </w:pPr>
            <w:r>
              <w:t>TINYINT(1)</w:t>
            </w:r>
          </w:p>
        </w:tc>
        <w:tc>
          <w:tcPr>
            <w:tcW w:w="1845" w:type="dxa"/>
          </w:tcPr>
          <w:p w14:paraId="7A303404" w14:textId="77777777" w:rsidR="0099045D" w:rsidRDefault="0099045D" w:rsidP="003A7A6D">
            <w:pPr>
              <w:spacing w:after="60" w:line="360" w:lineRule="auto"/>
              <w:jc w:val="both"/>
            </w:pPr>
            <w:r>
              <w:t>NOT NULL</w:t>
            </w:r>
          </w:p>
          <w:p w14:paraId="10C92F3F" w14:textId="334669EB" w:rsidR="0099045D" w:rsidRDefault="0099045D" w:rsidP="003A7A6D">
            <w:pPr>
              <w:spacing w:after="60" w:line="360" w:lineRule="auto"/>
              <w:jc w:val="both"/>
            </w:pPr>
            <w:r>
              <w:t>DEFAULT</w:t>
            </w:r>
          </w:p>
        </w:tc>
      </w:tr>
    </w:tbl>
    <w:p w14:paraId="65C02AE8" w14:textId="77777777" w:rsidR="00E1604B" w:rsidRDefault="00E1604B" w:rsidP="003A7A6D">
      <w:pPr>
        <w:spacing w:after="60" w:line="360" w:lineRule="auto"/>
        <w:jc w:val="both"/>
      </w:pPr>
    </w:p>
    <w:p w14:paraId="7CDAF126" w14:textId="77777777" w:rsidR="009E121F" w:rsidRDefault="009E121F" w:rsidP="003A7A6D">
      <w:pPr>
        <w:spacing w:after="60" w:line="360" w:lineRule="auto"/>
        <w:ind w:left="360" w:hanging="360"/>
        <w:jc w:val="both"/>
      </w:pPr>
      <w:r>
        <w:t>A surrogate key named PatientID is used because personal information such as telephone numbers and</w:t>
      </w:r>
    </w:p>
    <w:p w14:paraId="7D5AE950" w14:textId="77777777" w:rsidR="009E121F" w:rsidRDefault="009E121F" w:rsidP="003A7A6D">
      <w:pPr>
        <w:spacing w:after="60" w:line="360" w:lineRule="auto"/>
        <w:ind w:left="360" w:hanging="360"/>
        <w:jc w:val="both"/>
      </w:pPr>
      <w:r>
        <w:t xml:space="preserve">email addresses may change. PatientNumber is retained as a unique business identifier used by clinic </w:t>
      </w:r>
    </w:p>
    <w:p w14:paraId="270FF316" w14:textId="4502DBD5" w:rsidR="009E121F" w:rsidRDefault="009E121F" w:rsidP="00FF63B0">
      <w:pPr>
        <w:spacing w:after="60" w:line="360" w:lineRule="auto"/>
        <w:ind w:left="360" w:hanging="360"/>
        <w:jc w:val="both"/>
      </w:pPr>
      <w:r>
        <w:t>staff.</w:t>
      </w:r>
    </w:p>
    <w:p w14:paraId="711C0A14" w14:textId="77777777" w:rsidR="007D5E54" w:rsidRDefault="007D5E54" w:rsidP="003A7A6D">
      <w:pPr>
        <w:spacing w:after="60" w:line="360" w:lineRule="auto"/>
        <w:ind w:left="360" w:hanging="360"/>
        <w:jc w:val="both"/>
        <w:rPr>
          <w:b/>
          <w:bCs/>
        </w:rPr>
      </w:pPr>
    </w:p>
    <w:p w14:paraId="1833A16F" w14:textId="77777777" w:rsidR="0080020B" w:rsidRDefault="0080020B">
      <w:pPr>
        <w:rPr>
          <w:b/>
          <w:bCs/>
        </w:rPr>
      </w:pPr>
      <w:r>
        <w:rPr>
          <w:b/>
          <w:bCs/>
        </w:rPr>
        <w:br w:type="page"/>
      </w:r>
    </w:p>
    <w:p w14:paraId="29ED518F" w14:textId="6F6887EE" w:rsidR="009E121F" w:rsidRPr="009E121F" w:rsidRDefault="009E121F" w:rsidP="0031412F">
      <w:pPr>
        <w:pStyle w:val="Heading2"/>
      </w:pPr>
      <w:bookmarkStart w:id="13" w:name="_Toc237605218"/>
      <w:r w:rsidRPr="009E121F">
        <w:lastRenderedPageBreak/>
        <w:t>Department</w:t>
      </w:r>
      <w:bookmarkEnd w:id="13"/>
    </w:p>
    <w:p w14:paraId="47DC32E7" w14:textId="77777777" w:rsidR="009E121F" w:rsidRDefault="009E121F" w:rsidP="003A7A6D">
      <w:pPr>
        <w:spacing w:after="60" w:line="360" w:lineRule="auto"/>
        <w:jc w:val="both"/>
      </w:pPr>
      <w:r>
        <w:t xml:space="preserve">The Department entity stores the clinic’s clinical divisions, such as General Medicine, Dermatology and </w:t>
      </w:r>
    </w:p>
    <w:p w14:paraId="23E3B9F5" w14:textId="35EDDFE2" w:rsidR="009E121F" w:rsidRDefault="009E121F" w:rsidP="003A7A6D">
      <w:pPr>
        <w:spacing w:after="60" w:line="360" w:lineRule="auto"/>
        <w:ind w:left="360" w:hanging="360"/>
        <w:jc w:val="both"/>
      </w:pPr>
      <w:r>
        <w:t>Physiotherapy. Its attributes are:</w:t>
      </w:r>
    </w:p>
    <w:tbl>
      <w:tblPr>
        <w:tblStyle w:val="TableGrid"/>
        <w:tblW w:w="0" w:type="auto"/>
        <w:tblInd w:w="360" w:type="dxa"/>
        <w:tblLook w:val="04A0" w:firstRow="1" w:lastRow="0" w:firstColumn="1" w:lastColumn="0" w:noHBand="0" w:noVBand="1"/>
      </w:tblPr>
      <w:tblGrid>
        <w:gridCol w:w="3314"/>
        <w:gridCol w:w="2671"/>
        <w:gridCol w:w="3686"/>
      </w:tblGrid>
      <w:tr w:rsidR="006A349F" w14:paraId="74CA891F" w14:textId="77777777" w:rsidTr="000737CB">
        <w:tc>
          <w:tcPr>
            <w:tcW w:w="3314" w:type="dxa"/>
          </w:tcPr>
          <w:p w14:paraId="71CA1A41" w14:textId="302635AA" w:rsidR="006A349F" w:rsidRPr="006A349F" w:rsidRDefault="006A349F" w:rsidP="003A7A6D">
            <w:pPr>
              <w:spacing w:after="60" w:line="360" w:lineRule="auto"/>
              <w:jc w:val="both"/>
              <w:rPr>
                <w:b/>
                <w:bCs/>
              </w:rPr>
            </w:pPr>
            <w:r w:rsidRPr="006A349F">
              <w:rPr>
                <w:b/>
                <w:bCs/>
              </w:rPr>
              <w:t>Attribute</w:t>
            </w:r>
          </w:p>
        </w:tc>
        <w:tc>
          <w:tcPr>
            <w:tcW w:w="2671" w:type="dxa"/>
          </w:tcPr>
          <w:p w14:paraId="715E2E64" w14:textId="77777777" w:rsidR="006A349F" w:rsidRDefault="006A349F" w:rsidP="003A7A6D">
            <w:pPr>
              <w:spacing w:after="60" w:line="360" w:lineRule="auto"/>
              <w:jc w:val="both"/>
            </w:pPr>
          </w:p>
        </w:tc>
        <w:tc>
          <w:tcPr>
            <w:tcW w:w="3686" w:type="dxa"/>
          </w:tcPr>
          <w:p w14:paraId="4526990E" w14:textId="77777777" w:rsidR="006A349F" w:rsidRDefault="006A349F" w:rsidP="003A7A6D">
            <w:pPr>
              <w:spacing w:after="60" w:line="360" w:lineRule="auto"/>
              <w:jc w:val="both"/>
            </w:pPr>
          </w:p>
        </w:tc>
      </w:tr>
      <w:tr w:rsidR="006A349F" w14:paraId="6917EC05" w14:textId="77777777" w:rsidTr="000737CB">
        <w:tc>
          <w:tcPr>
            <w:tcW w:w="3314" w:type="dxa"/>
          </w:tcPr>
          <w:p w14:paraId="18FB5EB4" w14:textId="3C2405CC" w:rsidR="006A349F" w:rsidRDefault="006A349F" w:rsidP="003A7A6D">
            <w:pPr>
              <w:spacing w:after="60" w:line="360" w:lineRule="auto"/>
              <w:jc w:val="both"/>
            </w:pPr>
            <w:proofErr w:type="spellStart"/>
            <w:r w:rsidRPr="006A349F">
              <w:t>DepartmentID</w:t>
            </w:r>
            <w:proofErr w:type="spellEnd"/>
          </w:p>
        </w:tc>
        <w:tc>
          <w:tcPr>
            <w:tcW w:w="2671" w:type="dxa"/>
          </w:tcPr>
          <w:p w14:paraId="7E6CDD5A" w14:textId="443EAC94" w:rsidR="006A349F" w:rsidRDefault="006A349F" w:rsidP="003A7A6D">
            <w:pPr>
              <w:spacing w:after="60" w:line="360" w:lineRule="auto"/>
              <w:jc w:val="both"/>
            </w:pPr>
            <w:r>
              <w:t>SMALLINT</w:t>
            </w:r>
          </w:p>
        </w:tc>
        <w:tc>
          <w:tcPr>
            <w:tcW w:w="3686" w:type="dxa"/>
          </w:tcPr>
          <w:p w14:paraId="3174CE37" w14:textId="76B6AA3C" w:rsidR="006A349F" w:rsidRDefault="006A349F" w:rsidP="003A7A6D">
            <w:pPr>
              <w:spacing w:after="60" w:line="360" w:lineRule="auto"/>
              <w:jc w:val="both"/>
            </w:pPr>
            <w:r>
              <w:t>PRIMARY KEY</w:t>
            </w:r>
          </w:p>
        </w:tc>
      </w:tr>
      <w:tr w:rsidR="006A349F" w14:paraId="41B8C44A" w14:textId="77777777" w:rsidTr="000737CB">
        <w:tc>
          <w:tcPr>
            <w:tcW w:w="3314" w:type="dxa"/>
          </w:tcPr>
          <w:p w14:paraId="55C66610" w14:textId="2FF2481B" w:rsidR="006A349F" w:rsidRDefault="006A349F" w:rsidP="003A7A6D">
            <w:pPr>
              <w:spacing w:after="60" w:line="360" w:lineRule="auto"/>
              <w:jc w:val="both"/>
            </w:pPr>
            <w:proofErr w:type="spellStart"/>
            <w:r w:rsidRPr="006A349F">
              <w:t>Department</w:t>
            </w:r>
            <w:r>
              <w:t>Name</w:t>
            </w:r>
            <w:proofErr w:type="spellEnd"/>
          </w:p>
        </w:tc>
        <w:tc>
          <w:tcPr>
            <w:tcW w:w="2671" w:type="dxa"/>
          </w:tcPr>
          <w:p w14:paraId="37466362" w14:textId="1894B765" w:rsidR="006A349F" w:rsidRDefault="006A349F" w:rsidP="003A7A6D">
            <w:pPr>
              <w:spacing w:after="60" w:line="360" w:lineRule="auto"/>
              <w:jc w:val="both"/>
            </w:pPr>
            <w:r w:rsidRPr="006A349F">
              <w:t>VARCHAR(12</w:t>
            </w:r>
            <w:r>
              <w:t>0</w:t>
            </w:r>
            <w:r w:rsidRPr="006A349F">
              <w:t>)</w:t>
            </w:r>
          </w:p>
        </w:tc>
        <w:tc>
          <w:tcPr>
            <w:tcW w:w="3686" w:type="dxa"/>
          </w:tcPr>
          <w:p w14:paraId="76E15AB9" w14:textId="77777777" w:rsidR="006A349F" w:rsidRDefault="006A349F" w:rsidP="003A7A6D">
            <w:pPr>
              <w:spacing w:after="60" w:line="360" w:lineRule="auto"/>
              <w:jc w:val="both"/>
            </w:pPr>
            <w:r>
              <w:t xml:space="preserve">UNIQUE KEY </w:t>
            </w:r>
          </w:p>
          <w:p w14:paraId="225F6BD6" w14:textId="3922609E" w:rsidR="006A349F" w:rsidRDefault="006A349F" w:rsidP="003A7A6D">
            <w:pPr>
              <w:spacing w:after="60" w:line="360" w:lineRule="auto"/>
              <w:jc w:val="both"/>
            </w:pPr>
            <w:r>
              <w:t>NOT NULL</w:t>
            </w:r>
          </w:p>
        </w:tc>
      </w:tr>
      <w:tr w:rsidR="006A349F" w14:paraId="0A0CFA5A" w14:textId="77777777" w:rsidTr="000737CB">
        <w:tc>
          <w:tcPr>
            <w:tcW w:w="3314" w:type="dxa"/>
          </w:tcPr>
          <w:p w14:paraId="684F12A9" w14:textId="285D7575" w:rsidR="006A349F" w:rsidRDefault="006A349F" w:rsidP="003A7A6D">
            <w:pPr>
              <w:spacing w:after="60" w:line="360" w:lineRule="auto"/>
              <w:jc w:val="both"/>
            </w:pPr>
            <w:proofErr w:type="spellStart"/>
            <w:r w:rsidRPr="006A349F">
              <w:t>Department</w:t>
            </w:r>
            <w:r>
              <w:t>Description</w:t>
            </w:r>
            <w:proofErr w:type="spellEnd"/>
          </w:p>
        </w:tc>
        <w:tc>
          <w:tcPr>
            <w:tcW w:w="2671" w:type="dxa"/>
          </w:tcPr>
          <w:p w14:paraId="3C8BDE0C" w14:textId="6102439C" w:rsidR="006A349F" w:rsidRDefault="006A349F" w:rsidP="003A7A6D">
            <w:pPr>
              <w:spacing w:after="60" w:line="360" w:lineRule="auto"/>
              <w:jc w:val="both"/>
            </w:pPr>
            <w:r w:rsidRPr="006A349F">
              <w:t>VARCHAR(1</w:t>
            </w:r>
            <w:r>
              <w:t>0</w:t>
            </w:r>
            <w:r w:rsidRPr="006A349F">
              <w:t>0)</w:t>
            </w:r>
          </w:p>
        </w:tc>
        <w:tc>
          <w:tcPr>
            <w:tcW w:w="3686" w:type="dxa"/>
          </w:tcPr>
          <w:p w14:paraId="5CD2477A" w14:textId="3632AA8C" w:rsidR="006A349F" w:rsidRDefault="006A349F" w:rsidP="003A7A6D">
            <w:pPr>
              <w:spacing w:after="60" w:line="360" w:lineRule="auto"/>
              <w:jc w:val="both"/>
            </w:pPr>
            <w:r>
              <w:t>NULL</w:t>
            </w:r>
          </w:p>
        </w:tc>
      </w:tr>
      <w:tr w:rsidR="006A349F" w14:paraId="27AB0BDF" w14:textId="77777777" w:rsidTr="000737CB">
        <w:tc>
          <w:tcPr>
            <w:tcW w:w="3314" w:type="dxa"/>
          </w:tcPr>
          <w:p w14:paraId="2F1CA7B5" w14:textId="6BA5BA4F" w:rsidR="006A349F" w:rsidRDefault="006A349F" w:rsidP="003A7A6D">
            <w:pPr>
              <w:spacing w:after="60" w:line="360" w:lineRule="auto"/>
              <w:jc w:val="both"/>
            </w:pPr>
            <w:r>
              <w:t>IsActive</w:t>
            </w:r>
          </w:p>
        </w:tc>
        <w:tc>
          <w:tcPr>
            <w:tcW w:w="2671" w:type="dxa"/>
          </w:tcPr>
          <w:p w14:paraId="795A9F58" w14:textId="76BD7BC6" w:rsidR="006A349F" w:rsidRDefault="006A349F" w:rsidP="003A7A6D">
            <w:pPr>
              <w:spacing w:after="60" w:line="360" w:lineRule="auto"/>
              <w:jc w:val="both"/>
            </w:pPr>
            <w:r>
              <w:t>TINYINT(1)</w:t>
            </w:r>
          </w:p>
        </w:tc>
        <w:tc>
          <w:tcPr>
            <w:tcW w:w="3686" w:type="dxa"/>
          </w:tcPr>
          <w:p w14:paraId="63BE73DF" w14:textId="77777777" w:rsidR="006A349F" w:rsidRDefault="006A349F" w:rsidP="003A7A6D">
            <w:pPr>
              <w:spacing w:after="60" w:line="360" w:lineRule="auto"/>
              <w:jc w:val="both"/>
            </w:pPr>
            <w:r>
              <w:t>NOT NULL</w:t>
            </w:r>
          </w:p>
          <w:p w14:paraId="249FF5F2" w14:textId="625A314E" w:rsidR="006A349F" w:rsidRDefault="006A349F" w:rsidP="003A7A6D">
            <w:pPr>
              <w:spacing w:after="60" w:line="360" w:lineRule="auto"/>
              <w:jc w:val="both"/>
            </w:pPr>
            <w:r>
              <w:t>DEFAULT 1</w:t>
            </w:r>
          </w:p>
        </w:tc>
      </w:tr>
    </w:tbl>
    <w:p w14:paraId="6053FB23" w14:textId="1D44DD25" w:rsidR="006A349F" w:rsidRDefault="006A349F" w:rsidP="003A7A6D">
      <w:pPr>
        <w:spacing w:after="60" w:line="360" w:lineRule="auto"/>
        <w:ind w:left="360" w:hanging="360"/>
        <w:jc w:val="both"/>
      </w:pPr>
    </w:p>
    <w:p w14:paraId="34A2214E" w14:textId="77777777" w:rsidR="00692A32" w:rsidRDefault="009E121F" w:rsidP="003A7A6D">
      <w:pPr>
        <w:spacing w:after="60" w:line="360" w:lineRule="auto"/>
        <w:jc w:val="both"/>
      </w:pPr>
      <w:r>
        <w:t xml:space="preserve">Department information is stored once and referenced by doctors, preventing inconsistent department </w:t>
      </w:r>
    </w:p>
    <w:p w14:paraId="63A993C6" w14:textId="55BFA823" w:rsidR="009E121F" w:rsidRDefault="009E121F" w:rsidP="003A7A6D">
      <w:pPr>
        <w:spacing w:after="60" w:line="360" w:lineRule="auto"/>
        <w:ind w:left="360" w:hanging="360"/>
        <w:jc w:val="both"/>
      </w:pPr>
      <w:r>
        <w:t>names from being repeated throughout the database.</w:t>
      </w:r>
    </w:p>
    <w:p w14:paraId="7B9711A1" w14:textId="77777777" w:rsidR="009E121F" w:rsidRDefault="009E121F" w:rsidP="003A7A6D">
      <w:pPr>
        <w:spacing w:after="60" w:line="360" w:lineRule="auto"/>
        <w:ind w:left="360" w:hanging="360"/>
        <w:jc w:val="both"/>
      </w:pPr>
    </w:p>
    <w:p w14:paraId="6D8C539C" w14:textId="77777777" w:rsidR="009E121F" w:rsidRPr="00692A32" w:rsidRDefault="009E121F" w:rsidP="0031412F">
      <w:pPr>
        <w:pStyle w:val="Heading2"/>
      </w:pPr>
      <w:bookmarkStart w:id="14" w:name="_Toc237605219"/>
      <w:r w:rsidRPr="00692A32">
        <w:t>Doctor</w:t>
      </w:r>
      <w:bookmarkEnd w:id="14"/>
    </w:p>
    <w:p w14:paraId="4C9C7BBA" w14:textId="47078B15" w:rsidR="009E121F" w:rsidRDefault="009E121F" w:rsidP="006A349F">
      <w:pPr>
        <w:spacing w:after="60" w:line="360" w:lineRule="auto"/>
        <w:ind w:left="360" w:hanging="360"/>
        <w:jc w:val="both"/>
      </w:pPr>
      <w:r>
        <w:t>The Doctor entity stores information about the clinic’s medical professionals. Its attributes include:</w:t>
      </w:r>
    </w:p>
    <w:tbl>
      <w:tblPr>
        <w:tblStyle w:val="TableGrid"/>
        <w:tblW w:w="9813" w:type="dxa"/>
        <w:tblInd w:w="360" w:type="dxa"/>
        <w:tblLook w:val="04A0" w:firstRow="1" w:lastRow="0" w:firstColumn="1" w:lastColumn="0" w:noHBand="0" w:noVBand="1"/>
      </w:tblPr>
      <w:tblGrid>
        <w:gridCol w:w="3322"/>
        <w:gridCol w:w="2805"/>
        <w:gridCol w:w="3686"/>
      </w:tblGrid>
      <w:tr w:rsidR="006A349F" w14:paraId="504E3BEE" w14:textId="77777777" w:rsidTr="000737CB">
        <w:tc>
          <w:tcPr>
            <w:tcW w:w="3322" w:type="dxa"/>
          </w:tcPr>
          <w:p w14:paraId="16ED524B" w14:textId="7234540C" w:rsidR="006A349F" w:rsidRPr="006A349F" w:rsidRDefault="006A349F" w:rsidP="006A349F">
            <w:pPr>
              <w:spacing w:after="60" w:line="360" w:lineRule="auto"/>
              <w:jc w:val="both"/>
              <w:rPr>
                <w:b/>
                <w:bCs/>
              </w:rPr>
            </w:pPr>
            <w:r w:rsidRPr="006A349F">
              <w:rPr>
                <w:b/>
                <w:bCs/>
              </w:rPr>
              <w:t>Attributes</w:t>
            </w:r>
          </w:p>
        </w:tc>
        <w:tc>
          <w:tcPr>
            <w:tcW w:w="2805" w:type="dxa"/>
          </w:tcPr>
          <w:p w14:paraId="297AC523" w14:textId="77777777" w:rsidR="006A349F" w:rsidRDefault="006A349F" w:rsidP="006A349F">
            <w:pPr>
              <w:spacing w:after="60" w:line="360" w:lineRule="auto"/>
              <w:jc w:val="both"/>
            </w:pPr>
          </w:p>
        </w:tc>
        <w:tc>
          <w:tcPr>
            <w:tcW w:w="3686" w:type="dxa"/>
          </w:tcPr>
          <w:p w14:paraId="65E9AAE7" w14:textId="77777777" w:rsidR="006A349F" w:rsidRDefault="006A349F" w:rsidP="006A349F">
            <w:pPr>
              <w:spacing w:after="60" w:line="360" w:lineRule="auto"/>
              <w:jc w:val="both"/>
            </w:pPr>
          </w:p>
        </w:tc>
      </w:tr>
      <w:tr w:rsidR="006A349F" w14:paraId="32E6E9C8" w14:textId="77777777" w:rsidTr="000737CB">
        <w:tc>
          <w:tcPr>
            <w:tcW w:w="3322" w:type="dxa"/>
          </w:tcPr>
          <w:p w14:paraId="645DF565" w14:textId="7DFD1F8F" w:rsidR="006A349F" w:rsidRDefault="006A349F" w:rsidP="006A349F">
            <w:pPr>
              <w:spacing w:after="60" w:line="360" w:lineRule="auto"/>
              <w:jc w:val="both"/>
            </w:pPr>
            <w:r>
              <w:t>DoctorID</w:t>
            </w:r>
          </w:p>
        </w:tc>
        <w:tc>
          <w:tcPr>
            <w:tcW w:w="2805" w:type="dxa"/>
          </w:tcPr>
          <w:p w14:paraId="039C1F07" w14:textId="5A01C61E" w:rsidR="006A349F" w:rsidRDefault="005C4387" w:rsidP="006A349F">
            <w:pPr>
              <w:spacing w:after="60" w:line="360" w:lineRule="auto"/>
              <w:jc w:val="both"/>
            </w:pPr>
            <w:r>
              <w:t>INT</w:t>
            </w:r>
          </w:p>
        </w:tc>
        <w:tc>
          <w:tcPr>
            <w:tcW w:w="3686" w:type="dxa"/>
          </w:tcPr>
          <w:p w14:paraId="175F0246" w14:textId="0FEF08F4" w:rsidR="006A349F" w:rsidRDefault="005C4387" w:rsidP="006A349F">
            <w:pPr>
              <w:spacing w:after="60" w:line="360" w:lineRule="auto"/>
              <w:jc w:val="both"/>
            </w:pPr>
            <w:r>
              <w:t>PRIMARY KEY</w:t>
            </w:r>
          </w:p>
        </w:tc>
      </w:tr>
      <w:tr w:rsidR="006A349F" w14:paraId="44F0CF92" w14:textId="77777777" w:rsidTr="000737CB">
        <w:tc>
          <w:tcPr>
            <w:tcW w:w="3322" w:type="dxa"/>
          </w:tcPr>
          <w:p w14:paraId="5FA379E4" w14:textId="4B47F31E" w:rsidR="006A349F" w:rsidRDefault="006A349F" w:rsidP="006A349F">
            <w:pPr>
              <w:spacing w:after="60" w:line="360" w:lineRule="auto"/>
              <w:jc w:val="both"/>
            </w:pPr>
            <w:proofErr w:type="spellStart"/>
            <w:r w:rsidRPr="006A349F">
              <w:t>DepartmentID</w:t>
            </w:r>
            <w:proofErr w:type="spellEnd"/>
          </w:p>
        </w:tc>
        <w:tc>
          <w:tcPr>
            <w:tcW w:w="2805" w:type="dxa"/>
          </w:tcPr>
          <w:p w14:paraId="1D8810AC" w14:textId="5300CDED" w:rsidR="006A349F" w:rsidRDefault="005C4387" w:rsidP="006A349F">
            <w:pPr>
              <w:spacing w:after="60" w:line="360" w:lineRule="auto"/>
              <w:jc w:val="both"/>
            </w:pPr>
            <w:r>
              <w:t>SMALLINT</w:t>
            </w:r>
          </w:p>
        </w:tc>
        <w:tc>
          <w:tcPr>
            <w:tcW w:w="3686" w:type="dxa"/>
          </w:tcPr>
          <w:p w14:paraId="472F8194" w14:textId="77777777" w:rsidR="006A349F" w:rsidRDefault="005C4387" w:rsidP="006A349F">
            <w:pPr>
              <w:spacing w:after="60" w:line="360" w:lineRule="auto"/>
              <w:jc w:val="both"/>
            </w:pPr>
            <w:r>
              <w:t>FOREIGN KEY</w:t>
            </w:r>
          </w:p>
          <w:p w14:paraId="07F45F18" w14:textId="47D89459" w:rsidR="005C4387" w:rsidRDefault="005C4387" w:rsidP="006A349F">
            <w:pPr>
              <w:spacing w:after="60" w:line="360" w:lineRule="auto"/>
              <w:jc w:val="both"/>
            </w:pPr>
            <w:r>
              <w:t>NOT NULL</w:t>
            </w:r>
          </w:p>
        </w:tc>
      </w:tr>
      <w:tr w:rsidR="006A349F" w14:paraId="1CAEC971" w14:textId="77777777" w:rsidTr="000737CB">
        <w:tc>
          <w:tcPr>
            <w:tcW w:w="3322" w:type="dxa"/>
          </w:tcPr>
          <w:p w14:paraId="6557E230" w14:textId="4D44526C" w:rsidR="006A349F" w:rsidRDefault="005C4387" w:rsidP="006A349F">
            <w:pPr>
              <w:spacing w:after="60" w:line="360" w:lineRule="auto"/>
              <w:jc w:val="both"/>
            </w:pPr>
            <w:proofErr w:type="spellStart"/>
            <w:r w:rsidRPr="005C4387">
              <w:t>RegistrationNumber</w:t>
            </w:r>
            <w:proofErr w:type="spellEnd"/>
          </w:p>
        </w:tc>
        <w:tc>
          <w:tcPr>
            <w:tcW w:w="2805" w:type="dxa"/>
          </w:tcPr>
          <w:p w14:paraId="778D3695" w14:textId="311D3D00" w:rsidR="006A349F" w:rsidRDefault="005C4387" w:rsidP="006A349F">
            <w:pPr>
              <w:spacing w:after="60" w:line="360" w:lineRule="auto"/>
              <w:jc w:val="both"/>
            </w:pPr>
            <w:r w:rsidRPr="005C4387">
              <w:t>VARCHAR(20)</w:t>
            </w:r>
          </w:p>
        </w:tc>
        <w:tc>
          <w:tcPr>
            <w:tcW w:w="3686" w:type="dxa"/>
          </w:tcPr>
          <w:p w14:paraId="48D9B196" w14:textId="77777777" w:rsidR="006A349F" w:rsidRDefault="005C4387" w:rsidP="006A349F">
            <w:pPr>
              <w:spacing w:after="60" w:line="360" w:lineRule="auto"/>
              <w:jc w:val="both"/>
            </w:pPr>
            <w:r>
              <w:t>UNIQUE KEY</w:t>
            </w:r>
          </w:p>
          <w:p w14:paraId="7F73E896" w14:textId="6478194D" w:rsidR="005C4387" w:rsidRDefault="005C4387" w:rsidP="006A349F">
            <w:pPr>
              <w:spacing w:after="60" w:line="360" w:lineRule="auto"/>
              <w:jc w:val="both"/>
            </w:pPr>
            <w:r>
              <w:t>NOT NULL</w:t>
            </w:r>
          </w:p>
        </w:tc>
      </w:tr>
      <w:tr w:rsidR="006A349F" w14:paraId="126EE76F" w14:textId="77777777" w:rsidTr="000737CB">
        <w:tc>
          <w:tcPr>
            <w:tcW w:w="3322" w:type="dxa"/>
          </w:tcPr>
          <w:p w14:paraId="7872ACC5" w14:textId="126C7A51" w:rsidR="006A349F" w:rsidRDefault="005C4387" w:rsidP="006A349F">
            <w:pPr>
              <w:spacing w:after="60" w:line="360" w:lineRule="auto"/>
              <w:jc w:val="both"/>
            </w:pPr>
            <w:r>
              <w:t>Title</w:t>
            </w:r>
          </w:p>
        </w:tc>
        <w:tc>
          <w:tcPr>
            <w:tcW w:w="2805" w:type="dxa"/>
          </w:tcPr>
          <w:p w14:paraId="625AEEA9" w14:textId="59CA7202" w:rsidR="006A349F" w:rsidRDefault="005C4387" w:rsidP="006A349F">
            <w:pPr>
              <w:spacing w:after="60" w:line="360" w:lineRule="auto"/>
              <w:jc w:val="both"/>
            </w:pPr>
            <w:r w:rsidRPr="005C4387">
              <w:t>VARCHAR(20)</w:t>
            </w:r>
          </w:p>
        </w:tc>
        <w:tc>
          <w:tcPr>
            <w:tcW w:w="3686" w:type="dxa"/>
          </w:tcPr>
          <w:p w14:paraId="5582B537" w14:textId="1D2B9C9B" w:rsidR="006A349F" w:rsidRDefault="005C4387" w:rsidP="006A349F">
            <w:pPr>
              <w:spacing w:after="60" w:line="360" w:lineRule="auto"/>
              <w:jc w:val="both"/>
            </w:pPr>
            <w:r>
              <w:t>NULL</w:t>
            </w:r>
          </w:p>
        </w:tc>
      </w:tr>
      <w:tr w:rsidR="006A349F" w14:paraId="05D3DD1A" w14:textId="77777777" w:rsidTr="000737CB">
        <w:tc>
          <w:tcPr>
            <w:tcW w:w="3322" w:type="dxa"/>
          </w:tcPr>
          <w:p w14:paraId="43B148BE" w14:textId="5E828921" w:rsidR="006A349F" w:rsidRDefault="005C4387" w:rsidP="006A349F">
            <w:pPr>
              <w:spacing w:after="60" w:line="360" w:lineRule="auto"/>
              <w:jc w:val="both"/>
            </w:pPr>
            <w:r>
              <w:t>FirstName</w:t>
            </w:r>
          </w:p>
        </w:tc>
        <w:tc>
          <w:tcPr>
            <w:tcW w:w="2805" w:type="dxa"/>
          </w:tcPr>
          <w:p w14:paraId="03407C71" w14:textId="0EAF1E57" w:rsidR="006A349F" w:rsidRDefault="005C4387" w:rsidP="006A349F">
            <w:pPr>
              <w:spacing w:after="60" w:line="360" w:lineRule="auto"/>
              <w:jc w:val="both"/>
            </w:pPr>
            <w:r w:rsidRPr="005C4387">
              <w:t>VARCHAR(</w:t>
            </w:r>
            <w:r>
              <w:t>8</w:t>
            </w:r>
            <w:r w:rsidRPr="005C4387">
              <w:t>0)</w:t>
            </w:r>
          </w:p>
        </w:tc>
        <w:tc>
          <w:tcPr>
            <w:tcW w:w="3686" w:type="dxa"/>
          </w:tcPr>
          <w:p w14:paraId="5BF29F3D" w14:textId="0592CED4" w:rsidR="006A349F" w:rsidRDefault="005C4387" w:rsidP="006A349F">
            <w:pPr>
              <w:spacing w:after="60" w:line="360" w:lineRule="auto"/>
              <w:jc w:val="both"/>
            </w:pPr>
            <w:r>
              <w:t>NOT NULL</w:t>
            </w:r>
          </w:p>
        </w:tc>
      </w:tr>
      <w:tr w:rsidR="005C4387" w14:paraId="3412CC79" w14:textId="77777777" w:rsidTr="000737CB">
        <w:tc>
          <w:tcPr>
            <w:tcW w:w="3322" w:type="dxa"/>
          </w:tcPr>
          <w:p w14:paraId="24046F0E" w14:textId="4674FCA6" w:rsidR="005C4387" w:rsidRDefault="005C4387" w:rsidP="006A349F">
            <w:pPr>
              <w:spacing w:after="60" w:line="360" w:lineRule="auto"/>
              <w:jc w:val="both"/>
            </w:pPr>
            <w:r>
              <w:t>LastName</w:t>
            </w:r>
          </w:p>
        </w:tc>
        <w:tc>
          <w:tcPr>
            <w:tcW w:w="2805" w:type="dxa"/>
          </w:tcPr>
          <w:p w14:paraId="5925281A" w14:textId="3515B524" w:rsidR="005C4387" w:rsidRDefault="005C4387" w:rsidP="006A349F">
            <w:pPr>
              <w:spacing w:after="60" w:line="360" w:lineRule="auto"/>
              <w:jc w:val="both"/>
            </w:pPr>
            <w:r w:rsidRPr="005C4387">
              <w:t>VARCHAR(</w:t>
            </w:r>
            <w:r>
              <w:t>8</w:t>
            </w:r>
            <w:r w:rsidRPr="005C4387">
              <w:t>0)</w:t>
            </w:r>
          </w:p>
        </w:tc>
        <w:tc>
          <w:tcPr>
            <w:tcW w:w="3686" w:type="dxa"/>
          </w:tcPr>
          <w:p w14:paraId="01805A3F" w14:textId="06F3B83E" w:rsidR="005C4387" w:rsidRDefault="005C4387" w:rsidP="006A349F">
            <w:pPr>
              <w:spacing w:after="60" w:line="360" w:lineRule="auto"/>
              <w:jc w:val="both"/>
            </w:pPr>
            <w:r>
              <w:t>NOT NULL</w:t>
            </w:r>
          </w:p>
        </w:tc>
      </w:tr>
      <w:tr w:rsidR="005C4387" w14:paraId="29F53FE7" w14:textId="77777777" w:rsidTr="000737CB">
        <w:tc>
          <w:tcPr>
            <w:tcW w:w="3322" w:type="dxa"/>
          </w:tcPr>
          <w:p w14:paraId="1E5F9D12" w14:textId="45ED27AD" w:rsidR="005C4387" w:rsidRDefault="005C4387" w:rsidP="006A349F">
            <w:pPr>
              <w:spacing w:after="60" w:line="360" w:lineRule="auto"/>
              <w:jc w:val="both"/>
            </w:pPr>
            <w:proofErr w:type="spellStart"/>
            <w:r>
              <w:t>EmailAddress</w:t>
            </w:r>
            <w:proofErr w:type="spellEnd"/>
          </w:p>
        </w:tc>
        <w:tc>
          <w:tcPr>
            <w:tcW w:w="2805" w:type="dxa"/>
          </w:tcPr>
          <w:p w14:paraId="55198199" w14:textId="554E9447" w:rsidR="005C4387" w:rsidRDefault="005C4387" w:rsidP="006A349F">
            <w:pPr>
              <w:spacing w:after="60" w:line="360" w:lineRule="auto"/>
              <w:jc w:val="both"/>
            </w:pPr>
            <w:r w:rsidRPr="005C4387">
              <w:t>VARCHAR(2</w:t>
            </w:r>
            <w:r>
              <w:t>54</w:t>
            </w:r>
            <w:r w:rsidRPr="005C4387">
              <w:t>)</w:t>
            </w:r>
          </w:p>
        </w:tc>
        <w:tc>
          <w:tcPr>
            <w:tcW w:w="3686" w:type="dxa"/>
          </w:tcPr>
          <w:p w14:paraId="4E8D9E0D" w14:textId="3AF2110C" w:rsidR="005C4387" w:rsidRDefault="005C4387" w:rsidP="006A349F">
            <w:pPr>
              <w:spacing w:after="60" w:line="360" w:lineRule="auto"/>
              <w:jc w:val="both"/>
            </w:pPr>
            <w:r>
              <w:t xml:space="preserve">UNIQUE KEY </w:t>
            </w:r>
            <w:r w:rsidR="0080020B" w:rsidRPr="0080020B">
              <w:t>NOT NULL</w:t>
            </w:r>
          </w:p>
        </w:tc>
      </w:tr>
      <w:tr w:rsidR="005C4387" w14:paraId="1ECA1BB9" w14:textId="77777777" w:rsidTr="000737CB">
        <w:tc>
          <w:tcPr>
            <w:tcW w:w="3322" w:type="dxa"/>
          </w:tcPr>
          <w:p w14:paraId="3DD76093" w14:textId="3E1EA839" w:rsidR="005C4387" w:rsidRDefault="005C4387" w:rsidP="006A349F">
            <w:pPr>
              <w:spacing w:after="60" w:line="360" w:lineRule="auto"/>
              <w:jc w:val="both"/>
            </w:pPr>
            <w:r>
              <w:t>TelephoneNumber</w:t>
            </w:r>
          </w:p>
        </w:tc>
        <w:tc>
          <w:tcPr>
            <w:tcW w:w="2805" w:type="dxa"/>
          </w:tcPr>
          <w:p w14:paraId="0AA0B57B" w14:textId="14C2358B" w:rsidR="005C4387" w:rsidRDefault="005C4387" w:rsidP="006A349F">
            <w:pPr>
              <w:spacing w:after="60" w:line="360" w:lineRule="auto"/>
              <w:jc w:val="both"/>
            </w:pPr>
            <w:r w:rsidRPr="005C4387">
              <w:t>VARCHAR(20)</w:t>
            </w:r>
          </w:p>
        </w:tc>
        <w:tc>
          <w:tcPr>
            <w:tcW w:w="3686" w:type="dxa"/>
          </w:tcPr>
          <w:p w14:paraId="525EED80" w14:textId="77777777" w:rsidR="005C4387" w:rsidRDefault="005C4387" w:rsidP="006A349F">
            <w:pPr>
              <w:spacing w:after="60" w:line="360" w:lineRule="auto"/>
              <w:jc w:val="both"/>
            </w:pPr>
          </w:p>
        </w:tc>
      </w:tr>
      <w:tr w:rsidR="005C4387" w14:paraId="6A772529" w14:textId="77777777" w:rsidTr="000737CB">
        <w:tc>
          <w:tcPr>
            <w:tcW w:w="3322" w:type="dxa"/>
          </w:tcPr>
          <w:p w14:paraId="371EDF61" w14:textId="14239B48" w:rsidR="005C4387" w:rsidRDefault="005C4387" w:rsidP="006A349F">
            <w:pPr>
              <w:spacing w:after="60" w:line="360" w:lineRule="auto"/>
              <w:jc w:val="both"/>
            </w:pPr>
            <w:r>
              <w:t>IsActive</w:t>
            </w:r>
          </w:p>
        </w:tc>
        <w:tc>
          <w:tcPr>
            <w:tcW w:w="2805" w:type="dxa"/>
          </w:tcPr>
          <w:p w14:paraId="366C5957" w14:textId="65BE7F96" w:rsidR="005C4387" w:rsidRDefault="005C4387" w:rsidP="006A349F">
            <w:pPr>
              <w:spacing w:after="60" w:line="360" w:lineRule="auto"/>
              <w:jc w:val="both"/>
            </w:pPr>
            <w:r>
              <w:t>TINYINT(1)</w:t>
            </w:r>
          </w:p>
        </w:tc>
        <w:tc>
          <w:tcPr>
            <w:tcW w:w="3686" w:type="dxa"/>
          </w:tcPr>
          <w:p w14:paraId="75AC34EB" w14:textId="7DA90DA8" w:rsidR="005C4387" w:rsidRDefault="005C4387" w:rsidP="006A349F">
            <w:pPr>
              <w:spacing w:after="60" w:line="360" w:lineRule="auto"/>
              <w:jc w:val="both"/>
            </w:pPr>
            <w:r>
              <w:t>NOT NULL</w:t>
            </w:r>
            <w:r w:rsidR="0080020B">
              <w:t xml:space="preserve">   </w:t>
            </w:r>
            <w:r w:rsidR="0080020B" w:rsidRPr="0080020B">
              <w:t>DEFAULT1</w:t>
            </w:r>
          </w:p>
        </w:tc>
      </w:tr>
    </w:tbl>
    <w:p w14:paraId="0128376A" w14:textId="77777777" w:rsidR="009E121F" w:rsidRDefault="009E121F" w:rsidP="005C4387">
      <w:pPr>
        <w:spacing w:after="60" w:line="360" w:lineRule="auto"/>
        <w:jc w:val="both"/>
      </w:pPr>
    </w:p>
    <w:p w14:paraId="568209D2" w14:textId="77777777" w:rsidR="00692A32" w:rsidRDefault="009E121F" w:rsidP="003A7A6D">
      <w:pPr>
        <w:spacing w:after="60" w:line="360" w:lineRule="auto"/>
        <w:ind w:left="360" w:hanging="360"/>
        <w:jc w:val="both"/>
      </w:pPr>
      <w:r>
        <w:t xml:space="preserve">Each doctor is assigned to one principal department. However, one department may contain several </w:t>
      </w:r>
    </w:p>
    <w:p w14:paraId="7EE29CD2" w14:textId="4539D3E0" w:rsidR="009E121F" w:rsidRDefault="009E121F" w:rsidP="003A7A6D">
      <w:pPr>
        <w:spacing w:after="60" w:line="360" w:lineRule="auto"/>
        <w:ind w:left="360" w:hanging="360"/>
        <w:jc w:val="both"/>
      </w:pPr>
      <w:r>
        <w:t>doctors.</w:t>
      </w:r>
    </w:p>
    <w:p w14:paraId="02C91692" w14:textId="77777777" w:rsidR="009E121F" w:rsidRDefault="009E121F" w:rsidP="00FF63B0">
      <w:pPr>
        <w:spacing w:after="60" w:line="360" w:lineRule="auto"/>
        <w:jc w:val="both"/>
      </w:pPr>
    </w:p>
    <w:p w14:paraId="77738C11" w14:textId="77777777" w:rsidR="009E121F" w:rsidRPr="00CE4D0E" w:rsidRDefault="009E121F" w:rsidP="0031412F">
      <w:pPr>
        <w:pStyle w:val="Heading2"/>
      </w:pPr>
      <w:bookmarkStart w:id="15" w:name="_Toc237605220"/>
      <w:r w:rsidRPr="00CE4D0E">
        <w:lastRenderedPageBreak/>
        <w:t>Appointment</w:t>
      </w:r>
      <w:bookmarkEnd w:id="15"/>
    </w:p>
    <w:p w14:paraId="4D251457" w14:textId="77777777" w:rsidR="00692A32" w:rsidRDefault="009E121F" w:rsidP="003A7A6D">
      <w:pPr>
        <w:spacing w:after="60" w:line="360" w:lineRule="auto"/>
        <w:ind w:left="360" w:hanging="360"/>
        <w:jc w:val="both"/>
      </w:pPr>
      <w:r>
        <w:t xml:space="preserve">The Appointment entity records a scheduled consultation between one patient and one doctor. Its </w:t>
      </w:r>
    </w:p>
    <w:p w14:paraId="4B1D32FA" w14:textId="5BBB9195" w:rsidR="007D5E54" w:rsidRDefault="009E121F" w:rsidP="007D5E54">
      <w:pPr>
        <w:spacing w:after="60" w:line="360" w:lineRule="auto"/>
        <w:ind w:left="360" w:hanging="360"/>
        <w:jc w:val="both"/>
      </w:pPr>
      <w:r>
        <w:t>attributes include:</w:t>
      </w:r>
    </w:p>
    <w:tbl>
      <w:tblPr>
        <w:tblStyle w:val="TableGrid"/>
        <w:tblW w:w="9813" w:type="dxa"/>
        <w:tblInd w:w="360" w:type="dxa"/>
        <w:tblLook w:val="04A0" w:firstRow="1" w:lastRow="0" w:firstColumn="1" w:lastColumn="0" w:noHBand="0" w:noVBand="1"/>
      </w:tblPr>
      <w:tblGrid>
        <w:gridCol w:w="3294"/>
        <w:gridCol w:w="3967"/>
        <w:gridCol w:w="2552"/>
      </w:tblGrid>
      <w:tr w:rsidR="007D5E54" w14:paraId="4847CA9C" w14:textId="77777777" w:rsidTr="000737CB">
        <w:tc>
          <w:tcPr>
            <w:tcW w:w="3294" w:type="dxa"/>
          </w:tcPr>
          <w:p w14:paraId="63979BCC" w14:textId="14EE25C1" w:rsidR="007D5E54" w:rsidRPr="007D5E54" w:rsidRDefault="007D5E54" w:rsidP="003A7A6D">
            <w:pPr>
              <w:spacing w:after="60" w:line="360" w:lineRule="auto"/>
              <w:jc w:val="both"/>
              <w:rPr>
                <w:b/>
                <w:bCs/>
              </w:rPr>
            </w:pPr>
            <w:r w:rsidRPr="007D5E54">
              <w:rPr>
                <w:b/>
                <w:bCs/>
              </w:rPr>
              <w:t>Attribute</w:t>
            </w:r>
          </w:p>
        </w:tc>
        <w:tc>
          <w:tcPr>
            <w:tcW w:w="3967" w:type="dxa"/>
          </w:tcPr>
          <w:p w14:paraId="4A40C1D7" w14:textId="77777777" w:rsidR="007D5E54" w:rsidRDefault="007D5E54" w:rsidP="003A7A6D">
            <w:pPr>
              <w:spacing w:after="60" w:line="360" w:lineRule="auto"/>
              <w:jc w:val="both"/>
            </w:pPr>
          </w:p>
        </w:tc>
        <w:tc>
          <w:tcPr>
            <w:tcW w:w="2552" w:type="dxa"/>
          </w:tcPr>
          <w:p w14:paraId="3159420D" w14:textId="77777777" w:rsidR="007D5E54" w:rsidRDefault="007D5E54" w:rsidP="003A7A6D">
            <w:pPr>
              <w:spacing w:after="60" w:line="360" w:lineRule="auto"/>
              <w:jc w:val="both"/>
            </w:pPr>
          </w:p>
        </w:tc>
      </w:tr>
      <w:tr w:rsidR="007D5E54" w14:paraId="03BEC831" w14:textId="77777777" w:rsidTr="000737CB">
        <w:tc>
          <w:tcPr>
            <w:tcW w:w="3294" w:type="dxa"/>
          </w:tcPr>
          <w:p w14:paraId="05348D01" w14:textId="5F60BCE4" w:rsidR="007D5E54" w:rsidRDefault="007D5E54" w:rsidP="003A7A6D">
            <w:pPr>
              <w:spacing w:after="60" w:line="360" w:lineRule="auto"/>
              <w:jc w:val="both"/>
            </w:pPr>
            <w:proofErr w:type="spellStart"/>
            <w:r w:rsidRPr="007D5E54">
              <w:t>AppointmentID</w:t>
            </w:r>
            <w:proofErr w:type="spellEnd"/>
          </w:p>
        </w:tc>
        <w:tc>
          <w:tcPr>
            <w:tcW w:w="3967" w:type="dxa"/>
          </w:tcPr>
          <w:p w14:paraId="4C121A08" w14:textId="0EAB3B19" w:rsidR="007D5E54" w:rsidRDefault="00987E8A" w:rsidP="003A7A6D">
            <w:pPr>
              <w:spacing w:after="60" w:line="360" w:lineRule="auto"/>
              <w:jc w:val="both"/>
            </w:pPr>
            <w:r>
              <w:t>BIGINT</w:t>
            </w:r>
          </w:p>
        </w:tc>
        <w:tc>
          <w:tcPr>
            <w:tcW w:w="2552" w:type="dxa"/>
          </w:tcPr>
          <w:p w14:paraId="6D7D875C" w14:textId="5DC62FF4" w:rsidR="007D5E54" w:rsidRDefault="007D5E54" w:rsidP="003A7A6D">
            <w:pPr>
              <w:spacing w:after="60" w:line="360" w:lineRule="auto"/>
              <w:jc w:val="both"/>
            </w:pPr>
            <w:r>
              <w:t>PRIMARY KEY</w:t>
            </w:r>
          </w:p>
        </w:tc>
      </w:tr>
      <w:tr w:rsidR="007D5E54" w14:paraId="11ACEE5A" w14:textId="77777777" w:rsidTr="000737CB">
        <w:tc>
          <w:tcPr>
            <w:tcW w:w="3294" w:type="dxa"/>
          </w:tcPr>
          <w:p w14:paraId="4912A557" w14:textId="53DDA4E8" w:rsidR="007D5E54" w:rsidRDefault="007D5E54" w:rsidP="003A7A6D">
            <w:pPr>
              <w:spacing w:after="60" w:line="360" w:lineRule="auto"/>
              <w:jc w:val="both"/>
            </w:pPr>
            <w:r w:rsidRPr="007D5E54">
              <w:t>PatientID</w:t>
            </w:r>
          </w:p>
        </w:tc>
        <w:tc>
          <w:tcPr>
            <w:tcW w:w="3967" w:type="dxa"/>
          </w:tcPr>
          <w:p w14:paraId="6B5DD484" w14:textId="204930F5" w:rsidR="007D5E54" w:rsidRDefault="00987E8A" w:rsidP="003A7A6D">
            <w:pPr>
              <w:spacing w:after="60" w:line="360" w:lineRule="auto"/>
              <w:jc w:val="both"/>
            </w:pPr>
            <w:r>
              <w:t>INT</w:t>
            </w:r>
          </w:p>
        </w:tc>
        <w:tc>
          <w:tcPr>
            <w:tcW w:w="2552" w:type="dxa"/>
          </w:tcPr>
          <w:p w14:paraId="09AECAF6" w14:textId="29E0EFD2" w:rsidR="007D5E54" w:rsidRDefault="007D5E54" w:rsidP="003A7A6D">
            <w:pPr>
              <w:spacing w:after="60" w:line="360" w:lineRule="auto"/>
              <w:jc w:val="both"/>
            </w:pPr>
            <w:r>
              <w:t>FOREIGN KEY</w:t>
            </w:r>
          </w:p>
        </w:tc>
      </w:tr>
      <w:tr w:rsidR="007D5E54" w14:paraId="1D88FEE7" w14:textId="77777777" w:rsidTr="000737CB">
        <w:tc>
          <w:tcPr>
            <w:tcW w:w="3294" w:type="dxa"/>
          </w:tcPr>
          <w:p w14:paraId="3240A1E7" w14:textId="04E7F80F" w:rsidR="007D5E54" w:rsidRDefault="007D5E54" w:rsidP="003A7A6D">
            <w:pPr>
              <w:spacing w:after="60" w:line="360" w:lineRule="auto"/>
              <w:jc w:val="both"/>
            </w:pPr>
            <w:r>
              <w:t>DoctorID</w:t>
            </w:r>
          </w:p>
        </w:tc>
        <w:tc>
          <w:tcPr>
            <w:tcW w:w="3967" w:type="dxa"/>
          </w:tcPr>
          <w:p w14:paraId="748FDF06" w14:textId="4AA8D866" w:rsidR="007D5E54" w:rsidRDefault="00987E8A" w:rsidP="003A7A6D">
            <w:pPr>
              <w:spacing w:after="60" w:line="360" w:lineRule="auto"/>
              <w:jc w:val="both"/>
            </w:pPr>
            <w:r>
              <w:t>INT</w:t>
            </w:r>
          </w:p>
        </w:tc>
        <w:tc>
          <w:tcPr>
            <w:tcW w:w="2552" w:type="dxa"/>
          </w:tcPr>
          <w:p w14:paraId="4E6BEDA7" w14:textId="5B0B99C3" w:rsidR="007D5E54" w:rsidRDefault="007D5E54" w:rsidP="003A7A6D">
            <w:pPr>
              <w:spacing w:after="60" w:line="360" w:lineRule="auto"/>
              <w:jc w:val="both"/>
            </w:pPr>
            <w:r>
              <w:t>FOREIGN KEY</w:t>
            </w:r>
          </w:p>
        </w:tc>
      </w:tr>
      <w:tr w:rsidR="007D5E54" w14:paraId="5807E266" w14:textId="77777777" w:rsidTr="000737CB">
        <w:tc>
          <w:tcPr>
            <w:tcW w:w="3294" w:type="dxa"/>
          </w:tcPr>
          <w:p w14:paraId="2BA7B897" w14:textId="6BDF1BEE" w:rsidR="007D5E54" w:rsidRDefault="007D5E54" w:rsidP="003A7A6D">
            <w:pPr>
              <w:spacing w:after="60" w:line="360" w:lineRule="auto"/>
              <w:jc w:val="both"/>
            </w:pPr>
            <w:r>
              <w:t>AppointmentStart</w:t>
            </w:r>
          </w:p>
        </w:tc>
        <w:tc>
          <w:tcPr>
            <w:tcW w:w="3967" w:type="dxa"/>
          </w:tcPr>
          <w:p w14:paraId="5C613612" w14:textId="498511C9" w:rsidR="007D5E54" w:rsidRDefault="00987E8A" w:rsidP="003A7A6D">
            <w:pPr>
              <w:spacing w:after="60" w:line="360" w:lineRule="auto"/>
              <w:jc w:val="both"/>
            </w:pPr>
            <w:r>
              <w:t>DATETIME</w:t>
            </w:r>
          </w:p>
        </w:tc>
        <w:tc>
          <w:tcPr>
            <w:tcW w:w="2552" w:type="dxa"/>
          </w:tcPr>
          <w:p w14:paraId="186439BE" w14:textId="77777777" w:rsidR="007D5E54" w:rsidRDefault="007D5E54" w:rsidP="003A7A6D">
            <w:pPr>
              <w:spacing w:after="60" w:line="360" w:lineRule="auto"/>
              <w:jc w:val="both"/>
            </w:pPr>
          </w:p>
        </w:tc>
      </w:tr>
      <w:tr w:rsidR="007D5E54" w14:paraId="5B76168C" w14:textId="77777777" w:rsidTr="000737CB">
        <w:tc>
          <w:tcPr>
            <w:tcW w:w="3294" w:type="dxa"/>
          </w:tcPr>
          <w:p w14:paraId="2463617E" w14:textId="2079BF38" w:rsidR="007D5E54" w:rsidRDefault="007D5E54" w:rsidP="003A7A6D">
            <w:pPr>
              <w:spacing w:after="60" w:line="360" w:lineRule="auto"/>
              <w:jc w:val="both"/>
            </w:pPr>
            <w:proofErr w:type="spellStart"/>
            <w:r>
              <w:t>AppointmentEnd</w:t>
            </w:r>
            <w:proofErr w:type="spellEnd"/>
          </w:p>
        </w:tc>
        <w:tc>
          <w:tcPr>
            <w:tcW w:w="3967" w:type="dxa"/>
          </w:tcPr>
          <w:p w14:paraId="139FF22C" w14:textId="67A1358F" w:rsidR="007D5E54" w:rsidRDefault="00987E8A" w:rsidP="003A7A6D">
            <w:pPr>
              <w:spacing w:after="60" w:line="360" w:lineRule="auto"/>
              <w:jc w:val="both"/>
            </w:pPr>
            <w:r>
              <w:t>DATETIME</w:t>
            </w:r>
          </w:p>
        </w:tc>
        <w:tc>
          <w:tcPr>
            <w:tcW w:w="2552" w:type="dxa"/>
          </w:tcPr>
          <w:p w14:paraId="7A1A3BD3" w14:textId="77777777" w:rsidR="007D5E54" w:rsidRDefault="007D5E54" w:rsidP="003A7A6D">
            <w:pPr>
              <w:spacing w:after="60" w:line="360" w:lineRule="auto"/>
              <w:jc w:val="both"/>
            </w:pPr>
          </w:p>
        </w:tc>
      </w:tr>
      <w:tr w:rsidR="007D5E54" w14:paraId="47950EF9" w14:textId="77777777" w:rsidTr="000737CB">
        <w:trPr>
          <w:trHeight w:val="661"/>
        </w:trPr>
        <w:tc>
          <w:tcPr>
            <w:tcW w:w="3294" w:type="dxa"/>
          </w:tcPr>
          <w:p w14:paraId="0056A280" w14:textId="1C92FD05" w:rsidR="007D5E54" w:rsidRDefault="007D5E54" w:rsidP="003A7A6D">
            <w:pPr>
              <w:spacing w:after="60" w:line="360" w:lineRule="auto"/>
              <w:jc w:val="both"/>
            </w:pPr>
            <w:proofErr w:type="spellStart"/>
            <w:r>
              <w:t>ReasonForVisit</w:t>
            </w:r>
            <w:proofErr w:type="spellEnd"/>
          </w:p>
        </w:tc>
        <w:tc>
          <w:tcPr>
            <w:tcW w:w="3967" w:type="dxa"/>
          </w:tcPr>
          <w:p w14:paraId="16A4C545" w14:textId="0BECE8E4" w:rsidR="007D5E54" w:rsidRDefault="00987E8A" w:rsidP="003A7A6D">
            <w:pPr>
              <w:spacing w:after="60" w:line="360" w:lineRule="auto"/>
              <w:jc w:val="both"/>
            </w:pPr>
            <w:r>
              <w:t>VARCHAR(500)</w:t>
            </w:r>
          </w:p>
        </w:tc>
        <w:tc>
          <w:tcPr>
            <w:tcW w:w="2552" w:type="dxa"/>
          </w:tcPr>
          <w:p w14:paraId="4A30A775" w14:textId="77777777" w:rsidR="007D5E54" w:rsidRDefault="007D5E54" w:rsidP="003A7A6D">
            <w:pPr>
              <w:spacing w:after="60" w:line="360" w:lineRule="auto"/>
              <w:jc w:val="both"/>
            </w:pPr>
          </w:p>
        </w:tc>
      </w:tr>
      <w:tr w:rsidR="007D5E54" w14:paraId="1BA28EBE" w14:textId="77777777" w:rsidTr="000737CB">
        <w:tc>
          <w:tcPr>
            <w:tcW w:w="3294" w:type="dxa"/>
          </w:tcPr>
          <w:p w14:paraId="115FFBDF" w14:textId="3CC2EA53" w:rsidR="007D5E54" w:rsidRDefault="007D5E54" w:rsidP="003A7A6D">
            <w:pPr>
              <w:spacing w:after="60" w:line="360" w:lineRule="auto"/>
              <w:jc w:val="both"/>
            </w:pPr>
            <w:r>
              <w:t>Appointment</w:t>
            </w:r>
            <w:r w:rsidR="00987E8A">
              <w:t>Status</w:t>
            </w:r>
          </w:p>
        </w:tc>
        <w:tc>
          <w:tcPr>
            <w:tcW w:w="3967" w:type="dxa"/>
          </w:tcPr>
          <w:p w14:paraId="629E94F2" w14:textId="77777777" w:rsidR="007D5E54" w:rsidRDefault="00987E8A" w:rsidP="003A7A6D">
            <w:pPr>
              <w:spacing w:after="60" w:line="360" w:lineRule="auto"/>
              <w:jc w:val="both"/>
            </w:pPr>
            <w:r>
              <w:t>VARCHAR(20)</w:t>
            </w:r>
          </w:p>
          <w:p w14:paraId="2A4E5488" w14:textId="092BD007" w:rsidR="00987E8A" w:rsidRDefault="00987E8A" w:rsidP="003A7A6D">
            <w:pPr>
              <w:spacing w:after="60" w:line="360" w:lineRule="auto"/>
              <w:jc w:val="both"/>
            </w:pPr>
            <w:r>
              <w:t>DEFAULT ‘Scheduled’</w:t>
            </w:r>
          </w:p>
        </w:tc>
        <w:tc>
          <w:tcPr>
            <w:tcW w:w="2552" w:type="dxa"/>
          </w:tcPr>
          <w:p w14:paraId="1A0DB9EE" w14:textId="77777777" w:rsidR="007D5E54" w:rsidRDefault="007D5E54" w:rsidP="003A7A6D">
            <w:pPr>
              <w:spacing w:after="60" w:line="360" w:lineRule="auto"/>
              <w:jc w:val="both"/>
            </w:pPr>
          </w:p>
        </w:tc>
      </w:tr>
      <w:tr w:rsidR="007D5E54" w14:paraId="2E72134A" w14:textId="77777777" w:rsidTr="000737CB">
        <w:tc>
          <w:tcPr>
            <w:tcW w:w="3294" w:type="dxa"/>
          </w:tcPr>
          <w:p w14:paraId="60540DCF" w14:textId="107911D2" w:rsidR="007D5E54" w:rsidRDefault="007D5E54" w:rsidP="003A7A6D">
            <w:pPr>
              <w:spacing w:after="60" w:line="360" w:lineRule="auto"/>
              <w:jc w:val="both"/>
            </w:pPr>
            <w:proofErr w:type="spellStart"/>
            <w:r>
              <w:t>BookedBy</w:t>
            </w:r>
            <w:proofErr w:type="spellEnd"/>
          </w:p>
        </w:tc>
        <w:tc>
          <w:tcPr>
            <w:tcW w:w="3967" w:type="dxa"/>
          </w:tcPr>
          <w:p w14:paraId="13A2B470" w14:textId="357889FE" w:rsidR="007D5E54" w:rsidRDefault="00987E8A" w:rsidP="003A7A6D">
            <w:pPr>
              <w:spacing w:after="60" w:line="360" w:lineRule="auto"/>
              <w:jc w:val="both"/>
            </w:pPr>
            <w:r>
              <w:t>VARCHAR(128)</w:t>
            </w:r>
          </w:p>
        </w:tc>
        <w:tc>
          <w:tcPr>
            <w:tcW w:w="2552" w:type="dxa"/>
          </w:tcPr>
          <w:p w14:paraId="63F0F84A" w14:textId="77777777" w:rsidR="007D5E54" w:rsidRDefault="007D5E54" w:rsidP="003A7A6D">
            <w:pPr>
              <w:spacing w:after="60" w:line="360" w:lineRule="auto"/>
              <w:jc w:val="both"/>
            </w:pPr>
          </w:p>
        </w:tc>
      </w:tr>
      <w:tr w:rsidR="007D5E54" w14:paraId="3290B20A" w14:textId="77777777" w:rsidTr="000737CB">
        <w:tc>
          <w:tcPr>
            <w:tcW w:w="3294" w:type="dxa"/>
          </w:tcPr>
          <w:p w14:paraId="5F267BC3" w14:textId="311E31AA" w:rsidR="007D5E54" w:rsidRDefault="007D5E54" w:rsidP="003A7A6D">
            <w:pPr>
              <w:spacing w:after="60" w:line="360" w:lineRule="auto"/>
              <w:jc w:val="both"/>
            </w:pPr>
            <w:proofErr w:type="spellStart"/>
            <w:r>
              <w:t>CreatedAt</w:t>
            </w:r>
            <w:proofErr w:type="spellEnd"/>
          </w:p>
        </w:tc>
        <w:tc>
          <w:tcPr>
            <w:tcW w:w="3967" w:type="dxa"/>
          </w:tcPr>
          <w:p w14:paraId="45FAE044" w14:textId="77777777" w:rsidR="00987E8A" w:rsidRDefault="00987E8A" w:rsidP="00987E8A">
            <w:pPr>
              <w:spacing w:after="60" w:line="360" w:lineRule="auto"/>
              <w:jc w:val="both"/>
            </w:pPr>
            <w:r>
              <w:t>DATETIME</w:t>
            </w:r>
          </w:p>
          <w:p w14:paraId="6266BE15" w14:textId="2652C310" w:rsidR="007D5E54" w:rsidRDefault="00987E8A" w:rsidP="00987E8A">
            <w:pPr>
              <w:spacing w:after="60" w:line="360" w:lineRule="auto"/>
              <w:jc w:val="both"/>
            </w:pPr>
            <w:r>
              <w:t>DEFAULT CURRENT_TIMESTAMP</w:t>
            </w:r>
          </w:p>
        </w:tc>
        <w:tc>
          <w:tcPr>
            <w:tcW w:w="2552" w:type="dxa"/>
          </w:tcPr>
          <w:p w14:paraId="1A971F19" w14:textId="77777777" w:rsidR="007D5E54" w:rsidRDefault="007D5E54" w:rsidP="003A7A6D">
            <w:pPr>
              <w:spacing w:after="60" w:line="360" w:lineRule="auto"/>
              <w:jc w:val="both"/>
            </w:pPr>
          </w:p>
        </w:tc>
      </w:tr>
      <w:tr w:rsidR="007D5E54" w14:paraId="3C4BF854" w14:textId="77777777" w:rsidTr="000737CB">
        <w:tc>
          <w:tcPr>
            <w:tcW w:w="3294" w:type="dxa"/>
          </w:tcPr>
          <w:p w14:paraId="54FF1DEA" w14:textId="1435B40F" w:rsidR="007D5E54" w:rsidRDefault="007D5E54" w:rsidP="003A7A6D">
            <w:pPr>
              <w:spacing w:after="60" w:line="360" w:lineRule="auto"/>
              <w:jc w:val="both"/>
            </w:pPr>
            <w:proofErr w:type="spellStart"/>
            <w:r>
              <w:t>UpdatedAt</w:t>
            </w:r>
            <w:proofErr w:type="spellEnd"/>
          </w:p>
        </w:tc>
        <w:tc>
          <w:tcPr>
            <w:tcW w:w="3967" w:type="dxa"/>
          </w:tcPr>
          <w:p w14:paraId="5DBE5ACC" w14:textId="77777777" w:rsidR="007D5E54" w:rsidRDefault="00987E8A" w:rsidP="003A7A6D">
            <w:pPr>
              <w:spacing w:after="60" w:line="360" w:lineRule="auto"/>
              <w:jc w:val="both"/>
            </w:pPr>
            <w:r>
              <w:t>DATETIME</w:t>
            </w:r>
          </w:p>
          <w:p w14:paraId="5A2B8E85" w14:textId="6726C307" w:rsidR="00987E8A" w:rsidRDefault="00987E8A" w:rsidP="003A7A6D">
            <w:pPr>
              <w:spacing w:after="60" w:line="360" w:lineRule="auto"/>
              <w:jc w:val="both"/>
            </w:pPr>
            <w:r>
              <w:t>ON UPDATE CURRENT_TIMESTAMP</w:t>
            </w:r>
          </w:p>
        </w:tc>
        <w:tc>
          <w:tcPr>
            <w:tcW w:w="2552" w:type="dxa"/>
          </w:tcPr>
          <w:p w14:paraId="54076F77" w14:textId="1C5CE673" w:rsidR="007D5E54" w:rsidRDefault="00987E8A" w:rsidP="003A7A6D">
            <w:pPr>
              <w:spacing w:after="60" w:line="360" w:lineRule="auto"/>
              <w:jc w:val="both"/>
            </w:pPr>
            <w:r>
              <w:t>NULL</w:t>
            </w:r>
          </w:p>
        </w:tc>
      </w:tr>
    </w:tbl>
    <w:p w14:paraId="6D504C24" w14:textId="77777777" w:rsidR="009E121F" w:rsidRDefault="009E121F" w:rsidP="007D5E54">
      <w:pPr>
        <w:spacing w:after="60" w:line="360" w:lineRule="auto"/>
        <w:jc w:val="both"/>
      </w:pPr>
    </w:p>
    <w:p w14:paraId="329F3379" w14:textId="77777777" w:rsidR="00692A32" w:rsidRDefault="009E121F" w:rsidP="003A7A6D">
      <w:pPr>
        <w:spacing w:after="60" w:line="360" w:lineRule="auto"/>
        <w:ind w:left="360" w:hanging="360"/>
        <w:jc w:val="both"/>
      </w:pPr>
      <w:r>
        <w:t xml:space="preserve">The appointment table resolves the many-to-many relationship between patients and doctors. A patient </w:t>
      </w:r>
    </w:p>
    <w:p w14:paraId="624C29AD" w14:textId="77777777" w:rsidR="00692A32" w:rsidRDefault="009E121F" w:rsidP="003A7A6D">
      <w:pPr>
        <w:spacing w:after="60" w:line="360" w:lineRule="auto"/>
        <w:ind w:left="360" w:hanging="360"/>
        <w:jc w:val="both"/>
      </w:pPr>
      <w:r>
        <w:t xml:space="preserve">may consult several doctors, and a doctor may consult several patients, but each appointment records one </w:t>
      </w:r>
    </w:p>
    <w:p w14:paraId="3C85E9E7" w14:textId="20867BE8" w:rsidR="009E121F" w:rsidRDefault="009E121F" w:rsidP="003A7A6D">
      <w:pPr>
        <w:spacing w:after="60" w:line="360" w:lineRule="auto"/>
        <w:ind w:left="360" w:hanging="360"/>
        <w:jc w:val="both"/>
      </w:pPr>
      <w:r>
        <w:t>specific patient-doctor interaction.</w:t>
      </w:r>
    </w:p>
    <w:p w14:paraId="786B2140" w14:textId="77777777" w:rsidR="009E121F" w:rsidRDefault="009E121F" w:rsidP="003A7A6D">
      <w:pPr>
        <w:spacing w:after="60" w:line="360" w:lineRule="auto"/>
        <w:ind w:left="360" w:hanging="360"/>
        <w:jc w:val="both"/>
      </w:pPr>
    </w:p>
    <w:p w14:paraId="40E78864" w14:textId="77777777" w:rsidR="009E121F" w:rsidRPr="00692A32" w:rsidRDefault="009E121F" w:rsidP="0031412F">
      <w:pPr>
        <w:pStyle w:val="Heading2"/>
      </w:pPr>
      <w:bookmarkStart w:id="16" w:name="_Toc237605221"/>
      <w:r w:rsidRPr="00692A32">
        <w:t>Treatment</w:t>
      </w:r>
      <w:bookmarkEnd w:id="16"/>
    </w:p>
    <w:p w14:paraId="0D682CCA" w14:textId="77777777" w:rsidR="009E121F" w:rsidRDefault="009E121F" w:rsidP="003A7A6D">
      <w:pPr>
        <w:spacing w:after="60" w:line="360" w:lineRule="auto"/>
        <w:ind w:left="360" w:hanging="360"/>
        <w:jc w:val="both"/>
      </w:pPr>
    </w:p>
    <w:p w14:paraId="1BD82501" w14:textId="043DB33E" w:rsidR="009E121F" w:rsidRDefault="009E121F" w:rsidP="003A7A6D">
      <w:pPr>
        <w:spacing w:after="60" w:line="360" w:lineRule="auto"/>
        <w:ind w:left="360" w:hanging="360"/>
        <w:jc w:val="both"/>
      </w:pPr>
      <w:r>
        <w:t>The Treatment entity stores the outcome of a completed consultation. Its attributes are:</w:t>
      </w:r>
    </w:p>
    <w:tbl>
      <w:tblPr>
        <w:tblStyle w:val="TableGrid"/>
        <w:tblW w:w="0" w:type="auto"/>
        <w:tblInd w:w="360" w:type="dxa"/>
        <w:tblLook w:val="04A0" w:firstRow="1" w:lastRow="0" w:firstColumn="1" w:lastColumn="0" w:noHBand="0" w:noVBand="1"/>
      </w:tblPr>
      <w:tblGrid>
        <w:gridCol w:w="3268"/>
        <w:gridCol w:w="3710"/>
        <w:gridCol w:w="2814"/>
      </w:tblGrid>
      <w:tr w:rsidR="009C7287" w14:paraId="1E215880" w14:textId="77777777" w:rsidTr="009C7287">
        <w:tc>
          <w:tcPr>
            <w:tcW w:w="3268" w:type="dxa"/>
          </w:tcPr>
          <w:p w14:paraId="29ACB90A" w14:textId="2DBA6333" w:rsidR="009C7287" w:rsidRPr="009C7287" w:rsidRDefault="009C7287" w:rsidP="003A7A6D">
            <w:pPr>
              <w:spacing w:after="60" w:line="360" w:lineRule="auto"/>
              <w:jc w:val="both"/>
              <w:rPr>
                <w:b/>
                <w:bCs/>
              </w:rPr>
            </w:pPr>
            <w:r w:rsidRPr="009C7287">
              <w:rPr>
                <w:b/>
                <w:bCs/>
              </w:rPr>
              <w:t>Attributes</w:t>
            </w:r>
          </w:p>
        </w:tc>
        <w:tc>
          <w:tcPr>
            <w:tcW w:w="3710" w:type="dxa"/>
          </w:tcPr>
          <w:p w14:paraId="624387E0" w14:textId="77777777" w:rsidR="009C7287" w:rsidRDefault="009C7287" w:rsidP="003A7A6D">
            <w:pPr>
              <w:spacing w:after="60" w:line="360" w:lineRule="auto"/>
              <w:jc w:val="both"/>
            </w:pPr>
          </w:p>
        </w:tc>
        <w:tc>
          <w:tcPr>
            <w:tcW w:w="2814" w:type="dxa"/>
          </w:tcPr>
          <w:p w14:paraId="53C09502" w14:textId="77777777" w:rsidR="009C7287" w:rsidRDefault="009C7287" w:rsidP="003A7A6D">
            <w:pPr>
              <w:spacing w:after="60" w:line="360" w:lineRule="auto"/>
              <w:jc w:val="both"/>
            </w:pPr>
          </w:p>
        </w:tc>
      </w:tr>
      <w:tr w:rsidR="009C7287" w14:paraId="49E942DB" w14:textId="77777777" w:rsidTr="009C7287">
        <w:tc>
          <w:tcPr>
            <w:tcW w:w="3268" w:type="dxa"/>
          </w:tcPr>
          <w:p w14:paraId="004CFA20" w14:textId="4EB02752" w:rsidR="009C7287" w:rsidRDefault="009C7287" w:rsidP="003A7A6D">
            <w:pPr>
              <w:spacing w:after="60" w:line="360" w:lineRule="auto"/>
              <w:jc w:val="both"/>
            </w:pPr>
            <w:r>
              <w:t>TreatmentID</w:t>
            </w:r>
          </w:p>
        </w:tc>
        <w:tc>
          <w:tcPr>
            <w:tcW w:w="3710" w:type="dxa"/>
          </w:tcPr>
          <w:p w14:paraId="24244603" w14:textId="4F95580E" w:rsidR="009C7287" w:rsidRDefault="009C7287" w:rsidP="003A7A6D">
            <w:pPr>
              <w:spacing w:after="60" w:line="360" w:lineRule="auto"/>
              <w:jc w:val="both"/>
            </w:pPr>
            <w:r>
              <w:t>BIGINT</w:t>
            </w:r>
          </w:p>
        </w:tc>
        <w:tc>
          <w:tcPr>
            <w:tcW w:w="2814" w:type="dxa"/>
          </w:tcPr>
          <w:p w14:paraId="1E9EB743" w14:textId="6CCD7935" w:rsidR="009C7287" w:rsidRDefault="009C7287" w:rsidP="003A7A6D">
            <w:pPr>
              <w:spacing w:after="60" w:line="360" w:lineRule="auto"/>
              <w:jc w:val="both"/>
            </w:pPr>
            <w:r>
              <w:t>PRIMARY KEY</w:t>
            </w:r>
          </w:p>
        </w:tc>
      </w:tr>
      <w:tr w:rsidR="009C7287" w14:paraId="606883C5" w14:textId="77777777" w:rsidTr="009C7287">
        <w:tc>
          <w:tcPr>
            <w:tcW w:w="3268" w:type="dxa"/>
          </w:tcPr>
          <w:p w14:paraId="14B6AA45" w14:textId="42900BAA" w:rsidR="009C7287" w:rsidRDefault="009C7287" w:rsidP="003A7A6D">
            <w:pPr>
              <w:spacing w:after="60" w:line="360" w:lineRule="auto"/>
              <w:jc w:val="both"/>
            </w:pPr>
            <w:proofErr w:type="spellStart"/>
            <w:r>
              <w:t>AppointmentID</w:t>
            </w:r>
            <w:proofErr w:type="spellEnd"/>
          </w:p>
        </w:tc>
        <w:tc>
          <w:tcPr>
            <w:tcW w:w="3710" w:type="dxa"/>
          </w:tcPr>
          <w:p w14:paraId="3EAEE352" w14:textId="75440E4E" w:rsidR="009C7287" w:rsidRDefault="009C7287" w:rsidP="003A7A6D">
            <w:pPr>
              <w:spacing w:after="60" w:line="360" w:lineRule="auto"/>
              <w:jc w:val="both"/>
            </w:pPr>
            <w:r>
              <w:t>BIGINT</w:t>
            </w:r>
          </w:p>
        </w:tc>
        <w:tc>
          <w:tcPr>
            <w:tcW w:w="2814" w:type="dxa"/>
          </w:tcPr>
          <w:p w14:paraId="087AD6A7" w14:textId="77777777" w:rsidR="009C7287" w:rsidRDefault="009C7287" w:rsidP="003A7A6D">
            <w:pPr>
              <w:spacing w:after="60" w:line="360" w:lineRule="auto"/>
              <w:jc w:val="both"/>
            </w:pPr>
            <w:r>
              <w:t>UNIQUE KEY</w:t>
            </w:r>
          </w:p>
          <w:p w14:paraId="56539ADA" w14:textId="531ABD21" w:rsidR="009C7287" w:rsidRDefault="009C7287" w:rsidP="003A7A6D">
            <w:pPr>
              <w:spacing w:after="60" w:line="360" w:lineRule="auto"/>
              <w:jc w:val="both"/>
            </w:pPr>
            <w:r>
              <w:t>NOT NULL</w:t>
            </w:r>
          </w:p>
        </w:tc>
      </w:tr>
      <w:tr w:rsidR="009C7287" w14:paraId="01F120C7" w14:textId="77777777" w:rsidTr="009C7287">
        <w:tc>
          <w:tcPr>
            <w:tcW w:w="3268" w:type="dxa"/>
          </w:tcPr>
          <w:p w14:paraId="24940FF5" w14:textId="6C27EBEA" w:rsidR="009C7287" w:rsidRDefault="009C7287" w:rsidP="003A7A6D">
            <w:pPr>
              <w:spacing w:after="60" w:line="360" w:lineRule="auto"/>
              <w:jc w:val="both"/>
            </w:pPr>
            <w:r>
              <w:t>Diagnosis</w:t>
            </w:r>
          </w:p>
        </w:tc>
        <w:tc>
          <w:tcPr>
            <w:tcW w:w="3710" w:type="dxa"/>
          </w:tcPr>
          <w:p w14:paraId="5F34F95A" w14:textId="223EFDEC" w:rsidR="009C7287" w:rsidRDefault="009C7287" w:rsidP="003A7A6D">
            <w:pPr>
              <w:spacing w:after="60" w:line="360" w:lineRule="auto"/>
              <w:jc w:val="both"/>
            </w:pPr>
            <w:r>
              <w:t>VARCHAR(1000)</w:t>
            </w:r>
          </w:p>
        </w:tc>
        <w:tc>
          <w:tcPr>
            <w:tcW w:w="2814" w:type="dxa"/>
          </w:tcPr>
          <w:p w14:paraId="0E4ED940" w14:textId="05F0C96F" w:rsidR="009C7287" w:rsidRDefault="009C7287" w:rsidP="003A7A6D">
            <w:pPr>
              <w:spacing w:after="60" w:line="360" w:lineRule="auto"/>
              <w:jc w:val="both"/>
            </w:pPr>
            <w:r>
              <w:t>NOT NULL</w:t>
            </w:r>
          </w:p>
        </w:tc>
      </w:tr>
      <w:tr w:rsidR="009C7287" w14:paraId="5E714B03" w14:textId="77777777" w:rsidTr="009C7287">
        <w:tc>
          <w:tcPr>
            <w:tcW w:w="3268" w:type="dxa"/>
          </w:tcPr>
          <w:p w14:paraId="1A83326F" w14:textId="0FD8B57F" w:rsidR="009C7287" w:rsidRDefault="009C7287" w:rsidP="003A7A6D">
            <w:pPr>
              <w:spacing w:after="60" w:line="360" w:lineRule="auto"/>
              <w:jc w:val="both"/>
            </w:pPr>
            <w:r>
              <w:t>ClinicalNotes</w:t>
            </w:r>
          </w:p>
        </w:tc>
        <w:tc>
          <w:tcPr>
            <w:tcW w:w="3710" w:type="dxa"/>
          </w:tcPr>
          <w:p w14:paraId="36329263" w14:textId="37BCD0A5" w:rsidR="009C7287" w:rsidRDefault="009C7287" w:rsidP="003A7A6D">
            <w:pPr>
              <w:spacing w:after="60" w:line="360" w:lineRule="auto"/>
              <w:jc w:val="both"/>
            </w:pPr>
            <w:r>
              <w:t>TEXT</w:t>
            </w:r>
          </w:p>
        </w:tc>
        <w:tc>
          <w:tcPr>
            <w:tcW w:w="2814" w:type="dxa"/>
          </w:tcPr>
          <w:p w14:paraId="4D26A413" w14:textId="5565BD5D" w:rsidR="009C7287" w:rsidRDefault="009C7287" w:rsidP="003A7A6D">
            <w:pPr>
              <w:spacing w:after="60" w:line="360" w:lineRule="auto"/>
              <w:jc w:val="both"/>
            </w:pPr>
            <w:r>
              <w:t>NOT NULL</w:t>
            </w:r>
          </w:p>
        </w:tc>
      </w:tr>
      <w:tr w:rsidR="009C7287" w14:paraId="5B76D5C4" w14:textId="77777777" w:rsidTr="009C7287">
        <w:tc>
          <w:tcPr>
            <w:tcW w:w="3268" w:type="dxa"/>
          </w:tcPr>
          <w:p w14:paraId="416B905F" w14:textId="1FED0440" w:rsidR="009C7287" w:rsidRDefault="009C7287" w:rsidP="003A7A6D">
            <w:pPr>
              <w:spacing w:after="60" w:line="360" w:lineRule="auto"/>
              <w:jc w:val="both"/>
            </w:pPr>
            <w:proofErr w:type="spellStart"/>
            <w:r>
              <w:lastRenderedPageBreak/>
              <w:t>TreatmentPlan</w:t>
            </w:r>
            <w:proofErr w:type="spellEnd"/>
          </w:p>
        </w:tc>
        <w:tc>
          <w:tcPr>
            <w:tcW w:w="3710" w:type="dxa"/>
          </w:tcPr>
          <w:p w14:paraId="568E587D" w14:textId="14D72259" w:rsidR="009C7287" w:rsidRDefault="009C7287" w:rsidP="003A7A6D">
            <w:pPr>
              <w:spacing w:after="60" w:line="360" w:lineRule="auto"/>
              <w:jc w:val="both"/>
            </w:pPr>
            <w:r>
              <w:t>VARCHAR(2000)</w:t>
            </w:r>
          </w:p>
        </w:tc>
        <w:tc>
          <w:tcPr>
            <w:tcW w:w="2814" w:type="dxa"/>
          </w:tcPr>
          <w:p w14:paraId="2DE5944B" w14:textId="3C865C31" w:rsidR="009C7287" w:rsidRDefault="009C7287" w:rsidP="003A7A6D">
            <w:pPr>
              <w:spacing w:after="60" w:line="360" w:lineRule="auto"/>
              <w:jc w:val="both"/>
            </w:pPr>
            <w:r>
              <w:t>NULL</w:t>
            </w:r>
          </w:p>
        </w:tc>
      </w:tr>
      <w:tr w:rsidR="009C7287" w14:paraId="5534A968" w14:textId="77777777" w:rsidTr="009C7287">
        <w:tc>
          <w:tcPr>
            <w:tcW w:w="3268" w:type="dxa"/>
          </w:tcPr>
          <w:p w14:paraId="45AD0A34" w14:textId="07E17F82" w:rsidR="009C7287" w:rsidRDefault="009C7287" w:rsidP="003A7A6D">
            <w:pPr>
              <w:spacing w:after="60" w:line="360" w:lineRule="auto"/>
              <w:jc w:val="both"/>
            </w:pPr>
            <w:proofErr w:type="spellStart"/>
            <w:r>
              <w:t>FollowUpRequired</w:t>
            </w:r>
            <w:proofErr w:type="spellEnd"/>
          </w:p>
        </w:tc>
        <w:tc>
          <w:tcPr>
            <w:tcW w:w="3710" w:type="dxa"/>
          </w:tcPr>
          <w:p w14:paraId="1A6D35CC" w14:textId="7D241CC9" w:rsidR="009C7287" w:rsidRDefault="009C7287" w:rsidP="003A7A6D">
            <w:pPr>
              <w:spacing w:after="60" w:line="360" w:lineRule="auto"/>
              <w:jc w:val="both"/>
            </w:pPr>
            <w:r>
              <w:t>DATE</w:t>
            </w:r>
          </w:p>
        </w:tc>
        <w:tc>
          <w:tcPr>
            <w:tcW w:w="2814" w:type="dxa"/>
          </w:tcPr>
          <w:p w14:paraId="6AB5A2D5" w14:textId="66FB4819" w:rsidR="009C7287" w:rsidRDefault="009C7287" w:rsidP="003A7A6D">
            <w:pPr>
              <w:spacing w:after="60" w:line="360" w:lineRule="auto"/>
              <w:jc w:val="both"/>
            </w:pPr>
            <w:r>
              <w:t>NULL</w:t>
            </w:r>
          </w:p>
        </w:tc>
      </w:tr>
      <w:tr w:rsidR="009C7287" w14:paraId="4ED575D9" w14:textId="77777777" w:rsidTr="009C7287">
        <w:tc>
          <w:tcPr>
            <w:tcW w:w="3268" w:type="dxa"/>
          </w:tcPr>
          <w:p w14:paraId="3B579153" w14:textId="7D997153" w:rsidR="009C7287" w:rsidRDefault="009C7287" w:rsidP="003A7A6D">
            <w:pPr>
              <w:spacing w:after="60" w:line="360" w:lineRule="auto"/>
              <w:jc w:val="both"/>
            </w:pPr>
            <w:r>
              <w:t>RecordedAt</w:t>
            </w:r>
          </w:p>
        </w:tc>
        <w:tc>
          <w:tcPr>
            <w:tcW w:w="3710" w:type="dxa"/>
          </w:tcPr>
          <w:p w14:paraId="12802EB6" w14:textId="77777777" w:rsidR="009C7287" w:rsidRDefault="009C7287" w:rsidP="003A7A6D">
            <w:pPr>
              <w:spacing w:after="60" w:line="360" w:lineRule="auto"/>
              <w:jc w:val="both"/>
            </w:pPr>
            <w:r>
              <w:t>DATETIME</w:t>
            </w:r>
          </w:p>
          <w:p w14:paraId="296EF1D3" w14:textId="5ED31EB9" w:rsidR="009C7287" w:rsidRDefault="009C7287" w:rsidP="003A7A6D">
            <w:pPr>
              <w:spacing w:after="60" w:line="360" w:lineRule="auto"/>
              <w:jc w:val="both"/>
            </w:pPr>
            <w:r>
              <w:t>DEFAULT CURRENT_TIMESTAMP</w:t>
            </w:r>
          </w:p>
        </w:tc>
        <w:tc>
          <w:tcPr>
            <w:tcW w:w="2814" w:type="dxa"/>
          </w:tcPr>
          <w:p w14:paraId="203FE8DF" w14:textId="4B178EC7" w:rsidR="009C7287" w:rsidRDefault="009C7287" w:rsidP="003A7A6D">
            <w:pPr>
              <w:spacing w:after="60" w:line="360" w:lineRule="auto"/>
              <w:jc w:val="both"/>
            </w:pPr>
            <w:r>
              <w:t>NOT NULL</w:t>
            </w:r>
          </w:p>
        </w:tc>
      </w:tr>
    </w:tbl>
    <w:p w14:paraId="73BD84E7" w14:textId="77777777" w:rsidR="009E121F" w:rsidRDefault="009E121F" w:rsidP="009C7287">
      <w:pPr>
        <w:spacing w:after="60" w:line="360" w:lineRule="auto"/>
        <w:jc w:val="both"/>
      </w:pPr>
    </w:p>
    <w:p w14:paraId="3F443A37" w14:textId="77777777" w:rsidR="00692A32" w:rsidRDefault="009E121F" w:rsidP="003A7A6D">
      <w:pPr>
        <w:spacing w:after="60" w:line="360" w:lineRule="auto"/>
        <w:ind w:left="360" w:hanging="360"/>
        <w:jc w:val="both"/>
      </w:pPr>
      <w:r>
        <w:t xml:space="preserve">The unique constraint on </w:t>
      </w:r>
      <w:proofErr w:type="spellStart"/>
      <w:r>
        <w:t>AppointmentID</w:t>
      </w:r>
      <w:proofErr w:type="spellEnd"/>
      <w:r>
        <w:t xml:space="preserve"> ensures that one appointment cannot have more than one </w:t>
      </w:r>
    </w:p>
    <w:p w14:paraId="48A098F0" w14:textId="27248663" w:rsidR="009E121F" w:rsidRDefault="009E121F" w:rsidP="003A7A6D">
      <w:pPr>
        <w:spacing w:after="60" w:line="360" w:lineRule="auto"/>
        <w:ind w:left="360" w:hanging="360"/>
        <w:jc w:val="both"/>
      </w:pPr>
      <w:r>
        <w:t>treatment record.</w:t>
      </w:r>
    </w:p>
    <w:p w14:paraId="69B589C2" w14:textId="77777777" w:rsidR="009E121F" w:rsidRDefault="009E121F" w:rsidP="00FF63B0">
      <w:pPr>
        <w:spacing w:after="60" w:line="360" w:lineRule="auto"/>
        <w:jc w:val="both"/>
      </w:pPr>
    </w:p>
    <w:p w14:paraId="7472C7A4" w14:textId="77777777" w:rsidR="009E121F" w:rsidRPr="00692A32" w:rsidRDefault="009E121F" w:rsidP="0031412F">
      <w:pPr>
        <w:pStyle w:val="Heading2"/>
      </w:pPr>
      <w:bookmarkStart w:id="17" w:name="_Toc237605222"/>
      <w:r w:rsidRPr="00692A32">
        <w:t>Feedback</w:t>
      </w:r>
      <w:bookmarkEnd w:id="17"/>
    </w:p>
    <w:p w14:paraId="7F8A56AE" w14:textId="1707BB91" w:rsidR="009E121F" w:rsidRDefault="009E121F" w:rsidP="003A7A6D">
      <w:pPr>
        <w:spacing w:after="60" w:line="360" w:lineRule="auto"/>
        <w:ind w:left="360" w:hanging="360"/>
        <w:jc w:val="both"/>
      </w:pPr>
      <w:r>
        <w:t>The Feedback entity stores a patient’s evaluation of a completed appointment. Its main attributes ar</w:t>
      </w:r>
      <w:r w:rsidR="000737CB">
        <w:t>e:</w:t>
      </w:r>
    </w:p>
    <w:tbl>
      <w:tblPr>
        <w:tblStyle w:val="TableGrid"/>
        <w:tblW w:w="0" w:type="auto"/>
        <w:tblInd w:w="360" w:type="dxa"/>
        <w:tblLook w:val="04A0" w:firstRow="1" w:lastRow="0" w:firstColumn="1" w:lastColumn="0" w:noHBand="0" w:noVBand="1"/>
      </w:tblPr>
      <w:tblGrid>
        <w:gridCol w:w="3294"/>
        <w:gridCol w:w="3825"/>
        <w:gridCol w:w="2673"/>
      </w:tblGrid>
      <w:tr w:rsidR="000737CB" w14:paraId="1D108914" w14:textId="77777777" w:rsidTr="000737CB">
        <w:tc>
          <w:tcPr>
            <w:tcW w:w="3294" w:type="dxa"/>
          </w:tcPr>
          <w:p w14:paraId="3625F424" w14:textId="7CCCEF2B" w:rsidR="000737CB" w:rsidRDefault="000737CB" w:rsidP="003A7A6D">
            <w:pPr>
              <w:spacing w:after="60" w:line="360" w:lineRule="auto"/>
              <w:jc w:val="both"/>
            </w:pPr>
            <w:proofErr w:type="spellStart"/>
            <w:r>
              <w:t>FeedbackID</w:t>
            </w:r>
            <w:proofErr w:type="spellEnd"/>
          </w:p>
        </w:tc>
        <w:tc>
          <w:tcPr>
            <w:tcW w:w="3825" w:type="dxa"/>
          </w:tcPr>
          <w:p w14:paraId="6913CC83" w14:textId="7573126C" w:rsidR="000737CB" w:rsidRDefault="000737CB" w:rsidP="003A7A6D">
            <w:pPr>
              <w:spacing w:after="60" w:line="360" w:lineRule="auto"/>
              <w:jc w:val="both"/>
            </w:pPr>
            <w:r>
              <w:t>BIGINT</w:t>
            </w:r>
          </w:p>
        </w:tc>
        <w:tc>
          <w:tcPr>
            <w:tcW w:w="2673" w:type="dxa"/>
          </w:tcPr>
          <w:p w14:paraId="3799A9B6" w14:textId="296041D8" w:rsidR="000737CB" w:rsidRDefault="000737CB" w:rsidP="003A7A6D">
            <w:pPr>
              <w:spacing w:after="60" w:line="360" w:lineRule="auto"/>
              <w:jc w:val="both"/>
            </w:pPr>
            <w:r>
              <w:t>PRIMARY KEY</w:t>
            </w:r>
          </w:p>
        </w:tc>
      </w:tr>
      <w:tr w:rsidR="000737CB" w14:paraId="7DFDB302" w14:textId="77777777" w:rsidTr="000737CB">
        <w:tc>
          <w:tcPr>
            <w:tcW w:w="3294" w:type="dxa"/>
          </w:tcPr>
          <w:p w14:paraId="1E679591" w14:textId="5D22B9D7" w:rsidR="000737CB" w:rsidRDefault="000737CB" w:rsidP="003A7A6D">
            <w:pPr>
              <w:spacing w:after="60" w:line="360" w:lineRule="auto"/>
              <w:jc w:val="both"/>
            </w:pPr>
            <w:proofErr w:type="spellStart"/>
            <w:r>
              <w:t>AppointmentID</w:t>
            </w:r>
            <w:proofErr w:type="spellEnd"/>
          </w:p>
        </w:tc>
        <w:tc>
          <w:tcPr>
            <w:tcW w:w="3825" w:type="dxa"/>
          </w:tcPr>
          <w:p w14:paraId="06E1923A" w14:textId="3A65617A" w:rsidR="000737CB" w:rsidRDefault="000737CB" w:rsidP="003A7A6D">
            <w:pPr>
              <w:spacing w:after="60" w:line="360" w:lineRule="auto"/>
              <w:jc w:val="both"/>
            </w:pPr>
            <w:r>
              <w:t>BIGINT</w:t>
            </w:r>
          </w:p>
        </w:tc>
        <w:tc>
          <w:tcPr>
            <w:tcW w:w="2673" w:type="dxa"/>
          </w:tcPr>
          <w:p w14:paraId="57D6EA3D" w14:textId="77777777" w:rsidR="000737CB" w:rsidRDefault="000737CB" w:rsidP="003A7A6D">
            <w:pPr>
              <w:spacing w:after="60" w:line="360" w:lineRule="auto"/>
              <w:jc w:val="both"/>
            </w:pPr>
            <w:r>
              <w:t>FOREIGN KEY</w:t>
            </w:r>
          </w:p>
          <w:p w14:paraId="3BC956F9" w14:textId="77777777" w:rsidR="000737CB" w:rsidRDefault="000737CB" w:rsidP="003A7A6D">
            <w:pPr>
              <w:spacing w:after="60" w:line="360" w:lineRule="auto"/>
              <w:jc w:val="both"/>
            </w:pPr>
            <w:r>
              <w:t>UNIQUE KEY</w:t>
            </w:r>
          </w:p>
          <w:p w14:paraId="16B3778A" w14:textId="258B35D7" w:rsidR="000737CB" w:rsidRDefault="000737CB" w:rsidP="003A7A6D">
            <w:pPr>
              <w:spacing w:after="60" w:line="360" w:lineRule="auto"/>
              <w:jc w:val="both"/>
            </w:pPr>
            <w:r>
              <w:t>NOT NULL</w:t>
            </w:r>
          </w:p>
        </w:tc>
      </w:tr>
      <w:tr w:rsidR="000737CB" w14:paraId="3405E347" w14:textId="77777777" w:rsidTr="000737CB">
        <w:tc>
          <w:tcPr>
            <w:tcW w:w="3294" w:type="dxa"/>
          </w:tcPr>
          <w:p w14:paraId="08C957AE" w14:textId="43A66B55" w:rsidR="000737CB" w:rsidRDefault="000737CB" w:rsidP="003A7A6D">
            <w:pPr>
              <w:spacing w:after="60" w:line="360" w:lineRule="auto"/>
              <w:jc w:val="both"/>
            </w:pPr>
            <w:r>
              <w:t>Rating</w:t>
            </w:r>
          </w:p>
        </w:tc>
        <w:tc>
          <w:tcPr>
            <w:tcW w:w="3825" w:type="dxa"/>
          </w:tcPr>
          <w:p w14:paraId="2F355CBE" w14:textId="2F338A8A" w:rsidR="000737CB" w:rsidRDefault="000737CB" w:rsidP="003A7A6D">
            <w:pPr>
              <w:spacing w:after="60" w:line="360" w:lineRule="auto"/>
              <w:jc w:val="both"/>
            </w:pPr>
            <w:r>
              <w:t>TINYINT</w:t>
            </w:r>
          </w:p>
        </w:tc>
        <w:tc>
          <w:tcPr>
            <w:tcW w:w="2673" w:type="dxa"/>
          </w:tcPr>
          <w:p w14:paraId="2D33B725" w14:textId="58EAA544" w:rsidR="000737CB" w:rsidRDefault="000737CB" w:rsidP="003A7A6D">
            <w:pPr>
              <w:spacing w:after="60" w:line="360" w:lineRule="auto"/>
              <w:jc w:val="both"/>
            </w:pPr>
            <w:r>
              <w:t>NOT NULL</w:t>
            </w:r>
          </w:p>
        </w:tc>
      </w:tr>
      <w:tr w:rsidR="000737CB" w14:paraId="6C7F083D" w14:textId="77777777" w:rsidTr="000737CB">
        <w:tc>
          <w:tcPr>
            <w:tcW w:w="3294" w:type="dxa"/>
          </w:tcPr>
          <w:p w14:paraId="60ECF6A7" w14:textId="42E10EBC" w:rsidR="000737CB" w:rsidRDefault="000737CB" w:rsidP="003A7A6D">
            <w:pPr>
              <w:spacing w:after="60" w:line="360" w:lineRule="auto"/>
              <w:jc w:val="both"/>
            </w:pPr>
            <w:r>
              <w:t>Comments</w:t>
            </w:r>
          </w:p>
        </w:tc>
        <w:tc>
          <w:tcPr>
            <w:tcW w:w="3825" w:type="dxa"/>
          </w:tcPr>
          <w:p w14:paraId="7DBF5907" w14:textId="2ABF9EFF" w:rsidR="000737CB" w:rsidRDefault="000737CB" w:rsidP="003A7A6D">
            <w:pPr>
              <w:spacing w:after="60" w:line="360" w:lineRule="auto"/>
              <w:jc w:val="both"/>
            </w:pPr>
            <w:r>
              <w:t>VARCHAR(2000)</w:t>
            </w:r>
          </w:p>
        </w:tc>
        <w:tc>
          <w:tcPr>
            <w:tcW w:w="2673" w:type="dxa"/>
          </w:tcPr>
          <w:p w14:paraId="30C7651E" w14:textId="5FDCA921" w:rsidR="000737CB" w:rsidRDefault="000737CB" w:rsidP="003A7A6D">
            <w:pPr>
              <w:spacing w:after="60" w:line="360" w:lineRule="auto"/>
              <w:jc w:val="both"/>
            </w:pPr>
            <w:r>
              <w:t>NULL</w:t>
            </w:r>
          </w:p>
        </w:tc>
      </w:tr>
      <w:tr w:rsidR="000737CB" w14:paraId="77124D66" w14:textId="77777777" w:rsidTr="000737CB">
        <w:tc>
          <w:tcPr>
            <w:tcW w:w="3294" w:type="dxa"/>
          </w:tcPr>
          <w:p w14:paraId="606BEBEB" w14:textId="0A7F3A9B" w:rsidR="000737CB" w:rsidRDefault="000737CB" w:rsidP="003A7A6D">
            <w:pPr>
              <w:spacing w:after="60" w:line="360" w:lineRule="auto"/>
              <w:jc w:val="both"/>
            </w:pPr>
            <w:r>
              <w:t>ReviewStatus</w:t>
            </w:r>
          </w:p>
        </w:tc>
        <w:tc>
          <w:tcPr>
            <w:tcW w:w="3825" w:type="dxa"/>
          </w:tcPr>
          <w:p w14:paraId="00212D00" w14:textId="77777777" w:rsidR="000737CB" w:rsidRDefault="000737CB" w:rsidP="003A7A6D">
            <w:pPr>
              <w:spacing w:after="60" w:line="360" w:lineRule="auto"/>
              <w:jc w:val="both"/>
            </w:pPr>
            <w:r>
              <w:t>VARCHAR(20)</w:t>
            </w:r>
          </w:p>
          <w:p w14:paraId="2746759B" w14:textId="60773399" w:rsidR="000737CB" w:rsidRDefault="000737CB" w:rsidP="003A7A6D">
            <w:pPr>
              <w:spacing w:after="60" w:line="360" w:lineRule="auto"/>
              <w:jc w:val="both"/>
            </w:pPr>
            <w:r>
              <w:t>DEFAULT ‘Submitted’</w:t>
            </w:r>
          </w:p>
        </w:tc>
        <w:tc>
          <w:tcPr>
            <w:tcW w:w="2673" w:type="dxa"/>
          </w:tcPr>
          <w:p w14:paraId="551A8FFA" w14:textId="744ED56B" w:rsidR="000737CB" w:rsidRDefault="000737CB" w:rsidP="003A7A6D">
            <w:pPr>
              <w:spacing w:after="60" w:line="360" w:lineRule="auto"/>
              <w:jc w:val="both"/>
            </w:pPr>
            <w:r>
              <w:t>NOT NULL</w:t>
            </w:r>
          </w:p>
        </w:tc>
      </w:tr>
      <w:tr w:rsidR="000737CB" w14:paraId="1E51B8B5" w14:textId="77777777" w:rsidTr="000737CB">
        <w:tc>
          <w:tcPr>
            <w:tcW w:w="3294" w:type="dxa"/>
          </w:tcPr>
          <w:p w14:paraId="4448833B" w14:textId="290E80B1" w:rsidR="000737CB" w:rsidRDefault="000737CB" w:rsidP="003A7A6D">
            <w:pPr>
              <w:spacing w:after="60" w:line="360" w:lineRule="auto"/>
              <w:jc w:val="both"/>
            </w:pPr>
            <w:r>
              <w:t>SubmittedAt</w:t>
            </w:r>
          </w:p>
        </w:tc>
        <w:tc>
          <w:tcPr>
            <w:tcW w:w="3825" w:type="dxa"/>
          </w:tcPr>
          <w:p w14:paraId="19F1714E" w14:textId="77777777" w:rsidR="000737CB" w:rsidRDefault="000737CB" w:rsidP="003A7A6D">
            <w:pPr>
              <w:spacing w:after="60" w:line="360" w:lineRule="auto"/>
              <w:jc w:val="both"/>
            </w:pPr>
            <w:r>
              <w:t>DATETIME</w:t>
            </w:r>
          </w:p>
          <w:p w14:paraId="2CDF3E15" w14:textId="70936FE8" w:rsidR="000737CB" w:rsidRDefault="000737CB" w:rsidP="003A7A6D">
            <w:pPr>
              <w:spacing w:after="60" w:line="360" w:lineRule="auto"/>
              <w:jc w:val="both"/>
            </w:pPr>
            <w:r>
              <w:t>DEFAULT CURRENT_TIMESTAMP</w:t>
            </w:r>
          </w:p>
        </w:tc>
        <w:tc>
          <w:tcPr>
            <w:tcW w:w="2673" w:type="dxa"/>
          </w:tcPr>
          <w:p w14:paraId="0B5D88B2" w14:textId="1E3813F6" w:rsidR="000737CB" w:rsidRDefault="00BC059F" w:rsidP="003A7A6D">
            <w:pPr>
              <w:spacing w:after="60" w:line="360" w:lineRule="auto"/>
              <w:jc w:val="both"/>
            </w:pPr>
            <w:r>
              <w:t>NOT NULL</w:t>
            </w:r>
          </w:p>
        </w:tc>
      </w:tr>
      <w:tr w:rsidR="000737CB" w14:paraId="55B69E8E" w14:textId="77777777" w:rsidTr="000737CB">
        <w:tc>
          <w:tcPr>
            <w:tcW w:w="3294" w:type="dxa"/>
          </w:tcPr>
          <w:p w14:paraId="20D4B57F" w14:textId="0A556E7A" w:rsidR="000737CB" w:rsidRDefault="000737CB" w:rsidP="003A7A6D">
            <w:pPr>
              <w:spacing w:after="60" w:line="360" w:lineRule="auto"/>
              <w:jc w:val="both"/>
            </w:pPr>
            <w:proofErr w:type="spellStart"/>
            <w:r>
              <w:t>ReviewedAt</w:t>
            </w:r>
            <w:proofErr w:type="spellEnd"/>
          </w:p>
        </w:tc>
        <w:tc>
          <w:tcPr>
            <w:tcW w:w="3825" w:type="dxa"/>
          </w:tcPr>
          <w:p w14:paraId="1B43895A" w14:textId="10FAF017" w:rsidR="000737CB" w:rsidRDefault="000737CB" w:rsidP="003A7A6D">
            <w:pPr>
              <w:spacing w:after="60" w:line="360" w:lineRule="auto"/>
              <w:jc w:val="both"/>
            </w:pPr>
            <w:r>
              <w:t>DATETIME</w:t>
            </w:r>
          </w:p>
        </w:tc>
        <w:tc>
          <w:tcPr>
            <w:tcW w:w="2673" w:type="dxa"/>
          </w:tcPr>
          <w:p w14:paraId="08F90EBA" w14:textId="09878D34" w:rsidR="000737CB" w:rsidRDefault="00BC059F" w:rsidP="003A7A6D">
            <w:pPr>
              <w:spacing w:after="60" w:line="360" w:lineRule="auto"/>
              <w:jc w:val="both"/>
            </w:pPr>
            <w:r>
              <w:t>NULL</w:t>
            </w:r>
          </w:p>
        </w:tc>
      </w:tr>
    </w:tbl>
    <w:p w14:paraId="6024DC17" w14:textId="77777777" w:rsidR="009E121F" w:rsidRDefault="009E121F" w:rsidP="00BC059F">
      <w:pPr>
        <w:spacing w:after="60" w:line="360" w:lineRule="auto"/>
        <w:jc w:val="both"/>
      </w:pPr>
    </w:p>
    <w:p w14:paraId="1F7F7559" w14:textId="77777777" w:rsidR="00692A32" w:rsidRDefault="009E121F" w:rsidP="003A7A6D">
      <w:pPr>
        <w:spacing w:after="60" w:line="360" w:lineRule="auto"/>
        <w:ind w:left="360" w:hanging="360"/>
        <w:jc w:val="both"/>
      </w:pPr>
      <w:r>
        <w:t xml:space="preserve">The rating will be restricted to values between 1 and 5. A unique constraint on </w:t>
      </w:r>
      <w:proofErr w:type="spellStart"/>
      <w:r>
        <w:t>AppointmentID</w:t>
      </w:r>
      <w:proofErr w:type="spellEnd"/>
      <w:r>
        <w:t xml:space="preserve"> ensures that </w:t>
      </w:r>
    </w:p>
    <w:p w14:paraId="011C3E45" w14:textId="514D59EB" w:rsidR="009E121F" w:rsidRDefault="009E121F" w:rsidP="003A7A6D">
      <w:pPr>
        <w:spacing w:after="60" w:line="360" w:lineRule="auto"/>
        <w:ind w:left="360" w:hanging="360"/>
        <w:jc w:val="both"/>
      </w:pPr>
      <w:r>
        <w:t>an appointment cannot receive duplicate feedback records.</w:t>
      </w:r>
    </w:p>
    <w:p w14:paraId="3F2E70B0" w14:textId="77777777" w:rsidR="00CE4D0E" w:rsidRDefault="00CE4D0E" w:rsidP="008D2206">
      <w:pPr>
        <w:spacing w:after="60" w:line="360" w:lineRule="auto"/>
        <w:jc w:val="both"/>
        <w:rPr>
          <w:b/>
          <w:bCs/>
        </w:rPr>
      </w:pPr>
    </w:p>
    <w:p w14:paraId="560F1747" w14:textId="6E27FCBB" w:rsidR="009E121F" w:rsidRPr="00692A32" w:rsidRDefault="009E121F" w:rsidP="0031412F">
      <w:pPr>
        <w:pStyle w:val="Heading2"/>
      </w:pPr>
      <w:bookmarkStart w:id="18" w:name="_Toc237605223"/>
      <w:r w:rsidRPr="00692A32">
        <w:t>2.</w:t>
      </w:r>
      <w:r w:rsidR="0080020B">
        <w:t>2</w:t>
      </w:r>
      <w:r w:rsidR="0080020B">
        <w:tab/>
      </w:r>
      <w:r w:rsidRPr="00692A32">
        <w:t xml:space="preserve"> Entity relationships</w:t>
      </w:r>
      <w:bookmarkEnd w:id="18"/>
    </w:p>
    <w:p w14:paraId="0951CCDF" w14:textId="1D129205" w:rsidR="009E121F" w:rsidRDefault="009E121F" w:rsidP="003A7A6D">
      <w:pPr>
        <w:spacing w:after="60" w:line="360" w:lineRule="auto"/>
        <w:ind w:left="360" w:hanging="360"/>
        <w:jc w:val="both"/>
      </w:pPr>
      <w:r>
        <w:t>The principal relationships are:</w:t>
      </w:r>
    </w:p>
    <w:p w14:paraId="222D3DB6" w14:textId="77777777" w:rsidR="009E121F" w:rsidRDefault="009E121F" w:rsidP="003A7A6D">
      <w:pPr>
        <w:pStyle w:val="ListParagraph"/>
        <w:numPr>
          <w:ilvl w:val="0"/>
          <w:numId w:val="20"/>
        </w:numPr>
        <w:spacing w:after="60" w:line="360" w:lineRule="auto"/>
        <w:jc w:val="both"/>
      </w:pPr>
      <w:r>
        <w:t>one patient may have many medical-history records;</w:t>
      </w:r>
    </w:p>
    <w:p w14:paraId="3CA53986" w14:textId="77777777" w:rsidR="009E121F" w:rsidRDefault="009E121F" w:rsidP="003A7A6D">
      <w:pPr>
        <w:pStyle w:val="ListParagraph"/>
        <w:numPr>
          <w:ilvl w:val="0"/>
          <w:numId w:val="20"/>
        </w:numPr>
        <w:spacing w:after="60" w:line="360" w:lineRule="auto"/>
        <w:jc w:val="both"/>
      </w:pPr>
      <w:r>
        <w:t>one department may contain many doctors;</w:t>
      </w:r>
    </w:p>
    <w:p w14:paraId="299C8B52" w14:textId="77777777" w:rsidR="009E121F" w:rsidRDefault="009E121F" w:rsidP="003A7A6D">
      <w:pPr>
        <w:pStyle w:val="ListParagraph"/>
        <w:numPr>
          <w:ilvl w:val="0"/>
          <w:numId w:val="20"/>
        </w:numPr>
        <w:spacing w:after="60" w:line="360" w:lineRule="auto"/>
        <w:jc w:val="both"/>
      </w:pPr>
      <w:r>
        <w:t>one doctor may have many availability periods;</w:t>
      </w:r>
    </w:p>
    <w:p w14:paraId="759980C2" w14:textId="77777777" w:rsidR="009E121F" w:rsidRDefault="009E121F" w:rsidP="003A7A6D">
      <w:pPr>
        <w:pStyle w:val="ListParagraph"/>
        <w:numPr>
          <w:ilvl w:val="0"/>
          <w:numId w:val="20"/>
        </w:numPr>
        <w:spacing w:after="60" w:line="360" w:lineRule="auto"/>
        <w:jc w:val="both"/>
      </w:pPr>
      <w:r>
        <w:t>one patient may book many appointments;</w:t>
      </w:r>
    </w:p>
    <w:p w14:paraId="1CED869E" w14:textId="77777777" w:rsidR="009E121F" w:rsidRDefault="009E121F" w:rsidP="003A7A6D">
      <w:pPr>
        <w:pStyle w:val="ListParagraph"/>
        <w:numPr>
          <w:ilvl w:val="0"/>
          <w:numId w:val="20"/>
        </w:numPr>
        <w:spacing w:after="60" w:line="360" w:lineRule="auto"/>
        <w:jc w:val="both"/>
      </w:pPr>
      <w:r>
        <w:t>one doctor may conduct many appointments;</w:t>
      </w:r>
    </w:p>
    <w:p w14:paraId="5F5223DA" w14:textId="77777777" w:rsidR="009E121F" w:rsidRDefault="009E121F" w:rsidP="003A7A6D">
      <w:pPr>
        <w:pStyle w:val="ListParagraph"/>
        <w:numPr>
          <w:ilvl w:val="0"/>
          <w:numId w:val="20"/>
        </w:numPr>
        <w:spacing w:after="60" w:line="360" w:lineRule="auto"/>
        <w:jc w:val="both"/>
      </w:pPr>
      <w:r>
        <w:lastRenderedPageBreak/>
        <w:t>one appointment may produce zero or one treatment;</w:t>
      </w:r>
    </w:p>
    <w:p w14:paraId="58616C22" w14:textId="77777777" w:rsidR="009E121F" w:rsidRDefault="009E121F" w:rsidP="003A7A6D">
      <w:pPr>
        <w:pStyle w:val="ListParagraph"/>
        <w:numPr>
          <w:ilvl w:val="0"/>
          <w:numId w:val="20"/>
        </w:numPr>
        <w:spacing w:after="60" w:line="360" w:lineRule="auto"/>
        <w:jc w:val="both"/>
      </w:pPr>
      <w:r>
        <w:t>one prescription contains one or more prescription items;</w:t>
      </w:r>
    </w:p>
    <w:p w14:paraId="023D02C4" w14:textId="77777777" w:rsidR="009E121F" w:rsidRDefault="009E121F" w:rsidP="003A7A6D">
      <w:pPr>
        <w:pStyle w:val="ListParagraph"/>
        <w:numPr>
          <w:ilvl w:val="0"/>
          <w:numId w:val="20"/>
        </w:numPr>
        <w:spacing w:after="60" w:line="360" w:lineRule="auto"/>
        <w:jc w:val="both"/>
      </w:pPr>
      <w:r>
        <w:t>one appointment may receive zero or one feedback record.</w:t>
      </w:r>
    </w:p>
    <w:p w14:paraId="799FD212" w14:textId="77777777" w:rsidR="009E121F" w:rsidRDefault="009E121F" w:rsidP="003A7A6D">
      <w:pPr>
        <w:spacing w:after="60" w:line="360" w:lineRule="auto"/>
        <w:ind w:left="360" w:hanging="360"/>
        <w:jc w:val="both"/>
      </w:pPr>
    </w:p>
    <w:p w14:paraId="61D4AC60" w14:textId="04AD4E79" w:rsidR="0080020B" w:rsidRDefault="0080020B" w:rsidP="0080020B">
      <w:pPr>
        <w:spacing w:after="60" w:line="360" w:lineRule="auto"/>
        <w:ind w:left="360"/>
        <w:jc w:val="both"/>
      </w:pPr>
      <w:r w:rsidRPr="0080020B">
        <w:t>This relatively focused six-entity design deliberately avoids introducing entities not explicitly required by the case study. For example, prescriptions are currently represented within the treatment plan rather than through separate medication tables. This simplifies the prototype but is also a recognized limitation: a production implementation should separate prescriptions and medication items if MedAssist requires structured prescribing, interaction checking or medication-level reporting.</w:t>
      </w:r>
    </w:p>
    <w:p w14:paraId="6E0896B2" w14:textId="77777777" w:rsidR="009E121F" w:rsidRDefault="009E121F" w:rsidP="003A7A6D">
      <w:pPr>
        <w:spacing w:after="60" w:line="360" w:lineRule="auto"/>
        <w:ind w:left="360" w:hanging="360"/>
        <w:jc w:val="both"/>
      </w:pPr>
    </w:p>
    <w:p w14:paraId="7DD87AB8" w14:textId="4ED5ED9E" w:rsidR="009E121F" w:rsidRPr="008D2206" w:rsidRDefault="009E121F" w:rsidP="0031412F">
      <w:pPr>
        <w:pStyle w:val="Heading2"/>
      </w:pPr>
      <w:bookmarkStart w:id="19" w:name="_Toc237605224"/>
      <w:r w:rsidRPr="00692A32">
        <w:t>2</w:t>
      </w:r>
      <w:r w:rsidR="0080020B">
        <w:t>.3</w:t>
      </w:r>
      <w:r w:rsidR="0080020B">
        <w:tab/>
      </w:r>
      <w:r w:rsidRPr="00692A32">
        <w:t>Data-integrity constraints</w:t>
      </w:r>
      <w:bookmarkEnd w:id="19"/>
    </w:p>
    <w:p w14:paraId="0D5E15CE" w14:textId="77777777" w:rsidR="0080020B" w:rsidRDefault="0080020B" w:rsidP="0080020B">
      <w:pPr>
        <w:spacing w:after="60" w:line="360" w:lineRule="auto"/>
        <w:ind w:left="360"/>
        <w:jc w:val="both"/>
      </w:pPr>
      <w:r>
        <w:t xml:space="preserve">Data integrity is enforced at several levels. Every table has a primary key, ensuring entity integrity by preventing duplicate or null identifiers. Business identifiers are additionally protected with unique constraints, including PatientNumber, </w:t>
      </w:r>
      <w:proofErr w:type="spellStart"/>
      <w:r>
        <w:t>DepartmentName</w:t>
      </w:r>
      <w:proofErr w:type="spellEnd"/>
      <w:r>
        <w:t xml:space="preserve">, </w:t>
      </w:r>
      <w:proofErr w:type="spellStart"/>
      <w:r>
        <w:t>RegistrationNumber</w:t>
      </w:r>
      <w:proofErr w:type="spellEnd"/>
      <w:r>
        <w:t xml:space="preserve"> and doctor email address.</w:t>
      </w:r>
    </w:p>
    <w:p w14:paraId="6D772B5E" w14:textId="77777777" w:rsidR="0080020B" w:rsidRDefault="0080020B" w:rsidP="0080020B">
      <w:pPr>
        <w:spacing w:after="60" w:line="360" w:lineRule="auto"/>
        <w:ind w:left="360" w:hanging="360"/>
        <w:jc w:val="both"/>
      </w:pPr>
    </w:p>
    <w:p w14:paraId="0FC7A372" w14:textId="77777777" w:rsidR="0080020B" w:rsidRDefault="0080020B" w:rsidP="0080020B">
      <w:pPr>
        <w:spacing w:after="60" w:line="360" w:lineRule="auto"/>
        <w:ind w:left="360"/>
        <w:jc w:val="both"/>
      </w:pPr>
      <w:r>
        <w:t xml:space="preserve">Foreign keys enforce referential integrity. </w:t>
      </w:r>
      <w:proofErr w:type="spellStart"/>
      <w:r>
        <w:t>Doctor.DepartmentID</w:t>
      </w:r>
      <w:proofErr w:type="spellEnd"/>
      <w:r>
        <w:t xml:space="preserve"> references </w:t>
      </w:r>
      <w:proofErr w:type="spellStart"/>
      <w:r>
        <w:t>Department.DepartmentID</w:t>
      </w:r>
      <w:proofErr w:type="spellEnd"/>
      <w:r>
        <w:t xml:space="preserve">; </w:t>
      </w:r>
      <w:proofErr w:type="spellStart"/>
      <w:r>
        <w:t>Appointment.PatientID</w:t>
      </w:r>
      <w:proofErr w:type="spellEnd"/>
      <w:r>
        <w:t xml:space="preserve"> and </w:t>
      </w:r>
      <w:proofErr w:type="spellStart"/>
      <w:r>
        <w:t>Appointment.DoctorID</w:t>
      </w:r>
      <w:proofErr w:type="spellEnd"/>
      <w:r>
        <w:t xml:space="preserve"> reference their parent records; and </w:t>
      </w:r>
      <w:proofErr w:type="spellStart"/>
      <w:r>
        <w:t>Treatment.AppointmentID</w:t>
      </w:r>
      <w:proofErr w:type="spellEnd"/>
      <w:r>
        <w:t xml:space="preserve"> and </w:t>
      </w:r>
      <w:proofErr w:type="spellStart"/>
      <w:r>
        <w:t>Feedback.AppointmentID</w:t>
      </w:r>
      <w:proofErr w:type="spellEnd"/>
      <w:r>
        <w:t xml:space="preserve"> reference an existing appointment. This prevents orphan records such as a treatment belonging to a non-existent consultation.</w:t>
      </w:r>
    </w:p>
    <w:p w14:paraId="78D60E46" w14:textId="77777777" w:rsidR="0080020B" w:rsidRDefault="0080020B" w:rsidP="0080020B">
      <w:pPr>
        <w:spacing w:after="60" w:line="360" w:lineRule="auto"/>
        <w:ind w:left="360" w:hanging="360"/>
        <w:jc w:val="both"/>
      </w:pPr>
    </w:p>
    <w:p w14:paraId="46EE86AB" w14:textId="56EAF1C6" w:rsidR="0080020B" w:rsidRDefault="0080020B" w:rsidP="0080020B">
      <w:pPr>
        <w:spacing w:after="60" w:line="360" w:lineRule="auto"/>
        <w:ind w:left="360"/>
        <w:jc w:val="both"/>
      </w:pPr>
      <w:r w:rsidRPr="0080020B">
        <w:rPr>
          <w:lang w:val="fr-FR"/>
        </w:rPr>
        <w:t xml:space="preserve">Check </w:t>
      </w:r>
      <w:proofErr w:type="spellStart"/>
      <w:r w:rsidRPr="0080020B">
        <w:rPr>
          <w:lang w:val="fr-FR"/>
        </w:rPr>
        <w:t>constraints</w:t>
      </w:r>
      <w:proofErr w:type="spellEnd"/>
      <w:r w:rsidRPr="0080020B">
        <w:rPr>
          <w:lang w:val="fr-FR"/>
        </w:rPr>
        <w:t xml:space="preserve"> enforce </w:t>
      </w:r>
      <w:proofErr w:type="spellStart"/>
      <w:r w:rsidRPr="0080020B">
        <w:rPr>
          <w:lang w:val="fr-FR"/>
        </w:rPr>
        <w:t>domain</w:t>
      </w:r>
      <w:proofErr w:type="spellEnd"/>
      <w:r w:rsidRPr="0080020B">
        <w:rPr>
          <w:lang w:val="fr-FR"/>
        </w:rPr>
        <w:t xml:space="preserve"> </w:t>
      </w:r>
      <w:proofErr w:type="spellStart"/>
      <w:r w:rsidRPr="0080020B">
        <w:rPr>
          <w:lang w:val="fr-FR"/>
        </w:rPr>
        <w:t>validity</w:t>
      </w:r>
      <w:proofErr w:type="spellEnd"/>
      <w:r w:rsidRPr="0080020B">
        <w:rPr>
          <w:lang w:val="fr-FR"/>
        </w:rPr>
        <w:t xml:space="preserve">. </w:t>
      </w:r>
      <w:r>
        <w:t xml:space="preserve">Appointment end time must be later than appointment start time, feedback ratings are restricted to 1–5, and appointment status is limited to recognized values such as Scheduled, </w:t>
      </w:r>
      <w:proofErr w:type="spellStart"/>
      <w:r>
        <w:t>CheckedIn</w:t>
      </w:r>
      <w:proofErr w:type="spellEnd"/>
      <w:r>
        <w:t xml:space="preserve">, Completed, Cancelled and </w:t>
      </w:r>
      <w:proofErr w:type="spellStart"/>
      <w:r>
        <w:t>DidNotAttend</w:t>
      </w:r>
      <w:proofErr w:type="spellEnd"/>
      <w:r>
        <w:t>. Boolean-style fields are limited to 0 or 1.</w:t>
      </w:r>
    </w:p>
    <w:p w14:paraId="47B1360C" w14:textId="77777777" w:rsidR="0080020B" w:rsidRDefault="0080020B" w:rsidP="0080020B">
      <w:pPr>
        <w:spacing w:after="60" w:line="360" w:lineRule="auto"/>
        <w:ind w:left="360" w:hanging="360"/>
        <w:jc w:val="both"/>
      </w:pPr>
    </w:p>
    <w:p w14:paraId="5430E1AD" w14:textId="77777777" w:rsidR="0080020B" w:rsidRDefault="0080020B" w:rsidP="0080020B">
      <w:pPr>
        <w:spacing w:after="60" w:line="360" w:lineRule="auto"/>
        <w:ind w:left="360"/>
        <w:jc w:val="both"/>
      </w:pPr>
      <w:r>
        <w:t xml:space="preserve">Deletion is deliberately restrictive. Automatically cascading deletion from a patient to appointments and treatments could remove important clinical history. The implementation therefore </w:t>
      </w:r>
      <w:proofErr w:type="spellStart"/>
      <w:r>
        <w:t>favours</w:t>
      </w:r>
      <w:proofErr w:type="spellEnd"/>
      <w:r>
        <w:t xml:space="preserve"> ON DELETE RESTRICT and logical deactivation through IsActive. This decision prioritizes historical integrity over deletion convenience and is particularly appropriate where records have operational or compliance value. Research on database compliance similarly emphasizes that operational mechanisms must be considered together with retention and governance requirements rather than purely from a convenience perspective [6].</w:t>
      </w:r>
      <w:r w:rsidRPr="0080020B">
        <w:t xml:space="preserve"> </w:t>
      </w:r>
    </w:p>
    <w:p w14:paraId="49AE8225" w14:textId="77777777" w:rsidR="0080020B" w:rsidRDefault="0080020B">
      <w:r>
        <w:br w:type="page"/>
      </w:r>
    </w:p>
    <w:p w14:paraId="777DA127" w14:textId="63E3D71C" w:rsidR="0080020B" w:rsidRPr="0080020B" w:rsidRDefault="0080020B" w:rsidP="0031412F">
      <w:pPr>
        <w:pStyle w:val="Heading2"/>
      </w:pPr>
      <w:bookmarkStart w:id="20" w:name="_Toc237605225"/>
      <w:r w:rsidRPr="0080020B">
        <w:lastRenderedPageBreak/>
        <w:t>2.</w:t>
      </w:r>
      <w:r>
        <w:t>4</w:t>
      </w:r>
      <w:r w:rsidRPr="0080020B">
        <w:tab/>
        <w:t xml:space="preserve"> Normalization</w:t>
      </w:r>
      <w:bookmarkEnd w:id="20"/>
    </w:p>
    <w:p w14:paraId="299C4078" w14:textId="77777777" w:rsidR="0080020B" w:rsidRDefault="0080020B" w:rsidP="0080020B">
      <w:pPr>
        <w:spacing w:after="60" w:line="360" w:lineRule="auto"/>
        <w:ind w:left="360"/>
        <w:jc w:val="both"/>
      </w:pPr>
    </w:p>
    <w:p w14:paraId="6A61F343" w14:textId="6ADCF800" w:rsidR="0080020B" w:rsidRDefault="0080020B" w:rsidP="0080020B">
      <w:pPr>
        <w:spacing w:after="60" w:line="360" w:lineRule="auto"/>
        <w:ind w:left="360"/>
        <w:jc w:val="both"/>
      </w:pPr>
      <w:r>
        <w:t>The schema was normalized to Third Normal Form (3NF). Normalization is intended to reduce redundancy and associated insertion, update and deletion anomalies. Codd's relational work introduced normal forms as a means of reducing undesirable dependency and inconsistency, while more recent database research continues to connect structured storage design with efficient retrieval and maintainability [1], [2].</w:t>
      </w:r>
    </w:p>
    <w:p w14:paraId="4ABE4FF8" w14:textId="77777777" w:rsidR="0080020B" w:rsidRDefault="0080020B" w:rsidP="0080020B">
      <w:pPr>
        <w:spacing w:after="60" w:line="360" w:lineRule="auto"/>
        <w:ind w:left="360"/>
        <w:jc w:val="both"/>
      </w:pPr>
    </w:p>
    <w:p w14:paraId="020EB5E3" w14:textId="77777777" w:rsidR="0080020B" w:rsidRDefault="0080020B" w:rsidP="0080020B">
      <w:pPr>
        <w:spacing w:after="60" w:line="360" w:lineRule="auto"/>
        <w:ind w:left="360"/>
        <w:jc w:val="both"/>
      </w:pPr>
      <w:r>
        <w:t>First Normal Form is satisfied because each table has a primary key, fields contain atomic values and there are no repeating column groups. For example, the database does not contain Doctor1, Doctor2 or Appointment1 fields within Patient.</w:t>
      </w:r>
    </w:p>
    <w:p w14:paraId="0964824F" w14:textId="77777777" w:rsidR="0080020B" w:rsidRDefault="0080020B" w:rsidP="0080020B">
      <w:pPr>
        <w:spacing w:after="60" w:line="360" w:lineRule="auto"/>
        <w:ind w:left="360"/>
        <w:jc w:val="both"/>
      </w:pPr>
    </w:p>
    <w:p w14:paraId="6FE7D70E" w14:textId="77777777" w:rsidR="0080020B" w:rsidRDefault="0080020B" w:rsidP="0080020B">
      <w:pPr>
        <w:spacing w:after="60" w:line="360" w:lineRule="auto"/>
        <w:ind w:left="360"/>
        <w:jc w:val="both"/>
      </w:pPr>
      <w:r>
        <w:t>Second Normal Form is satisfied because every non-key attribute depends on the complete primary key. The six core tables use single-column surrogate primary keys, eliminating partial dependency on composite identifiers.</w:t>
      </w:r>
    </w:p>
    <w:p w14:paraId="2C323A6D" w14:textId="77777777" w:rsidR="0080020B" w:rsidRDefault="0080020B" w:rsidP="0080020B">
      <w:pPr>
        <w:spacing w:after="60" w:line="360" w:lineRule="auto"/>
        <w:ind w:left="360"/>
        <w:jc w:val="both"/>
      </w:pPr>
    </w:p>
    <w:p w14:paraId="1DF82604" w14:textId="77777777" w:rsidR="0080020B" w:rsidRDefault="0080020B" w:rsidP="0080020B">
      <w:pPr>
        <w:spacing w:after="60" w:line="360" w:lineRule="auto"/>
        <w:ind w:left="360"/>
        <w:jc w:val="both"/>
      </w:pPr>
      <w:r>
        <w:t xml:space="preserve">Third Normal Form removes transitive dependencies between non-key attributes. </w:t>
      </w:r>
      <w:proofErr w:type="spellStart"/>
      <w:r>
        <w:t>DepartmentName</w:t>
      </w:r>
      <w:proofErr w:type="spellEnd"/>
      <w:r>
        <w:t xml:space="preserve"> exists only in Department; it is not repeated in Doctor or Appointment. Doctor contact information exists only in Doctor; Appointment stores DoctorID. Similarly, patient demographic data exists only in Patient and is retrieved through the foreign key when appointment information is displayed.</w:t>
      </w:r>
    </w:p>
    <w:p w14:paraId="53D726B1" w14:textId="77777777" w:rsidR="0080020B" w:rsidRDefault="0080020B" w:rsidP="0080020B">
      <w:pPr>
        <w:spacing w:after="60" w:line="360" w:lineRule="auto"/>
        <w:ind w:left="360"/>
        <w:jc w:val="both"/>
      </w:pPr>
    </w:p>
    <w:p w14:paraId="44FB4F3F" w14:textId="3FF86C68" w:rsidR="0080020B" w:rsidRDefault="0080020B" w:rsidP="0080020B">
      <w:pPr>
        <w:spacing w:after="60" w:line="360" w:lineRule="auto"/>
        <w:ind w:left="360"/>
        <w:jc w:val="both"/>
      </w:pPr>
      <w:r>
        <w:t>This structure means that changing a doctor's email address requires one update rather than changes to every historical appointment. Normalization does increase the number of joins needed to reconstruct complete clinical information, but this trade-off is preferable to inconsistent duplicated data. Where joins become performance-critical, indexing and query optimization provide a more controlled response than premature denormalization [2].</w:t>
      </w:r>
    </w:p>
    <w:p w14:paraId="09F51298" w14:textId="77777777" w:rsidR="0080020B" w:rsidRDefault="0080020B" w:rsidP="0080020B">
      <w:pPr>
        <w:spacing w:after="60" w:line="360" w:lineRule="auto"/>
        <w:ind w:left="360"/>
        <w:jc w:val="both"/>
      </w:pPr>
    </w:p>
    <w:p w14:paraId="3EAF6B72" w14:textId="77777777" w:rsidR="00B60A42" w:rsidRDefault="00B60A42">
      <w:pPr>
        <w:rPr>
          <w:b/>
          <w:bCs/>
        </w:rPr>
      </w:pPr>
      <w:r>
        <w:rPr>
          <w:b/>
          <w:bCs/>
        </w:rPr>
        <w:br w:type="page"/>
      </w:r>
    </w:p>
    <w:p w14:paraId="574BBE92" w14:textId="72EE6541" w:rsidR="0080020B" w:rsidRPr="0080020B" w:rsidRDefault="0080020B" w:rsidP="0031412F">
      <w:pPr>
        <w:pStyle w:val="Heading1"/>
      </w:pPr>
      <w:bookmarkStart w:id="21" w:name="_Toc237605226"/>
      <w:r w:rsidRPr="0080020B">
        <w:lastRenderedPageBreak/>
        <w:t>3. Database Implementation and Validation</w:t>
      </w:r>
      <w:bookmarkEnd w:id="21"/>
    </w:p>
    <w:p w14:paraId="68B025FD" w14:textId="77777777" w:rsidR="0080020B" w:rsidRDefault="0080020B" w:rsidP="0080020B">
      <w:pPr>
        <w:spacing w:after="60" w:line="360" w:lineRule="auto"/>
        <w:ind w:left="360"/>
        <w:jc w:val="both"/>
      </w:pPr>
    </w:p>
    <w:p w14:paraId="59B2A08B" w14:textId="72F6FEA1" w:rsidR="0080020B" w:rsidRPr="00B60A42" w:rsidRDefault="0080020B" w:rsidP="0031412F">
      <w:pPr>
        <w:pStyle w:val="Heading2"/>
      </w:pPr>
      <w:bookmarkStart w:id="22" w:name="_Toc237605227"/>
      <w:r w:rsidRPr="0080020B">
        <w:t>3.1 Sample Data and Constraint Testing</w:t>
      </w:r>
      <w:bookmarkEnd w:id="22"/>
    </w:p>
    <w:p w14:paraId="69E18691" w14:textId="34C5CFFC" w:rsidR="0080020B" w:rsidRDefault="0080020B" w:rsidP="0080020B">
      <w:pPr>
        <w:spacing w:after="60" w:line="360" w:lineRule="auto"/>
        <w:ind w:left="360"/>
        <w:jc w:val="both"/>
      </w:pPr>
      <w:r>
        <w:t>The six tables were populated with realistic test records representing patients, doctors, ten clinical departments, scheduled and completed appointments, treatment outcomes and patient feedback. The dataset was deliberately varied so that both successful and unsuccessful database operations could be tested.</w:t>
      </w:r>
    </w:p>
    <w:p w14:paraId="0035218B" w14:textId="6AB9BF91" w:rsidR="00C32087" w:rsidRPr="005B1F82" w:rsidRDefault="0080020B" w:rsidP="005B1F82">
      <w:pPr>
        <w:pStyle w:val="Heading3"/>
      </w:pPr>
      <w:bookmarkStart w:id="23" w:name="_Toc237605228"/>
      <w:r w:rsidRPr="005B1F82">
        <w:t xml:space="preserve">Figure 3 </w:t>
      </w:r>
      <w:r w:rsidR="00C32087" w:rsidRPr="005B1F82">
        <w:t>Patients Table</w:t>
      </w:r>
      <w:bookmarkEnd w:id="23"/>
    </w:p>
    <w:p w14:paraId="6A11FD0C" w14:textId="334BDAEC" w:rsidR="00C32087" w:rsidRDefault="0080020B" w:rsidP="009E121F">
      <w:pPr>
        <w:spacing w:after="60"/>
        <w:ind w:left="360" w:hanging="360"/>
      </w:pPr>
      <w:r>
        <w:rPr>
          <w:noProof/>
        </w:rPr>
        <w:drawing>
          <wp:inline distT="0" distB="0" distL="0" distR="0" wp14:anchorId="2B2B29C5" wp14:editId="5AB02A19">
            <wp:extent cx="6785610" cy="2840990"/>
            <wp:effectExtent l="0" t="0" r="0" b="0"/>
            <wp:docPr id="1274109017"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85610" cy="2840990"/>
                    </a:xfrm>
                    <a:prstGeom prst="rect">
                      <a:avLst/>
                    </a:prstGeom>
                    <a:noFill/>
                  </pic:spPr>
                </pic:pic>
              </a:graphicData>
            </a:graphic>
          </wp:inline>
        </w:drawing>
      </w:r>
    </w:p>
    <w:p w14:paraId="3134F0C7" w14:textId="77777777" w:rsidR="0080020B" w:rsidRDefault="0080020B" w:rsidP="00B60A42">
      <w:pPr>
        <w:spacing w:after="60"/>
      </w:pPr>
    </w:p>
    <w:p w14:paraId="6B8455C1" w14:textId="7DE43861" w:rsidR="0080020B" w:rsidRPr="0080020B" w:rsidRDefault="0080020B" w:rsidP="005B1F82">
      <w:pPr>
        <w:pStyle w:val="Heading3"/>
      </w:pPr>
      <w:bookmarkStart w:id="24" w:name="_Toc237605229"/>
      <w:r w:rsidRPr="0080020B">
        <w:t>Figure 4 Department Table</w:t>
      </w:r>
      <w:bookmarkEnd w:id="24"/>
    </w:p>
    <w:p w14:paraId="25D1B6D6" w14:textId="77777777" w:rsidR="0080020B" w:rsidRDefault="0080020B" w:rsidP="009E121F">
      <w:pPr>
        <w:spacing w:after="60"/>
        <w:ind w:left="360" w:hanging="360"/>
      </w:pPr>
    </w:p>
    <w:p w14:paraId="0F17AC2D" w14:textId="08936858" w:rsidR="0080020B" w:rsidRDefault="0080020B" w:rsidP="00B60A42">
      <w:pPr>
        <w:spacing w:after="60"/>
        <w:ind w:left="360" w:hanging="360"/>
      </w:pPr>
      <w:r w:rsidRPr="0080020B">
        <w:rPr>
          <w:noProof/>
        </w:rPr>
        <w:drawing>
          <wp:inline distT="0" distB="0" distL="0" distR="0" wp14:anchorId="76F4EA85" wp14:editId="3C49BDC1">
            <wp:extent cx="6697980" cy="2910840"/>
            <wp:effectExtent l="0" t="0" r="7620" b="3810"/>
            <wp:docPr id="127958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586726" name=""/>
                    <pic:cNvPicPr/>
                  </pic:nvPicPr>
                  <pic:blipFill>
                    <a:blip r:embed="rId12"/>
                    <a:stretch>
                      <a:fillRect/>
                    </a:stretch>
                  </pic:blipFill>
                  <pic:spPr>
                    <a:xfrm>
                      <a:off x="0" y="0"/>
                      <a:ext cx="6697980" cy="2910840"/>
                    </a:xfrm>
                    <a:prstGeom prst="rect">
                      <a:avLst/>
                    </a:prstGeom>
                  </pic:spPr>
                </pic:pic>
              </a:graphicData>
            </a:graphic>
          </wp:inline>
        </w:drawing>
      </w:r>
    </w:p>
    <w:p w14:paraId="79D70BBC" w14:textId="77777777" w:rsidR="0080020B" w:rsidRDefault="0080020B" w:rsidP="009E121F">
      <w:pPr>
        <w:spacing w:after="60"/>
        <w:ind w:left="360" w:hanging="360"/>
      </w:pPr>
    </w:p>
    <w:p w14:paraId="340D7E53" w14:textId="316FC105" w:rsidR="0080020B" w:rsidRPr="00B60A42" w:rsidRDefault="00B40FF4" w:rsidP="005B1F82">
      <w:pPr>
        <w:pStyle w:val="Heading3"/>
      </w:pPr>
      <w:bookmarkStart w:id="25" w:name="_Toc237605230"/>
      <w:r w:rsidRPr="00B60A42">
        <w:t xml:space="preserve">Figure 5 </w:t>
      </w:r>
      <w:r w:rsidR="00B60A42" w:rsidRPr="00B60A42">
        <w:t>Doctors Table</w:t>
      </w:r>
      <w:bookmarkEnd w:id="25"/>
    </w:p>
    <w:p w14:paraId="0A213D19" w14:textId="77777777" w:rsidR="0080020B" w:rsidRDefault="0080020B" w:rsidP="009E121F">
      <w:pPr>
        <w:spacing w:after="60"/>
        <w:ind w:left="360" w:hanging="360"/>
      </w:pPr>
    </w:p>
    <w:p w14:paraId="04402973" w14:textId="4915B043" w:rsidR="00DB6D96" w:rsidRDefault="00DB6D96" w:rsidP="009E121F">
      <w:pPr>
        <w:spacing w:after="60"/>
        <w:ind w:left="360" w:hanging="360"/>
      </w:pPr>
      <w:r w:rsidRPr="00DB6D96">
        <w:rPr>
          <w:noProof/>
        </w:rPr>
        <w:drawing>
          <wp:inline distT="0" distB="0" distL="0" distR="0" wp14:anchorId="6017DF6B" wp14:editId="74631A4A">
            <wp:extent cx="6789420" cy="3139440"/>
            <wp:effectExtent l="0" t="0" r="0" b="3810"/>
            <wp:docPr id="72538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85129" name=""/>
                    <pic:cNvPicPr/>
                  </pic:nvPicPr>
                  <pic:blipFill>
                    <a:blip r:embed="rId13"/>
                    <a:stretch>
                      <a:fillRect/>
                    </a:stretch>
                  </pic:blipFill>
                  <pic:spPr>
                    <a:xfrm>
                      <a:off x="0" y="0"/>
                      <a:ext cx="6789420" cy="3139440"/>
                    </a:xfrm>
                    <a:prstGeom prst="rect">
                      <a:avLst/>
                    </a:prstGeom>
                  </pic:spPr>
                </pic:pic>
              </a:graphicData>
            </a:graphic>
          </wp:inline>
        </w:drawing>
      </w:r>
    </w:p>
    <w:p w14:paraId="30124C44" w14:textId="77777777" w:rsidR="00B60A42" w:rsidRDefault="00B60A42" w:rsidP="009E121F">
      <w:pPr>
        <w:spacing w:after="60"/>
        <w:ind w:left="360" w:hanging="360"/>
      </w:pPr>
    </w:p>
    <w:p w14:paraId="60C23EC9" w14:textId="18AC7F19" w:rsidR="0080020B" w:rsidRPr="00DB6D96" w:rsidRDefault="00DB6D96" w:rsidP="005B1F82">
      <w:pPr>
        <w:pStyle w:val="Heading3"/>
      </w:pPr>
      <w:bookmarkStart w:id="26" w:name="_Toc237605231"/>
      <w:r w:rsidRPr="00DB6D96">
        <w:t xml:space="preserve">Figure </w:t>
      </w:r>
      <w:r>
        <w:t>6</w:t>
      </w:r>
      <w:r w:rsidRPr="00DB6D96">
        <w:t xml:space="preserve"> </w:t>
      </w:r>
      <w:r>
        <w:t>Appointment</w:t>
      </w:r>
      <w:r w:rsidRPr="00DB6D96">
        <w:t xml:space="preserve"> Table</w:t>
      </w:r>
      <w:bookmarkEnd w:id="26"/>
    </w:p>
    <w:p w14:paraId="7F46D40B" w14:textId="7E5632B6" w:rsidR="0080020B" w:rsidRDefault="0080020B" w:rsidP="009E121F">
      <w:pPr>
        <w:spacing w:after="60"/>
        <w:ind w:left="360" w:hanging="360"/>
      </w:pPr>
    </w:p>
    <w:p w14:paraId="01C9513E" w14:textId="310C8AD6" w:rsidR="0080020B" w:rsidRDefault="00DB6D96" w:rsidP="009E121F">
      <w:pPr>
        <w:spacing w:after="60"/>
        <w:ind w:left="360" w:hanging="360"/>
      </w:pPr>
      <w:r w:rsidRPr="00DB6D96">
        <w:rPr>
          <w:noProof/>
        </w:rPr>
        <w:drawing>
          <wp:inline distT="0" distB="0" distL="0" distR="0" wp14:anchorId="720A7962" wp14:editId="7E50DBB2">
            <wp:extent cx="6720840" cy="2980690"/>
            <wp:effectExtent l="0" t="0" r="3810" b="0"/>
            <wp:docPr id="166380486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20840" cy="2980690"/>
                    </a:xfrm>
                    <a:prstGeom prst="rect">
                      <a:avLst/>
                    </a:prstGeom>
                    <a:noFill/>
                    <a:ln>
                      <a:noFill/>
                    </a:ln>
                  </pic:spPr>
                </pic:pic>
              </a:graphicData>
            </a:graphic>
          </wp:inline>
        </w:drawing>
      </w:r>
    </w:p>
    <w:p w14:paraId="6F15AC0D" w14:textId="77777777" w:rsidR="00DB6D96" w:rsidRDefault="00DB6D96" w:rsidP="009E121F">
      <w:pPr>
        <w:spacing w:after="60"/>
        <w:ind w:left="360" w:hanging="360"/>
      </w:pPr>
    </w:p>
    <w:p w14:paraId="300F33F0" w14:textId="77777777" w:rsidR="00DB6D96" w:rsidRDefault="00DB6D96" w:rsidP="009E121F">
      <w:pPr>
        <w:spacing w:after="60"/>
        <w:ind w:left="360" w:hanging="360"/>
      </w:pPr>
    </w:p>
    <w:p w14:paraId="395AD943" w14:textId="77777777" w:rsidR="00DB6D96" w:rsidRDefault="00DB6D96" w:rsidP="009E121F">
      <w:pPr>
        <w:spacing w:after="60"/>
        <w:ind w:left="360" w:hanging="360"/>
      </w:pPr>
    </w:p>
    <w:p w14:paraId="5A5884C9" w14:textId="77777777" w:rsidR="00DB6D96" w:rsidRDefault="00DB6D96" w:rsidP="009E121F">
      <w:pPr>
        <w:spacing w:after="60"/>
        <w:ind w:left="360" w:hanging="360"/>
      </w:pPr>
    </w:p>
    <w:p w14:paraId="1D3DD106" w14:textId="67889D22" w:rsidR="00DB6D96" w:rsidRDefault="00DB6D96">
      <w:r>
        <w:br w:type="page"/>
      </w:r>
    </w:p>
    <w:p w14:paraId="7F0105E7" w14:textId="3C6BC23C" w:rsidR="00DB6D96" w:rsidRPr="00DB6D96" w:rsidRDefault="00DB6D96" w:rsidP="005B1F82">
      <w:pPr>
        <w:pStyle w:val="Heading3"/>
      </w:pPr>
      <w:bookmarkStart w:id="27" w:name="_Toc237605232"/>
      <w:r w:rsidRPr="00DB6D96">
        <w:lastRenderedPageBreak/>
        <w:t>Figure 7 Treatment Table</w:t>
      </w:r>
      <w:bookmarkEnd w:id="27"/>
    </w:p>
    <w:p w14:paraId="29687589" w14:textId="77777777" w:rsidR="0080020B" w:rsidRDefault="0080020B" w:rsidP="009E121F">
      <w:pPr>
        <w:spacing w:after="60"/>
        <w:ind w:left="360" w:hanging="360"/>
      </w:pPr>
    </w:p>
    <w:p w14:paraId="527A811C" w14:textId="54C08799" w:rsidR="0080020B" w:rsidRDefault="00DB6D96" w:rsidP="009E121F">
      <w:pPr>
        <w:spacing w:after="60"/>
        <w:ind w:left="360" w:hanging="360"/>
      </w:pPr>
      <w:r w:rsidRPr="00DB6D96">
        <w:rPr>
          <w:noProof/>
        </w:rPr>
        <w:drawing>
          <wp:inline distT="0" distB="0" distL="0" distR="0" wp14:anchorId="32307366" wp14:editId="351096BD">
            <wp:extent cx="6454140" cy="2978785"/>
            <wp:effectExtent l="0" t="0" r="3810" b="0"/>
            <wp:docPr id="202399820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4140" cy="2978785"/>
                    </a:xfrm>
                    <a:prstGeom prst="rect">
                      <a:avLst/>
                    </a:prstGeom>
                    <a:noFill/>
                    <a:ln>
                      <a:noFill/>
                    </a:ln>
                  </pic:spPr>
                </pic:pic>
              </a:graphicData>
            </a:graphic>
          </wp:inline>
        </w:drawing>
      </w:r>
    </w:p>
    <w:p w14:paraId="6964B5EB" w14:textId="77777777" w:rsidR="0080020B" w:rsidRDefault="0080020B" w:rsidP="009E121F">
      <w:pPr>
        <w:spacing w:after="60"/>
        <w:ind w:left="360" w:hanging="360"/>
      </w:pPr>
    </w:p>
    <w:p w14:paraId="0C1F2446" w14:textId="48F280B9" w:rsidR="0080020B" w:rsidRPr="00DB6D96" w:rsidRDefault="00DB6D96" w:rsidP="005B1F82">
      <w:pPr>
        <w:pStyle w:val="Heading3"/>
      </w:pPr>
      <w:bookmarkStart w:id="28" w:name="_Toc237605233"/>
      <w:r w:rsidRPr="00DB6D96">
        <w:t>Figure 8 Feedback Table</w:t>
      </w:r>
      <w:bookmarkEnd w:id="28"/>
    </w:p>
    <w:p w14:paraId="42C8DE2F" w14:textId="77777777" w:rsidR="0080020B" w:rsidRDefault="0080020B" w:rsidP="009E121F">
      <w:pPr>
        <w:spacing w:after="60"/>
        <w:ind w:left="360" w:hanging="360"/>
      </w:pPr>
    </w:p>
    <w:p w14:paraId="4FE2E1F6" w14:textId="7296993C" w:rsidR="00E379E0" w:rsidRDefault="00DB6D96" w:rsidP="009E121F">
      <w:pPr>
        <w:spacing w:after="60"/>
        <w:ind w:left="360" w:hanging="360"/>
      </w:pPr>
      <w:r w:rsidRPr="00DB6D96">
        <w:rPr>
          <w:noProof/>
        </w:rPr>
        <w:drawing>
          <wp:inline distT="0" distB="0" distL="0" distR="0" wp14:anchorId="78956674" wp14:editId="71442CC6">
            <wp:extent cx="6309360" cy="2978150"/>
            <wp:effectExtent l="0" t="0" r="0" b="0"/>
            <wp:docPr id="79422355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9360" cy="2978150"/>
                    </a:xfrm>
                    <a:prstGeom prst="rect">
                      <a:avLst/>
                    </a:prstGeom>
                    <a:noFill/>
                    <a:ln>
                      <a:noFill/>
                    </a:ln>
                  </pic:spPr>
                </pic:pic>
              </a:graphicData>
            </a:graphic>
          </wp:inline>
        </w:drawing>
      </w:r>
    </w:p>
    <w:p w14:paraId="0C67407E" w14:textId="77777777" w:rsidR="00E379E0" w:rsidRDefault="00E379E0" w:rsidP="009E121F">
      <w:pPr>
        <w:spacing w:after="60"/>
        <w:ind w:left="360" w:hanging="360"/>
      </w:pPr>
    </w:p>
    <w:p w14:paraId="5C07950B" w14:textId="4DD2218A" w:rsidR="00E379E0" w:rsidRDefault="00E379E0" w:rsidP="009E121F">
      <w:pPr>
        <w:spacing w:after="60"/>
        <w:ind w:left="360" w:hanging="360"/>
      </w:pPr>
    </w:p>
    <w:p w14:paraId="2ECA0852" w14:textId="77777777" w:rsidR="00E379E0" w:rsidRDefault="00E379E0" w:rsidP="009E121F">
      <w:pPr>
        <w:spacing w:after="60"/>
        <w:ind w:left="360" w:hanging="360"/>
      </w:pPr>
    </w:p>
    <w:p w14:paraId="4F85CF70" w14:textId="77777777" w:rsidR="00E379E0" w:rsidRDefault="00E379E0" w:rsidP="009E121F">
      <w:pPr>
        <w:spacing w:after="60"/>
        <w:ind w:left="360" w:hanging="360"/>
      </w:pPr>
    </w:p>
    <w:p w14:paraId="0485FCB8" w14:textId="082035A1" w:rsidR="00944AFA" w:rsidRDefault="00944AFA">
      <w:r>
        <w:br w:type="page"/>
      </w:r>
    </w:p>
    <w:p w14:paraId="56B60EF8" w14:textId="42F631F7" w:rsidR="00E379E0" w:rsidRDefault="00944AFA" w:rsidP="005B1F82">
      <w:pPr>
        <w:pStyle w:val="Heading3"/>
      </w:pPr>
      <w:bookmarkStart w:id="29" w:name="_Toc237605234"/>
      <w:r w:rsidRPr="00944AFA">
        <w:lastRenderedPageBreak/>
        <w:t>Figure 9 All Tables</w:t>
      </w:r>
      <w:bookmarkEnd w:id="29"/>
    </w:p>
    <w:p w14:paraId="7A32183A" w14:textId="77777777" w:rsidR="00944AFA" w:rsidRPr="00944AFA" w:rsidRDefault="00944AFA" w:rsidP="009E121F">
      <w:pPr>
        <w:spacing w:after="60"/>
        <w:ind w:left="360" w:hanging="360"/>
        <w:rPr>
          <w:b/>
          <w:bCs/>
        </w:rPr>
      </w:pPr>
    </w:p>
    <w:p w14:paraId="32D375EA" w14:textId="0CCF733A" w:rsidR="00E379E0" w:rsidRDefault="00944AFA" w:rsidP="009E121F">
      <w:pPr>
        <w:spacing w:after="60"/>
        <w:ind w:left="360" w:hanging="360"/>
      </w:pPr>
      <w:r w:rsidRPr="00944AFA">
        <w:rPr>
          <w:noProof/>
        </w:rPr>
        <w:drawing>
          <wp:inline distT="0" distB="0" distL="0" distR="0" wp14:anchorId="651076F9" wp14:editId="3E423BD8">
            <wp:extent cx="6309360" cy="2075180"/>
            <wp:effectExtent l="0" t="0" r="0" b="1270"/>
            <wp:docPr id="102946260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9360" cy="2075180"/>
                    </a:xfrm>
                    <a:prstGeom prst="rect">
                      <a:avLst/>
                    </a:prstGeom>
                    <a:noFill/>
                    <a:ln>
                      <a:noFill/>
                    </a:ln>
                  </pic:spPr>
                </pic:pic>
              </a:graphicData>
            </a:graphic>
          </wp:inline>
        </w:drawing>
      </w:r>
    </w:p>
    <w:p w14:paraId="24D17E5F" w14:textId="77777777" w:rsidR="00E379E0" w:rsidRDefault="00E379E0" w:rsidP="009E121F">
      <w:pPr>
        <w:spacing w:after="60"/>
        <w:ind w:left="360" w:hanging="360"/>
      </w:pPr>
    </w:p>
    <w:p w14:paraId="792F6428" w14:textId="77777777" w:rsidR="003A7A6D" w:rsidRDefault="003A7A6D" w:rsidP="009E121F">
      <w:pPr>
        <w:spacing w:after="60"/>
        <w:ind w:left="360" w:hanging="360"/>
      </w:pPr>
    </w:p>
    <w:p w14:paraId="7D03EE5A" w14:textId="77777777" w:rsidR="00944AFA" w:rsidRDefault="00944AFA" w:rsidP="009E121F">
      <w:pPr>
        <w:spacing w:after="60"/>
        <w:ind w:left="360" w:hanging="360"/>
      </w:pPr>
    </w:p>
    <w:p w14:paraId="01D740C1" w14:textId="77777777" w:rsidR="00944AFA" w:rsidRDefault="00944AFA" w:rsidP="009E121F">
      <w:pPr>
        <w:spacing w:after="60"/>
        <w:ind w:left="360" w:hanging="360"/>
      </w:pPr>
    </w:p>
    <w:p w14:paraId="45147EE6" w14:textId="77777777" w:rsidR="00944AFA" w:rsidRDefault="00944AFA" w:rsidP="009E121F">
      <w:pPr>
        <w:spacing w:after="60"/>
        <w:ind w:left="360" w:hanging="360"/>
      </w:pPr>
    </w:p>
    <w:p w14:paraId="6038DD54" w14:textId="77777777" w:rsidR="00944AFA" w:rsidRDefault="00944AFA" w:rsidP="009E121F">
      <w:pPr>
        <w:spacing w:after="60"/>
        <w:ind w:left="360" w:hanging="360"/>
      </w:pPr>
    </w:p>
    <w:p w14:paraId="282AC2AD" w14:textId="77777777" w:rsidR="00944AFA" w:rsidRDefault="00944AFA" w:rsidP="009E121F">
      <w:pPr>
        <w:spacing w:after="60"/>
        <w:ind w:left="360" w:hanging="360"/>
      </w:pPr>
    </w:p>
    <w:p w14:paraId="0FD29B1E" w14:textId="77777777" w:rsidR="00944AFA" w:rsidRDefault="00944AFA" w:rsidP="009E121F">
      <w:pPr>
        <w:spacing w:after="60"/>
        <w:ind w:left="360" w:hanging="360"/>
      </w:pPr>
    </w:p>
    <w:p w14:paraId="00E3F299" w14:textId="5BEBF606" w:rsidR="003A7A6D" w:rsidRDefault="003A7A6D" w:rsidP="009E121F">
      <w:pPr>
        <w:spacing w:after="60"/>
        <w:ind w:left="360" w:hanging="360"/>
      </w:pPr>
    </w:p>
    <w:p w14:paraId="1536A574" w14:textId="77777777" w:rsidR="007F4320" w:rsidRDefault="007F4320" w:rsidP="009E121F">
      <w:pPr>
        <w:spacing w:after="60"/>
        <w:ind w:left="360" w:hanging="360"/>
      </w:pPr>
    </w:p>
    <w:p w14:paraId="302DD5EF" w14:textId="200AF500" w:rsidR="007F4320" w:rsidRDefault="007F4320" w:rsidP="009E121F">
      <w:pPr>
        <w:spacing w:after="60"/>
        <w:ind w:left="360" w:hanging="360"/>
      </w:pPr>
    </w:p>
    <w:p w14:paraId="0F9E7666" w14:textId="77777777" w:rsidR="0080175A" w:rsidRDefault="0080175A" w:rsidP="007F4320">
      <w:pPr>
        <w:spacing w:after="60"/>
        <w:ind w:left="360" w:hanging="360"/>
      </w:pPr>
    </w:p>
    <w:p w14:paraId="64C3D605" w14:textId="064A1DDF" w:rsidR="0080175A" w:rsidRDefault="0080175A" w:rsidP="007F4320">
      <w:pPr>
        <w:spacing w:after="60"/>
        <w:ind w:left="360" w:hanging="360"/>
      </w:pPr>
    </w:p>
    <w:p w14:paraId="4E9AEBAD" w14:textId="77777777" w:rsidR="004A7B06" w:rsidRDefault="004A7B06" w:rsidP="007F4320">
      <w:pPr>
        <w:spacing w:after="60"/>
        <w:ind w:left="360" w:hanging="360"/>
      </w:pPr>
    </w:p>
    <w:p w14:paraId="0E6F6B7C" w14:textId="77777777" w:rsidR="004A7B06" w:rsidRDefault="004A7B06" w:rsidP="007F4320">
      <w:pPr>
        <w:spacing w:after="60"/>
        <w:ind w:left="360" w:hanging="360"/>
      </w:pPr>
    </w:p>
    <w:p w14:paraId="5DA900AA" w14:textId="77777777" w:rsidR="004A7B06" w:rsidRDefault="004A7B06" w:rsidP="007F4320">
      <w:pPr>
        <w:spacing w:after="60"/>
        <w:ind w:left="360" w:hanging="360"/>
      </w:pPr>
    </w:p>
    <w:p w14:paraId="17C8CF5D" w14:textId="6468B7BF" w:rsidR="00565313" w:rsidRDefault="00565313" w:rsidP="007F4320">
      <w:pPr>
        <w:spacing w:after="60"/>
        <w:ind w:left="360" w:hanging="360"/>
      </w:pPr>
    </w:p>
    <w:p w14:paraId="4AB7E8DE" w14:textId="77777777" w:rsidR="00565313" w:rsidRDefault="00565313" w:rsidP="007F4320">
      <w:pPr>
        <w:spacing w:after="60"/>
        <w:ind w:left="360" w:hanging="360"/>
      </w:pPr>
    </w:p>
    <w:p w14:paraId="1B13B62D" w14:textId="205DFC05" w:rsidR="00907C98" w:rsidRPr="00907C98" w:rsidRDefault="00907C98" w:rsidP="00907C98">
      <w:pPr>
        <w:spacing w:after="60"/>
        <w:ind w:left="360" w:hanging="360"/>
      </w:pPr>
    </w:p>
    <w:p w14:paraId="71F953DC" w14:textId="77777777" w:rsidR="00907C98" w:rsidRDefault="00907C98" w:rsidP="007F4320">
      <w:pPr>
        <w:spacing w:after="60"/>
        <w:ind w:left="360" w:hanging="360"/>
        <w:rPr>
          <w:b/>
          <w:bCs/>
        </w:rPr>
      </w:pPr>
    </w:p>
    <w:p w14:paraId="5508563C" w14:textId="77777777" w:rsidR="00907C98" w:rsidRDefault="00907C98" w:rsidP="007F4320">
      <w:pPr>
        <w:spacing w:after="60"/>
        <w:ind w:left="360" w:hanging="360"/>
        <w:rPr>
          <w:b/>
          <w:bCs/>
        </w:rPr>
      </w:pPr>
    </w:p>
    <w:p w14:paraId="438F50D4" w14:textId="77777777" w:rsidR="00907C98" w:rsidRDefault="00907C98" w:rsidP="007F4320">
      <w:pPr>
        <w:spacing w:after="60"/>
        <w:ind w:left="360" w:hanging="360"/>
        <w:rPr>
          <w:b/>
          <w:bCs/>
        </w:rPr>
      </w:pPr>
    </w:p>
    <w:p w14:paraId="23C5F539" w14:textId="77777777" w:rsidR="00907C98" w:rsidRDefault="00907C98" w:rsidP="007F4320">
      <w:pPr>
        <w:spacing w:after="60"/>
        <w:ind w:left="360" w:hanging="360"/>
        <w:rPr>
          <w:b/>
          <w:bCs/>
        </w:rPr>
      </w:pPr>
    </w:p>
    <w:p w14:paraId="24195409" w14:textId="77777777" w:rsidR="00907C98" w:rsidRDefault="00907C98" w:rsidP="007F4320">
      <w:pPr>
        <w:spacing w:after="60"/>
        <w:ind w:left="360" w:hanging="360"/>
        <w:rPr>
          <w:b/>
          <w:bCs/>
        </w:rPr>
      </w:pPr>
    </w:p>
    <w:p w14:paraId="3FDB140E" w14:textId="77777777" w:rsidR="00907C98" w:rsidRDefault="00907C98" w:rsidP="007F4320">
      <w:pPr>
        <w:spacing w:after="60"/>
        <w:ind w:left="360" w:hanging="360"/>
        <w:rPr>
          <w:b/>
          <w:bCs/>
        </w:rPr>
      </w:pPr>
    </w:p>
    <w:p w14:paraId="72120DA2" w14:textId="77777777" w:rsidR="00907C98" w:rsidRDefault="00907C98" w:rsidP="007F4320">
      <w:pPr>
        <w:spacing w:after="60"/>
        <w:ind w:left="360" w:hanging="360"/>
        <w:rPr>
          <w:b/>
          <w:bCs/>
        </w:rPr>
      </w:pPr>
    </w:p>
    <w:p w14:paraId="2ECC7A7C" w14:textId="009AD631" w:rsidR="00075011" w:rsidRDefault="00075011" w:rsidP="005A65B0">
      <w:pPr>
        <w:spacing w:after="60"/>
      </w:pPr>
    </w:p>
    <w:p w14:paraId="4CD98278" w14:textId="77777777" w:rsidR="005B7DCB" w:rsidRDefault="005B7DCB" w:rsidP="007F4320">
      <w:pPr>
        <w:spacing w:after="60"/>
        <w:ind w:left="360" w:hanging="360"/>
      </w:pPr>
    </w:p>
    <w:p w14:paraId="7F3E7988" w14:textId="4195A86B" w:rsidR="0080020B" w:rsidRDefault="0080020B" w:rsidP="005B1F82">
      <w:pPr>
        <w:pStyle w:val="Heading1"/>
      </w:pPr>
      <w:bookmarkStart w:id="30" w:name="_Toc237605235"/>
      <w:r w:rsidRPr="0080020B">
        <w:lastRenderedPageBreak/>
        <w:t>3.</w:t>
      </w:r>
      <w:r w:rsidRPr="0080020B">
        <w:tab/>
        <w:t>Database Implementation and Validation</w:t>
      </w:r>
      <w:bookmarkEnd w:id="30"/>
    </w:p>
    <w:p w14:paraId="2D07B408" w14:textId="77777777" w:rsidR="0080020B" w:rsidRDefault="0080020B" w:rsidP="0080020B">
      <w:pPr>
        <w:spacing w:after="60"/>
        <w:rPr>
          <w:b/>
          <w:bCs/>
        </w:rPr>
      </w:pPr>
    </w:p>
    <w:p w14:paraId="466D7E74" w14:textId="66301DE7" w:rsidR="0080020B" w:rsidRDefault="0080020B" w:rsidP="005B1F82">
      <w:pPr>
        <w:pStyle w:val="Heading2"/>
      </w:pPr>
      <w:bookmarkStart w:id="31" w:name="_Toc237605236"/>
      <w:r>
        <w:t>3.1</w:t>
      </w:r>
      <w:r>
        <w:tab/>
        <w:t>Validating the populated database</w:t>
      </w:r>
      <w:bookmarkEnd w:id="31"/>
    </w:p>
    <w:p w14:paraId="1067FE78" w14:textId="77777777" w:rsidR="0080020B" w:rsidRDefault="0080020B" w:rsidP="0080020B">
      <w:pPr>
        <w:spacing w:after="60"/>
      </w:pPr>
    </w:p>
    <w:p w14:paraId="6F7AB385" w14:textId="28A276F9" w:rsidR="0080020B" w:rsidRDefault="00D53AF1" w:rsidP="0080020B">
      <w:pPr>
        <w:spacing w:after="60"/>
      </w:pPr>
      <w:r>
        <w:t>Here we test the processes to see if our database is robust to handle all enquiries.</w:t>
      </w:r>
    </w:p>
    <w:p w14:paraId="5142BCE4" w14:textId="77777777" w:rsidR="00D53AF1" w:rsidRDefault="00D53AF1" w:rsidP="0080020B">
      <w:pPr>
        <w:spacing w:after="60"/>
      </w:pPr>
    </w:p>
    <w:p w14:paraId="4E06CD9B" w14:textId="6A2B4B51" w:rsidR="00895380" w:rsidRDefault="00D53AF1" w:rsidP="005B1F82">
      <w:pPr>
        <w:pStyle w:val="Heading3"/>
      </w:pPr>
      <w:bookmarkStart w:id="32" w:name="_Toc237605237"/>
      <w:r>
        <w:t>Query 1</w:t>
      </w:r>
      <w:r w:rsidR="00895380">
        <w:tab/>
        <w:t>Verify registered patients</w:t>
      </w:r>
      <w:bookmarkEnd w:id="32"/>
    </w:p>
    <w:p w14:paraId="6374E7A7" w14:textId="77777777" w:rsidR="00D53AF1" w:rsidRDefault="00D53AF1" w:rsidP="0080020B">
      <w:pPr>
        <w:spacing w:after="60"/>
      </w:pPr>
    </w:p>
    <w:p w14:paraId="5AEEECEA" w14:textId="19F55020" w:rsidR="00D53AF1" w:rsidRDefault="00D53AF1" w:rsidP="005B1F82">
      <w:pPr>
        <w:pStyle w:val="Heading3"/>
      </w:pPr>
      <w:bookmarkStart w:id="33" w:name="_Toc237605238"/>
      <w:r w:rsidRPr="00D53AF1">
        <w:t>Figure</w:t>
      </w:r>
      <w:r w:rsidRPr="00D53AF1">
        <w:tab/>
        <w:t>11</w:t>
      </w:r>
      <w:bookmarkEnd w:id="33"/>
    </w:p>
    <w:p w14:paraId="2C510736" w14:textId="77777777" w:rsidR="00895380" w:rsidRDefault="00895380" w:rsidP="0080020B">
      <w:pPr>
        <w:spacing w:after="60"/>
      </w:pPr>
    </w:p>
    <w:p w14:paraId="367EAF4B" w14:textId="53F00184" w:rsidR="00895380" w:rsidRDefault="00895380" w:rsidP="0080020B">
      <w:pPr>
        <w:spacing w:after="60"/>
      </w:pPr>
      <w:r w:rsidRPr="00895380">
        <w:rPr>
          <w:noProof/>
        </w:rPr>
        <w:drawing>
          <wp:inline distT="0" distB="0" distL="0" distR="0" wp14:anchorId="3976FBB9" wp14:editId="143C33C7">
            <wp:extent cx="6309360" cy="2993390"/>
            <wp:effectExtent l="0" t="0" r="0" b="0"/>
            <wp:docPr id="176695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954645" name=""/>
                    <pic:cNvPicPr/>
                  </pic:nvPicPr>
                  <pic:blipFill>
                    <a:blip r:embed="rId18"/>
                    <a:stretch>
                      <a:fillRect/>
                    </a:stretch>
                  </pic:blipFill>
                  <pic:spPr>
                    <a:xfrm>
                      <a:off x="0" y="0"/>
                      <a:ext cx="6309360" cy="2993390"/>
                    </a:xfrm>
                    <a:prstGeom prst="rect">
                      <a:avLst/>
                    </a:prstGeom>
                  </pic:spPr>
                </pic:pic>
              </a:graphicData>
            </a:graphic>
          </wp:inline>
        </w:drawing>
      </w:r>
    </w:p>
    <w:p w14:paraId="482FA4D9" w14:textId="15228634" w:rsidR="00D53AF1" w:rsidRDefault="00D53AF1" w:rsidP="0080020B">
      <w:pPr>
        <w:spacing w:after="60"/>
      </w:pPr>
    </w:p>
    <w:p w14:paraId="7A6190FE" w14:textId="0799A29F" w:rsidR="005A65B0" w:rsidRDefault="00895380" w:rsidP="0080020B">
      <w:pPr>
        <w:spacing w:after="60"/>
      </w:pPr>
      <w:r>
        <w:t>This confirms that patient registration records are stored correctly and allows the most recently registered patients to be identified.</w:t>
      </w:r>
    </w:p>
    <w:p w14:paraId="26DE447B" w14:textId="77777777" w:rsidR="00895380" w:rsidRDefault="00895380" w:rsidP="0080020B">
      <w:pPr>
        <w:spacing w:after="60"/>
      </w:pPr>
    </w:p>
    <w:p w14:paraId="68B99ED5" w14:textId="77777777" w:rsidR="001A5B39" w:rsidRDefault="001A5B39">
      <w:r>
        <w:br w:type="page"/>
      </w:r>
    </w:p>
    <w:p w14:paraId="6D84904C" w14:textId="506C605D" w:rsidR="00895380" w:rsidRDefault="00895380" w:rsidP="005B1F82">
      <w:pPr>
        <w:pStyle w:val="Heading3"/>
      </w:pPr>
      <w:bookmarkStart w:id="34" w:name="_Toc237605239"/>
      <w:r>
        <w:lastRenderedPageBreak/>
        <w:t>Query 2</w:t>
      </w:r>
      <w:r w:rsidR="001A5B39">
        <w:tab/>
        <w:t>Retrieve a patients complete appointment and treatment history</w:t>
      </w:r>
      <w:bookmarkEnd w:id="34"/>
    </w:p>
    <w:p w14:paraId="275CA105" w14:textId="77777777" w:rsidR="001A5B39" w:rsidRDefault="001A5B39" w:rsidP="0080020B">
      <w:pPr>
        <w:spacing w:after="60"/>
      </w:pPr>
    </w:p>
    <w:p w14:paraId="30BAAAAC" w14:textId="21B79642" w:rsidR="001A5B39" w:rsidRDefault="001A5B39" w:rsidP="005B1F82">
      <w:pPr>
        <w:pStyle w:val="Heading3"/>
      </w:pPr>
      <w:bookmarkStart w:id="35" w:name="_Toc237605240"/>
      <w:r>
        <w:t>Figure 12</w:t>
      </w:r>
      <w:bookmarkEnd w:id="35"/>
    </w:p>
    <w:p w14:paraId="3C743439" w14:textId="77777777" w:rsidR="001A5B39" w:rsidRDefault="001A5B39" w:rsidP="0080020B">
      <w:pPr>
        <w:spacing w:after="60"/>
      </w:pPr>
    </w:p>
    <w:p w14:paraId="5CE58264" w14:textId="34B6D6DC" w:rsidR="001A5B39" w:rsidRDefault="001A5B39" w:rsidP="0080020B">
      <w:pPr>
        <w:spacing w:after="60"/>
      </w:pPr>
      <w:r>
        <w:rPr>
          <w:noProof/>
        </w:rPr>
        <w:drawing>
          <wp:inline distT="0" distB="0" distL="0" distR="0" wp14:anchorId="02A80EF7" wp14:editId="6A977B91">
            <wp:extent cx="6722110" cy="2982575"/>
            <wp:effectExtent l="0" t="0" r="2540" b="8890"/>
            <wp:docPr id="211137415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60381" cy="2999556"/>
                    </a:xfrm>
                    <a:prstGeom prst="rect">
                      <a:avLst/>
                    </a:prstGeom>
                    <a:noFill/>
                  </pic:spPr>
                </pic:pic>
              </a:graphicData>
            </a:graphic>
          </wp:inline>
        </w:drawing>
      </w:r>
    </w:p>
    <w:p w14:paraId="45D6DFB4" w14:textId="77777777" w:rsidR="00895380" w:rsidRDefault="00895380" w:rsidP="0080020B">
      <w:pPr>
        <w:spacing w:after="60"/>
      </w:pPr>
    </w:p>
    <w:p w14:paraId="1E2A0732" w14:textId="4C97B6AD" w:rsidR="001A5B39" w:rsidRDefault="001A5B39" w:rsidP="005B1F82">
      <w:pPr>
        <w:spacing w:after="60" w:line="360" w:lineRule="auto"/>
        <w:jc w:val="both"/>
      </w:pPr>
      <w:r>
        <w:t>This is one of the strongest relationship tests because it joins Patients, Appointment, Doctor, Department and Treatment. This query demonstrates that a patient can have multiple appointments and treatment records while avoiding duplicated demographic information.</w:t>
      </w:r>
    </w:p>
    <w:p w14:paraId="5FF730BB" w14:textId="7F99F417" w:rsidR="001A5B39" w:rsidRDefault="001A5B39" w:rsidP="005B1F82">
      <w:pPr>
        <w:pStyle w:val="Heading3"/>
      </w:pPr>
      <w:bookmarkStart w:id="36" w:name="_Toc237605241"/>
      <w:r>
        <w:t>Query 3</w:t>
      </w:r>
      <w:r>
        <w:tab/>
        <w:t>Produce a patient activity Summary</w:t>
      </w:r>
      <w:bookmarkEnd w:id="36"/>
      <w:r>
        <w:t xml:space="preserve"> </w:t>
      </w:r>
    </w:p>
    <w:p w14:paraId="479EAB97" w14:textId="77777777" w:rsidR="001A5B39" w:rsidRDefault="001A5B39" w:rsidP="0080020B">
      <w:pPr>
        <w:spacing w:after="60"/>
      </w:pPr>
    </w:p>
    <w:p w14:paraId="7A0457E2" w14:textId="2C63B0D6" w:rsidR="00D53AF1" w:rsidRDefault="001A5B39" w:rsidP="0080020B">
      <w:pPr>
        <w:spacing w:after="60"/>
      </w:pPr>
      <w:r>
        <w:t>Figure 13</w:t>
      </w:r>
    </w:p>
    <w:p w14:paraId="6441A634" w14:textId="77777777" w:rsidR="001A5B39" w:rsidRDefault="001A5B39" w:rsidP="0080020B">
      <w:pPr>
        <w:spacing w:after="60"/>
      </w:pPr>
    </w:p>
    <w:p w14:paraId="0B3C400F" w14:textId="618E7A0D" w:rsidR="001A5B39" w:rsidRDefault="001A5B39" w:rsidP="0080020B">
      <w:pPr>
        <w:spacing w:after="60"/>
      </w:pPr>
      <w:r>
        <w:rPr>
          <w:noProof/>
        </w:rPr>
        <w:drawing>
          <wp:inline distT="0" distB="0" distL="0" distR="0" wp14:anchorId="335DD3B0" wp14:editId="27342A16">
            <wp:extent cx="6472531" cy="2682875"/>
            <wp:effectExtent l="0" t="0" r="5080" b="3175"/>
            <wp:docPr id="4624019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25871" cy="2704985"/>
                    </a:xfrm>
                    <a:prstGeom prst="rect">
                      <a:avLst/>
                    </a:prstGeom>
                    <a:noFill/>
                  </pic:spPr>
                </pic:pic>
              </a:graphicData>
            </a:graphic>
          </wp:inline>
        </w:drawing>
      </w:r>
    </w:p>
    <w:p w14:paraId="08B58E52" w14:textId="0A528029" w:rsidR="001A5B39" w:rsidRDefault="001A5B39" w:rsidP="00442DF8">
      <w:pPr>
        <w:spacing w:after="60" w:line="360" w:lineRule="auto"/>
      </w:pPr>
      <w:r>
        <w:lastRenderedPageBreak/>
        <w:t>This provides a management – level view of how many appointments and treatments each patient has. The use of LEFT JOIN is deliberate because registered patients should still appear even if they have not yet attended an appointment.</w:t>
      </w:r>
    </w:p>
    <w:p w14:paraId="476AAD47" w14:textId="77777777" w:rsidR="00442DF8" w:rsidRDefault="00442DF8" w:rsidP="00442DF8">
      <w:pPr>
        <w:spacing w:after="60" w:line="360" w:lineRule="auto"/>
      </w:pPr>
    </w:p>
    <w:p w14:paraId="5466312A" w14:textId="62952896" w:rsidR="00442DF8" w:rsidRDefault="00442DF8" w:rsidP="005B1F82">
      <w:pPr>
        <w:pStyle w:val="Heading3"/>
      </w:pPr>
      <w:bookmarkStart w:id="37" w:name="_Toc237605242"/>
      <w:r>
        <w:t>Query 4</w:t>
      </w:r>
      <w:r>
        <w:tab/>
        <w:t>Verify doctor – to – department assignments</w:t>
      </w:r>
      <w:bookmarkEnd w:id="37"/>
    </w:p>
    <w:p w14:paraId="13D4B180" w14:textId="77777777" w:rsidR="00442DF8" w:rsidRDefault="00442DF8" w:rsidP="00442DF8">
      <w:pPr>
        <w:spacing w:after="60" w:line="360" w:lineRule="auto"/>
      </w:pPr>
    </w:p>
    <w:p w14:paraId="764CCA9A" w14:textId="0F42E194" w:rsidR="00442DF8" w:rsidRPr="0080020B" w:rsidRDefault="00442DF8" w:rsidP="005B1F82">
      <w:pPr>
        <w:pStyle w:val="Heading3"/>
      </w:pPr>
      <w:bookmarkStart w:id="38" w:name="_Toc237605243"/>
      <w:r>
        <w:t>Figure 14</w:t>
      </w:r>
      <w:bookmarkEnd w:id="38"/>
    </w:p>
    <w:p w14:paraId="01989BB5" w14:textId="385255CB" w:rsidR="0080020B" w:rsidRDefault="00442DF8" w:rsidP="0080020B">
      <w:pPr>
        <w:spacing w:after="60"/>
      </w:pPr>
      <w:r>
        <w:rPr>
          <w:noProof/>
        </w:rPr>
        <w:drawing>
          <wp:inline distT="0" distB="0" distL="0" distR="0" wp14:anchorId="4C06EFD8" wp14:editId="4752ECC6">
            <wp:extent cx="6562090" cy="2975619"/>
            <wp:effectExtent l="0" t="0" r="0" b="0"/>
            <wp:docPr id="51934480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31530" cy="3007107"/>
                    </a:xfrm>
                    <a:prstGeom prst="rect">
                      <a:avLst/>
                    </a:prstGeom>
                    <a:noFill/>
                  </pic:spPr>
                </pic:pic>
              </a:graphicData>
            </a:graphic>
          </wp:inline>
        </w:drawing>
      </w:r>
    </w:p>
    <w:p w14:paraId="15199B18" w14:textId="77777777" w:rsidR="00442DF8" w:rsidRDefault="00442DF8" w:rsidP="0080020B">
      <w:pPr>
        <w:spacing w:after="60"/>
      </w:pPr>
    </w:p>
    <w:p w14:paraId="3ECE5139" w14:textId="5751DC2E" w:rsidR="00442DF8" w:rsidRDefault="00442DF8" w:rsidP="0080020B">
      <w:pPr>
        <w:spacing w:after="60"/>
      </w:pPr>
      <w:r>
        <w:t>This demonstrates the business rule that every doctor is assigned to a valid department.</w:t>
      </w:r>
    </w:p>
    <w:p w14:paraId="04B797EE" w14:textId="77777777" w:rsidR="00442DF8" w:rsidRDefault="00442DF8" w:rsidP="0080020B">
      <w:pPr>
        <w:spacing w:after="60"/>
      </w:pPr>
    </w:p>
    <w:p w14:paraId="05E787D2" w14:textId="77777777" w:rsidR="00442DF8" w:rsidRDefault="00442DF8" w:rsidP="0080020B">
      <w:pPr>
        <w:spacing w:after="60"/>
      </w:pPr>
    </w:p>
    <w:p w14:paraId="55AF507B" w14:textId="77777777" w:rsidR="00442DF8" w:rsidRDefault="00442DF8" w:rsidP="0080020B">
      <w:pPr>
        <w:spacing w:after="60"/>
      </w:pPr>
    </w:p>
    <w:p w14:paraId="032B0D15" w14:textId="77777777" w:rsidR="00442DF8" w:rsidRDefault="00442DF8" w:rsidP="0080020B">
      <w:pPr>
        <w:spacing w:after="60"/>
      </w:pPr>
    </w:p>
    <w:p w14:paraId="42C80379" w14:textId="77777777" w:rsidR="00442DF8" w:rsidRDefault="00442DF8" w:rsidP="0080020B">
      <w:pPr>
        <w:spacing w:after="60"/>
      </w:pPr>
    </w:p>
    <w:p w14:paraId="666B5CB5" w14:textId="77777777" w:rsidR="00442DF8" w:rsidRDefault="00442DF8" w:rsidP="0080020B">
      <w:pPr>
        <w:spacing w:after="60"/>
      </w:pPr>
    </w:p>
    <w:p w14:paraId="3D7C545A" w14:textId="77777777" w:rsidR="00442DF8" w:rsidRDefault="00442DF8" w:rsidP="0080020B">
      <w:pPr>
        <w:spacing w:after="60"/>
      </w:pPr>
    </w:p>
    <w:p w14:paraId="164FAB84" w14:textId="77777777" w:rsidR="00442DF8" w:rsidRDefault="00442DF8" w:rsidP="0080020B">
      <w:pPr>
        <w:spacing w:after="60"/>
      </w:pPr>
    </w:p>
    <w:p w14:paraId="3695D5FE" w14:textId="77777777" w:rsidR="00442DF8" w:rsidRDefault="00442DF8" w:rsidP="0080020B">
      <w:pPr>
        <w:spacing w:after="60"/>
      </w:pPr>
    </w:p>
    <w:p w14:paraId="6CBC1109" w14:textId="77777777" w:rsidR="00442DF8" w:rsidRDefault="00442DF8" w:rsidP="0080020B">
      <w:pPr>
        <w:spacing w:after="60"/>
      </w:pPr>
    </w:p>
    <w:p w14:paraId="782EDCC9" w14:textId="77777777" w:rsidR="00442DF8" w:rsidRDefault="00442DF8" w:rsidP="0080020B">
      <w:pPr>
        <w:spacing w:after="60"/>
      </w:pPr>
    </w:p>
    <w:p w14:paraId="7A11B58E" w14:textId="77777777" w:rsidR="00442DF8" w:rsidRDefault="00442DF8" w:rsidP="0080020B">
      <w:pPr>
        <w:spacing w:after="60"/>
      </w:pPr>
    </w:p>
    <w:p w14:paraId="039414FE" w14:textId="77777777" w:rsidR="00442DF8" w:rsidRDefault="00442DF8" w:rsidP="0080020B">
      <w:pPr>
        <w:spacing w:after="60"/>
      </w:pPr>
    </w:p>
    <w:p w14:paraId="12CDCB59" w14:textId="77777777" w:rsidR="00442DF8" w:rsidRDefault="00442DF8" w:rsidP="0080020B">
      <w:pPr>
        <w:spacing w:after="60"/>
      </w:pPr>
    </w:p>
    <w:p w14:paraId="7AB7C45B" w14:textId="77777777" w:rsidR="00442DF8" w:rsidRDefault="00442DF8" w:rsidP="0080020B">
      <w:pPr>
        <w:spacing w:after="60"/>
      </w:pPr>
    </w:p>
    <w:p w14:paraId="29C4F928" w14:textId="77777777" w:rsidR="00442DF8" w:rsidRDefault="00442DF8" w:rsidP="0080020B">
      <w:pPr>
        <w:spacing w:after="60"/>
      </w:pPr>
    </w:p>
    <w:p w14:paraId="10C9A585" w14:textId="76F4D60F" w:rsidR="00442DF8" w:rsidRDefault="00442DF8" w:rsidP="005B1F82">
      <w:pPr>
        <w:pStyle w:val="Heading3"/>
      </w:pPr>
      <w:bookmarkStart w:id="39" w:name="_Toc237605244"/>
      <w:r>
        <w:lastRenderedPageBreak/>
        <w:t>Query 5</w:t>
      </w:r>
      <w:r>
        <w:tab/>
        <w:t>Count doctors within each department</w:t>
      </w:r>
      <w:bookmarkEnd w:id="39"/>
    </w:p>
    <w:p w14:paraId="15159743" w14:textId="77777777" w:rsidR="00442DF8" w:rsidRDefault="00442DF8" w:rsidP="0080020B">
      <w:pPr>
        <w:spacing w:after="60"/>
      </w:pPr>
    </w:p>
    <w:p w14:paraId="7E242AF8" w14:textId="3ADF0E6D" w:rsidR="00442DF8" w:rsidRDefault="00442DF8" w:rsidP="005B1F82">
      <w:pPr>
        <w:pStyle w:val="Heading3"/>
      </w:pPr>
      <w:bookmarkStart w:id="40" w:name="_Toc237605245"/>
      <w:r>
        <w:t>Figure 15</w:t>
      </w:r>
      <w:bookmarkEnd w:id="40"/>
    </w:p>
    <w:p w14:paraId="6C451313" w14:textId="77777777" w:rsidR="00442DF8" w:rsidRDefault="00442DF8" w:rsidP="0080020B">
      <w:pPr>
        <w:spacing w:after="60"/>
      </w:pPr>
    </w:p>
    <w:p w14:paraId="76D02EA0" w14:textId="2CFABD75" w:rsidR="00442DF8" w:rsidRDefault="00442DF8" w:rsidP="0080020B">
      <w:pPr>
        <w:spacing w:after="60"/>
      </w:pPr>
      <w:r>
        <w:rPr>
          <w:noProof/>
        </w:rPr>
        <w:drawing>
          <wp:inline distT="0" distB="0" distL="0" distR="0" wp14:anchorId="3E512367" wp14:editId="736D6D37">
            <wp:extent cx="6554470" cy="3120051"/>
            <wp:effectExtent l="0" t="0" r="0" b="4445"/>
            <wp:docPr id="55683256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83860" cy="3134041"/>
                    </a:xfrm>
                    <a:prstGeom prst="rect">
                      <a:avLst/>
                    </a:prstGeom>
                    <a:noFill/>
                  </pic:spPr>
                </pic:pic>
              </a:graphicData>
            </a:graphic>
          </wp:inline>
        </w:drawing>
      </w:r>
    </w:p>
    <w:p w14:paraId="0E525CBE" w14:textId="77777777" w:rsidR="00442DF8" w:rsidRDefault="00442DF8" w:rsidP="0080020B">
      <w:pPr>
        <w:spacing w:after="60"/>
      </w:pPr>
    </w:p>
    <w:p w14:paraId="1973B732" w14:textId="321FF04C" w:rsidR="00442DF8" w:rsidRDefault="00442DF8" w:rsidP="0080020B">
      <w:pPr>
        <w:spacing w:after="60"/>
      </w:pPr>
      <w:r>
        <w:t>A left join is appropriate because it also identifies departments that currently have no doctors assigned.</w:t>
      </w:r>
    </w:p>
    <w:p w14:paraId="60E75F91" w14:textId="77777777" w:rsidR="005A65B0" w:rsidRDefault="005A65B0" w:rsidP="0080020B">
      <w:pPr>
        <w:spacing w:after="60"/>
      </w:pPr>
    </w:p>
    <w:p w14:paraId="60219860" w14:textId="3322D2C4" w:rsidR="005A65B0" w:rsidRDefault="00442DF8" w:rsidP="005B1F82">
      <w:pPr>
        <w:pStyle w:val="Heading3"/>
      </w:pPr>
      <w:bookmarkStart w:id="41" w:name="_Toc237605246"/>
      <w:r>
        <w:t>Query 6</w:t>
      </w:r>
      <w:r>
        <w:tab/>
        <w:t>Measure each doctor’s appointment workload</w:t>
      </w:r>
      <w:bookmarkEnd w:id="41"/>
    </w:p>
    <w:p w14:paraId="46505946" w14:textId="77777777" w:rsidR="00442DF8" w:rsidRDefault="00442DF8" w:rsidP="0080020B">
      <w:pPr>
        <w:spacing w:after="60"/>
      </w:pPr>
    </w:p>
    <w:p w14:paraId="561BB230" w14:textId="54D3295E" w:rsidR="00442DF8" w:rsidRDefault="00442DF8" w:rsidP="005B1F82">
      <w:pPr>
        <w:pStyle w:val="Heading3"/>
      </w:pPr>
      <w:bookmarkStart w:id="42" w:name="_Toc237605247"/>
      <w:r>
        <w:t>Figure 16</w:t>
      </w:r>
      <w:bookmarkEnd w:id="42"/>
    </w:p>
    <w:p w14:paraId="0C8DDCAB" w14:textId="77777777" w:rsidR="00442DF8" w:rsidRDefault="00442DF8" w:rsidP="0080020B">
      <w:pPr>
        <w:spacing w:after="60"/>
      </w:pPr>
    </w:p>
    <w:p w14:paraId="6318A349" w14:textId="2CDE0DD3" w:rsidR="00442DF8" w:rsidRDefault="00B14881" w:rsidP="0080020B">
      <w:pPr>
        <w:spacing w:after="60"/>
      </w:pPr>
      <w:r>
        <w:rPr>
          <w:noProof/>
        </w:rPr>
        <w:drawing>
          <wp:inline distT="0" distB="0" distL="0" distR="0" wp14:anchorId="7F1E410D" wp14:editId="72035AC0">
            <wp:extent cx="6226175" cy="2874896"/>
            <wp:effectExtent l="0" t="0" r="3175" b="1905"/>
            <wp:docPr id="81166569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94394" cy="2906396"/>
                    </a:xfrm>
                    <a:prstGeom prst="rect">
                      <a:avLst/>
                    </a:prstGeom>
                    <a:noFill/>
                  </pic:spPr>
                </pic:pic>
              </a:graphicData>
            </a:graphic>
          </wp:inline>
        </w:drawing>
      </w:r>
    </w:p>
    <w:p w14:paraId="4E98F571" w14:textId="5AF11B20" w:rsidR="00B14881" w:rsidRDefault="00B14881" w:rsidP="0080020B">
      <w:pPr>
        <w:spacing w:after="60"/>
      </w:pPr>
      <w:r>
        <w:lastRenderedPageBreak/>
        <w:t>This demonstrates that a doctor can conduct many appointments and supports workload monitoring.</w:t>
      </w:r>
    </w:p>
    <w:p w14:paraId="1B70F458" w14:textId="77777777" w:rsidR="00B14881" w:rsidRDefault="00B14881" w:rsidP="0080020B">
      <w:pPr>
        <w:spacing w:after="60"/>
      </w:pPr>
    </w:p>
    <w:p w14:paraId="4BD37AFE" w14:textId="351D80B4" w:rsidR="00B14881" w:rsidRDefault="00B14881" w:rsidP="005B1F82">
      <w:pPr>
        <w:pStyle w:val="Heading3"/>
      </w:pPr>
      <w:bookmarkStart w:id="43" w:name="_Toc237605248"/>
      <w:r>
        <w:t>Query 7</w:t>
      </w:r>
      <w:r>
        <w:tab/>
        <w:t>Shows the patients managed by each doctor</w:t>
      </w:r>
      <w:bookmarkEnd w:id="43"/>
    </w:p>
    <w:p w14:paraId="5E5AA6AA" w14:textId="77777777" w:rsidR="00B14881" w:rsidRDefault="00B14881" w:rsidP="0080020B">
      <w:pPr>
        <w:spacing w:after="60"/>
      </w:pPr>
    </w:p>
    <w:p w14:paraId="04F3D28F" w14:textId="5CD8667B" w:rsidR="00B14881" w:rsidRDefault="00B14881" w:rsidP="005B1F82">
      <w:pPr>
        <w:pStyle w:val="Heading3"/>
      </w:pPr>
      <w:bookmarkStart w:id="44" w:name="_Toc237605249"/>
      <w:r>
        <w:t>Figure 17</w:t>
      </w:r>
      <w:bookmarkEnd w:id="44"/>
    </w:p>
    <w:p w14:paraId="6132AF83" w14:textId="77777777" w:rsidR="00B14881" w:rsidRDefault="00B14881" w:rsidP="0080020B">
      <w:pPr>
        <w:spacing w:after="60"/>
      </w:pPr>
    </w:p>
    <w:p w14:paraId="1718CD64" w14:textId="53CADE76" w:rsidR="00B14881" w:rsidRDefault="00B14881" w:rsidP="0080020B">
      <w:pPr>
        <w:spacing w:after="60"/>
      </w:pPr>
      <w:r>
        <w:rPr>
          <w:noProof/>
        </w:rPr>
        <w:drawing>
          <wp:inline distT="0" distB="0" distL="0" distR="0" wp14:anchorId="3D80E4E5" wp14:editId="2B7898E2">
            <wp:extent cx="6539230" cy="3145855"/>
            <wp:effectExtent l="0" t="0" r="0" b="0"/>
            <wp:docPr id="120036670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08036" cy="3178956"/>
                    </a:xfrm>
                    <a:prstGeom prst="rect">
                      <a:avLst/>
                    </a:prstGeom>
                    <a:noFill/>
                  </pic:spPr>
                </pic:pic>
              </a:graphicData>
            </a:graphic>
          </wp:inline>
        </w:drawing>
      </w:r>
    </w:p>
    <w:p w14:paraId="2F25BB4D" w14:textId="77777777" w:rsidR="005A65B0" w:rsidRDefault="005A65B0" w:rsidP="0080020B">
      <w:pPr>
        <w:spacing w:after="60"/>
      </w:pPr>
    </w:p>
    <w:p w14:paraId="725B15EB" w14:textId="4638D920" w:rsidR="005A65B0" w:rsidRDefault="00B14881" w:rsidP="0080020B">
      <w:pPr>
        <w:spacing w:after="60"/>
      </w:pPr>
      <w:r>
        <w:t>This is useful evidence of the conceptual many to many relationships between patients and doctors being resolved through Appointment.</w:t>
      </w:r>
    </w:p>
    <w:p w14:paraId="11D9ED86" w14:textId="77777777" w:rsidR="00B14881" w:rsidRDefault="00B14881" w:rsidP="0080020B">
      <w:pPr>
        <w:spacing w:after="60"/>
      </w:pPr>
    </w:p>
    <w:p w14:paraId="0EC640BB" w14:textId="77777777" w:rsidR="00B14881" w:rsidRDefault="00B14881" w:rsidP="0080020B">
      <w:pPr>
        <w:spacing w:after="60"/>
      </w:pPr>
    </w:p>
    <w:p w14:paraId="3EDAF990" w14:textId="77777777" w:rsidR="00B14881" w:rsidRDefault="00B14881">
      <w:r>
        <w:br w:type="page"/>
      </w:r>
    </w:p>
    <w:p w14:paraId="11D329C5" w14:textId="66AE114F" w:rsidR="00B14881" w:rsidRDefault="00B14881" w:rsidP="005B1F82">
      <w:pPr>
        <w:pStyle w:val="Heading3"/>
      </w:pPr>
      <w:bookmarkStart w:id="45" w:name="_Toc237605250"/>
      <w:r>
        <w:lastRenderedPageBreak/>
        <w:t>Query 8</w:t>
      </w:r>
      <w:r>
        <w:tab/>
        <w:t>Display the complete appointment schedule</w:t>
      </w:r>
      <w:bookmarkEnd w:id="45"/>
    </w:p>
    <w:p w14:paraId="0E144E65" w14:textId="77777777" w:rsidR="00B14881" w:rsidRDefault="00B14881" w:rsidP="0080020B">
      <w:pPr>
        <w:spacing w:after="60"/>
      </w:pPr>
    </w:p>
    <w:p w14:paraId="6FCE83F6" w14:textId="0A8B00A3" w:rsidR="00B14881" w:rsidRDefault="00B14881" w:rsidP="005B1F82">
      <w:pPr>
        <w:pStyle w:val="Heading3"/>
      </w:pPr>
      <w:bookmarkStart w:id="46" w:name="_Toc237605251"/>
      <w:r>
        <w:t>Figure 18</w:t>
      </w:r>
      <w:bookmarkEnd w:id="46"/>
    </w:p>
    <w:p w14:paraId="606FF901" w14:textId="77777777" w:rsidR="00B14881" w:rsidRDefault="00B14881" w:rsidP="0080020B">
      <w:pPr>
        <w:spacing w:after="60"/>
      </w:pPr>
    </w:p>
    <w:p w14:paraId="0B6CA570" w14:textId="09483BBE" w:rsidR="00B14881" w:rsidRDefault="00B14881" w:rsidP="0080020B">
      <w:pPr>
        <w:spacing w:after="60"/>
      </w:pPr>
      <w:r>
        <w:rPr>
          <w:noProof/>
        </w:rPr>
        <w:drawing>
          <wp:inline distT="0" distB="0" distL="0" distR="0" wp14:anchorId="6BB4D89D" wp14:editId="7B58F606">
            <wp:extent cx="6280150" cy="2969596"/>
            <wp:effectExtent l="0" t="0" r="6350" b="2540"/>
            <wp:docPr id="75991308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26324" cy="2991429"/>
                    </a:xfrm>
                    <a:prstGeom prst="rect">
                      <a:avLst/>
                    </a:prstGeom>
                    <a:noFill/>
                  </pic:spPr>
                </pic:pic>
              </a:graphicData>
            </a:graphic>
          </wp:inline>
        </w:drawing>
      </w:r>
    </w:p>
    <w:p w14:paraId="53729FAE" w14:textId="77777777" w:rsidR="00B14881" w:rsidRDefault="00B14881" w:rsidP="0080020B">
      <w:pPr>
        <w:spacing w:after="60"/>
      </w:pPr>
    </w:p>
    <w:p w14:paraId="557F4077" w14:textId="1E928644" w:rsidR="005A65B0" w:rsidRDefault="00B14881" w:rsidP="0080020B">
      <w:pPr>
        <w:spacing w:after="60"/>
      </w:pPr>
      <w:r>
        <w:t>This demonstrates the entire Appointment Booking relationship in one query</w:t>
      </w:r>
    </w:p>
    <w:p w14:paraId="045D5089" w14:textId="77777777" w:rsidR="00B14881" w:rsidRDefault="00B14881" w:rsidP="0080020B">
      <w:pPr>
        <w:spacing w:after="60"/>
      </w:pPr>
    </w:p>
    <w:p w14:paraId="67A2F185" w14:textId="40B6EDB6" w:rsidR="00B14881" w:rsidRDefault="00B14881" w:rsidP="005B1F82">
      <w:pPr>
        <w:pStyle w:val="Heading3"/>
      </w:pPr>
      <w:bookmarkStart w:id="47" w:name="_Toc237605252"/>
      <w:r>
        <w:t>Query 9</w:t>
      </w:r>
      <w:r>
        <w:tab/>
        <w:t>Retrieve an individual doctors diary. For example, retrieve Dr. Amelia Patel’s appointments.</w:t>
      </w:r>
      <w:bookmarkEnd w:id="47"/>
    </w:p>
    <w:p w14:paraId="2D2A4538" w14:textId="77777777" w:rsidR="00B14881" w:rsidRDefault="00B14881" w:rsidP="0080020B">
      <w:pPr>
        <w:spacing w:after="60"/>
      </w:pPr>
    </w:p>
    <w:p w14:paraId="3B57DB54" w14:textId="13582C0E" w:rsidR="00B14881" w:rsidRDefault="00B14881" w:rsidP="005B1F82">
      <w:pPr>
        <w:pStyle w:val="Heading3"/>
      </w:pPr>
      <w:bookmarkStart w:id="48" w:name="_Toc237605253"/>
      <w:r>
        <w:t>Figure 19</w:t>
      </w:r>
      <w:bookmarkEnd w:id="48"/>
    </w:p>
    <w:p w14:paraId="55080657" w14:textId="77777777" w:rsidR="005A65B0" w:rsidRDefault="005A65B0" w:rsidP="0080020B">
      <w:pPr>
        <w:spacing w:after="60"/>
      </w:pPr>
    </w:p>
    <w:p w14:paraId="78254F3A" w14:textId="03A5C092" w:rsidR="005A65B0" w:rsidRDefault="00434B2A" w:rsidP="0080020B">
      <w:pPr>
        <w:spacing w:after="60"/>
      </w:pPr>
      <w:r>
        <w:rPr>
          <w:noProof/>
        </w:rPr>
        <w:drawing>
          <wp:inline distT="0" distB="0" distL="0" distR="0" wp14:anchorId="10018E5C" wp14:editId="748BEB42">
            <wp:extent cx="6477635" cy="3038950"/>
            <wp:effectExtent l="0" t="0" r="0" b="9525"/>
            <wp:docPr id="172294765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14947" cy="3056455"/>
                    </a:xfrm>
                    <a:prstGeom prst="rect">
                      <a:avLst/>
                    </a:prstGeom>
                    <a:noFill/>
                  </pic:spPr>
                </pic:pic>
              </a:graphicData>
            </a:graphic>
          </wp:inline>
        </w:drawing>
      </w:r>
    </w:p>
    <w:p w14:paraId="7841ECC3" w14:textId="7BBFBD83" w:rsidR="005A65B0" w:rsidRDefault="00434B2A" w:rsidP="0080020B">
      <w:pPr>
        <w:spacing w:after="60"/>
      </w:pPr>
      <w:r>
        <w:lastRenderedPageBreak/>
        <w:t xml:space="preserve">This reflects how administrative staff could retrieve a doctors clinic </w:t>
      </w:r>
      <w:proofErr w:type="spellStart"/>
      <w:r>
        <w:t>scheudule</w:t>
      </w:r>
      <w:proofErr w:type="spellEnd"/>
      <w:r>
        <w:t>.</w:t>
      </w:r>
    </w:p>
    <w:p w14:paraId="67E523CF" w14:textId="77777777" w:rsidR="005A65B0" w:rsidRDefault="005A65B0" w:rsidP="0080020B">
      <w:pPr>
        <w:spacing w:after="60"/>
      </w:pPr>
    </w:p>
    <w:p w14:paraId="5A9DCF5C" w14:textId="7D7EA554" w:rsidR="005A65B0" w:rsidRDefault="00434B2A" w:rsidP="005B1F82">
      <w:pPr>
        <w:pStyle w:val="Heading3"/>
      </w:pPr>
      <w:bookmarkStart w:id="49" w:name="_Toc237605254"/>
      <w:r>
        <w:t>Query 10</w:t>
      </w:r>
      <w:r>
        <w:tab/>
        <w:t>Find doctors available for a requested appointment</w:t>
      </w:r>
      <w:bookmarkEnd w:id="49"/>
    </w:p>
    <w:p w14:paraId="629C73BA" w14:textId="77777777" w:rsidR="00434B2A" w:rsidRDefault="00434B2A" w:rsidP="0080020B">
      <w:pPr>
        <w:spacing w:after="60"/>
      </w:pPr>
    </w:p>
    <w:p w14:paraId="429BE578" w14:textId="4C38CE85" w:rsidR="00434B2A" w:rsidRDefault="00434B2A" w:rsidP="005B1F82">
      <w:pPr>
        <w:pStyle w:val="Heading3"/>
      </w:pPr>
      <w:bookmarkStart w:id="50" w:name="_Toc237605255"/>
      <w:r>
        <w:t>Figure 20 a</w:t>
      </w:r>
      <w:bookmarkEnd w:id="50"/>
    </w:p>
    <w:p w14:paraId="06681F5D" w14:textId="77777777" w:rsidR="00434B2A" w:rsidRDefault="00434B2A" w:rsidP="0080020B">
      <w:pPr>
        <w:spacing w:after="60"/>
      </w:pPr>
    </w:p>
    <w:p w14:paraId="6D0447C1" w14:textId="733F094D" w:rsidR="00434B2A" w:rsidRDefault="00434B2A" w:rsidP="0080020B">
      <w:pPr>
        <w:spacing w:after="60"/>
      </w:pPr>
      <w:r>
        <w:rPr>
          <w:noProof/>
        </w:rPr>
        <w:drawing>
          <wp:inline distT="0" distB="0" distL="0" distR="0" wp14:anchorId="6A620458" wp14:editId="2EBA5A7A">
            <wp:extent cx="6280150" cy="1808484"/>
            <wp:effectExtent l="0" t="0" r="6350" b="1270"/>
            <wp:docPr id="82490325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26544" cy="1821844"/>
                    </a:xfrm>
                    <a:prstGeom prst="rect">
                      <a:avLst/>
                    </a:prstGeom>
                    <a:noFill/>
                  </pic:spPr>
                </pic:pic>
              </a:graphicData>
            </a:graphic>
          </wp:inline>
        </w:drawing>
      </w:r>
    </w:p>
    <w:p w14:paraId="7E08E7E2" w14:textId="77777777" w:rsidR="00434B2A" w:rsidRDefault="00434B2A" w:rsidP="0080020B">
      <w:pPr>
        <w:spacing w:after="60"/>
      </w:pPr>
    </w:p>
    <w:p w14:paraId="50E923AA" w14:textId="33AD4C32" w:rsidR="00434B2A" w:rsidRDefault="00434B2A" w:rsidP="0080020B">
      <w:pPr>
        <w:spacing w:after="60"/>
      </w:pPr>
      <w:r>
        <w:t>Then</w:t>
      </w:r>
    </w:p>
    <w:p w14:paraId="518B9179" w14:textId="61AF4CF0" w:rsidR="00434B2A" w:rsidRDefault="00434B2A" w:rsidP="005B1F82">
      <w:pPr>
        <w:pStyle w:val="Heading3"/>
      </w:pPr>
      <w:bookmarkStart w:id="51" w:name="_Toc237605256"/>
      <w:r>
        <w:t>Figure 20b</w:t>
      </w:r>
      <w:bookmarkEnd w:id="51"/>
    </w:p>
    <w:p w14:paraId="26B4800A" w14:textId="5ABA6516" w:rsidR="00434B2A" w:rsidRDefault="00434B2A" w:rsidP="0080020B">
      <w:pPr>
        <w:spacing w:after="60"/>
      </w:pPr>
      <w:r>
        <w:rPr>
          <w:noProof/>
        </w:rPr>
        <w:drawing>
          <wp:inline distT="0" distB="0" distL="0" distR="0" wp14:anchorId="6A2C4B1D" wp14:editId="2260B8BF">
            <wp:extent cx="6314440" cy="3017095"/>
            <wp:effectExtent l="0" t="0" r="0" b="0"/>
            <wp:docPr id="188814155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50606" cy="3034375"/>
                    </a:xfrm>
                    <a:prstGeom prst="rect">
                      <a:avLst/>
                    </a:prstGeom>
                    <a:noFill/>
                  </pic:spPr>
                </pic:pic>
              </a:graphicData>
            </a:graphic>
          </wp:inline>
        </w:drawing>
      </w:r>
    </w:p>
    <w:p w14:paraId="034E5BE2" w14:textId="2C93AAE4" w:rsidR="005A65B0" w:rsidRDefault="00434B2A" w:rsidP="0080020B">
      <w:pPr>
        <w:spacing w:after="60"/>
      </w:pPr>
      <w:r>
        <w:t>This demonstrates practical appointment scheduling by finding doctors who are free from conflicting active bookings.</w:t>
      </w:r>
    </w:p>
    <w:p w14:paraId="502B80F5" w14:textId="77777777" w:rsidR="00434B2A" w:rsidRDefault="00434B2A" w:rsidP="0080020B">
      <w:pPr>
        <w:spacing w:after="60"/>
      </w:pPr>
    </w:p>
    <w:p w14:paraId="646417BE" w14:textId="77777777" w:rsidR="005B1F82" w:rsidRDefault="005B1F82">
      <w:pPr>
        <w:rPr>
          <w:rFonts w:asciiTheme="majorHAnsi" w:eastAsiaTheme="majorEastAsia" w:hAnsiTheme="majorHAnsi" w:cstheme="majorBidi"/>
          <w:b/>
          <w:bCs/>
          <w:color w:val="4F81BD" w:themeColor="accent1"/>
        </w:rPr>
      </w:pPr>
      <w:r>
        <w:br w:type="page"/>
      </w:r>
    </w:p>
    <w:p w14:paraId="66F3E31D" w14:textId="3B6D1FA7" w:rsidR="00434B2A" w:rsidRDefault="00434B2A" w:rsidP="005B1F82">
      <w:pPr>
        <w:pStyle w:val="Heading3"/>
      </w:pPr>
      <w:bookmarkStart w:id="52" w:name="_Toc237605257"/>
      <w:r>
        <w:lastRenderedPageBreak/>
        <w:t>Query 11</w:t>
      </w:r>
      <w:r>
        <w:tab/>
        <w:t>Defect overlapping appointments</w:t>
      </w:r>
      <w:bookmarkEnd w:id="52"/>
    </w:p>
    <w:p w14:paraId="69B7EF7B" w14:textId="77777777" w:rsidR="00434B2A" w:rsidRDefault="00434B2A" w:rsidP="0080020B">
      <w:pPr>
        <w:spacing w:after="60"/>
      </w:pPr>
    </w:p>
    <w:p w14:paraId="09BAAC06" w14:textId="633E57B7" w:rsidR="00434B2A" w:rsidRDefault="00434B2A" w:rsidP="0080020B">
      <w:pPr>
        <w:spacing w:after="60"/>
      </w:pPr>
      <w:r>
        <w:t>A robust scheduling database should be capable of detecting accidental double bookings</w:t>
      </w:r>
    </w:p>
    <w:p w14:paraId="16725E07" w14:textId="77777777" w:rsidR="00434B2A" w:rsidRDefault="00434B2A" w:rsidP="0080020B">
      <w:pPr>
        <w:spacing w:after="60"/>
      </w:pPr>
    </w:p>
    <w:p w14:paraId="54639258" w14:textId="72DCA9FE" w:rsidR="005A65B0" w:rsidRDefault="00434B2A" w:rsidP="005B1F82">
      <w:pPr>
        <w:pStyle w:val="Heading3"/>
      </w:pPr>
      <w:bookmarkStart w:id="53" w:name="_Toc237605258"/>
      <w:r>
        <w:t>Figure 21</w:t>
      </w:r>
      <w:bookmarkEnd w:id="53"/>
    </w:p>
    <w:p w14:paraId="1C1E7795" w14:textId="77777777" w:rsidR="00434B2A" w:rsidRDefault="00434B2A" w:rsidP="0080020B">
      <w:pPr>
        <w:spacing w:after="60"/>
      </w:pPr>
    </w:p>
    <w:p w14:paraId="0917B329" w14:textId="49B08DE3" w:rsidR="00434B2A" w:rsidRDefault="00434B2A" w:rsidP="0080020B">
      <w:pPr>
        <w:spacing w:after="60"/>
      </w:pPr>
      <w:r>
        <w:rPr>
          <w:noProof/>
        </w:rPr>
        <w:drawing>
          <wp:inline distT="0" distB="0" distL="0" distR="0" wp14:anchorId="2A6223A1" wp14:editId="00682817">
            <wp:extent cx="6645910" cy="2833354"/>
            <wp:effectExtent l="0" t="0" r="2540" b="5715"/>
            <wp:docPr id="189952358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87441" cy="2851060"/>
                    </a:xfrm>
                    <a:prstGeom prst="rect">
                      <a:avLst/>
                    </a:prstGeom>
                    <a:noFill/>
                  </pic:spPr>
                </pic:pic>
              </a:graphicData>
            </a:graphic>
          </wp:inline>
        </w:drawing>
      </w:r>
    </w:p>
    <w:p w14:paraId="64227E33" w14:textId="77777777" w:rsidR="00434B2A" w:rsidRDefault="00434B2A" w:rsidP="0080020B">
      <w:pPr>
        <w:spacing w:after="60"/>
      </w:pPr>
    </w:p>
    <w:p w14:paraId="151C3329" w14:textId="0A6C6938" w:rsidR="00434B2A" w:rsidRDefault="00434B2A" w:rsidP="0080020B">
      <w:pPr>
        <w:spacing w:after="60"/>
      </w:pPr>
      <w:r>
        <w:t>For properly prepared data, this should ideally return</w:t>
      </w:r>
    </w:p>
    <w:p w14:paraId="79115DF1" w14:textId="262A603C" w:rsidR="00434B2A" w:rsidRDefault="00434B2A" w:rsidP="0080020B">
      <w:pPr>
        <w:spacing w:after="60"/>
      </w:pPr>
      <w:r>
        <w:t>0 rows</w:t>
      </w:r>
    </w:p>
    <w:p w14:paraId="0D049DD8" w14:textId="47EE70A5" w:rsidR="00434B2A" w:rsidRDefault="00434B2A" w:rsidP="0080020B">
      <w:pPr>
        <w:spacing w:after="60"/>
      </w:pPr>
    </w:p>
    <w:p w14:paraId="6C24FCFE" w14:textId="77777777" w:rsidR="005B1F82" w:rsidRDefault="005B1F82" w:rsidP="0080020B">
      <w:pPr>
        <w:spacing w:after="60"/>
      </w:pPr>
    </w:p>
    <w:p w14:paraId="7D7A771B" w14:textId="77777777" w:rsidR="005B1F82" w:rsidRDefault="005B1F82" w:rsidP="0080020B">
      <w:pPr>
        <w:spacing w:after="60"/>
      </w:pPr>
    </w:p>
    <w:p w14:paraId="30FA84F9" w14:textId="77777777" w:rsidR="005B1F82" w:rsidRDefault="005B1F82" w:rsidP="0080020B">
      <w:pPr>
        <w:spacing w:after="60"/>
      </w:pPr>
    </w:p>
    <w:p w14:paraId="538AB195" w14:textId="77777777" w:rsidR="005B1F82" w:rsidRDefault="005B1F82" w:rsidP="0080020B">
      <w:pPr>
        <w:spacing w:after="60"/>
      </w:pPr>
    </w:p>
    <w:p w14:paraId="3AD4B24B" w14:textId="77777777" w:rsidR="005B1F82" w:rsidRDefault="005B1F82" w:rsidP="0080020B">
      <w:pPr>
        <w:spacing w:after="60"/>
      </w:pPr>
    </w:p>
    <w:p w14:paraId="0B316B5A" w14:textId="77777777" w:rsidR="005B1F82" w:rsidRDefault="005B1F82" w:rsidP="0080020B">
      <w:pPr>
        <w:spacing w:after="60"/>
      </w:pPr>
    </w:p>
    <w:p w14:paraId="709FC6DF" w14:textId="77777777" w:rsidR="005B1F82" w:rsidRDefault="005B1F82" w:rsidP="0080020B">
      <w:pPr>
        <w:spacing w:after="60"/>
      </w:pPr>
    </w:p>
    <w:p w14:paraId="786F3E84" w14:textId="77777777" w:rsidR="005B1F82" w:rsidRDefault="005B1F82" w:rsidP="0080020B">
      <w:pPr>
        <w:spacing w:after="60"/>
      </w:pPr>
    </w:p>
    <w:p w14:paraId="44CF1174" w14:textId="77777777" w:rsidR="005B1F82" w:rsidRDefault="005B1F82" w:rsidP="0080020B">
      <w:pPr>
        <w:spacing w:after="60"/>
      </w:pPr>
    </w:p>
    <w:p w14:paraId="08FCC0BF" w14:textId="77777777" w:rsidR="005B1F82" w:rsidRDefault="005B1F82" w:rsidP="0080020B">
      <w:pPr>
        <w:spacing w:after="60"/>
      </w:pPr>
    </w:p>
    <w:p w14:paraId="015EF32E" w14:textId="77777777" w:rsidR="005B1F82" w:rsidRDefault="005B1F82" w:rsidP="0080020B">
      <w:pPr>
        <w:spacing w:after="60"/>
      </w:pPr>
    </w:p>
    <w:p w14:paraId="53572A61" w14:textId="77777777" w:rsidR="005B1F82" w:rsidRDefault="005B1F82" w:rsidP="0080020B">
      <w:pPr>
        <w:spacing w:after="60"/>
      </w:pPr>
    </w:p>
    <w:p w14:paraId="2330FCF6" w14:textId="77777777" w:rsidR="005B1F82" w:rsidRDefault="005B1F82" w:rsidP="0080020B">
      <w:pPr>
        <w:spacing w:after="60"/>
      </w:pPr>
    </w:p>
    <w:p w14:paraId="278916B6" w14:textId="77777777" w:rsidR="005B1F82" w:rsidRDefault="005B1F82" w:rsidP="0080020B">
      <w:pPr>
        <w:spacing w:after="60"/>
      </w:pPr>
    </w:p>
    <w:p w14:paraId="143CB457" w14:textId="77777777" w:rsidR="005B1F82" w:rsidRDefault="005B1F82" w:rsidP="0080020B">
      <w:pPr>
        <w:spacing w:after="60"/>
      </w:pPr>
    </w:p>
    <w:p w14:paraId="44BD430B" w14:textId="77777777" w:rsidR="005B1F82" w:rsidRDefault="005B1F82" w:rsidP="0080020B">
      <w:pPr>
        <w:spacing w:after="60"/>
      </w:pPr>
    </w:p>
    <w:p w14:paraId="47B491E5" w14:textId="77777777" w:rsidR="005B1F82" w:rsidRDefault="005B1F82" w:rsidP="0080020B">
      <w:pPr>
        <w:spacing w:after="60"/>
      </w:pPr>
    </w:p>
    <w:p w14:paraId="7B206DF6" w14:textId="3983005D" w:rsidR="005B1F82" w:rsidRDefault="00434B2A" w:rsidP="005B1F82">
      <w:pPr>
        <w:pStyle w:val="Heading3"/>
      </w:pPr>
      <w:bookmarkStart w:id="54" w:name="_Toc237605259"/>
      <w:r>
        <w:lastRenderedPageBreak/>
        <w:t>Query 12. Retrieve cons</w:t>
      </w:r>
      <w:r w:rsidR="001F5481">
        <w:t>ultation and treatment records</w:t>
      </w:r>
      <w:bookmarkEnd w:id="54"/>
    </w:p>
    <w:p w14:paraId="50814D71" w14:textId="77777777" w:rsidR="005B1F82" w:rsidRDefault="005B1F82" w:rsidP="0080020B">
      <w:pPr>
        <w:spacing w:after="60"/>
      </w:pPr>
    </w:p>
    <w:p w14:paraId="6546A23B" w14:textId="26276603" w:rsidR="001F5481" w:rsidRDefault="001F5481" w:rsidP="005B1F82">
      <w:pPr>
        <w:pStyle w:val="Heading3"/>
      </w:pPr>
      <w:bookmarkStart w:id="55" w:name="_Toc237605260"/>
      <w:r>
        <w:t>Figure 22</w:t>
      </w:r>
      <w:bookmarkEnd w:id="55"/>
    </w:p>
    <w:p w14:paraId="6A602573" w14:textId="77777777" w:rsidR="001F5481" w:rsidRDefault="001F5481" w:rsidP="0080020B">
      <w:pPr>
        <w:spacing w:after="60"/>
      </w:pPr>
    </w:p>
    <w:p w14:paraId="09401E97" w14:textId="4942AFF6" w:rsidR="001F5481" w:rsidRDefault="001F5481" w:rsidP="0080020B">
      <w:pPr>
        <w:spacing w:after="60"/>
      </w:pPr>
      <w:r>
        <w:rPr>
          <w:noProof/>
        </w:rPr>
        <w:drawing>
          <wp:inline distT="0" distB="0" distL="0" distR="0" wp14:anchorId="30A56366" wp14:editId="1F8ECA78">
            <wp:extent cx="6463030" cy="3211278"/>
            <wp:effectExtent l="0" t="0" r="0" b="8255"/>
            <wp:docPr id="131183350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93137" cy="3226237"/>
                    </a:xfrm>
                    <a:prstGeom prst="rect">
                      <a:avLst/>
                    </a:prstGeom>
                    <a:noFill/>
                  </pic:spPr>
                </pic:pic>
              </a:graphicData>
            </a:graphic>
          </wp:inline>
        </w:drawing>
      </w:r>
    </w:p>
    <w:p w14:paraId="34284A27" w14:textId="62A98F5F" w:rsidR="0080020B" w:rsidRDefault="001F5481" w:rsidP="0080020B">
      <w:pPr>
        <w:spacing w:after="60"/>
      </w:pPr>
      <w:r>
        <w:t>This directly demonstrates consultation and treatment recordings</w:t>
      </w:r>
    </w:p>
    <w:p w14:paraId="4C5A3341" w14:textId="77777777" w:rsidR="005B1F82" w:rsidRDefault="005B1F82" w:rsidP="0080020B">
      <w:pPr>
        <w:spacing w:after="60"/>
      </w:pPr>
    </w:p>
    <w:p w14:paraId="1CED0068" w14:textId="71B1C833" w:rsidR="0080020B" w:rsidRDefault="001F5481" w:rsidP="005B1F82">
      <w:pPr>
        <w:pStyle w:val="Heading3"/>
      </w:pPr>
      <w:bookmarkStart w:id="56" w:name="_Toc237605261"/>
      <w:r>
        <w:t>Query 13</w:t>
      </w:r>
      <w:r>
        <w:tab/>
        <w:t>Check treatment integrity</w:t>
      </w:r>
      <w:bookmarkEnd w:id="56"/>
    </w:p>
    <w:p w14:paraId="1D813E60" w14:textId="77777777" w:rsidR="001F5481" w:rsidRDefault="001F5481" w:rsidP="0080020B">
      <w:pPr>
        <w:spacing w:after="60"/>
      </w:pPr>
    </w:p>
    <w:p w14:paraId="7E2BEED4" w14:textId="7F937CAB" w:rsidR="001F5481" w:rsidRDefault="001F5481" w:rsidP="005B1F82">
      <w:pPr>
        <w:pStyle w:val="Heading3"/>
      </w:pPr>
      <w:bookmarkStart w:id="57" w:name="_Toc237605262"/>
      <w:r>
        <w:t>Figure 23</w:t>
      </w:r>
      <w:bookmarkEnd w:id="57"/>
    </w:p>
    <w:p w14:paraId="471F87F8" w14:textId="77777777" w:rsidR="001F5481" w:rsidRDefault="001F5481" w:rsidP="0080020B">
      <w:pPr>
        <w:spacing w:after="60"/>
      </w:pPr>
    </w:p>
    <w:p w14:paraId="3F45637D" w14:textId="266705E0" w:rsidR="001F5481" w:rsidRDefault="001F5481" w:rsidP="0080020B">
      <w:pPr>
        <w:spacing w:after="60"/>
      </w:pPr>
      <w:r>
        <w:rPr>
          <w:noProof/>
        </w:rPr>
        <w:drawing>
          <wp:inline distT="0" distB="0" distL="0" distR="0" wp14:anchorId="6AEE9D08" wp14:editId="746F15E4">
            <wp:extent cx="6638290" cy="2720436"/>
            <wp:effectExtent l="0" t="0" r="0" b="3810"/>
            <wp:docPr id="165482233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79347" cy="2737262"/>
                    </a:xfrm>
                    <a:prstGeom prst="rect">
                      <a:avLst/>
                    </a:prstGeom>
                    <a:noFill/>
                  </pic:spPr>
                </pic:pic>
              </a:graphicData>
            </a:graphic>
          </wp:inline>
        </w:drawing>
      </w:r>
    </w:p>
    <w:p w14:paraId="13510BD5" w14:textId="34C0C4DE" w:rsidR="001F5481" w:rsidRDefault="001F5481" w:rsidP="0080020B">
      <w:pPr>
        <w:spacing w:after="60"/>
      </w:pPr>
      <w:r>
        <w:t>Expected result for a fully consistent dataset:</w:t>
      </w:r>
    </w:p>
    <w:p w14:paraId="48BBF59A" w14:textId="460F84B3" w:rsidR="001F5481" w:rsidRDefault="001F5481" w:rsidP="0080020B">
      <w:pPr>
        <w:spacing w:after="60"/>
      </w:pPr>
      <w:r>
        <w:lastRenderedPageBreak/>
        <w:t>0 rows</w:t>
      </w:r>
    </w:p>
    <w:p w14:paraId="4CF92AE2" w14:textId="77777777" w:rsidR="001F5481" w:rsidRDefault="001F5481" w:rsidP="0080020B">
      <w:pPr>
        <w:spacing w:after="60"/>
      </w:pPr>
    </w:p>
    <w:p w14:paraId="245BFFB3" w14:textId="36F91CB9" w:rsidR="001F5481" w:rsidRDefault="001F5481" w:rsidP="005B1F82">
      <w:pPr>
        <w:pStyle w:val="Heading3"/>
      </w:pPr>
      <w:bookmarkStart w:id="58" w:name="_Toc237605263"/>
      <w:r>
        <w:t>Query 14</w:t>
      </w:r>
      <w:r>
        <w:tab/>
        <w:t>Display complete patient feedback information</w:t>
      </w:r>
      <w:bookmarkEnd w:id="58"/>
    </w:p>
    <w:p w14:paraId="763CFCE4" w14:textId="77777777" w:rsidR="001F5481" w:rsidRDefault="001F5481" w:rsidP="0080020B">
      <w:pPr>
        <w:spacing w:after="60"/>
      </w:pPr>
    </w:p>
    <w:p w14:paraId="58EB5D66" w14:textId="2A03ED45" w:rsidR="001F5481" w:rsidRDefault="001F5481" w:rsidP="005B1F82">
      <w:pPr>
        <w:pStyle w:val="Heading3"/>
      </w:pPr>
      <w:bookmarkStart w:id="59" w:name="_Toc237605264"/>
      <w:r>
        <w:t>Figure 24</w:t>
      </w:r>
      <w:bookmarkEnd w:id="59"/>
    </w:p>
    <w:p w14:paraId="14A8760F" w14:textId="77777777" w:rsidR="001F5481" w:rsidRDefault="001F5481" w:rsidP="0080020B">
      <w:pPr>
        <w:spacing w:after="60"/>
      </w:pPr>
    </w:p>
    <w:p w14:paraId="4965A056" w14:textId="3C66A49F" w:rsidR="001F5481" w:rsidRDefault="001F5481" w:rsidP="0080020B">
      <w:pPr>
        <w:spacing w:after="60"/>
      </w:pPr>
      <w:r>
        <w:rPr>
          <w:noProof/>
        </w:rPr>
        <w:drawing>
          <wp:inline distT="0" distB="0" distL="0" distR="0" wp14:anchorId="501FA0BF" wp14:editId="24B671FB">
            <wp:extent cx="6722110" cy="3187313"/>
            <wp:effectExtent l="0" t="0" r="2540" b="0"/>
            <wp:docPr id="102228040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53187" cy="3202048"/>
                    </a:xfrm>
                    <a:prstGeom prst="rect">
                      <a:avLst/>
                    </a:prstGeom>
                    <a:noFill/>
                  </pic:spPr>
                </pic:pic>
              </a:graphicData>
            </a:graphic>
          </wp:inline>
        </w:drawing>
      </w:r>
    </w:p>
    <w:p w14:paraId="4BA7C3A6" w14:textId="223811B7" w:rsidR="001F5481" w:rsidRDefault="001F5481" w:rsidP="0080020B">
      <w:pPr>
        <w:spacing w:after="60"/>
      </w:pPr>
      <w:r>
        <w:t>This joins five of six core entities</w:t>
      </w:r>
    </w:p>
    <w:p w14:paraId="4BDD8D3D" w14:textId="77777777" w:rsidR="005B1F82" w:rsidRDefault="005B1F82" w:rsidP="0080020B">
      <w:pPr>
        <w:spacing w:after="60"/>
      </w:pPr>
    </w:p>
    <w:p w14:paraId="0A85CFC7" w14:textId="77777777" w:rsidR="005B1F82" w:rsidRDefault="005B1F82" w:rsidP="0080020B">
      <w:pPr>
        <w:spacing w:after="60"/>
      </w:pPr>
    </w:p>
    <w:p w14:paraId="4A7EC9BC" w14:textId="77777777" w:rsidR="005B1F82" w:rsidRDefault="005B1F82">
      <w:r>
        <w:br w:type="page"/>
      </w:r>
    </w:p>
    <w:p w14:paraId="62273FB0" w14:textId="4A80CE7F" w:rsidR="001F5481" w:rsidRDefault="001F5481" w:rsidP="005B1F82">
      <w:pPr>
        <w:pStyle w:val="Heading3"/>
      </w:pPr>
      <w:bookmarkStart w:id="60" w:name="_Toc237605265"/>
      <w:r>
        <w:lastRenderedPageBreak/>
        <w:t>Query 15</w:t>
      </w:r>
      <w:r>
        <w:tab/>
        <w:t>Produce a feedback review dashboard</w:t>
      </w:r>
      <w:bookmarkEnd w:id="60"/>
    </w:p>
    <w:p w14:paraId="208D816C" w14:textId="77777777" w:rsidR="001F5481" w:rsidRDefault="001F5481" w:rsidP="0080020B">
      <w:pPr>
        <w:spacing w:after="60"/>
      </w:pPr>
    </w:p>
    <w:p w14:paraId="08AE2B12" w14:textId="2F1994DE" w:rsidR="001F5481" w:rsidRDefault="001F5481" w:rsidP="005B1F82">
      <w:pPr>
        <w:pStyle w:val="Heading3"/>
      </w:pPr>
      <w:bookmarkStart w:id="61" w:name="_Toc237605266"/>
      <w:r>
        <w:t>Figure 25</w:t>
      </w:r>
      <w:bookmarkEnd w:id="61"/>
    </w:p>
    <w:p w14:paraId="1C8568E5" w14:textId="77777777" w:rsidR="001F5481" w:rsidRDefault="001F5481" w:rsidP="0080020B">
      <w:pPr>
        <w:spacing w:after="60"/>
      </w:pPr>
    </w:p>
    <w:p w14:paraId="732DED33" w14:textId="175FB0A4" w:rsidR="001F5481" w:rsidRDefault="001F5481" w:rsidP="0080020B">
      <w:pPr>
        <w:spacing w:after="60"/>
      </w:pPr>
      <w:r>
        <w:rPr>
          <w:noProof/>
        </w:rPr>
        <w:drawing>
          <wp:inline distT="0" distB="0" distL="0" distR="0" wp14:anchorId="2B8FC61D" wp14:editId="0FF3F90A">
            <wp:extent cx="6478270" cy="3097139"/>
            <wp:effectExtent l="0" t="0" r="0" b="8255"/>
            <wp:docPr id="96289952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07748" cy="3111232"/>
                    </a:xfrm>
                    <a:prstGeom prst="rect">
                      <a:avLst/>
                    </a:prstGeom>
                    <a:noFill/>
                  </pic:spPr>
                </pic:pic>
              </a:graphicData>
            </a:graphic>
          </wp:inline>
        </w:drawing>
      </w:r>
    </w:p>
    <w:p w14:paraId="7A98E487" w14:textId="77777777" w:rsidR="001F5481" w:rsidRDefault="001F5481" w:rsidP="0080020B">
      <w:pPr>
        <w:spacing w:after="60"/>
      </w:pPr>
    </w:p>
    <w:p w14:paraId="1F72A1DE" w14:textId="126F0557" w:rsidR="001F5481" w:rsidRDefault="001F5481" w:rsidP="0080020B">
      <w:pPr>
        <w:spacing w:after="60"/>
      </w:pPr>
      <w:r>
        <w:t xml:space="preserve">This demonstrates that the system supports both feedback collection and management review, rather </w:t>
      </w:r>
      <w:proofErr w:type="spellStart"/>
      <w:r>
        <w:t>that</w:t>
      </w:r>
      <w:proofErr w:type="spellEnd"/>
      <w:r>
        <w:t xml:space="preserve"> merely storing comments</w:t>
      </w:r>
    </w:p>
    <w:p w14:paraId="705C2CE9" w14:textId="77777777" w:rsidR="001F5481" w:rsidRDefault="001F5481" w:rsidP="0080020B">
      <w:pPr>
        <w:spacing w:after="60"/>
      </w:pPr>
    </w:p>
    <w:p w14:paraId="2F405A9F" w14:textId="46A70828" w:rsidR="001F5481" w:rsidRDefault="001F5481" w:rsidP="005B1F82">
      <w:pPr>
        <w:pStyle w:val="Heading3"/>
      </w:pPr>
      <w:bookmarkStart w:id="62" w:name="_Toc237605267"/>
      <w:r>
        <w:t>Query 16</w:t>
      </w:r>
      <w:r>
        <w:tab/>
        <w:t>Detect invalid feedback records</w:t>
      </w:r>
      <w:bookmarkEnd w:id="62"/>
    </w:p>
    <w:p w14:paraId="1A80B13B" w14:textId="77777777" w:rsidR="001F5481" w:rsidRDefault="001F5481" w:rsidP="0080020B">
      <w:pPr>
        <w:spacing w:after="60"/>
      </w:pPr>
    </w:p>
    <w:p w14:paraId="06256C96" w14:textId="014549CF" w:rsidR="001F5481" w:rsidRDefault="001F5481" w:rsidP="005B1F82">
      <w:pPr>
        <w:pStyle w:val="Heading3"/>
      </w:pPr>
      <w:bookmarkStart w:id="63" w:name="_Toc237605268"/>
      <w:r>
        <w:t>Figure 26</w:t>
      </w:r>
      <w:bookmarkEnd w:id="63"/>
    </w:p>
    <w:p w14:paraId="2439EAA4" w14:textId="189F1E31" w:rsidR="0080020B" w:rsidRDefault="00972934" w:rsidP="0080020B">
      <w:pPr>
        <w:spacing w:after="60"/>
      </w:pPr>
      <w:r>
        <w:rPr>
          <w:noProof/>
        </w:rPr>
        <w:drawing>
          <wp:inline distT="0" distB="0" distL="0" distR="0" wp14:anchorId="77731275" wp14:editId="6F97CAA3">
            <wp:extent cx="6661150" cy="2635087"/>
            <wp:effectExtent l="0" t="0" r="6350" b="0"/>
            <wp:docPr id="85941567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90357" cy="2646641"/>
                    </a:xfrm>
                    <a:prstGeom prst="rect">
                      <a:avLst/>
                    </a:prstGeom>
                    <a:noFill/>
                  </pic:spPr>
                </pic:pic>
              </a:graphicData>
            </a:graphic>
          </wp:inline>
        </w:drawing>
      </w:r>
    </w:p>
    <w:p w14:paraId="515065FD" w14:textId="77777777" w:rsidR="0080020B" w:rsidRDefault="0080020B" w:rsidP="0080020B">
      <w:pPr>
        <w:spacing w:after="60"/>
      </w:pPr>
    </w:p>
    <w:p w14:paraId="32E8ED6D" w14:textId="7F293246" w:rsidR="00972934" w:rsidRDefault="00972934" w:rsidP="0080020B">
      <w:pPr>
        <w:spacing w:after="60"/>
      </w:pPr>
      <w:r>
        <w:lastRenderedPageBreak/>
        <w:t>This shows that the test data follows the business rules, the expected results is 0 rows.</w:t>
      </w:r>
    </w:p>
    <w:p w14:paraId="7FB9F55E" w14:textId="44122831" w:rsidR="00972934" w:rsidRDefault="00972934" w:rsidP="0080020B">
      <w:pPr>
        <w:spacing w:after="60"/>
      </w:pPr>
      <w:r>
        <w:t>This provides evidence that the check constraint and relational workflow are producing consistent data.</w:t>
      </w:r>
    </w:p>
    <w:p w14:paraId="2200A076" w14:textId="77777777" w:rsidR="00972934" w:rsidRDefault="00972934" w:rsidP="0080020B">
      <w:pPr>
        <w:spacing w:after="60"/>
      </w:pPr>
    </w:p>
    <w:p w14:paraId="0121F213" w14:textId="1377FA8A" w:rsidR="00972934" w:rsidRDefault="00972934" w:rsidP="005B1F82">
      <w:pPr>
        <w:pStyle w:val="Heading3"/>
      </w:pPr>
      <w:bookmarkStart w:id="64" w:name="_Toc237605269"/>
      <w:r>
        <w:t>Query 17</w:t>
      </w:r>
      <w:r>
        <w:tab/>
        <w:t>Test a successful transaction and COMMIT</w:t>
      </w:r>
      <w:bookmarkEnd w:id="64"/>
    </w:p>
    <w:p w14:paraId="4BD1CBF7" w14:textId="77777777" w:rsidR="00972934" w:rsidRDefault="00972934" w:rsidP="0080020B">
      <w:pPr>
        <w:spacing w:after="60"/>
      </w:pPr>
    </w:p>
    <w:p w14:paraId="454BC031" w14:textId="6CCFEE86" w:rsidR="00972934" w:rsidRDefault="00972934" w:rsidP="005B1F82">
      <w:pPr>
        <w:pStyle w:val="Heading3"/>
      </w:pPr>
      <w:bookmarkStart w:id="65" w:name="_Toc237605270"/>
      <w:r>
        <w:t>Figure</w:t>
      </w:r>
      <w:r>
        <w:tab/>
        <w:t>27 a</w:t>
      </w:r>
      <w:bookmarkEnd w:id="65"/>
    </w:p>
    <w:p w14:paraId="383BD032" w14:textId="77777777" w:rsidR="00972934" w:rsidRDefault="00972934" w:rsidP="0080020B">
      <w:pPr>
        <w:spacing w:after="60"/>
      </w:pPr>
    </w:p>
    <w:p w14:paraId="75FEA06C" w14:textId="59764DBC" w:rsidR="00972934" w:rsidRDefault="00972934" w:rsidP="0080020B">
      <w:pPr>
        <w:spacing w:after="60"/>
      </w:pPr>
      <w:r>
        <w:rPr>
          <w:noProof/>
        </w:rPr>
        <w:drawing>
          <wp:inline distT="0" distB="0" distL="0" distR="0" wp14:anchorId="24F0B310" wp14:editId="697BA9A8">
            <wp:extent cx="6463030" cy="1860178"/>
            <wp:effectExtent l="0" t="0" r="0" b="6985"/>
            <wp:docPr id="202047332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516630" cy="1875605"/>
                    </a:xfrm>
                    <a:prstGeom prst="rect">
                      <a:avLst/>
                    </a:prstGeom>
                    <a:noFill/>
                  </pic:spPr>
                </pic:pic>
              </a:graphicData>
            </a:graphic>
          </wp:inline>
        </w:drawing>
      </w:r>
    </w:p>
    <w:p w14:paraId="3792A2F7" w14:textId="77777777" w:rsidR="0080020B" w:rsidRDefault="0080020B" w:rsidP="0080020B">
      <w:pPr>
        <w:spacing w:after="60"/>
      </w:pPr>
    </w:p>
    <w:p w14:paraId="22482A8D" w14:textId="60EDE1B3" w:rsidR="0080020B" w:rsidRDefault="00972934" w:rsidP="0080020B">
      <w:pPr>
        <w:spacing w:after="60"/>
      </w:pPr>
      <w:r>
        <w:t>Check which appointment was selected</w:t>
      </w:r>
    </w:p>
    <w:p w14:paraId="0901043D" w14:textId="77777777" w:rsidR="0080020B" w:rsidRDefault="0080020B" w:rsidP="0080020B">
      <w:pPr>
        <w:spacing w:after="60"/>
      </w:pPr>
    </w:p>
    <w:p w14:paraId="44EE5EA0" w14:textId="4CC8D9BA" w:rsidR="0080020B" w:rsidRDefault="00972934" w:rsidP="005B1F82">
      <w:pPr>
        <w:pStyle w:val="Heading3"/>
      </w:pPr>
      <w:bookmarkStart w:id="66" w:name="_Toc237605271"/>
      <w:r>
        <w:t>Figure 27b</w:t>
      </w:r>
      <w:bookmarkEnd w:id="66"/>
    </w:p>
    <w:p w14:paraId="7E56D707" w14:textId="41D9BFBD" w:rsidR="0080020B" w:rsidRDefault="00972934" w:rsidP="0080020B">
      <w:pPr>
        <w:spacing w:after="60"/>
      </w:pPr>
      <w:r>
        <w:rPr>
          <w:noProof/>
        </w:rPr>
        <w:drawing>
          <wp:inline distT="0" distB="0" distL="0" distR="0" wp14:anchorId="7CC6A981" wp14:editId="33ACAB9C">
            <wp:extent cx="6112510" cy="2857727"/>
            <wp:effectExtent l="0" t="0" r="2540" b="0"/>
            <wp:docPr id="31722947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27907" cy="2864926"/>
                    </a:xfrm>
                    <a:prstGeom prst="rect">
                      <a:avLst/>
                    </a:prstGeom>
                    <a:noFill/>
                  </pic:spPr>
                </pic:pic>
              </a:graphicData>
            </a:graphic>
          </wp:inline>
        </w:drawing>
      </w:r>
    </w:p>
    <w:p w14:paraId="52462540" w14:textId="77777777" w:rsidR="0080020B" w:rsidRDefault="0080020B" w:rsidP="0080020B">
      <w:pPr>
        <w:spacing w:after="60"/>
      </w:pPr>
    </w:p>
    <w:p w14:paraId="395F83D9" w14:textId="66965079" w:rsidR="0080020B" w:rsidRDefault="00972934" w:rsidP="0080020B">
      <w:pPr>
        <w:spacing w:after="60"/>
      </w:pPr>
      <w:r>
        <w:t>Now we would execute the transaction controlled procedure:</w:t>
      </w:r>
    </w:p>
    <w:p w14:paraId="44C8F703" w14:textId="77777777" w:rsidR="00972934" w:rsidRDefault="00972934" w:rsidP="0080020B">
      <w:pPr>
        <w:spacing w:after="60"/>
      </w:pPr>
    </w:p>
    <w:p w14:paraId="6B69208B" w14:textId="77777777" w:rsidR="00972934" w:rsidRDefault="00972934" w:rsidP="0080020B">
      <w:pPr>
        <w:spacing w:after="60"/>
      </w:pPr>
    </w:p>
    <w:p w14:paraId="4E8C8358" w14:textId="77777777" w:rsidR="00972934" w:rsidRDefault="00972934" w:rsidP="0080020B">
      <w:pPr>
        <w:spacing w:after="60"/>
      </w:pPr>
    </w:p>
    <w:p w14:paraId="68559052" w14:textId="77777777" w:rsidR="005B1F82" w:rsidRDefault="005B1F82" w:rsidP="0080020B">
      <w:pPr>
        <w:spacing w:after="60"/>
      </w:pPr>
    </w:p>
    <w:p w14:paraId="2630D61C" w14:textId="77777777" w:rsidR="00972934" w:rsidRDefault="00972934" w:rsidP="0080020B">
      <w:pPr>
        <w:spacing w:after="60"/>
      </w:pPr>
    </w:p>
    <w:p w14:paraId="12AB590A" w14:textId="1C87F0E2" w:rsidR="00972934" w:rsidRDefault="00972934" w:rsidP="005B1F82">
      <w:pPr>
        <w:pStyle w:val="Heading3"/>
      </w:pPr>
      <w:bookmarkStart w:id="67" w:name="_Toc237605272"/>
      <w:r>
        <w:t>Figure 27b</w:t>
      </w:r>
      <w:bookmarkEnd w:id="67"/>
    </w:p>
    <w:p w14:paraId="691515E2" w14:textId="77777777" w:rsidR="00972934" w:rsidRDefault="00972934" w:rsidP="0080020B">
      <w:pPr>
        <w:spacing w:after="60"/>
      </w:pPr>
    </w:p>
    <w:p w14:paraId="2BD43403" w14:textId="23703849" w:rsidR="00972934" w:rsidRDefault="00972934" w:rsidP="0080020B">
      <w:pPr>
        <w:spacing w:after="60"/>
      </w:pPr>
      <w:r>
        <w:rPr>
          <w:noProof/>
        </w:rPr>
        <w:drawing>
          <wp:inline distT="0" distB="0" distL="0" distR="0" wp14:anchorId="4523509A" wp14:editId="3B798879">
            <wp:extent cx="6484620" cy="2357120"/>
            <wp:effectExtent l="0" t="0" r="0" b="5080"/>
            <wp:docPr id="55400272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24046" cy="2371451"/>
                    </a:xfrm>
                    <a:prstGeom prst="rect">
                      <a:avLst/>
                    </a:prstGeom>
                    <a:noFill/>
                  </pic:spPr>
                </pic:pic>
              </a:graphicData>
            </a:graphic>
          </wp:inline>
        </w:drawing>
      </w:r>
    </w:p>
    <w:p w14:paraId="6EC805B7" w14:textId="60EF1753" w:rsidR="00972934" w:rsidRDefault="00972934" w:rsidP="0080020B">
      <w:pPr>
        <w:spacing w:after="60"/>
      </w:pPr>
      <w:r>
        <w:t>Verify the result</w:t>
      </w:r>
    </w:p>
    <w:p w14:paraId="7CDB36B8" w14:textId="77777777" w:rsidR="00972934" w:rsidRDefault="00972934" w:rsidP="0080020B">
      <w:pPr>
        <w:spacing w:after="60"/>
      </w:pPr>
    </w:p>
    <w:p w14:paraId="257D036C" w14:textId="665CA013" w:rsidR="00972934" w:rsidRDefault="00972934" w:rsidP="005B1F82">
      <w:pPr>
        <w:pStyle w:val="Heading3"/>
      </w:pPr>
      <w:bookmarkStart w:id="68" w:name="_Toc237605273"/>
      <w:r>
        <w:t>Figure 27d</w:t>
      </w:r>
      <w:bookmarkEnd w:id="68"/>
    </w:p>
    <w:p w14:paraId="67673A92" w14:textId="77777777" w:rsidR="00972934" w:rsidRDefault="00972934" w:rsidP="0080020B">
      <w:pPr>
        <w:spacing w:after="60"/>
      </w:pPr>
    </w:p>
    <w:p w14:paraId="04BD687A" w14:textId="237DA4D8" w:rsidR="0080020B" w:rsidRDefault="00972934" w:rsidP="0080020B">
      <w:pPr>
        <w:spacing w:after="60"/>
      </w:pPr>
      <w:r>
        <w:rPr>
          <w:noProof/>
        </w:rPr>
        <w:drawing>
          <wp:inline distT="0" distB="0" distL="0" distR="0" wp14:anchorId="4BF01245" wp14:editId="5946C5A9">
            <wp:extent cx="6476365" cy="2768872"/>
            <wp:effectExtent l="0" t="0" r="635" b="0"/>
            <wp:docPr id="55671019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511563" cy="2783920"/>
                    </a:xfrm>
                    <a:prstGeom prst="rect">
                      <a:avLst/>
                    </a:prstGeom>
                    <a:noFill/>
                  </pic:spPr>
                </pic:pic>
              </a:graphicData>
            </a:graphic>
          </wp:inline>
        </w:drawing>
      </w:r>
    </w:p>
    <w:p w14:paraId="35EDD21E" w14:textId="0ABFF87D" w:rsidR="0080020B" w:rsidRDefault="00134FB2" w:rsidP="0080020B">
      <w:pPr>
        <w:spacing w:after="60"/>
      </w:pPr>
      <w:r>
        <w:t>Expected</w:t>
      </w:r>
    </w:p>
    <w:p w14:paraId="52CB039E" w14:textId="77777777" w:rsidR="00134FB2" w:rsidRDefault="00134FB2" w:rsidP="0080020B">
      <w:pPr>
        <w:spacing w:after="60"/>
      </w:pPr>
    </w:p>
    <w:p w14:paraId="7C1752B4" w14:textId="77777777" w:rsidR="00134FB2" w:rsidRDefault="00134FB2" w:rsidP="00134FB2">
      <w:pPr>
        <w:spacing w:after="60"/>
      </w:pPr>
      <w:r>
        <w:t>AppointmentStatus = Completed</w:t>
      </w:r>
    </w:p>
    <w:p w14:paraId="25CCAD0B" w14:textId="77777777" w:rsidR="00134FB2" w:rsidRDefault="00134FB2" w:rsidP="00134FB2">
      <w:pPr>
        <w:spacing w:after="60"/>
      </w:pPr>
      <w:r>
        <w:t>TreatmentID        = populated</w:t>
      </w:r>
    </w:p>
    <w:p w14:paraId="06378DDA" w14:textId="381736F8" w:rsidR="00134FB2" w:rsidRDefault="00134FB2" w:rsidP="00134FB2">
      <w:pPr>
        <w:spacing w:after="60"/>
      </w:pPr>
      <w:r>
        <w:t>Diagnosis          = populated</w:t>
      </w:r>
    </w:p>
    <w:p w14:paraId="1C194C0B" w14:textId="77777777" w:rsidR="0080020B" w:rsidRDefault="0080020B" w:rsidP="0080020B">
      <w:pPr>
        <w:spacing w:after="60"/>
      </w:pPr>
    </w:p>
    <w:p w14:paraId="03ABDBCD" w14:textId="77777777" w:rsidR="0080020B" w:rsidRDefault="0080020B" w:rsidP="0080020B">
      <w:pPr>
        <w:spacing w:after="60"/>
      </w:pPr>
    </w:p>
    <w:p w14:paraId="158DB5E6" w14:textId="77777777" w:rsidR="0080020B" w:rsidRDefault="0080020B" w:rsidP="0080020B">
      <w:pPr>
        <w:spacing w:after="60"/>
      </w:pPr>
    </w:p>
    <w:p w14:paraId="11824010" w14:textId="77777777" w:rsidR="0080020B" w:rsidRDefault="0080020B" w:rsidP="0080020B">
      <w:pPr>
        <w:spacing w:after="60"/>
      </w:pPr>
    </w:p>
    <w:p w14:paraId="590A184F" w14:textId="77777777" w:rsidR="0080020B" w:rsidRDefault="0080020B" w:rsidP="0080020B">
      <w:pPr>
        <w:spacing w:after="60"/>
      </w:pPr>
    </w:p>
    <w:p w14:paraId="3B48061D" w14:textId="77777777" w:rsidR="00134FB2" w:rsidRDefault="00134FB2" w:rsidP="005B1F82">
      <w:pPr>
        <w:pStyle w:val="Heading3"/>
      </w:pPr>
      <w:bookmarkStart w:id="69" w:name="_Toc237605274"/>
      <w:r>
        <w:t>Query 18</w:t>
      </w:r>
      <w:r>
        <w:tab/>
        <w:t>Test a failed transaction and Rollback</w:t>
      </w:r>
      <w:bookmarkEnd w:id="69"/>
    </w:p>
    <w:p w14:paraId="6C4F9A41" w14:textId="77777777" w:rsidR="00134FB2" w:rsidRDefault="00134FB2">
      <w:r>
        <w:tab/>
      </w:r>
      <w:r>
        <w:tab/>
        <w:t>Select another scheduled appointment without treatment</w:t>
      </w:r>
    </w:p>
    <w:p w14:paraId="5A517CD3" w14:textId="77777777" w:rsidR="00134FB2" w:rsidRDefault="00134FB2" w:rsidP="005B1F82">
      <w:pPr>
        <w:pStyle w:val="Heading3"/>
      </w:pPr>
      <w:bookmarkStart w:id="70" w:name="_Toc237605275"/>
      <w:r>
        <w:t>Figure 28a</w:t>
      </w:r>
      <w:bookmarkEnd w:id="70"/>
      <w:r>
        <w:tab/>
      </w:r>
    </w:p>
    <w:p w14:paraId="16567B1C" w14:textId="77777777" w:rsidR="00134FB2" w:rsidRDefault="00134FB2">
      <w:r>
        <w:rPr>
          <w:noProof/>
        </w:rPr>
        <w:drawing>
          <wp:inline distT="0" distB="0" distL="0" distR="0" wp14:anchorId="2BE278D5" wp14:editId="1AA11A44">
            <wp:extent cx="6706870" cy="1704865"/>
            <wp:effectExtent l="0" t="0" r="0" b="0"/>
            <wp:docPr id="78553822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752743" cy="1716526"/>
                    </a:xfrm>
                    <a:prstGeom prst="rect">
                      <a:avLst/>
                    </a:prstGeom>
                    <a:noFill/>
                  </pic:spPr>
                </pic:pic>
              </a:graphicData>
            </a:graphic>
          </wp:inline>
        </w:drawing>
      </w:r>
    </w:p>
    <w:p w14:paraId="2682D131" w14:textId="77777777" w:rsidR="00134FB2" w:rsidRDefault="00134FB2">
      <w:r>
        <w:t>Check the appointment before the test</w:t>
      </w:r>
    </w:p>
    <w:p w14:paraId="6AF29EEA" w14:textId="77777777" w:rsidR="00134FB2" w:rsidRDefault="00134FB2" w:rsidP="005B1F82">
      <w:pPr>
        <w:pStyle w:val="Heading3"/>
      </w:pPr>
      <w:bookmarkStart w:id="71" w:name="_Toc237605276"/>
      <w:r>
        <w:t>Figure 28b</w:t>
      </w:r>
      <w:bookmarkEnd w:id="71"/>
    </w:p>
    <w:p w14:paraId="63C14F54" w14:textId="77777777" w:rsidR="00134FB2" w:rsidRDefault="00134FB2">
      <w:r>
        <w:rPr>
          <w:noProof/>
        </w:rPr>
        <w:drawing>
          <wp:inline distT="0" distB="0" distL="0" distR="0" wp14:anchorId="1202402C" wp14:editId="04D4EDEA">
            <wp:extent cx="6691630" cy="2651527"/>
            <wp:effectExtent l="0" t="0" r="0" b="0"/>
            <wp:docPr id="138615900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709465" cy="2658594"/>
                    </a:xfrm>
                    <a:prstGeom prst="rect">
                      <a:avLst/>
                    </a:prstGeom>
                    <a:noFill/>
                  </pic:spPr>
                </pic:pic>
              </a:graphicData>
            </a:graphic>
          </wp:inline>
        </w:drawing>
      </w:r>
    </w:p>
    <w:p w14:paraId="46406977" w14:textId="77777777" w:rsidR="00134FB2" w:rsidRDefault="00134FB2">
      <w:r>
        <w:br w:type="page"/>
      </w:r>
    </w:p>
    <w:p w14:paraId="36A548D3" w14:textId="5AC15756" w:rsidR="00134FB2" w:rsidRDefault="00134FB2">
      <w:r>
        <w:lastRenderedPageBreak/>
        <w:t>Now I would deliberately submit an invalid treatment</w:t>
      </w:r>
    </w:p>
    <w:p w14:paraId="3117ED3E" w14:textId="77777777" w:rsidR="00134FB2" w:rsidRDefault="00134FB2" w:rsidP="005B1F82">
      <w:pPr>
        <w:pStyle w:val="Heading3"/>
      </w:pPr>
      <w:bookmarkStart w:id="72" w:name="_Toc237605277"/>
      <w:r>
        <w:t>Figure 28c</w:t>
      </w:r>
      <w:bookmarkEnd w:id="72"/>
    </w:p>
    <w:p w14:paraId="0FDC2D00" w14:textId="77777777" w:rsidR="00134FB2" w:rsidRDefault="00134FB2">
      <w:r>
        <w:rPr>
          <w:noProof/>
        </w:rPr>
        <w:drawing>
          <wp:inline distT="0" distB="0" distL="0" distR="0" wp14:anchorId="4C4486E7" wp14:editId="7565BAEF">
            <wp:extent cx="6341110" cy="2961197"/>
            <wp:effectExtent l="0" t="0" r="2540" b="0"/>
            <wp:docPr id="12038596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353505" cy="2966985"/>
                    </a:xfrm>
                    <a:prstGeom prst="rect">
                      <a:avLst/>
                    </a:prstGeom>
                    <a:noFill/>
                  </pic:spPr>
                </pic:pic>
              </a:graphicData>
            </a:graphic>
          </wp:inline>
        </w:drawing>
      </w:r>
    </w:p>
    <w:p w14:paraId="2FCE4ED1" w14:textId="77777777" w:rsidR="00134FB2" w:rsidRDefault="00134FB2">
      <w:r>
        <w:t>Because Treatment,Diagnosis is defined as NOT NULL, this should produce an error</w:t>
      </w:r>
    </w:p>
    <w:p w14:paraId="387F2C31" w14:textId="77777777" w:rsidR="00134FB2" w:rsidRDefault="00134FB2">
      <w:r>
        <w:t>After the error, I would run,</w:t>
      </w:r>
    </w:p>
    <w:p w14:paraId="74A7EB6F" w14:textId="77777777" w:rsidR="00134FB2" w:rsidRDefault="00134FB2" w:rsidP="005B1F82">
      <w:pPr>
        <w:pStyle w:val="Heading3"/>
      </w:pPr>
      <w:bookmarkStart w:id="73" w:name="_Toc237605278"/>
      <w:r>
        <w:t>Figure 28d</w:t>
      </w:r>
      <w:bookmarkEnd w:id="73"/>
    </w:p>
    <w:p w14:paraId="43E3A87A" w14:textId="77777777" w:rsidR="00134FB2" w:rsidRDefault="00134FB2">
      <w:r>
        <w:rPr>
          <w:noProof/>
        </w:rPr>
        <w:drawing>
          <wp:inline distT="0" distB="0" distL="0" distR="0" wp14:anchorId="3F2AD685" wp14:editId="4672890F">
            <wp:extent cx="6071611" cy="2218055"/>
            <wp:effectExtent l="0" t="0" r="5715" b="0"/>
            <wp:docPr id="40294079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92310" cy="2225617"/>
                    </a:xfrm>
                    <a:prstGeom prst="rect">
                      <a:avLst/>
                    </a:prstGeom>
                    <a:noFill/>
                  </pic:spPr>
                </pic:pic>
              </a:graphicData>
            </a:graphic>
          </wp:inline>
        </w:drawing>
      </w:r>
    </w:p>
    <w:p w14:paraId="484D8A00" w14:textId="77777777" w:rsidR="00134FB2" w:rsidRDefault="00134FB2">
      <w:r>
        <w:t>The expected result should be</w:t>
      </w:r>
    </w:p>
    <w:p w14:paraId="66A59BB4" w14:textId="77777777" w:rsidR="00134FB2" w:rsidRDefault="00134FB2" w:rsidP="00134FB2">
      <w:r>
        <w:t>AppointmentStatus = Scheduled</w:t>
      </w:r>
    </w:p>
    <w:p w14:paraId="7A5324A0" w14:textId="77777777" w:rsidR="00134FB2" w:rsidRDefault="00134FB2" w:rsidP="00134FB2">
      <w:r>
        <w:t>TreatmentID        = NULL</w:t>
      </w:r>
    </w:p>
    <w:p w14:paraId="6508FD1D" w14:textId="7BF0F709" w:rsidR="0080020B" w:rsidRPr="005B1F82" w:rsidRDefault="00134FB2" w:rsidP="00134FB2">
      <w:pPr>
        <w:rPr>
          <w:rStyle w:val="Heading2Char"/>
        </w:rPr>
      </w:pPr>
      <w:r>
        <w:t>Diagnosis          = NULL</w:t>
      </w:r>
      <w:r w:rsidR="0080020B">
        <w:br w:type="page"/>
      </w:r>
      <w:r w:rsidR="0080020B" w:rsidRPr="005B1F82">
        <w:rPr>
          <w:rStyle w:val="Heading2Char"/>
        </w:rPr>
        <w:lastRenderedPageBreak/>
        <w:t>3.2</w:t>
      </w:r>
      <w:r w:rsidR="0080020B" w:rsidRPr="005B1F82">
        <w:rPr>
          <w:rStyle w:val="Heading2Char"/>
        </w:rPr>
        <w:tab/>
        <w:t>CRUD stored procedures</w:t>
      </w:r>
    </w:p>
    <w:p w14:paraId="1F1FD7AA" w14:textId="77777777" w:rsidR="0080020B" w:rsidRDefault="0080020B" w:rsidP="0080020B">
      <w:pPr>
        <w:spacing w:after="60"/>
        <w:rPr>
          <w:b/>
          <w:bCs/>
        </w:rPr>
      </w:pPr>
    </w:p>
    <w:p w14:paraId="022B401F" w14:textId="37165461" w:rsidR="0080020B" w:rsidRPr="0080020B" w:rsidRDefault="0080020B" w:rsidP="005B1F82">
      <w:pPr>
        <w:pStyle w:val="Heading3"/>
      </w:pPr>
      <w:bookmarkStart w:id="74" w:name="_Toc237605279"/>
      <w:r>
        <w:t>Create Patient</w:t>
      </w:r>
      <w:bookmarkEnd w:id="74"/>
    </w:p>
    <w:p w14:paraId="17D79A05" w14:textId="77777777" w:rsidR="0080020B" w:rsidRDefault="0080020B" w:rsidP="0080020B">
      <w:pPr>
        <w:spacing w:after="60"/>
      </w:pPr>
    </w:p>
    <w:p w14:paraId="39713223" w14:textId="422F8A71" w:rsidR="0080020B" w:rsidRDefault="0080020B" w:rsidP="0080020B">
      <w:pPr>
        <w:spacing w:after="60"/>
      </w:pPr>
      <w:r>
        <w:rPr>
          <w:noProof/>
        </w:rPr>
        <w:drawing>
          <wp:inline distT="0" distB="0" distL="0" distR="0" wp14:anchorId="66FA787A" wp14:editId="267C4A08">
            <wp:extent cx="6743700" cy="4922520"/>
            <wp:effectExtent l="0" t="0" r="0" b="0"/>
            <wp:docPr id="1635847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779721" cy="4948813"/>
                    </a:xfrm>
                    <a:prstGeom prst="rect">
                      <a:avLst/>
                    </a:prstGeom>
                    <a:noFill/>
                  </pic:spPr>
                </pic:pic>
              </a:graphicData>
            </a:graphic>
          </wp:inline>
        </w:drawing>
      </w:r>
    </w:p>
    <w:p w14:paraId="32E2827A" w14:textId="77777777" w:rsidR="0080020B" w:rsidRDefault="0080020B" w:rsidP="0080020B">
      <w:pPr>
        <w:spacing w:after="60"/>
      </w:pPr>
    </w:p>
    <w:p w14:paraId="3EE1B258" w14:textId="6EAFDB9C" w:rsidR="0080020B" w:rsidRDefault="0080020B">
      <w:r>
        <w:br w:type="page"/>
      </w:r>
    </w:p>
    <w:p w14:paraId="6B88EFB9" w14:textId="5AC45CD1" w:rsidR="0080020B" w:rsidRDefault="0080020B" w:rsidP="005B1F82">
      <w:pPr>
        <w:pStyle w:val="Heading3"/>
      </w:pPr>
      <w:bookmarkStart w:id="75" w:name="_Toc237605280"/>
      <w:r>
        <w:lastRenderedPageBreak/>
        <w:t>Testing the Create Patient</w:t>
      </w:r>
      <w:bookmarkEnd w:id="75"/>
      <w:r>
        <w:t xml:space="preserve"> </w:t>
      </w:r>
    </w:p>
    <w:p w14:paraId="692026D4" w14:textId="77777777" w:rsidR="0080020B" w:rsidRDefault="0080020B" w:rsidP="0080020B">
      <w:pPr>
        <w:spacing w:after="60"/>
      </w:pPr>
    </w:p>
    <w:p w14:paraId="3EBA8A56" w14:textId="12AD9FDF" w:rsidR="0080020B" w:rsidRDefault="0080020B" w:rsidP="0080020B">
      <w:pPr>
        <w:spacing w:after="60"/>
      </w:pPr>
      <w:r>
        <w:rPr>
          <w:noProof/>
        </w:rPr>
        <w:drawing>
          <wp:inline distT="0" distB="0" distL="0" distR="0" wp14:anchorId="0EA509E3" wp14:editId="350C07BC">
            <wp:extent cx="6911832" cy="3307715"/>
            <wp:effectExtent l="0" t="0" r="3810" b="6985"/>
            <wp:docPr id="382946764"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941554" cy="3321939"/>
                    </a:xfrm>
                    <a:prstGeom prst="rect">
                      <a:avLst/>
                    </a:prstGeom>
                    <a:noFill/>
                  </pic:spPr>
                </pic:pic>
              </a:graphicData>
            </a:graphic>
          </wp:inline>
        </w:drawing>
      </w:r>
    </w:p>
    <w:p w14:paraId="519090D7" w14:textId="77777777" w:rsidR="0080020B" w:rsidRDefault="0080020B" w:rsidP="0080020B">
      <w:pPr>
        <w:spacing w:after="60"/>
      </w:pPr>
    </w:p>
    <w:p w14:paraId="632BCCF3" w14:textId="2818D429" w:rsidR="0080020B" w:rsidRDefault="0080020B" w:rsidP="0080020B">
      <w:pPr>
        <w:spacing w:after="60"/>
      </w:pPr>
      <w:r>
        <w:rPr>
          <w:noProof/>
        </w:rPr>
        <w:drawing>
          <wp:inline distT="0" distB="0" distL="0" distR="0" wp14:anchorId="4816F164" wp14:editId="2D1F2869">
            <wp:extent cx="6873934" cy="3345180"/>
            <wp:effectExtent l="0" t="0" r="3175" b="7620"/>
            <wp:docPr id="182138305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930879" cy="3372892"/>
                    </a:xfrm>
                    <a:prstGeom prst="rect">
                      <a:avLst/>
                    </a:prstGeom>
                    <a:noFill/>
                  </pic:spPr>
                </pic:pic>
              </a:graphicData>
            </a:graphic>
          </wp:inline>
        </w:drawing>
      </w:r>
    </w:p>
    <w:p w14:paraId="76EAF2A6" w14:textId="77777777" w:rsidR="0080020B" w:rsidRDefault="0080020B" w:rsidP="0080020B">
      <w:pPr>
        <w:spacing w:after="60"/>
      </w:pPr>
    </w:p>
    <w:p w14:paraId="780B318F" w14:textId="76474C39" w:rsidR="0080020B" w:rsidRDefault="0080020B" w:rsidP="0080020B">
      <w:pPr>
        <w:spacing w:after="60"/>
      </w:pPr>
      <w:r>
        <w:t>We can see from the table that Ruby Andersson has been added.</w:t>
      </w:r>
    </w:p>
    <w:p w14:paraId="5A648114" w14:textId="77777777" w:rsidR="0080020B" w:rsidRDefault="0080020B" w:rsidP="0080020B">
      <w:pPr>
        <w:spacing w:after="60"/>
      </w:pPr>
    </w:p>
    <w:p w14:paraId="37AFFEA4" w14:textId="77777777" w:rsidR="0080020B" w:rsidRDefault="0080020B" w:rsidP="0080020B">
      <w:pPr>
        <w:spacing w:after="60"/>
      </w:pPr>
    </w:p>
    <w:p w14:paraId="2FC8BF59" w14:textId="4361731A" w:rsidR="0080020B" w:rsidRDefault="0080020B">
      <w:r>
        <w:br w:type="page"/>
      </w:r>
    </w:p>
    <w:p w14:paraId="0C898803" w14:textId="1D4B2E3D" w:rsidR="0080020B" w:rsidRDefault="0080020B" w:rsidP="005B1F82">
      <w:pPr>
        <w:pStyle w:val="Heading3"/>
      </w:pPr>
      <w:bookmarkStart w:id="76" w:name="_Toc237605281"/>
      <w:r>
        <w:lastRenderedPageBreak/>
        <w:t>Read Patient</w:t>
      </w:r>
      <w:bookmarkEnd w:id="76"/>
    </w:p>
    <w:p w14:paraId="063A3284" w14:textId="77777777" w:rsidR="0080020B" w:rsidRDefault="0080020B" w:rsidP="0080020B">
      <w:pPr>
        <w:spacing w:after="60"/>
      </w:pPr>
    </w:p>
    <w:p w14:paraId="7073E261" w14:textId="55586A59" w:rsidR="0080020B" w:rsidRDefault="0080020B" w:rsidP="0080020B">
      <w:pPr>
        <w:spacing w:after="60"/>
      </w:pPr>
      <w:r>
        <w:rPr>
          <w:noProof/>
        </w:rPr>
        <w:drawing>
          <wp:inline distT="0" distB="0" distL="0" distR="0" wp14:anchorId="2CA302B7" wp14:editId="5EA24008">
            <wp:extent cx="6920230" cy="1948828"/>
            <wp:effectExtent l="0" t="0" r="0" b="0"/>
            <wp:docPr id="13899385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967288" cy="1962080"/>
                    </a:xfrm>
                    <a:prstGeom prst="rect">
                      <a:avLst/>
                    </a:prstGeom>
                    <a:noFill/>
                  </pic:spPr>
                </pic:pic>
              </a:graphicData>
            </a:graphic>
          </wp:inline>
        </w:drawing>
      </w:r>
    </w:p>
    <w:p w14:paraId="6A92CA8E" w14:textId="77777777" w:rsidR="0080020B" w:rsidRDefault="0080020B" w:rsidP="0080020B">
      <w:pPr>
        <w:spacing w:after="60"/>
      </w:pPr>
    </w:p>
    <w:p w14:paraId="2DD2A59E" w14:textId="77777777" w:rsidR="0080020B" w:rsidRDefault="0080020B" w:rsidP="0080020B">
      <w:pPr>
        <w:spacing w:after="60"/>
      </w:pPr>
    </w:p>
    <w:p w14:paraId="790A56D3" w14:textId="77777777" w:rsidR="0080020B" w:rsidRDefault="0080020B" w:rsidP="0080020B">
      <w:pPr>
        <w:spacing w:after="60"/>
      </w:pPr>
    </w:p>
    <w:p w14:paraId="5F9B3FEC" w14:textId="27ADC00D" w:rsidR="0080020B" w:rsidRDefault="0080020B" w:rsidP="0080020B">
      <w:pPr>
        <w:spacing w:after="60"/>
      </w:pPr>
      <w:r>
        <w:rPr>
          <w:noProof/>
        </w:rPr>
        <w:drawing>
          <wp:inline distT="0" distB="0" distL="0" distR="0" wp14:anchorId="6525F3A5" wp14:editId="4AC760CA">
            <wp:extent cx="6866890" cy="3087413"/>
            <wp:effectExtent l="0" t="0" r="0" b="0"/>
            <wp:docPr id="589033411"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17248" cy="3110054"/>
                    </a:xfrm>
                    <a:prstGeom prst="rect">
                      <a:avLst/>
                    </a:prstGeom>
                    <a:noFill/>
                  </pic:spPr>
                </pic:pic>
              </a:graphicData>
            </a:graphic>
          </wp:inline>
        </w:drawing>
      </w:r>
    </w:p>
    <w:p w14:paraId="6EAEEC83" w14:textId="77777777" w:rsidR="0080020B" w:rsidRDefault="0080020B" w:rsidP="0080020B">
      <w:pPr>
        <w:spacing w:after="60"/>
      </w:pPr>
    </w:p>
    <w:p w14:paraId="6BF53848" w14:textId="77777777" w:rsidR="0080020B" w:rsidRDefault="0080020B" w:rsidP="0080020B">
      <w:pPr>
        <w:spacing w:after="60"/>
      </w:pPr>
    </w:p>
    <w:p w14:paraId="56154A18" w14:textId="130BBEC1" w:rsidR="0080020B" w:rsidRDefault="0080020B">
      <w:r>
        <w:br w:type="page"/>
      </w:r>
    </w:p>
    <w:p w14:paraId="44A1A07E" w14:textId="04C3A615" w:rsidR="0080020B" w:rsidRDefault="0080020B" w:rsidP="005B1F82">
      <w:pPr>
        <w:pStyle w:val="Heading3"/>
      </w:pPr>
      <w:bookmarkStart w:id="77" w:name="_Toc237605282"/>
      <w:r>
        <w:lastRenderedPageBreak/>
        <w:t>Update Patient</w:t>
      </w:r>
      <w:bookmarkEnd w:id="77"/>
    </w:p>
    <w:p w14:paraId="51260025" w14:textId="77777777" w:rsidR="0080020B" w:rsidRDefault="0080020B" w:rsidP="0080020B">
      <w:pPr>
        <w:spacing w:after="60"/>
      </w:pPr>
    </w:p>
    <w:p w14:paraId="7451C205" w14:textId="0672D54C" w:rsidR="0080020B" w:rsidRDefault="0080020B" w:rsidP="0080020B">
      <w:pPr>
        <w:spacing w:after="60"/>
      </w:pPr>
      <w:r>
        <w:rPr>
          <w:noProof/>
        </w:rPr>
        <w:drawing>
          <wp:inline distT="0" distB="0" distL="0" distR="0" wp14:anchorId="63E872E4" wp14:editId="7CD90D41">
            <wp:extent cx="6811554" cy="2354580"/>
            <wp:effectExtent l="0" t="0" r="8890" b="7620"/>
            <wp:docPr id="1050685675"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874589" cy="2376370"/>
                    </a:xfrm>
                    <a:prstGeom prst="rect">
                      <a:avLst/>
                    </a:prstGeom>
                    <a:noFill/>
                  </pic:spPr>
                </pic:pic>
              </a:graphicData>
            </a:graphic>
          </wp:inline>
        </w:drawing>
      </w:r>
    </w:p>
    <w:p w14:paraId="4A30854B" w14:textId="77777777" w:rsidR="0080020B" w:rsidRDefault="0080020B" w:rsidP="0080020B">
      <w:pPr>
        <w:spacing w:after="60"/>
      </w:pPr>
    </w:p>
    <w:p w14:paraId="32573122" w14:textId="0DE64FEA" w:rsidR="0080020B" w:rsidRDefault="0080020B" w:rsidP="005B1F82">
      <w:pPr>
        <w:pStyle w:val="Heading3"/>
      </w:pPr>
      <w:bookmarkStart w:id="78" w:name="_Toc237605283"/>
      <w:r>
        <w:t>Delete Patient</w:t>
      </w:r>
      <w:bookmarkEnd w:id="78"/>
    </w:p>
    <w:p w14:paraId="548979E5" w14:textId="4B009DC4" w:rsidR="0080020B" w:rsidRDefault="0080020B" w:rsidP="0080020B">
      <w:pPr>
        <w:spacing w:after="60"/>
      </w:pPr>
      <w:r>
        <w:rPr>
          <w:noProof/>
        </w:rPr>
        <w:drawing>
          <wp:inline distT="0" distB="0" distL="0" distR="0" wp14:anchorId="2210F67C" wp14:editId="5E8A787F">
            <wp:extent cx="6859270" cy="1962482"/>
            <wp:effectExtent l="0" t="0" r="0" b="0"/>
            <wp:docPr id="432116936"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937125" cy="1984757"/>
                    </a:xfrm>
                    <a:prstGeom prst="rect">
                      <a:avLst/>
                    </a:prstGeom>
                    <a:noFill/>
                  </pic:spPr>
                </pic:pic>
              </a:graphicData>
            </a:graphic>
          </wp:inline>
        </w:drawing>
      </w:r>
    </w:p>
    <w:p w14:paraId="77620E93" w14:textId="59754987" w:rsidR="0080020B" w:rsidRDefault="0080020B" w:rsidP="0080020B">
      <w:pPr>
        <w:spacing w:before="480" w:after="60" w:line="360" w:lineRule="auto"/>
      </w:pPr>
      <w:r w:rsidRPr="0080020B">
        <w:t>Clinical records should not be deleted casually. Therefore, the delete procedure should reject deletion where appointment history exists.</w:t>
      </w:r>
    </w:p>
    <w:p w14:paraId="7EEFBF66" w14:textId="65908FBF" w:rsidR="0080020B" w:rsidRDefault="0080020B" w:rsidP="0080020B">
      <w:pPr>
        <w:spacing w:before="480" w:after="60" w:line="360" w:lineRule="auto"/>
      </w:pPr>
      <w:r>
        <w:t>This is substantially stronger than allowing unrestricted deletion because it protects historical clinical relationships.</w:t>
      </w:r>
    </w:p>
    <w:p w14:paraId="7D472BC6" w14:textId="77777777" w:rsidR="004A69AF" w:rsidRDefault="004A69AF" w:rsidP="004A69AF">
      <w:pPr>
        <w:spacing w:before="480" w:after="60" w:line="360" w:lineRule="auto"/>
        <w:jc w:val="both"/>
      </w:pPr>
      <w:r>
        <w:t>Stored procedures were implemented for Create, Read, Update and Delete operations, principally for Patient and Appointment. MySQL stored routines allow a set of SQL statements to be stored on the server and reused by client applications, improving consistency where several applications must perform the same business operation [7].</w:t>
      </w:r>
    </w:p>
    <w:p w14:paraId="2E6756D2" w14:textId="77777777" w:rsidR="004A69AF" w:rsidRDefault="004A69AF" w:rsidP="004A69AF">
      <w:pPr>
        <w:spacing w:before="480" w:after="60" w:line="360" w:lineRule="auto"/>
        <w:jc w:val="both"/>
      </w:pPr>
    </w:p>
    <w:p w14:paraId="72B00B61" w14:textId="42B40459" w:rsidR="004A69AF" w:rsidRDefault="004A69AF" w:rsidP="004A69AF">
      <w:pPr>
        <w:spacing w:before="480" w:after="60" w:line="360" w:lineRule="auto"/>
        <w:jc w:val="both"/>
      </w:pPr>
      <w:r>
        <w:lastRenderedPageBreak/>
        <w:t>For example, sp_CreatePatient validates the patient's date of birth and checks that the patient number does not already exist before inserting the record. sp_UpdatePatient first confirms that the requested patient exists. sp_DeletePatient is deliberately more restrictive: deletion is rejected if the patient has appointment history. This is preferable to unrestricted CRUD because clinical information should not disappear solely because a user executes a delete operation.</w:t>
      </w:r>
    </w:p>
    <w:p w14:paraId="4472E14C" w14:textId="0BC293FD" w:rsidR="004A69AF" w:rsidRDefault="004A69AF" w:rsidP="004A69AF">
      <w:pPr>
        <w:spacing w:before="480" w:after="60" w:line="360" w:lineRule="auto"/>
        <w:jc w:val="both"/>
      </w:pPr>
      <w:r>
        <w:t>Appointment procedures apply further business logic. sp_CreateAppointment validates patient and doctor status and rejects overlapping appointments using:</w:t>
      </w:r>
    </w:p>
    <w:p w14:paraId="78F0C375" w14:textId="0F17ABB4" w:rsidR="004A69AF" w:rsidRDefault="004A69AF" w:rsidP="004A69AF">
      <w:pPr>
        <w:spacing w:before="480" w:after="60" w:line="360" w:lineRule="auto"/>
        <w:jc w:val="both"/>
      </w:pPr>
      <w:r>
        <w:t>ExistingStart &lt; ProposedEnd AND ExistingEnd &gt; ProposedStart.</w:t>
      </w:r>
    </w:p>
    <w:p w14:paraId="2B8441B6" w14:textId="1A22E0A0" w:rsidR="004A69AF" w:rsidRDefault="004A69AF" w:rsidP="004A69AF">
      <w:pPr>
        <w:spacing w:before="480" w:after="60" w:line="360" w:lineRule="auto"/>
        <w:jc w:val="both"/>
      </w:pPr>
      <w:r>
        <w:t>This is stronger than a simple unique constraint on doctor and appointment start time because it detects partial overlaps such as 10:00–10:30 and 10:15–10:45.</w:t>
      </w:r>
    </w:p>
    <w:p w14:paraId="3A49FF27" w14:textId="4AC042D9" w:rsidR="004A69AF" w:rsidRDefault="004A69AF" w:rsidP="004A69AF">
      <w:pPr>
        <w:spacing w:before="480" w:after="60" w:line="360" w:lineRule="auto"/>
        <w:jc w:val="both"/>
      </w:pPr>
      <w:r>
        <w:t>Each modifying procedure uses a transaction and an SQL exception handler. The repeated logic ensures that either the procedure completes successfully or its changes are rolled back.</w:t>
      </w:r>
    </w:p>
    <w:p w14:paraId="5BD6F3F6" w14:textId="02DF4755" w:rsidR="004A69AF" w:rsidRDefault="004A69AF" w:rsidP="004A69AF">
      <w:pPr>
        <w:spacing w:before="480" w:after="60" w:line="360" w:lineRule="auto"/>
        <w:jc w:val="both"/>
      </w:pPr>
      <w:r>
        <w:t>[Insert Figure 5: Successful stored-procedure execution and returned patient/appointment record.]</w:t>
      </w:r>
    </w:p>
    <w:p w14:paraId="77DEA465" w14:textId="59656EE3" w:rsidR="004A69AF" w:rsidRPr="001A6423" w:rsidRDefault="004A69AF" w:rsidP="005B1F82">
      <w:pPr>
        <w:pStyle w:val="Heading2"/>
      </w:pPr>
      <w:bookmarkStart w:id="79" w:name="_Toc237605284"/>
      <w:r w:rsidRPr="004A69AF">
        <w:t xml:space="preserve">3.3 </w:t>
      </w:r>
      <w:r>
        <w:tab/>
      </w:r>
      <w:r w:rsidRPr="004A69AF">
        <w:t>Transactional Scenario and Transaction Control</w:t>
      </w:r>
      <w:bookmarkEnd w:id="79"/>
    </w:p>
    <w:p w14:paraId="7BA691BB" w14:textId="7C0264BB" w:rsidR="004A69AF" w:rsidRDefault="004A69AF" w:rsidP="004A69AF">
      <w:pPr>
        <w:spacing w:before="480" w:after="60" w:line="360" w:lineRule="auto"/>
        <w:jc w:val="both"/>
      </w:pPr>
      <w:r>
        <w:t>Transactions are essential where several database changes represent one logical operation. Contemporary database literature continues to distinguish relational systems by their strong transactional guarantees, particularly ACID properties—atomicity, consistency, isolation and durability [4].</w:t>
      </w:r>
    </w:p>
    <w:p w14:paraId="4A5C5DF2" w14:textId="14E6F99B" w:rsidR="004A69AF" w:rsidRDefault="004A69AF" w:rsidP="004A69AF">
      <w:pPr>
        <w:spacing w:before="480" w:after="60" w:line="360" w:lineRule="auto"/>
        <w:jc w:val="both"/>
      </w:pPr>
      <w:r>
        <w:t>The MedAssist scenario uses sp_CompleteConsultation. The procedure performs two related operations:</w:t>
      </w:r>
    </w:p>
    <w:p w14:paraId="548CF091" w14:textId="77777777" w:rsidR="004A69AF" w:rsidRDefault="004A69AF" w:rsidP="004A69AF">
      <w:pPr>
        <w:spacing w:before="480" w:after="60" w:line="360" w:lineRule="auto"/>
        <w:jc w:val="both"/>
      </w:pPr>
      <w:r>
        <w:t>changes the appointment status to Completed; and</w:t>
      </w:r>
    </w:p>
    <w:p w14:paraId="1BD96717" w14:textId="7682D9B5" w:rsidR="004A69AF" w:rsidRDefault="004A69AF" w:rsidP="004A69AF">
      <w:pPr>
        <w:spacing w:before="480" w:after="60" w:line="360" w:lineRule="auto"/>
        <w:jc w:val="both"/>
      </w:pPr>
      <w:r>
        <w:t>inserts the corresponding treatment record.</w:t>
      </w:r>
    </w:p>
    <w:p w14:paraId="0D228E9B" w14:textId="6FAA621D" w:rsidR="004A69AF" w:rsidRDefault="004A69AF" w:rsidP="004A69AF">
      <w:pPr>
        <w:spacing w:before="480" w:after="60" w:line="360" w:lineRule="auto"/>
        <w:jc w:val="both"/>
      </w:pPr>
      <w:r>
        <w:t>These operations must not become permanently separated. A completed appointment without treatment documentation would represent an inconsistent clinical state.</w:t>
      </w:r>
    </w:p>
    <w:p w14:paraId="12FB7512" w14:textId="5CF2F4E8" w:rsidR="004A69AF" w:rsidRDefault="004A69AF" w:rsidP="004A69AF">
      <w:pPr>
        <w:spacing w:before="480" w:after="60" w:line="360" w:lineRule="auto"/>
        <w:jc w:val="both"/>
      </w:pPr>
      <w:r>
        <w:lastRenderedPageBreak/>
        <w:t>Although the assignment refers to BEGIN, MySQL correctly uses START TRANSACTION inside stored procedures because BEGIN is interpreted as the beginning of a compound stored-program block. MySQL documents START TRANSACTION, COMMIT and ROLLBACK as the transaction-control statements, and explicitly distinguishes transaction initiation from the BEGIN ... END stored-program syntax [8].</w:t>
      </w:r>
    </w:p>
    <w:p w14:paraId="13960ABB" w14:textId="235BE936" w:rsidR="004A69AF" w:rsidRDefault="004A69AF" w:rsidP="004A69AF">
      <w:pPr>
        <w:spacing w:before="480" w:after="60" w:line="360" w:lineRule="auto"/>
        <w:jc w:val="both"/>
      </w:pPr>
      <w:r>
        <w:t>A successful call updates the appointment, inserts the treatment and executes COMMIT, making both operations permanent.</w:t>
      </w:r>
    </w:p>
    <w:p w14:paraId="34056EF9" w14:textId="7D4035A5" w:rsidR="004A69AF" w:rsidRDefault="004A69AF" w:rsidP="004A69AF">
      <w:pPr>
        <w:spacing w:before="480" w:after="60" w:line="360" w:lineRule="auto"/>
        <w:jc w:val="both"/>
      </w:pPr>
      <w:r>
        <w:t>Rollback was tested deliberately by passing a null diagnosis to a NOT NULL treatment column. The appointment status had already been changed within the transaction, but the treatment insertion failed. The exception handler executed ROLLBACK, which reversed the earlier update. Subsequent querying showed the appointment remained Scheduled and no treatment record existed.</w:t>
      </w:r>
    </w:p>
    <w:p w14:paraId="05C3CEEF" w14:textId="24FEB110" w:rsidR="004A69AF" w:rsidRDefault="004A69AF" w:rsidP="004A69AF">
      <w:pPr>
        <w:spacing w:before="480" w:after="60" w:line="360" w:lineRule="auto"/>
        <w:jc w:val="both"/>
      </w:pPr>
      <w:r>
        <w:t>This provides direct evidence of atomicity: the database cannot retain a partially completed consultation. COMMIT is therefore justified only after every dependent operation succeeds, whereas ROLLBACK is necessary whenever an error would otherwise leave related tables inconsistent.</w:t>
      </w:r>
    </w:p>
    <w:p w14:paraId="7493AB21" w14:textId="180E81EE" w:rsidR="004A69AF" w:rsidRPr="001A6423" w:rsidRDefault="004A69AF" w:rsidP="005B1F82">
      <w:pPr>
        <w:pStyle w:val="Heading2"/>
      </w:pPr>
      <w:bookmarkStart w:id="80" w:name="_Toc237605285"/>
      <w:r w:rsidRPr="001A6423">
        <w:t xml:space="preserve">3.4 </w:t>
      </w:r>
      <w:r w:rsidR="001A6423">
        <w:tab/>
      </w:r>
      <w:r w:rsidRPr="001A6423">
        <w:t>Triggers, Functions and Auditing</w:t>
      </w:r>
      <w:bookmarkEnd w:id="80"/>
    </w:p>
    <w:p w14:paraId="39B8B8F3" w14:textId="51B08DE4" w:rsidR="004A69AF" w:rsidRDefault="004A69AF" w:rsidP="004A69AF">
      <w:pPr>
        <w:spacing w:before="480" w:after="60" w:line="360" w:lineRule="auto"/>
        <w:jc w:val="both"/>
      </w:pPr>
      <w:r>
        <w:t>A supporting Audit Log table was introduced as a technical implementation object rather than a seventh business entity. It records table name, record identifier, action type, old values, new values, user and timestamp.</w:t>
      </w:r>
    </w:p>
    <w:p w14:paraId="4476ED83" w14:textId="28EBCF6C" w:rsidR="004A69AF" w:rsidRDefault="004A69AF" w:rsidP="004A69AF">
      <w:pPr>
        <w:spacing w:before="480" w:after="60" w:line="360" w:lineRule="auto"/>
        <w:jc w:val="both"/>
      </w:pPr>
      <w:r>
        <w:t>Three Appointment triggers execute automatically after insert, update and delete events. MySQL triggers are table-associated objects activated by specified events, and the OLD and NEW row aliases make it possible to access values before and after a change [9].</w:t>
      </w:r>
    </w:p>
    <w:p w14:paraId="29E10D7F" w14:textId="06A5BCFB" w:rsidR="004A69AF" w:rsidRDefault="004A69AF" w:rsidP="004A69AF">
      <w:pPr>
        <w:spacing w:before="480" w:after="60" w:line="360" w:lineRule="auto"/>
        <w:jc w:val="both"/>
      </w:pPr>
      <w:r>
        <w:t>The update trigger serializes the previous and new appointment values as JSON and stores them in Audit Log. This approach centralizes auditing at database level, meaning changes remain traceable regardless of whether they originate from phpMyAdmin or an application interface. Auditability is particularly valuable in health information systems, where recent literature stresses accountability, privacy controls and regular auditing as important safeguards for electronic health information [5].</w:t>
      </w:r>
    </w:p>
    <w:p w14:paraId="69E4183C" w14:textId="74BA7684" w:rsidR="004A69AF" w:rsidRDefault="004A69AF" w:rsidP="004A69AF">
      <w:pPr>
        <w:spacing w:before="480" w:after="60" w:line="360" w:lineRule="auto"/>
        <w:jc w:val="both"/>
      </w:pPr>
      <w:r>
        <w:t>A stored function, fn_AuditCount, returns the number of audit events for a specified record. Functions were used only for retrieval-style logic; transaction control remains within procedures because MySQL restricts explicit transaction statements inside triggers and stored functions.</w:t>
      </w:r>
    </w:p>
    <w:p w14:paraId="1C6FA9B6" w14:textId="30350716" w:rsidR="004A69AF" w:rsidRDefault="004A69AF" w:rsidP="004A69AF">
      <w:pPr>
        <w:spacing w:before="480" w:after="60" w:line="360" w:lineRule="auto"/>
        <w:jc w:val="both"/>
      </w:pPr>
      <w:r>
        <w:lastRenderedPageBreak/>
        <w:t>Triggers have a trade-off: they provide automatic enforcement but may hide processing from application developers. For this reason, the prototype uses triggers specifically for cross-cutting audit functionality, while major clinical workflows remain explicit in stored procedures.</w:t>
      </w:r>
    </w:p>
    <w:p w14:paraId="464E4E01" w14:textId="014AB9B3" w:rsidR="004A69AF" w:rsidRPr="001A6423" w:rsidRDefault="004A69AF" w:rsidP="005B1F82">
      <w:pPr>
        <w:pStyle w:val="Heading1"/>
      </w:pPr>
      <w:bookmarkStart w:id="81" w:name="_Toc237605286"/>
      <w:r w:rsidRPr="001A6423">
        <w:t>4.</w:t>
      </w:r>
      <w:r w:rsidR="001A6423">
        <w:tab/>
      </w:r>
      <w:r w:rsidRPr="001A6423">
        <w:t xml:space="preserve"> Performance Tuning and Query Optimization</w:t>
      </w:r>
      <w:bookmarkEnd w:id="81"/>
    </w:p>
    <w:p w14:paraId="14125838" w14:textId="010ECF58" w:rsidR="004A69AF" w:rsidRDefault="004A69AF" w:rsidP="004A69AF">
      <w:pPr>
        <w:spacing w:before="480" w:after="60" w:line="360" w:lineRule="auto"/>
        <w:jc w:val="both"/>
      </w:pPr>
      <w:r>
        <w:t>Four frequent operations were identified: retrieving a doctor's diary, retrieving a patient's appointment history, locating feedback awaiting review and retrieving recent treatment records. Secondary indexes were therefore created on:</w:t>
      </w:r>
    </w:p>
    <w:p w14:paraId="1ECF2A92" w14:textId="77777777" w:rsidR="004A69AF" w:rsidRDefault="004A69AF" w:rsidP="004A69AF">
      <w:pPr>
        <w:spacing w:before="480" w:after="60" w:line="360" w:lineRule="auto"/>
        <w:jc w:val="both"/>
      </w:pPr>
      <w:r>
        <w:t>Appointment(DoctorID, AppointmentStart),</w:t>
      </w:r>
    </w:p>
    <w:p w14:paraId="0CA0EECC" w14:textId="77777777" w:rsidR="004A69AF" w:rsidRDefault="004A69AF" w:rsidP="004A69AF">
      <w:pPr>
        <w:spacing w:before="480" w:after="60" w:line="360" w:lineRule="auto"/>
        <w:jc w:val="both"/>
      </w:pPr>
      <w:r>
        <w:t>Appointment(PatientID, AppointmentStart),</w:t>
      </w:r>
    </w:p>
    <w:p w14:paraId="14F5ADBA" w14:textId="77777777" w:rsidR="004A69AF" w:rsidRDefault="004A69AF" w:rsidP="004A69AF">
      <w:pPr>
        <w:spacing w:before="480" w:after="60" w:line="360" w:lineRule="auto"/>
        <w:jc w:val="both"/>
      </w:pPr>
      <w:r>
        <w:t>Feedback(ReviewStatus, SubmittedAt), and</w:t>
      </w:r>
    </w:p>
    <w:p w14:paraId="684A0DDF" w14:textId="669519E2" w:rsidR="004A69AF" w:rsidRDefault="004A69AF" w:rsidP="004A69AF">
      <w:pPr>
        <w:spacing w:before="480" w:after="60" w:line="360" w:lineRule="auto"/>
        <w:jc w:val="both"/>
      </w:pPr>
      <w:r>
        <w:t>Treatment(RecordedAt).</w:t>
      </w:r>
    </w:p>
    <w:p w14:paraId="1EF02AE6" w14:textId="7E498C37" w:rsidR="004A69AF" w:rsidRDefault="004A69AF" w:rsidP="004A69AF">
      <w:pPr>
        <w:spacing w:before="480" w:after="60" w:line="360" w:lineRule="auto"/>
        <w:jc w:val="both"/>
      </w:pPr>
      <w:r>
        <w:t>The first two indexes reflect common equality-plus-date-range access patterns. Their column order is deliberate: a doctor or patient is selected first and appointment time is then used for range filtering or ordering. Indexing should be workload-driven rather than indiscriminate because every additional index consumes storage and introduces maintenance work during inserts and updates. Recent research continues to identify indexing and query tuning as major components of database performance optimization [2], [3].</w:t>
      </w:r>
    </w:p>
    <w:p w14:paraId="6B311D0F" w14:textId="6384A734" w:rsidR="004A69AF" w:rsidRDefault="004A69AF" w:rsidP="004A69AF">
      <w:pPr>
        <w:spacing w:before="480" w:after="60" w:line="360" w:lineRule="auto"/>
        <w:jc w:val="both"/>
      </w:pPr>
      <w:r>
        <w:t>The design therefore avoids creating isolated indexes on low-selectivity Boolean fields such as IsActive. Although such a column may appear in predicates, an index containing only two possible values may provide little benefit in a small operational database.</w:t>
      </w:r>
    </w:p>
    <w:p w14:paraId="3F7E9D62" w14:textId="2AC2BC67" w:rsidR="004A69AF" w:rsidRDefault="004A69AF" w:rsidP="004A69AF">
      <w:pPr>
        <w:spacing w:before="480" w:after="60" w:line="360" w:lineRule="auto"/>
        <w:jc w:val="both"/>
      </w:pPr>
      <w:r>
        <w:t>MySQL's EXPLAIN command was used to inspect query execution plans and determine whether indexes were considered by the optimizer. MySQL describes EXPLAIN as a mechanism for displaying how statements will be processed, including access paths and join order [10].</w:t>
      </w:r>
    </w:p>
    <w:p w14:paraId="7D7C3F38" w14:textId="5D86CBA4" w:rsidR="0080020B" w:rsidRDefault="004A69AF" w:rsidP="004A69AF">
      <w:pPr>
        <w:spacing w:before="480" w:after="60" w:line="360" w:lineRule="auto"/>
        <w:jc w:val="both"/>
      </w:pPr>
      <w:r>
        <w:lastRenderedPageBreak/>
        <w:t>The prototype dataset is intentionally small, so execution-time improvements should not be exaggerated. On a small table MySQL may legitimately choose a full scan because scanning a few rows can be cheaper than index traversal. The more defensible conclusion is that the indexes provide scalable access paths for the clinic's predicted workload; their benefit should become more visible as appointment and treatment volumes grow. This limitation demonstrates why performance conclusions should be based on execution plans and representative data rather than unsupported timing claims.</w:t>
      </w:r>
    </w:p>
    <w:p w14:paraId="6000A0EA" w14:textId="767AF186" w:rsidR="0080020B" w:rsidRDefault="0080020B" w:rsidP="004A69AF">
      <w:pPr>
        <w:spacing w:before="480" w:after="60" w:line="360" w:lineRule="auto"/>
        <w:jc w:val="both"/>
      </w:pPr>
      <w:r>
        <w:t>Four frequent operations were identified: retrieving a doctor's diary, retrieving a patient's appointment history, locating feedback awaiting review and retrieving recent treatment records. Secondary indexes were therefore created on:</w:t>
      </w:r>
    </w:p>
    <w:p w14:paraId="132A2D8B" w14:textId="77777777" w:rsidR="0080020B" w:rsidRDefault="0080020B" w:rsidP="004A69AF">
      <w:pPr>
        <w:spacing w:before="480" w:after="60" w:line="360" w:lineRule="auto"/>
        <w:jc w:val="both"/>
      </w:pPr>
      <w:r>
        <w:t>Appointment(DoctorID, AppointmentStart),</w:t>
      </w:r>
    </w:p>
    <w:p w14:paraId="5421DCA0" w14:textId="77777777" w:rsidR="0080020B" w:rsidRDefault="0080020B" w:rsidP="004A69AF">
      <w:pPr>
        <w:spacing w:before="480" w:after="60" w:line="360" w:lineRule="auto"/>
        <w:jc w:val="both"/>
      </w:pPr>
      <w:r>
        <w:t>Appointment(PatientID, AppointmentStart),</w:t>
      </w:r>
    </w:p>
    <w:p w14:paraId="3219C9A2" w14:textId="77777777" w:rsidR="0080020B" w:rsidRDefault="0080020B" w:rsidP="004A69AF">
      <w:pPr>
        <w:spacing w:before="480" w:after="60" w:line="360" w:lineRule="auto"/>
        <w:jc w:val="both"/>
      </w:pPr>
      <w:r>
        <w:t>Feedback(ReviewStatus, SubmittedAt), and</w:t>
      </w:r>
    </w:p>
    <w:p w14:paraId="4C89FCB4" w14:textId="3496E9DA" w:rsidR="0080020B" w:rsidRDefault="0080020B" w:rsidP="004A69AF">
      <w:pPr>
        <w:spacing w:before="480" w:after="60" w:line="360" w:lineRule="auto"/>
        <w:jc w:val="both"/>
      </w:pPr>
      <w:r>
        <w:t>Treatment(RecordedAt).</w:t>
      </w:r>
    </w:p>
    <w:p w14:paraId="5D02EEF3" w14:textId="60489859" w:rsidR="0080020B" w:rsidRDefault="0080020B" w:rsidP="004A69AF">
      <w:pPr>
        <w:spacing w:before="480" w:after="60" w:line="360" w:lineRule="auto"/>
        <w:jc w:val="both"/>
      </w:pPr>
      <w:r>
        <w:t>The first two indexes reflect common equality-plus-date-range access patterns. Their column order is deliberate: a doctor or patient is selected first and appointment time is then used for range filtering or ordering. Indexing should be workload-driven rather than indiscriminate because every additional index consumes storage and introduces maintenance work during inserts and updates. Recent research continues to identify indexing and query tuning as major components of database performance optimization [2], [3].</w:t>
      </w:r>
    </w:p>
    <w:p w14:paraId="11174B4B" w14:textId="5C098458" w:rsidR="0080020B" w:rsidRDefault="0080020B" w:rsidP="004A69AF">
      <w:pPr>
        <w:spacing w:before="480" w:after="60" w:line="360" w:lineRule="auto"/>
        <w:jc w:val="both"/>
      </w:pPr>
      <w:r>
        <w:t>The design therefore avoids creating isolated indexes on low-selectivity Boolean fields such as IsActive. Although such a column may appear in predicates, an index containing only two possible values may provide little benefit in a small operational database.</w:t>
      </w:r>
    </w:p>
    <w:p w14:paraId="16E3B2B0" w14:textId="74270107" w:rsidR="0080020B" w:rsidRDefault="0080020B" w:rsidP="004A69AF">
      <w:pPr>
        <w:spacing w:before="480" w:after="60" w:line="360" w:lineRule="auto"/>
        <w:jc w:val="both"/>
      </w:pPr>
      <w:r>
        <w:t>MySQL's EXPLAIN command was used to inspect query execution plans and determine whether indexes were considered by the optimizer. MySQL describes EXPLAIN as a mechanism for displaying how statements will be processed, including access paths and join order [10].</w:t>
      </w:r>
    </w:p>
    <w:p w14:paraId="22AD4A07" w14:textId="519DC13C" w:rsidR="0080020B" w:rsidRDefault="0080020B" w:rsidP="004A69AF">
      <w:pPr>
        <w:spacing w:before="480" w:after="60" w:line="360" w:lineRule="auto"/>
        <w:jc w:val="both"/>
      </w:pPr>
      <w:r>
        <w:lastRenderedPageBreak/>
        <w:t>The prototype dataset is intentionally small, so execution-time improvements should not be exaggerated. On a small table MySQL may legitimately choose a full scan because scanning a few rows can be cheaper than index traversal. The more defensible conclusion is that the indexes provide scalable access paths for the clinic's predicted workload; their benefit should become more visible as appointment and treatment volumes grow. This limitation demonstrates why performance conclusions should be based on execution plans and representative data rather than unsupported timing claims.</w:t>
      </w:r>
    </w:p>
    <w:p w14:paraId="2C308C65" w14:textId="77777777" w:rsidR="004A69AF" w:rsidRDefault="0080020B" w:rsidP="005B1F82">
      <w:pPr>
        <w:pStyle w:val="Heading1"/>
      </w:pPr>
      <w:bookmarkStart w:id="82" w:name="_Toc237605287"/>
      <w:r w:rsidRPr="0080020B">
        <w:t>5. Conclusion and Reflection</w:t>
      </w:r>
      <w:bookmarkEnd w:id="82"/>
    </w:p>
    <w:p w14:paraId="22F9008A" w14:textId="09CA2D17" w:rsidR="0080020B" w:rsidRPr="004A69AF" w:rsidRDefault="0080020B" w:rsidP="004A69AF">
      <w:pPr>
        <w:spacing w:before="480" w:after="60" w:line="360" w:lineRule="auto"/>
        <w:jc w:val="both"/>
        <w:rPr>
          <w:b/>
          <w:bCs/>
        </w:rPr>
      </w:pPr>
      <w:r>
        <w:t>The completed MedAssist Clinic prototype demonstrates how relational database principles can be applied to a realistic healthcare scenario. Six core entities represent patients, departments, doctors, appointments, treatments and feedback, with primary, foreign, unique and check constraints protecting the relationships between them. Normalization to 3NF reduces duplication while maintaining a clear separation between demographic, organizational, transactional and clinical information.</w:t>
      </w:r>
    </w:p>
    <w:p w14:paraId="36CF1C77" w14:textId="428B799B" w:rsidR="0080020B" w:rsidRDefault="0080020B" w:rsidP="004A69AF">
      <w:pPr>
        <w:spacing w:before="480" w:after="60" w:line="360" w:lineRule="auto"/>
        <w:jc w:val="both"/>
      </w:pPr>
      <w:r>
        <w:t>The implementation extends the schema beyond simple storage. CRUD procedures centralize validation, transactions ensure multi-step operations remain atomic, and the deliberate rollback test demonstrates protection against partial clinical updates. Automatic triggers and the audit function provide traceability, while workload-specific secondary indexes support appointment, treatment and feedback retrieval.</w:t>
      </w:r>
    </w:p>
    <w:p w14:paraId="5378C140" w14:textId="5D9F8F06" w:rsidR="0080020B" w:rsidRDefault="0080020B" w:rsidP="004A69AF">
      <w:pPr>
        <w:spacing w:before="480" w:after="60" w:line="360" w:lineRule="auto"/>
        <w:jc w:val="both"/>
      </w:pPr>
      <w:r>
        <w:t>Several limitations remain. Doctor availability is currently handled primarily through appointment-overlap logic rather than a dedicated availability entity. Prescription information is embedded in treatment documentation rather than structured separately. The prototype also does not implement a complete production security model with role-based database accounts, encryption, backup policies or application-level authentication. Given the sensitivity of e-health information, these should be priorities for future development [5].</w:t>
      </w:r>
    </w:p>
    <w:p w14:paraId="779D0AC4" w14:textId="285C7AEF" w:rsidR="0080020B" w:rsidRDefault="0080020B" w:rsidP="004A69AF">
      <w:pPr>
        <w:spacing w:before="480" w:after="60" w:line="360" w:lineRule="auto"/>
        <w:jc w:val="both"/>
      </w:pPr>
      <w:r>
        <w:t>Overall, the project demonstrates that effective database development involves more than creating tables. Integrity constraints, transactions, auditing and indexing must be selected according to the operational consequences of failure. The resulting prototype therefore provides MedAssist Clinic with a coherent and extensible foundation for secure and consistent outpatient information management</w:t>
      </w:r>
    </w:p>
    <w:p w14:paraId="0FE85068" w14:textId="77777777" w:rsidR="005B1F82" w:rsidRDefault="005B1F82">
      <w:pPr>
        <w:rPr>
          <w:b/>
          <w:bCs/>
        </w:rPr>
      </w:pPr>
      <w:r>
        <w:rPr>
          <w:b/>
          <w:bCs/>
        </w:rPr>
        <w:br w:type="page"/>
      </w:r>
    </w:p>
    <w:p w14:paraId="5C54987F" w14:textId="60D96AF0" w:rsidR="00550AF0" w:rsidRPr="005B1D73" w:rsidRDefault="00550AF0" w:rsidP="005B1F82">
      <w:pPr>
        <w:pStyle w:val="Heading1"/>
      </w:pPr>
      <w:bookmarkStart w:id="83" w:name="_Toc237605288"/>
      <w:r w:rsidRPr="005B1D73">
        <w:lastRenderedPageBreak/>
        <w:t>PART B</w:t>
      </w:r>
      <w:bookmarkEnd w:id="83"/>
    </w:p>
    <w:p w14:paraId="76A8D040" w14:textId="58B575C4" w:rsidR="005B1D73" w:rsidRPr="005B1D73" w:rsidRDefault="005B1D73" w:rsidP="005B1D73">
      <w:pPr>
        <w:spacing w:line="360" w:lineRule="auto"/>
        <w:jc w:val="both"/>
      </w:pPr>
      <w:r w:rsidRPr="005B1D73">
        <w:t>Part B of this project focuses on the development of MedAssist2 Clinic, a database-driven website designed to demonstrate the practical application of PHP, MySQL, HTML and CSS within a realistic healthcare management scenario. The system builds upon the database concepts explored in Part A but uses a simplified relational database specifically designed to support the functionality required for the web application. The medassist2 database consists of four related tables: patient, department, doctors and appointment. Primary and foreign keys are used to establish appropriate relationships between these tables and to maintain referential integrity.</w:t>
      </w:r>
    </w:p>
    <w:p w14:paraId="49CF93C4" w14:textId="4473B58C" w:rsidR="005B1D73" w:rsidRPr="005B1D73" w:rsidRDefault="005B1D73" w:rsidP="005B1D73">
      <w:pPr>
        <w:spacing w:line="360" w:lineRule="auto"/>
        <w:jc w:val="both"/>
      </w:pPr>
      <w:r w:rsidRPr="005B1D73">
        <w:t>The main aim of the website is to demonstrate how server-side PHP programming can be integrated with a MySQL database to retrieve, display, search and manipulate dynamic information. The application therefore includes facilities for displaying database records, searching for patient information and performing Create, Read, Update and Delete (CRUD) operations. Particular attention has been given to the patient-management functionality, where administrators can add new patient records, review existing information, update patient details and delete records where relational constraints permit.</w:t>
      </w:r>
    </w:p>
    <w:p w14:paraId="5736507F" w14:textId="7366822E" w:rsidR="005B1D73" w:rsidRPr="005B1D73" w:rsidRDefault="005B1D73" w:rsidP="005B1D73">
      <w:pPr>
        <w:spacing w:line="360" w:lineRule="auto"/>
        <w:jc w:val="both"/>
      </w:pPr>
      <w:r w:rsidRPr="005B1D73">
        <w:t>In addition to functionality, consideration has been given to usability, presentation and security. The website uses a consistent professional visual design appropriate to a private outpatient clinic, while PHP validation, HTML output escaping and parameterized SQL statements are used to reduce common security risks. Particular emphasis is placed on SQL injection, as this represents one of the most significant threats to applications that accept user input and interact directly with relational databases. The report therefore evaluates the potential SQL-injection vulnerabilities within the application and demonstrates the measures implemented to mitigate them.</w:t>
      </w:r>
    </w:p>
    <w:p w14:paraId="31BFED12" w14:textId="77777777" w:rsidR="0031412F" w:rsidRDefault="0031412F" w:rsidP="00550AF0">
      <w:pPr>
        <w:rPr>
          <w:b/>
          <w:bCs/>
        </w:rPr>
      </w:pPr>
    </w:p>
    <w:p w14:paraId="53D7248A" w14:textId="77777777" w:rsidR="0031412F" w:rsidRDefault="0031412F" w:rsidP="00550AF0">
      <w:pPr>
        <w:rPr>
          <w:b/>
          <w:bCs/>
        </w:rPr>
      </w:pPr>
    </w:p>
    <w:p w14:paraId="75231A0D" w14:textId="77777777" w:rsidR="0031412F" w:rsidRDefault="0031412F" w:rsidP="00550AF0">
      <w:pPr>
        <w:rPr>
          <w:b/>
          <w:bCs/>
        </w:rPr>
      </w:pPr>
    </w:p>
    <w:p w14:paraId="6CDC116A" w14:textId="77777777" w:rsidR="0031412F" w:rsidRDefault="0031412F" w:rsidP="00550AF0">
      <w:pPr>
        <w:rPr>
          <w:b/>
          <w:bCs/>
        </w:rPr>
      </w:pPr>
    </w:p>
    <w:p w14:paraId="5EC4E812" w14:textId="77777777" w:rsidR="0031412F" w:rsidRDefault="0031412F" w:rsidP="00550AF0">
      <w:pPr>
        <w:rPr>
          <w:b/>
          <w:bCs/>
        </w:rPr>
      </w:pPr>
    </w:p>
    <w:p w14:paraId="22A14E6A" w14:textId="77777777" w:rsidR="0031412F" w:rsidRDefault="0031412F" w:rsidP="00550AF0">
      <w:pPr>
        <w:rPr>
          <w:b/>
          <w:bCs/>
        </w:rPr>
      </w:pPr>
    </w:p>
    <w:p w14:paraId="2FFCA589" w14:textId="77777777" w:rsidR="0031412F" w:rsidRDefault="0031412F" w:rsidP="00550AF0">
      <w:pPr>
        <w:rPr>
          <w:b/>
          <w:bCs/>
        </w:rPr>
      </w:pPr>
    </w:p>
    <w:p w14:paraId="344CD0B9" w14:textId="77777777" w:rsidR="0031412F" w:rsidRDefault="0031412F" w:rsidP="00550AF0">
      <w:pPr>
        <w:rPr>
          <w:b/>
          <w:bCs/>
        </w:rPr>
      </w:pPr>
    </w:p>
    <w:p w14:paraId="7194D686" w14:textId="77777777" w:rsidR="0031412F" w:rsidRDefault="0031412F" w:rsidP="00550AF0">
      <w:pPr>
        <w:rPr>
          <w:b/>
          <w:bCs/>
        </w:rPr>
      </w:pPr>
    </w:p>
    <w:p w14:paraId="17EE3D66" w14:textId="77777777" w:rsidR="0031412F" w:rsidRDefault="0031412F" w:rsidP="00550AF0">
      <w:pPr>
        <w:rPr>
          <w:b/>
          <w:bCs/>
        </w:rPr>
      </w:pPr>
    </w:p>
    <w:p w14:paraId="4DD5CC8A" w14:textId="77777777" w:rsidR="0031412F" w:rsidRDefault="0031412F" w:rsidP="00550AF0">
      <w:pPr>
        <w:rPr>
          <w:b/>
          <w:bCs/>
        </w:rPr>
      </w:pPr>
    </w:p>
    <w:p w14:paraId="70590832" w14:textId="5D1130F4" w:rsidR="0031412F" w:rsidRPr="0031412F" w:rsidRDefault="0031412F" w:rsidP="0031412F">
      <w:pPr>
        <w:spacing w:line="360" w:lineRule="auto"/>
        <w:jc w:val="both"/>
      </w:pPr>
      <w:r w:rsidRPr="0031412F">
        <w:lastRenderedPageBreak/>
        <w:t>The updated view_patients.php now includes an Actions column with Edit and Delete buttons for each patient. The Edit page loads the selected patient into a pre-populated form and updates the database using a prepared UPDATE statement. The Delete page first asks for confirmation and then uses a prepared DELETE statement.</w:t>
      </w:r>
    </w:p>
    <w:p w14:paraId="1B673C2A" w14:textId="229C477F" w:rsidR="0031412F" w:rsidRPr="0031412F" w:rsidRDefault="0031412F" w:rsidP="0031412F">
      <w:pPr>
        <w:spacing w:line="360" w:lineRule="auto"/>
        <w:jc w:val="both"/>
      </w:pPr>
      <w:r w:rsidRPr="0031412F">
        <w:t>One useful feature is that the delete process respects the existing foreign-key relationship with appointment. If a patient is linked to an appointment, the website explains that the record cannot be deleted because referential integrity would be broken. To demonstrate a successful delete for your assignment screenshots, add a temporary patient with no appointment, then delete that record.</w:t>
      </w:r>
    </w:p>
    <w:p w14:paraId="41B024E2" w14:textId="5FB54042" w:rsidR="0031412F" w:rsidRDefault="003107F1" w:rsidP="003107F1">
      <w:pPr>
        <w:pStyle w:val="Heading1"/>
      </w:pPr>
      <w:bookmarkStart w:id="84" w:name="_Toc237605289"/>
      <w:r>
        <w:t>CRUD Operations</w:t>
      </w:r>
      <w:bookmarkEnd w:id="84"/>
    </w:p>
    <w:p w14:paraId="08178C16" w14:textId="3CE6F39B" w:rsidR="003107F1" w:rsidRDefault="003107F1" w:rsidP="009B39FB">
      <w:pPr>
        <w:pStyle w:val="Heading3"/>
      </w:pPr>
      <w:bookmarkStart w:id="85" w:name="_Toc237605290"/>
      <w:r>
        <w:t>Query 1:</w:t>
      </w:r>
      <w:r>
        <w:tab/>
      </w:r>
      <w:r>
        <w:tab/>
        <w:t>Create a patient</w:t>
      </w:r>
      <w:bookmarkEnd w:id="85"/>
      <w:r>
        <w:t xml:space="preserve"> </w:t>
      </w:r>
    </w:p>
    <w:p w14:paraId="7A4050C5" w14:textId="44301746" w:rsidR="003107F1" w:rsidRDefault="003107F1" w:rsidP="00550AF0">
      <w:pPr>
        <w:rPr>
          <w:b/>
          <w:bCs/>
        </w:rPr>
      </w:pPr>
      <w:r w:rsidRPr="003107F1">
        <w:rPr>
          <w:b/>
          <w:bCs/>
          <w:noProof/>
        </w:rPr>
        <w:drawing>
          <wp:inline distT="0" distB="0" distL="0" distR="0" wp14:anchorId="03F9B439" wp14:editId="74B97686">
            <wp:extent cx="6309360" cy="2608580"/>
            <wp:effectExtent l="0" t="0" r="0" b="1270"/>
            <wp:docPr id="1496219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19804" name=""/>
                    <pic:cNvPicPr/>
                  </pic:nvPicPr>
                  <pic:blipFill>
                    <a:blip r:embed="rId50"/>
                    <a:stretch>
                      <a:fillRect/>
                    </a:stretch>
                  </pic:blipFill>
                  <pic:spPr>
                    <a:xfrm>
                      <a:off x="0" y="0"/>
                      <a:ext cx="6309360" cy="2608580"/>
                    </a:xfrm>
                    <a:prstGeom prst="rect">
                      <a:avLst/>
                    </a:prstGeom>
                  </pic:spPr>
                </pic:pic>
              </a:graphicData>
            </a:graphic>
          </wp:inline>
        </w:drawing>
      </w:r>
    </w:p>
    <w:p w14:paraId="0C89B794" w14:textId="0BC4A155" w:rsidR="003107F1" w:rsidRPr="003107F1" w:rsidRDefault="003107F1" w:rsidP="003107F1">
      <w:pPr>
        <w:spacing w:line="360" w:lineRule="auto"/>
        <w:jc w:val="both"/>
      </w:pPr>
      <w:r w:rsidRPr="003107F1">
        <w:t>Expected result: one new patient should be inserted and MySQL should automatically generate the PatientID.</w:t>
      </w:r>
    </w:p>
    <w:p w14:paraId="1A5452CE" w14:textId="77777777" w:rsidR="003107F1" w:rsidRPr="003107F1" w:rsidRDefault="003107F1" w:rsidP="003107F1">
      <w:pPr>
        <w:spacing w:line="360" w:lineRule="auto"/>
        <w:jc w:val="both"/>
      </w:pPr>
    </w:p>
    <w:p w14:paraId="78CD11F4" w14:textId="2FF9587E" w:rsidR="003107F1" w:rsidRPr="003107F1" w:rsidRDefault="003107F1" w:rsidP="003107F1">
      <w:pPr>
        <w:spacing w:line="360" w:lineRule="auto"/>
        <w:jc w:val="both"/>
      </w:pPr>
      <w:r w:rsidRPr="003107F1">
        <w:t>This tests AUTO_INCREMENT, required fields, unique fields and valid data insertion.</w:t>
      </w:r>
    </w:p>
    <w:p w14:paraId="2D36AA86" w14:textId="77777777" w:rsidR="003107F1" w:rsidRDefault="003107F1" w:rsidP="00550AF0">
      <w:pPr>
        <w:rPr>
          <w:b/>
          <w:bCs/>
        </w:rPr>
      </w:pPr>
    </w:p>
    <w:p w14:paraId="0ADE6FBC" w14:textId="77777777" w:rsidR="003107F1" w:rsidRDefault="003107F1" w:rsidP="00550AF0">
      <w:pPr>
        <w:rPr>
          <w:b/>
          <w:bCs/>
        </w:rPr>
      </w:pPr>
    </w:p>
    <w:p w14:paraId="1A68369B" w14:textId="77777777" w:rsidR="003107F1" w:rsidRDefault="003107F1" w:rsidP="00550AF0">
      <w:pPr>
        <w:rPr>
          <w:b/>
          <w:bCs/>
        </w:rPr>
      </w:pPr>
    </w:p>
    <w:p w14:paraId="44AB91F2" w14:textId="77777777" w:rsidR="003107F1" w:rsidRDefault="003107F1" w:rsidP="00550AF0">
      <w:pPr>
        <w:rPr>
          <w:b/>
          <w:bCs/>
        </w:rPr>
      </w:pPr>
    </w:p>
    <w:p w14:paraId="0BAF0D2A" w14:textId="77777777" w:rsidR="003107F1" w:rsidRDefault="003107F1" w:rsidP="00550AF0">
      <w:pPr>
        <w:rPr>
          <w:b/>
          <w:bCs/>
        </w:rPr>
      </w:pPr>
    </w:p>
    <w:p w14:paraId="61CA1691" w14:textId="77777777" w:rsidR="003107F1" w:rsidRDefault="003107F1" w:rsidP="00550AF0">
      <w:pPr>
        <w:rPr>
          <w:b/>
          <w:bCs/>
        </w:rPr>
      </w:pPr>
    </w:p>
    <w:p w14:paraId="458DF43F" w14:textId="72C4A842" w:rsidR="003107F1" w:rsidRDefault="003107F1" w:rsidP="009B39FB">
      <w:pPr>
        <w:pStyle w:val="Heading3"/>
      </w:pPr>
      <w:bookmarkStart w:id="86" w:name="_Toc237605291"/>
      <w:r>
        <w:lastRenderedPageBreak/>
        <w:t xml:space="preserve">Query 2: </w:t>
      </w:r>
      <w:r>
        <w:tab/>
        <w:t>Retrieve the test patient</w:t>
      </w:r>
      <w:bookmarkEnd w:id="86"/>
    </w:p>
    <w:p w14:paraId="7EF30834" w14:textId="77777777" w:rsidR="003107F1" w:rsidRDefault="003107F1" w:rsidP="00550AF0">
      <w:pPr>
        <w:rPr>
          <w:b/>
          <w:bCs/>
        </w:rPr>
      </w:pPr>
    </w:p>
    <w:p w14:paraId="71B86F00" w14:textId="3BDBBE39" w:rsidR="003107F1" w:rsidRDefault="003107F1" w:rsidP="00550AF0">
      <w:pPr>
        <w:rPr>
          <w:b/>
          <w:bCs/>
        </w:rPr>
      </w:pPr>
      <w:r w:rsidRPr="003107F1">
        <w:rPr>
          <w:b/>
          <w:bCs/>
          <w:noProof/>
        </w:rPr>
        <w:drawing>
          <wp:inline distT="0" distB="0" distL="0" distR="0" wp14:anchorId="781D5C62" wp14:editId="31CB5380">
            <wp:extent cx="6309360" cy="2887980"/>
            <wp:effectExtent l="0" t="0" r="0" b="7620"/>
            <wp:docPr id="2014474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74918" name=""/>
                    <pic:cNvPicPr/>
                  </pic:nvPicPr>
                  <pic:blipFill>
                    <a:blip r:embed="rId51"/>
                    <a:stretch>
                      <a:fillRect/>
                    </a:stretch>
                  </pic:blipFill>
                  <pic:spPr>
                    <a:xfrm>
                      <a:off x="0" y="0"/>
                      <a:ext cx="6309360" cy="2887980"/>
                    </a:xfrm>
                    <a:prstGeom prst="rect">
                      <a:avLst/>
                    </a:prstGeom>
                  </pic:spPr>
                </pic:pic>
              </a:graphicData>
            </a:graphic>
          </wp:inline>
        </w:drawing>
      </w:r>
    </w:p>
    <w:p w14:paraId="68F82C29" w14:textId="77777777" w:rsidR="003107F1" w:rsidRPr="003107F1" w:rsidRDefault="003107F1" w:rsidP="003107F1">
      <w:pPr>
        <w:rPr>
          <w:b/>
          <w:bCs/>
        </w:rPr>
      </w:pPr>
      <w:r w:rsidRPr="003107F1">
        <w:rPr>
          <w:b/>
          <w:bCs/>
        </w:rPr>
        <w:t>Expected output should resemble:</w:t>
      </w:r>
    </w:p>
    <w:p w14:paraId="13C30813" w14:textId="77777777" w:rsidR="003107F1" w:rsidRPr="003107F1" w:rsidRDefault="003107F1" w:rsidP="003107F1">
      <w:pPr>
        <w:rPr>
          <w:b/>
          <w:bCs/>
        </w:rPr>
      </w:pPr>
    </w:p>
    <w:p w14:paraId="3C1978F3" w14:textId="57E2AA66" w:rsidR="003107F1" w:rsidRPr="003107F1" w:rsidRDefault="003107F1" w:rsidP="003107F1">
      <w:r w:rsidRPr="003107F1">
        <w:t>PatientNumber</w:t>
      </w:r>
      <w:r>
        <w:t xml:space="preserve"> </w:t>
      </w:r>
      <w:r w:rsidRPr="003107F1">
        <w:tab/>
        <w:t>FirstName</w:t>
      </w:r>
      <w:r w:rsidRPr="003107F1">
        <w:tab/>
        <w:t>LastName</w:t>
      </w:r>
      <w:r w:rsidRPr="003107F1">
        <w:tab/>
        <w:t>TownOrCity</w:t>
      </w:r>
      <w:r w:rsidRPr="003107F1">
        <w:tab/>
        <w:t>IsActive</w:t>
      </w:r>
    </w:p>
    <w:p w14:paraId="3841D706" w14:textId="45644076" w:rsidR="003107F1" w:rsidRPr="003107F1" w:rsidRDefault="003107F1" w:rsidP="003107F1">
      <w:r w:rsidRPr="003107F1">
        <w:t>MEDTEST01</w:t>
      </w:r>
      <w:r w:rsidRPr="003107F1">
        <w:tab/>
      </w:r>
      <w:r>
        <w:t xml:space="preserve">           </w:t>
      </w:r>
      <w:r w:rsidRPr="003107F1">
        <w:t>Daniel</w:t>
      </w:r>
      <w:r>
        <w:t xml:space="preserve">                </w:t>
      </w:r>
      <w:r w:rsidRPr="003107F1">
        <w:t>Roberts</w:t>
      </w:r>
      <w:r w:rsidRPr="003107F1">
        <w:tab/>
        <w:t>London</w:t>
      </w:r>
      <w:r w:rsidRPr="003107F1">
        <w:tab/>
        <w:t>1</w:t>
      </w:r>
    </w:p>
    <w:p w14:paraId="50E2C55D" w14:textId="77777777" w:rsidR="003107F1" w:rsidRPr="003107F1" w:rsidRDefault="003107F1" w:rsidP="003107F1"/>
    <w:p w14:paraId="1AB5A33E" w14:textId="26BA65DE" w:rsidR="003107F1" w:rsidRPr="003107F1" w:rsidRDefault="003107F1" w:rsidP="003107F1">
      <w:r w:rsidRPr="003107F1">
        <w:t>This verifies that the newly created record can be correctly retrieved from the database.</w:t>
      </w:r>
    </w:p>
    <w:p w14:paraId="65067883" w14:textId="77777777" w:rsidR="003107F1" w:rsidRDefault="003107F1" w:rsidP="00550AF0">
      <w:pPr>
        <w:rPr>
          <w:b/>
          <w:bCs/>
        </w:rPr>
      </w:pPr>
    </w:p>
    <w:p w14:paraId="19363E8B" w14:textId="42010EA3" w:rsidR="003107F1" w:rsidRDefault="003107F1" w:rsidP="009B39FB">
      <w:pPr>
        <w:pStyle w:val="Heading3"/>
      </w:pPr>
      <w:bookmarkStart w:id="87" w:name="_Toc237605292"/>
      <w:r w:rsidRPr="003107F1">
        <w:t xml:space="preserve">Query </w:t>
      </w:r>
      <w:r>
        <w:t>3</w:t>
      </w:r>
      <w:r w:rsidRPr="003107F1">
        <w:t xml:space="preserve">: </w:t>
      </w:r>
      <w:r w:rsidRPr="003107F1">
        <w:tab/>
      </w:r>
      <w:r>
        <w:t>Modify the patient record</w:t>
      </w:r>
      <w:bookmarkEnd w:id="87"/>
    </w:p>
    <w:p w14:paraId="5858AE6D" w14:textId="06938C86" w:rsidR="003107F1" w:rsidRDefault="003107F1" w:rsidP="00550AF0">
      <w:pPr>
        <w:rPr>
          <w:b/>
          <w:bCs/>
        </w:rPr>
      </w:pPr>
      <w:r w:rsidRPr="003107F1">
        <w:rPr>
          <w:b/>
          <w:bCs/>
          <w:noProof/>
        </w:rPr>
        <w:drawing>
          <wp:inline distT="0" distB="0" distL="0" distR="0" wp14:anchorId="6582A760" wp14:editId="2C388B04">
            <wp:extent cx="6309360" cy="1955165"/>
            <wp:effectExtent l="0" t="0" r="0" b="6985"/>
            <wp:docPr id="641378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378680" name=""/>
                    <pic:cNvPicPr/>
                  </pic:nvPicPr>
                  <pic:blipFill>
                    <a:blip r:embed="rId52"/>
                    <a:stretch>
                      <a:fillRect/>
                    </a:stretch>
                  </pic:blipFill>
                  <pic:spPr>
                    <a:xfrm>
                      <a:off x="0" y="0"/>
                      <a:ext cx="6309360" cy="1955165"/>
                    </a:xfrm>
                    <a:prstGeom prst="rect">
                      <a:avLst/>
                    </a:prstGeom>
                  </pic:spPr>
                </pic:pic>
              </a:graphicData>
            </a:graphic>
          </wp:inline>
        </w:drawing>
      </w:r>
    </w:p>
    <w:p w14:paraId="15F20862" w14:textId="77777777" w:rsidR="003107F1" w:rsidRDefault="003107F1" w:rsidP="00550AF0">
      <w:pPr>
        <w:rPr>
          <w:b/>
          <w:bCs/>
        </w:rPr>
      </w:pPr>
    </w:p>
    <w:p w14:paraId="6A0394A6" w14:textId="22D82DBA" w:rsidR="003107F1" w:rsidRDefault="003107F1" w:rsidP="00550AF0">
      <w:r>
        <w:t xml:space="preserve">Then verify the update with </w:t>
      </w:r>
    </w:p>
    <w:p w14:paraId="081C2851" w14:textId="13D43110" w:rsidR="003107F1" w:rsidRDefault="003107F1" w:rsidP="00550AF0">
      <w:r>
        <w:rPr>
          <w:noProof/>
        </w:rPr>
        <w:lastRenderedPageBreak/>
        <w:drawing>
          <wp:inline distT="0" distB="0" distL="0" distR="0" wp14:anchorId="2C01554C" wp14:editId="0DA270EF">
            <wp:extent cx="6371590" cy="3034578"/>
            <wp:effectExtent l="0" t="0" r="0" b="0"/>
            <wp:docPr id="180051996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97988" cy="3047150"/>
                    </a:xfrm>
                    <a:prstGeom prst="rect">
                      <a:avLst/>
                    </a:prstGeom>
                    <a:noFill/>
                  </pic:spPr>
                </pic:pic>
              </a:graphicData>
            </a:graphic>
          </wp:inline>
        </w:drawing>
      </w:r>
    </w:p>
    <w:p w14:paraId="633C209B" w14:textId="44B17901" w:rsidR="003107F1" w:rsidRPr="003107F1" w:rsidRDefault="00534E3C" w:rsidP="00550AF0">
      <w:r>
        <w:t>We should now see</w:t>
      </w:r>
    </w:p>
    <w:p w14:paraId="6050793D" w14:textId="118A648B" w:rsidR="003107F1" w:rsidRDefault="003107F1" w:rsidP="00550AF0">
      <w:pPr>
        <w:rPr>
          <w:b/>
          <w:bCs/>
        </w:rPr>
      </w:pPr>
      <w:r>
        <w:rPr>
          <w:b/>
          <w:bCs/>
          <w:noProof/>
        </w:rPr>
        <w:drawing>
          <wp:inline distT="0" distB="0" distL="0" distR="0" wp14:anchorId="012B99C6" wp14:editId="1A16A68D">
            <wp:extent cx="6531610" cy="2748225"/>
            <wp:effectExtent l="0" t="0" r="2540" b="0"/>
            <wp:docPr id="62871852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66825" cy="2763042"/>
                    </a:xfrm>
                    <a:prstGeom prst="rect">
                      <a:avLst/>
                    </a:prstGeom>
                    <a:noFill/>
                  </pic:spPr>
                </pic:pic>
              </a:graphicData>
            </a:graphic>
          </wp:inline>
        </w:drawing>
      </w:r>
    </w:p>
    <w:p w14:paraId="3B360A94" w14:textId="77777777" w:rsidR="00534E3C" w:rsidRPr="00534E3C" w:rsidRDefault="00534E3C" w:rsidP="00534E3C">
      <w:r w:rsidRPr="00534E3C">
        <w:t>TelephoneNumber: 07700123456</w:t>
      </w:r>
    </w:p>
    <w:p w14:paraId="2340B05A" w14:textId="77777777" w:rsidR="00534E3C" w:rsidRPr="00534E3C" w:rsidRDefault="00534E3C" w:rsidP="00534E3C">
      <w:r w:rsidRPr="00534E3C">
        <w:t>TownOrCity:       Chelmsford</w:t>
      </w:r>
    </w:p>
    <w:p w14:paraId="19160217" w14:textId="03BA2558" w:rsidR="00534E3C" w:rsidRDefault="00534E3C" w:rsidP="00534E3C">
      <w:r w:rsidRPr="00534E3C">
        <w:t>Postcode:         CM1 1AA</w:t>
      </w:r>
    </w:p>
    <w:p w14:paraId="4286D5E0" w14:textId="1DB883B8" w:rsidR="00534E3C" w:rsidRPr="00534E3C" w:rsidRDefault="00534E3C" w:rsidP="00534E3C">
      <w:r w:rsidRPr="00534E3C">
        <w:t>This demonstrates that an existing database record can be modified without creating duplicate information.</w:t>
      </w:r>
    </w:p>
    <w:p w14:paraId="4996AE85" w14:textId="77777777" w:rsidR="00534E3C" w:rsidRDefault="00534E3C" w:rsidP="00550AF0">
      <w:pPr>
        <w:rPr>
          <w:b/>
          <w:bCs/>
        </w:rPr>
      </w:pPr>
    </w:p>
    <w:p w14:paraId="42ADF6AE" w14:textId="77777777" w:rsidR="00534E3C" w:rsidRDefault="00534E3C" w:rsidP="00550AF0">
      <w:pPr>
        <w:rPr>
          <w:b/>
          <w:bCs/>
        </w:rPr>
      </w:pPr>
    </w:p>
    <w:p w14:paraId="125B85FC" w14:textId="77777777" w:rsidR="00534E3C" w:rsidRDefault="00534E3C" w:rsidP="00550AF0">
      <w:pPr>
        <w:rPr>
          <w:b/>
          <w:bCs/>
        </w:rPr>
      </w:pPr>
    </w:p>
    <w:p w14:paraId="30E296CD" w14:textId="77777777" w:rsidR="00534E3C" w:rsidRDefault="00534E3C" w:rsidP="00550AF0">
      <w:pPr>
        <w:rPr>
          <w:b/>
          <w:bCs/>
        </w:rPr>
      </w:pPr>
    </w:p>
    <w:p w14:paraId="0330C1EA" w14:textId="03A762AA" w:rsidR="00534E3C" w:rsidRDefault="00534E3C" w:rsidP="00550AF0">
      <w:pPr>
        <w:rPr>
          <w:b/>
          <w:bCs/>
        </w:rPr>
      </w:pPr>
      <w:r w:rsidRPr="00534E3C">
        <w:rPr>
          <w:b/>
          <w:bCs/>
          <w:noProof/>
        </w:rPr>
        <w:lastRenderedPageBreak/>
        <w:drawing>
          <wp:inline distT="0" distB="0" distL="0" distR="0" wp14:anchorId="4780C8BB" wp14:editId="514E3FA4">
            <wp:extent cx="6697980" cy="2943860"/>
            <wp:effectExtent l="0" t="0" r="7620" b="8890"/>
            <wp:docPr id="2049547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47713" name=""/>
                    <pic:cNvPicPr/>
                  </pic:nvPicPr>
                  <pic:blipFill>
                    <a:blip r:embed="rId55"/>
                    <a:stretch>
                      <a:fillRect/>
                    </a:stretch>
                  </pic:blipFill>
                  <pic:spPr>
                    <a:xfrm>
                      <a:off x="0" y="0"/>
                      <a:ext cx="6697980" cy="2943860"/>
                    </a:xfrm>
                    <a:prstGeom prst="rect">
                      <a:avLst/>
                    </a:prstGeom>
                  </pic:spPr>
                </pic:pic>
              </a:graphicData>
            </a:graphic>
          </wp:inline>
        </w:drawing>
      </w:r>
    </w:p>
    <w:p w14:paraId="7F77D435" w14:textId="77777777" w:rsidR="00534E3C" w:rsidRDefault="00534E3C" w:rsidP="00550AF0">
      <w:pPr>
        <w:rPr>
          <w:b/>
          <w:bCs/>
        </w:rPr>
      </w:pPr>
    </w:p>
    <w:p w14:paraId="23937680" w14:textId="355B7770" w:rsidR="00534E3C" w:rsidRDefault="00534E3C" w:rsidP="009B39FB">
      <w:pPr>
        <w:pStyle w:val="Heading3"/>
      </w:pPr>
      <w:bookmarkStart w:id="88" w:name="_Toc237605293"/>
      <w:r w:rsidRPr="00534E3C">
        <w:t xml:space="preserve">Query </w:t>
      </w:r>
      <w:r>
        <w:t>4</w:t>
      </w:r>
      <w:r w:rsidRPr="00534E3C">
        <w:t xml:space="preserve">: </w:t>
      </w:r>
      <w:r w:rsidRPr="00534E3C">
        <w:tab/>
      </w:r>
      <w:r>
        <w:t>Delete: Remove the test patient</w:t>
      </w:r>
      <w:bookmarkEnd w:id="88"/>
    </w:p>
    <w:p w14:paraId="19D85E6F" w14:textId="48C8D03C" w:rsidR="00534E3C" w:rsidRDefault="00534E3C" w:rsidP="00550AF0">
      <w:pPr>
        <w:rPr>
          <w:b/>
          <w:bCs/>
        </w:rPr>
      </w:pPr>
      <w:r w:rsidRPr="00534E3C">
        <w:rPr>
          <w:b/>
          <w:bCs/>
          <w:noProof/>
        </w:rPr>
        <w:drawing>
          <wp:inline distT="0" distB="0" distL="0" distR="0" wp14:anchorId="5AE96D8E" wp14:editId="1AE54085">
            <wp:extent cx="6309360" cy="1932305"/>
            <wp:effectExtent l="0" t="0" r="0" b="0"/>
            <wp:docPr id="1118082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82932" name=""/>
                    <pic:cNvPicPr/>
                  </pic:nvPicPr>
                  <pic:blipFill>
                    <a:blip r:embed="rId56"/>
                    <a:stretch>
                      <a:fillRect/>
                    </a:stretch>
                  </pic:blipFill>
                  <pic:spPr>
                    <a:xfrm>
                      <a:off x="0" y="0"/>
                      <a:ext cx="6309360" cy="1932305"/>
                    </a:xfrm>
                    <a:prstGeom prst="rect">
                      <a:avLst/>
                    </a:prstGeom>
                  </pic:spPr>
                </pic:pic>
              </a:graphicData>
            </a:graphic>
          </wp:inline>
        </w:drawing>
      </w:r>
    </w:p>
    <w:p w14:paraId="7D6DCE77" w14:textId="67F9B73F" w:rsidR="00534E3C" w:rsidRDefault="00534E3C" w:rsidP="00550AF0">
      <w:pPr>
        <w:rPr>
          <w:b/>
          <w:bCs/>
        </w:rPr>
      </w:pPr>
      <w:r>
        <w:rPr>
          <w:b/>
          <w:bCs/>
          <w:noProof/>
        </w:rPr>
        <w:drawing>
          <wp:inline distT="0" distB="0" distL="0" distR="0" wp14:anchorId="6C6757B3" wp14:editId="45A8AFAB">
            <wp:extent cx="6263640" cy="2317750"/>
            <wp:effectExtent l="0" t="0" r="3810" b="6350"/>
            <wp:docPr id="14290653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304155" cy="2332742"/>
                    </a:xfrm>
                    <a:prstGeom prst="rect">
                      <a:avLst/>
                    </a:prstGeom>
                    <a:noFill/>
                  </pic:spPr>
                </pic:pic>
              </a:graphicData>
            </a:graphic>
          </wp:inline>
        </w:drawing>
      </w:r>
    </w:p>
    <w:p w14:paraId="1CC8B271" w14:textId="77777777" w:rsidR="00534E3C" w:rsidRDefault="00534E3C" w:rsidP="00550AF0">
      <w:pPr>
        <w:rPr>
          <w:b/>
          <w:bCs/>
        </w:rPr>
      </w:pPr>
    </w:p>
    <w:p w14:paraId="721638DD" w14:textId="745EB146" w:rsidR="00534E3C" w:rsidRDefault="00534E3C" w:rsidP="00550AF0">
      <w:pPr>
        <w:rPr>
          <w:b/>
          <w:bCs/>
        </w:rPr>
      </w:pPr>
      <w:r>
        <w:rPr>
          <w:b/>
          <w:bCs/>
        </w:rPr>
        <w:t>Confirming the deletion worked</w:t>
      </w:r>
    </w:p>
    <w:p w14:paraId="467DAC5F" w14:textId="7A8A65D3" w:rsidR="00534E3C" w:rsidRDefault="00534E3C" w:rsidP="00550AF0">
      <w:pPr>
        <w:rPr>
          <w:b/>
          <w:bCs/>
        </w:rPr>
      </w:pPr>
      <w:r>
        <w:rPr>
          <w:b/>
          <w:bCs/>
          <w:noProof/>
        </w:rPr>
        <w:lastRenderedPageBreak/>
        <w:drawing>
          <wp:inline distT="0" distB="0" distL="0" distR="0" wp14:anchorId="6FE880D4" wp14:editId="55C9A701">
            <wp:extent cx="6629342" cy="3238500"/>
            <wp:effectExtent l="0" t="0" r="635" b="0"/>
            <wp:docPr id="11874411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79164" cy="3262839"/>
                    </a:xfrm>
                    <a:prstGeom prst="rect">
                      <a:avLst/>
                    </a:prstGeom>
                    <a:noFill/>
                  </pic:spPr>
                </pic:pic>
              </a:graphicData>
            </a:graphic>
          </wp:inline>
        </w:drawing>
      </w:r>
    </w:p>
    <w:p w14:paraId="11C31D57" w14:textId="309DA68C" w:rsidR="00534E3C" w:rsidRDefault="00534E3C" w:rsidP="00550AF0">
      <w:r w:rsidRPr="00534E3C">
        <w:t>This demonstrates successful deletion while preserving the original MedAssist2 sample data.</w:t>
      </w:r>
    </w:p>
    <w:p w14:paraId="36F872D6" w14:textId="77777777" w:rsidR="00757B98" w:rsidRDefault="00757B98" w:rsidP="00550AF0"/>
    <w:p w14:paraId="47BD505F" w14:textId="0363E429" w:rsidR="00757B98" w:rsidRPr="00534E3C" w:rsidRDefault="00757B98" w:rsidP="00757B98">
      <w:pPr>
        <w:spacing w:line="360" w:lineRule="auto"/>
      </w:pPr>
      <w:r w:rsidRPr="00757B98">
        <w:t xml:space="preserve">A particularly strong additional robustness test would be to attempt to delete one of </w:t>
      </w:r>
      <w:r>
        <w:t>the</w:t>
      </w:r>
      <w:r w:rsidRPr="00757B98">
        <w:t xml:space="preserve"> original 10 patients who already has an </w:t>
      </w:r>
      <w:r w:rsidRPr="00757B98">
        <w:t>appointment</w:t>
      </w:r>
    </w:p>
    <w:p w14:paraId="66350F42" w14:textId="3AAF57B9" w:rsidR="00534E3C" w:rsidRDefault="00757B98" w:rsidP="00550AF0">
      <w:pPr>
        <w:rPr>
          <w:b/>
          <w:bCs/>
        </w:rPr>
      </w:pPr>
      <w:r w:rsidRPr="00757B98">
        <w:rPr>
          <w:b/>
          <w:bCs/>
        </w:rPr>
        <w:drawing>
          <wp:inline distT="0" distB="0" distL="0" distR="0" wp14:anchorId="73C51E9C" wp14:editId="5CDCF947">
            <wp:extent cx="6309360" cy="2101850"/>
            <wp:effectExtent l="0" t="0" r="0" b="0"/>
            <wp:docPr id="201917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71644" name=""/>
                    <pic:cNvPicPr/>
                  </pic:nvPicPr>
                  <pic:blipFill>
                    <a:blip r:embed="rId59"/>
                    <a:stretch>
                      <a:fillRect/>
                    </a:stretch>
                  </pic:blipFill>
                  <pic:spPr>
                    <a:xfrm>
                      <a:off x="0" y="0"/>
                      <a:ext cx="6309360" cy="2101850"/>
                    </a:xfrm>
                    <a:prstGeom prst="rect">
                      <a:avLst/>
                    </a:prstGeom>
                  </pic:spPr>
                </pic:pic>
              </a:graphicData>
            </a:graphic>
          </wp:inline>
        </w:drawing>
      </w:r>
    </w:p>
    <w:p w14:paraId="0A85DEA2" w14:textId="77777777" w:rsidR="00757B98" w:rsidRDefault="00757B98" w:rsidP="00550AF0">
      <w:pPr>
        <w:rPr>
          <w:b/>
          <w:bCs/>
        </w:rPr>
      </w:pPr>
    </w:p>
    <w:p w14:paraId="5AB95BF4" w14:textId="77777777" w:rsidR="00757B98" w:rsidRPr="00757B98" w:rsidRDefault="00757B98" w:rsidP="00757B98">
      <w:r w:rsidRPr="00757B98">
        <w:t>DELETE FROM patient</w:t>
      </w:r>
    </w:p>
    <w:p w14:paraId="314EC98A" w14:textId="14098433" w:rsidR="00757B98" w:rsidRPr="00757B98" w:rsidRDefault="00757B98" w:rsidP="00757B98">
      <w:r w:rsidRPr="00757B98">
        <w:t>WHERE PatientID = 1;</w:t>
      </w:r>
    </w:p>
    <w:p w14:paraId="45F63D4C" w14:textId="77777777" w:rsidR="00757B98" w:rsidRDefault="00757B98" w:rsidP="00550AF0">
      <w:pPr>
        <w:rPr>
          <w:b/>
          <w:bCs/>
        </w:rPr>
      </w:pPr>
    </w:p>
    <w:p w14:paraId="2DBB0899" w14:textId="4BDD57B0" w:rsidR="00757B98" w:rsidRDefault="00757B98" w:rsidP="00550AF0">
      <w:pPr>
        <w:rPr>
          <w:b/>
          <w:bCs/>
        </w:rPr>
      </w:pPr>
      <w:r>
        <w:rPr>
          <w:b/>
          <w:bCs/>
          <w:noProof/>
        </w:rPr>
        <w:lastRenderedPageBreak/>
        <w:drawing>
          <wp:inline distT="0" distB="0" distL="0" distR="0" wp14:anchorId="460F95B6" wp14:editId="288C6A03">
            <wp:extent cx="6752590" cy="3263644"/>
            <wp:effectExtent l="0" t="0" r="0" b="0"/>
            <wp:docPr id="19821365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763998" cy="3269158"/>
                    </a:xfrm>
                    <a:prstGeom prst="rect">
                      <a:avLst/>
                    </a:prstGeom>
                    <a:noFill/>
                  </pic:spPr>
                </pic:pic>
              </a:graphicData>
            </a:graphic>
          </wp:inline>
        </w:drawing>
      </w:r>
    </w:p>
    <w:p w14:paraId="7BA69678" w14:textId="1524BCD0" w:rsidR="00757B98" w:rsidRPr="00757B98" w:rsidRDefault="00757B98" w:rsidP="00757B98">
      <w:pPr>
        <w:spacing w:line="360" w:lineRule="auto"/>
        <w:jc w:val="both"/>
      </w:pPr>
      <w:r w:rsidRPr="00757B98">
        <w:t xml:space="preserve">MySQL should reject the operation because </w:t>
      </w:r>
      <w:proofErr w:type="spellStart"/>
      <w:r w:rsidRPr="00757B98">
        <w:t>appointment.PatientID</w:t>
      </w:r>
      <w:proofErr w:type="spellEnd"/>
      <w:r w:rsidRPr="00757B98">
        <w:t xml:space="preserve"> references that patient through a foreign key. Do not disable the foreign-key check. The rejection is evidence that your database protects referential integrity rather than allowing an appointment to become orphaned.</w:t>
      </w:r>
    </w:p>
    <w:p w14:paraId="0FDD2C79" w14:textId="05494051" w:rsidR="00550AF0" w:rsidRPr="00550AF0" w:rsidRDefault="00550AF0" w:rsidP="00550AF0">
      <w:pPr>
        <w:rPr>
          <w:b/>
          <w:bCs/>
        </w:rPr>
      </w:pPr>
      <w:r w:rsidRPr="00550AF0">
        <w:rPr>
          <w:b/>
          <w:bCs/>
        </w:rPr>
        <w:t>The MedAssist2 patient section now demonstrates the full CRUD cycle:</w:t>
      </w:r>
    </w:p>
    <w:p w14:paraId="32FFCF56" w14:textId="77777777" w:rsidR="00550AF0" w:rsidRPr="00550AF0" w:rsidRDefault="00550AF0" w:rsidP="00DA65CA">
      <w:pPr>
        <w:pStyle w:val="ListParagraph"/>
        <w:numPr>
          <w:ilvl w:val="0"/>
          <w:numId w:val="29"/>
        </w:numPr>
      </w:pPr>
      <w:r w:rsidRPr="00550AF0">
        <w:t>Create — add_patient.html → insert_patient.php</w:t>
      </w:r>
    </w:p>
    <w:p w14:paraId="1AC1E49F" w14:textId="77777777" w:rsidR="00550AF0" w:rsidRPr="00550AF0" w:rsidRDefault="00550AF0" w:rsidP="00DA65CA">
      <w:pPr>
        <w:pStyle w:val="ListParagraph"/>
        <w:numPr>
          <w:ilvl w:val="0"/>
          <w:numId w:val="29"/>
        </w:numPr>
      </w:pPr>
      <w:r w:rsidRPr="00550AF0">
        <w:t>Read — view_patients.php</w:t>
      </w:r>
    </w:p>
    <w:p w14:paraId="1B6C5B17" w14:textId="77777777" w:rsidR="00550AF0" w:rsidRPr="00DA65CA" w:rsidRDefault="00550AF0" w:rsidP="00DA65CA">
      <w:pPr>
        <w:pStyle w:val="ListParagraph"/>
        <w:numPr>
          <w:ilvl w:val="0"/>
          <w:numId w:val="29"/>
        </w:numPr>
        <w:rPr>
          <w:lang w:val="it-IT"/>
        </w:rPr>
      </w:pPr>
      <w:r w:rsidRPr="00DA65CA">
        <w:rPr>
          <w:lang w:val="it-IT"/>
        </w:rPr>
        <w:t>Update — edit_patient.php</w:t>
      </w:r>
    </w:p>
    <w:p w14:paraId="61A7EB71" w14:textId="26EF4518" w:rsidR="0080020B" w:rsidRPr="00DA65CA" w:rsidRDefault="00550AF0" w:rsidP="00DA65CA">
      <w:pPr>
        <w:pStyle w:val="ListParagraph"/>
        <w:numPr>
          <w:ilvl w:val="0"/>
          <w:numId w:val="29"/>
        </w:numPr>
        <w:rPr>
          <w:lang w:val="it-IT"/>
        </w:rPr>
      </w:pPr>
      <w:r w:rsidRPr="00DA65CA">
        <w:rPr>
          <w:lang w:val="it-IT"/>
        </w:rPr>
        <w:t>Delete — delete_patient.php</w:t>
      </w:r>
    </w:p>
    <w:p w14:paraId="4BCAE6C1" w14:textId="77777777" w:rsidR="00DA65CA" w:rsidRDefault="00DA65CA">
      <w:r w:rsidRPr="00DA65CA">
        <w:t>The main visible change is that the Patient Records table now has an Actions column:</w:t>
      </w:r>
    </w:p>
    <w:p w14:paraId="2117533A" w14:textId="378AA7FA" w:rsidR="00DA65CA" w:rsidRDefault="00DA65CA" w:rsidP="00DA65CA">
      <w:r>
        <w:t>Patient ID |   Patient No.      | Name | DOB | ...            | Active             | Actions</w:t>
      </w:r>
    </w:p>
    <w:p w14:paraId="16E0949D" w14:textId="245FB728" w:rsidR="00DA65CA" w:rsidRDefault="00DA65CA" w:rsidP="00DA65CA">
      <w:r>
        <w:t>---------------------------------------------------------------</w:t>
      </w:r>
      <w:r w:rsidRPr="00DA65CA">
        <w:t>---------------------------------------------------------------</w:t>
      </w:r>
    </w:p>
    <w:p w14:paraId="1AD19480" w14:textId="77777777" w:rsidR="00DA65CA" w:rsidRDefault="00DA65CA" w:rsidP="00DA65CA">
      <w:r>
        <w:t xml:space="preserve">1               |  MED000001    | .......... </w:t>
      </w:r>
      <w:r w:rsidRPr="00DA65CA">
        <w:t>|</w:t>
      </w:r>
      <w:r>
        <w:t xml:space="preserve"> ……..</w:t>
      </w:r>
      <w:r w:rsidRPr="00DA65CA">
        <w:t xml:space="preserve">| </w:t>
      </w:r>
      <w:r>
        <w:t xml:space="preserve">               | Yes                | Edit Delete</w:t>
      </w:r>
    </w:p>
    <w:p w14:paraId="69231547" w14:textId="77777777" w:rsidR="00DA65CA" w:rsidRDefault="00DA65CA" w:rsidP="00DA65CA"/>
    <w:p w14:paraId="3528A016" w14:textId="77777777" w:rsidR="00DA65CA" w:rsidRDefault="00DA65CA" w:rsidP="005B1D73">
      <w:pPr>
        <w:spacing w:line="360" w:lineRule="auto"/>
        <w:jc w:val="both"/>
      </w:pPr>
      <w:r>
        <w:t xml:space="preserve">Clicking edit opens a pre-populated form containing the existing patient details. The update is then performed using a prepared </w:t>
      </w:r>
      <w:r w:rsidRPr="00DA65CA">
        <w:rPr>
          <w:b/>
          <w:bCs/>
        </w:rPr>
        <w:t>UPDATE</w:t>
      </w:r>
      <w:r>
        <w:t xml:space="preserve"> statement:</w:t>
      </w:r>
    </w:p>
    <w:p w14:paraId="16FDA1D9" w14:textId="77777777" w:rsidR="003B6F4E" w:rsidRPr="003B6F4E" w:rsidRDefault="003B6F4E" w:rsidP="005B1F82">
      <w:pPr>
        <w:pStyle w:val="Heading2"/>
      </w:pPr>
      <w:bookmarkStart w:id="89" w:name="_Toc237605294"/>
      <w:r w:rsidRPr="003B6F4E">
        <w:t>SQL Injection: Overview, Risks and Examples</w:t>
      </w:r>
      <w:bookmarkEnd w:id="89"/>
    </w:p>
    <w:p w14:paraId="1B36C4F8" w14:textId="77777777" w:rsidR="003B6F4E" w:rsidRPr="003B6F4E" w:rsidRDefault="003B6F4E" w:rsidP="003B6F4E">
      <w:pPr>
        <w:rPr>
          <w:b/>
          <w:bCs/>
        </w:rPr>
      </w:pPr>
    </w:p>
    <w:p w14:paraId="7011AE0C" w14:textId="0188DCBB" w:rsidR="003B6F4E" w:rsidRPr="003B6F4E" w:rsidRDefault="003B6F4E" w:rsidP="003B6F4E">
      <w:pPr>
        <w:spacing w:line="360" w:lineRule="auto"/>
        <w:jc w:val="both"/>
      </w:pPr>
      <w:r w:rsidRPr="003B6F4E">
        <w:t>SQL Injection (SQLi) is a web application security vulnerability that occurs when untrusted user input is incorporated into a Structured Query Language (SQL) statement in a way that allows the input to alter the intended structure or behaviour of the database query. MITRE formally classifies this weakness as CWE-</w:t>
      </w:r>
      <w:r w:rsidRPr="003B6F4E">
        <w:lastRenderedPageBreak/>
        <w:t>89: Improper Neutralization of Special Elements used in an SQL Command, while the Open Worldwide Application Security Project (OWASP) identifies injection as an important category of web application security risk. SQL injection remains particularly significant: MITRE ranked CWE-89 as the second most dangerous software weakness in its 2025 CWE Top 25, demonstrating that the vulnerability continues to have substantial practical relevance.</w:t>
      </w:r>
    </w:p>
    <w:p w14:paraId="7DA0F163" w14:textId="7A88AB28" w:rsidR="003B6F4E" w:rsidRPr="003B6F4E" w:rsidRDefault="003B6F4E" w:rsidP="003B6F4E">
      <w:pPr>
        <w:spacing w:line="360" w:lineRule="auto"/>
        <w:jc w:val="both"/>
      </w:pPr>
      <w:r w:rsidRPr="003B6F4E">
        <w:t>SQL injection normally becomes possible when an application constructs an SQL statement by directly concatenating data supplied by a user. Consider a website that searches the MedAssist2 patient table using a surname. An insecure PHP implementation could construct the following query:</w:t>
      </w:r>
    </w:p>
    <w:p w14:paraId="22595289" w14:textId="77777777" w:rsidR="003B6F4E" w:rsidRPr="003B6F4E" w:rsidRDefault="003B6F4E" w:rsidP="003B6F4E">
      <w:pPr>
        <w:spacing w:line="360" w:lineRule="auto"/>
        <w:jc w:val="both"/>
      </w:pPr>
      <w:r w:rsidRPr="003B6F4E">
        <w:t>$sql = "SELECT * FROM patient</w:t>
      </w:r>
    </w:p>
    <w:p w14:paraId="7F4234C7" w14:textId="681B1CE4" w:rsidR="003B6F4E" w:rsidRPr="003B6F4E" w:rsidRDefault="003B6F4E" w:rsidP="003B6F4E">
      <w:pPr>
        <w:spacing w:line="360" w:lineRule="auto"/>
        <w:jc w:val="both"/>
      </w:pPr>
      <w:r w:rsidRPr="003B6F4E">
        <w:t xml:space="preserve">        WHERE LastName = '" . $_GET['surname'] . "'";</w:t>
      </w:r>
    </w:p>
    <w:p w14:paraId="68E61E29" w14:textId="73303C0E" w:rsidR="003B6F4E" w:rsidRPr="003B6F4E" w:rsidRDefault="003B6F4E" w:rsidP="003B6F4E">
      <w:pPr>
        <w:spacing w:line="360" w:lineRule="auto"/>
        <w:jc w:val="both"/>
      </w:pPr>
      <w:r w:rsidRPr="003B6F4E">
        <w:t>If the legitimate input is Brown, the resulting SQL statement would be:</w:t>
      </w:r>
    </w:p>
    <w:p w14:paraId="5F2009D2" w14:textId="77777777" w:rsidR="003B6F4E" w:rsidRPr="003B6F4E" w:rsidRDefault="003B6F4E" w:rsidP="003B6F4E">
      <w:pPr>
        <w:spacing w:line="360" w:lineRule="auto"/>
        <w:jc w:val="both"/>
      </w:pPr>
      <w:r w:rsidRPr="003B6F4E">
        <w:t>SELECT * FROM patient</w:t>
      </w:r>
    </w:p>
    <w:p w14:paraId="2028B05D" w14:textId="1C7CCE23" w:rsidR="003B6F4E" w:rsidRPr="003B6F4E" w:rsidRDefault="003B6F4E" w:rsidP="003B6F4E">
      <w:pPr>
        <w:spacing w:line="360" w:lineRule="auto"/>
        <w:jc w:val="both"/>
      </w:pPr>
      <w:r w:rsidRPr="003B6F4E">
        <w:t>WHERE LastName = 'Brown';</w:t>
      </w:r>
    </w:p>
    <w:p w14:paraId="04E61FD7" w14:textId="7AFCE1AA" w:rsidR="003B6F4E" w:rsidRPr="003B6F4E" w:rsidRDefault="003B6F4E" w:rsidP="003B6F4E">
      <w:pPr>
        <w:spacing w:line="360" w:lineRule="auto"/>
        <w:jc w:val="both"/>
      </w:pPr>
      <w:r w:rsidRPr="003B6F4E">
        <w:t>The database interprets Brown purely as data and returns matching patient records. However, if the application does not safely separate user input from SQL syntax, an attacker may provide specially constructed input. A classic example is:</w:t>
      </w:r>
    </w:p>
    <w:p w14:paraId="0294AB11" w14:textId="526A2580" w:rsidR="003B6F4E" w:rsidRPr="003B6F4E" w:rsidRDefault="003B6F4E" w:rsidP="003B6F4E">
      <w:pPr>
        <w:spacing w:line="360" w:lineRule="auto"/>
        <w:jc w:val="both"/>
      </w:pPr>
      <w:r w:rsidRPr="003B6F4E">
        <w:t>' OR '1'='1' --</w:t>
      </w:r>
    </w:p>
    <w:p w14:paraId="0F149497" w14:textId="4D2D8B52" w:rsidR="003B6F4E" w:rsidRPr="003B6F4E" w:rsidRDefault="003B6F4E" w:rsidP="003B6F4E">
      <w:pPr>
        <w:spacing w:line="360" w:lineRule="auto"/>
        <w:jc w:val="both"/>
      </w:pPr>
      <w:r w:rsidRPr="003B6F4E">
        <w:t>This may transform the intended query into one whose condition is always true. Consequently, instead of returning one patient's details, a vulnerable application could return every record in the table. OWASP similarly illustrates injection using conditions such as OR 1=1, where attacker-controlled input changes the meaning of a query rather than simply supplying a value to it.</w:t>
      </w:r>
    </w:p>
    <w:p w14:paraId="2A322249" w14:textId="6746B13D" w:rsidR="003B6F4E" w:rsidRPr="003B6F4E" w:rsidRDefault="003B6F4E" w:rsidP="003B6F4E">
      <w:pPr>
        <w:spacing w:line="360" w:lineRule="auto"/>
        <w:jc w:val="both"/>
      </w:pPr>
      <w:r w:rsidRPr="003B6F4E">
        <w:t>SQL injection can affect more than search functionality. Authentication forms are another common example. An insecure login system might execute:</w:t>
      </w:r>
    </w:p>
    <w:p w14:paraId="605A0F01" w14:textId="77777777" w:rsidR="003B6F4E" w:rsidRPr="003B6F4E" w:rsidRDefault="003B6F4E" w:rsidP="003B6F4E">
      <w:pPr>
        <w:spacing w:line="360" w:lineRule="auto"/>
        <w:jc w:val="both"/>
      </w:pPr>
      <w:r w:rsidRPr="003B6F4E">
        <w:t>SELECT * FROM users</w:t>
      </w:r>
    </w:p>
    <w:p w14:paraId="79FE73F3" w14:textId="77777777" w:rsidR="003B6F4E" w:rsidRPr="003B6F4E" w:rsidRDefault="003B6F4E" w:rsidP="003B6F4E">
      <w:pPr>
        <w:spacing w:line="360" w:lineRule="auto"/>
        <w:jc w:val="both"/>
      </w:pPr>
      <w:r w:rsidRPr="003B6F4E">
        <w:t>WHERE username = '$username'</w:t>
      </w:r>
    </w:p>
    <w:p w14:paraId="4036879C" w14:textId="1E0A52F2" w:rsidR="003B6F4E" w:rsidRPr="003B6F4E" w:rsidRDefault="003B6F4E" w:rsidP="003B6F4E">
      <w:pPr>
        <w:spacing w:line="360" w:lineRule="auto"/>
        <w:jc w:val="both"/>
      </w:pPr>
      <w:r w:rsidRPr="003B6F4E">
        <w:t>AND password = '$password';</w:t>
      </w:r>
    </w:p>
    <w:p w14:paraId="3C32B1D7" w14:textId="3E7DD07A" w:rsidR="003B6F4E" w:rsidRPr="003B6F4E" w:rsidRDefault="003B6F4E" w:rsidP="003B6F4E">
      <w:pPr>
        <w:spacing w:line="360" w:lineRule="auto"/>
        <w:jc w:val="both"/>
      </w:pPr>
      <w:r w:rsidRPr="003B6F4E">
        <w:t xml:space="preserve">If attacker-controlled values are concatenated directly into the statement, malicious SQL syntax may manipulate the WHERE condition and potentially bypass the intended authentication check. Other SQL injection techniques may attempt to combine an application's legitimate query with additional database queries, infer information through differences in application responses, or manipulate INSERT, UPDATE </w:t>
      </w:r>
      <w:r w:rsidRPr="003B6F4E">
        <w:lastRenderedPageBreak/>
        <w:t xml:space="preserve">and DELETE operations. OWASP notes that successful SQL injection may permit </w:t>
      </w:r>
      <w:r w:rsidR="0031412F" w:rsidRPr="003B6F4E">
        <w:t>unauthorized</w:t>
      </w:r>
      <w:r w:rsidRPr="003B6F4E">
        <w:t xml:space="preserve"> reading or modification of database information and, depending on the database configuration and privileges available to the application, may have wider consequences.</w:t>
      </w:r>
    </w:p>
    <w:p w14:paraId="6C1A09DE" w14:textId="655BEB9E" w:rsidR="003B6F4E" w:rsidRPr="003B6F4E" w:rsidRDefault="003B6F4E" w:rsidP="003B6F4E">
      <w:pPr>
        <w:spacing w:line="360" w:lineRule="auto"/>
        <w:jc w:val="both"/>
      </w:pPr>
      <w:r w:rsidRPr="003B6F4E">
        <w:t>The impact of SQL injection can therefore be considered in terms of the fundamental principles of information security. Confidentiality may be compromised if unauthorized users retrieve sensitive records. Integrity may be affected if an attacker modifies or deletes legitimate information, while availability may be disrupted if database contents or services are damaged. This would be particularly serious in a healthcare-related system such as MedAssist2. Although the database developed for this project contains fictional information, a real clinic database could hold names, contact information, appointments and medical information. Unauthorised disclosure or modification of such records could therefore have consequences extending beyond technical system failure to privacy, organizational reputation and patient safety.</w:t>
      </w:r>
    </w:p>
    <w:p w14:paraId="1983225A" w14:textId="2B4315FF" w:rsidR="003B6F4E" w:rsidRDefault="003B6F4E" w:rsidP="003B6F4E">
      <w:pPr>
        <w:spacing w:line="360" w:lineRule="auto"/>
        <w:jc w:val="both"/>
        <w:rPr>
          <w:b/>
          <w:bCs/>
        </w:rPr>
      </w:pPr>
      <w:r w:rsidRPr="003B6F4E">
        <w:t>SQL injection is especially dangerous because the vulnerable website effectively becomes an intermediary through which attacker-controlled input reaches a trusted database. Recent research continues to investigate improved SQL-injection detection techniques, illustrating that SQLi remains an active cybersecurity problem rather than a purely historical vulnerability (Alghawazi et al., 2022). Nevertheless, secure application design should primarily prevent the vulnerability from arising. OWASP recommends keeping SQL commands separate from user-supplied data, particularly through parameterized queries or prepared statements, rather than attempting to identify and remove individual malicious characters. This principle is particularly relevant to MedAssist2 and forms the basis of the SQL-injection defences implemented within its PHP database operations.</w:t>
      </w:r>
      <w:r w:rsidRPr="003B6F4E">
        <w:br w:type="page"/>
      </w:r>
    </w:p>
    <w:p w14:paraId="430E5F11" w14:textId="77777777" w:rsidR="0031412F" w:rsidRPr="0031412F" w:rsidRDefault="0031412F" w:rsidP="005B1F82">
      <w:pPr>
        <w:pStyle w:val="Heading1"/>
      </w:pPr>
      <w:bookmarkStart w:id="90" w:name="_Toc237605295"/>
      <w:r w:rsidRPr="0031412F">
        <w:lastRenderedPageBreak/>
        <w:t>Conclusion</w:t>
      </w:r>
      <w:bookmarkEnd w:id="90"/>
    </w:p>
    <w:p w14:paraId="1961EB7E" w14:textId="77777777" w:rsidR="0031412F" w:rsidRPr="0031412F" w:rsidRDefault="0031412F" w:rsidP="0031412F">
      <w:pPr>
        <w:rPr>
          <w:b/>
          <w:bCs/>
        </w:rPr>
      </w:pPr>
    </w:p>
    <w:p w14:paraId="3383E79F" w14:textId="2319C2A5" w:rsidR="0031412F" w:rsidRPr="0031412F" w:rsidRDefault="0031412F" w:rsidP="0031412F">
      <w:pPr>
        <w:spacing w:line="360" w:lineRule="auto"/>
        <w:jc w:val="both"/>
      </w:pPr>
      <w:r w:rsidRPr="0031412F">
        <w:t>The development of the MedAssist2 Clinic website demonstrates how relational database principles can be applied within a functional PHP-based web application. By integrating PHP, MySQL, HTML and CSS, the project moves beyond a standalone database and shows how stored information can be retrieved and manipulated through an interactive user interface. The use of four related tables provides an appropriate relational structure while remaining sufficiently focused for the requirements of the application.</w:t>
      </w:r>
    </w:p>
    <w:p w14:paraId="13DBD92B" w14:textId="27592CD6" w:rsidR="0031412F" w:rsidRPr="0031412F" w:rsidRDefault="0031412F" w:rsidP="0031412F">
      <w:pPr>
        <w:spacing w:line="360" w:lineRule="auto"/>
        <w:jc w:val="both"/>
      </w:pPr>
      <w:r w:rsidRPr="0031412F">
        <w:t>The implemented patient-management functionality demonstrates the complete CRUD lifecycle. New records can be inserted into the database, existing patient information can be retrieved and displayed, records can be updated through pre-populated forms, and appropriate records can be deleted. The implementation also demonstrates the importance of referential integrity. For example, patients linked to existing appointments cannot simply be removed because the foreign-key relationship protects related data from becoming inconsistent. This illustrates how database-level constraints and application-level logic can operate together to preserve data integrity.</w:t>
      </w:r>
    </w:p>
    <w:p w14:paraId="1594CB6C" w14:textId="2E4CF08F" w:rsidR="0031412F" w:rsidRPr="0031412F" w:rsidRDefault="0031412F" w:rsidP="0031412F">
      <w:pPr>
        <w:spacing w:line="360" w:lineRule="auto"/>
        <w:jc w:val="both"/>
      </w:pPr>
      <w:r w:rsidRPr="0031412F">
        <w:t>Security has also been an important consideration throughout development. Prepared statements separate user-supplied values from SQL commands, reducing the risk that malicious input will alter the intended structure of a query. Server-side validation and output escaping provide additional protection and demonstrate a defence-in-depth approach rather than reliance on a single control.</w:t>
      </w:r>
    </w:p>
    <w:p w14:paraId="06ED0E5F" w14:textId="084CA8E8" w:rsidR="0031412F" w:rsidRPr="0031412F" w:rsidRDefault="0031412F" w:rsidP="0031412F">
      <w:pPr>
        <w:spacing w:line="360" w:lineRule="auto"/>
        <w:jc w:val="both"/>
      </w:pPr>
      <w:r w:rsidRPr="0031412F">
        <w:t>Overall, MedAssist2 provides a functional and extensible prototype of a database-driven healthcare information system. Although a production healthcare application would require substantially stronger authentication, authorization, auditing, encryption and regulatory controls, the project successfully demonstrates the core principles of relational database integration, dynamic PHP programming, CRUD processing, data validation and SQL-injection prevention required for this assessment. </w:t>
      </w:r>
      <w:r w:rsidRPr="0031412F">
        <w:br w:type="page"/>
      </w:r>
    </w:p>
    <w:p w14:paraId="1055F20E" w14:textId="376709BB" w:rsidR="0080020B" w:rsidRPr="0080020B" w:rsidRDefault="0080020B" w:rsidP="005B1F82">
      <w:pPr>
        <w:pStyle w:val="Heading1"/>
      </w:pPr>
      <w:bookmarkStart w:id="91" w:name="_Toc237605296"/>
      <w:r w:rsidRPr="0080020B">
        <w:lastRenderedPageBreak/>
        <w:t>References</w:t>
      </w:r>
      <w:bookmarkEnd w:id="91"/>
    </w:p>
    <w:p w14:paraId="76D5A525" w14:textId="175F5A50" w:rsidR="0080020B" w:rsidRDefault="0080020B" w:rsidP="0080020B">
      <w:pPr>
        <w:spacing w:before="480" w:after="60" w:line="360" w:lineRule="auto"/>
        <w:jc w:val="both"/>
      </w:pPr>
      <w:r>
        <w:t>[1] E. F. Codd, “A relational model of data for large shared data banks,” Communications of the ACM, vol. 13, no. 6, pp. 377–387, 1970, doi: 10.1145/362384.362685.</w:t>
      </w:r>
    </w:p>
    <w:p w14:paraId="54D17A96" w14:textId="04AB413D" w:rsidR="0080020B" w:rsidRDefault="0080020B" w:rsidP="0080020B">
      <w:pPr>
        <w:spacing w:before="480" w:after="60" w:line="360" w:lineRule="auto"/>
        <w:jc w:val="both"/>
      </w:pPr>
      <w:r>
        <w:t>[2] D. Wang, L. Liu and Y. Liu, “Normalized storage model construction and query optimization of book multi-source heterogeneous massive data,” IEEE Access, vol. 11, pp. 96543–96553, 2023, doi: 10.1109/ACCESS.2023.3301134.</w:t>
      </w:r>
    </w:p>
    <w:p w14:paraId="7D983E07" w14:textId="788E89A6" w:rsidR="0080020B" w:rsidRDefault="0080020B" w:rsidP="0080020B">
      <w:pPr>
        <w:spacing w:before="480" w:after="60" w:line="360" w:lineRule="auto"/>
        <w:jc w:val="both"/>
      </w:pPr>
      <w:r>
        <w:t>[3] Q. Cai, C. Cui, Y. Xiong, W. Wang, Z. Xie and M. Zhang, “A survey on deep reinforcement learning for data processing and analytics,” IEEE Transactions on Knowledge and Data Engineering, vol. 35, no. 5, pp. 4446–4465, 2023, doi: 10.1109/TKDE.2022.3155196.</w:t>
      </w:r>
    </w:p>
    <w:p w14:paraId="4743D330" w14:textId="0F43A13D" w:rsidR="0080020B" w:rsidRDefault="0080020B" w:rsidP="0080020B">
      <w:pPr>
        <w:spacing w:before="480" w:after="60" w:line="360" w:lineRule="auto"/>
        <w:jc w:val="both"/>
      </w:pPr>
      <w:r>
        <w:t>[4] E. Dritsas and M. Trigka, “Database systems in the big data era: Architectures, performance, and open challenges,” IEEE Access, vol. 13, pp. 95068–95084, 2025, doi: 10.1109/ACCESS.2025.3572059.</w:t>
      </w:r>
    </w:p>
    <w:p w14:paraId="5FE67581" w14:textId="308D656C" w:rsidR="0080020B" w:rsidRDefault="0080020B" w:rsidP="0080020B">
      <w:pPr>
        <w:spacing w:before="480" w:after="60" w:line="360" w:lineRule="auto"/>
        <w:jc w:val="both"/>
      </w:pPr>
      <w:r>
        <w:t>[5] M. Nankya, A. Mugisa, Y. Usman, A. Upadhyay and R. Chataut, “Security and privacy in E-health systems: A review of AI and machine learning techniques,” IEEE Access, vol. 12, pp. 148796–148816, 2024, doi: 10.1109/ACCESS.2024.3469215.</w:t>
      </w:r>
    </w:p>
    <w:p w14:paraId="7C1E4E99" w14:textId="3B78A5EB" w:rsidR="0080020B" w:rsidRDefault="0080020B" w:rsidP="0080020B">
      <w:pPr>
        <w:spacing w:before="480" w:after="60" w:line="360" w:lineRule="auto"/>
        <w:jc w:val="both"/>
      </w:pPr>
      <w:r>
        <w:t>[6] B. Lenard, A. Rasin, N. Scope and T. Al Johani, “The intersection of compliance, databases, and IT operations,” in Proc. 36th International Conference on Scientific and Statistical Database Management (SSDBM 2024), 2024, Art. no. 2, doi: 10.1145/3676288.3676297.</w:t>
      </w:r>
    </w:p>
    <w:p w14:paraId="4F464488" w14:textId="1E81FF5D" w:rsidR="0080020B" w:rsidRDefault="0080020B" w:rsidP="0080020B">
      <w:pPr>
        <w:spacing w:before="480" w:after="60" w:line="360" w:lineRule="auto"/>
        <w:jc w:val="both"/>
      </w:pPr>
      <w:r>
        <w:t>[7] Oracle, “Using Stored Routines,” MySQL 8.4 Reference Manual, 2026.</w:t>
      </w:r>
    </w:p>
    <w:p w14:paraId="3EF6B94F" w14:textId="7C2E6833" w:rsidR="0080020B" w:rsidRDefault="0080020B" w:rsidP="0080020B">
      <w:pPr>
        <w:spacing w:before="480" w:after="60" w:line="360" w:lineRule="auto"/>
        <w:jc w:val="both"/>
      </w:pPr>
      <w:r>
        <w:t>[8] Oracle, “START TRANSACTION, COMMIT, and ROLLBACK Statements,” MySQL 8.4 Reference Manual, 2026.</w:t>
      </w:r>
    </w:p>
    <w:p w14:paraId="3B1E09F3" w14:textId="1B606F6E" w:rsidR="0080020B" w:rsidRDefault="0080020B" w:rsidP="0080020B">
      <w:pPr>
        <w:spacing w:before="480" w:after="60" w:line="360" w:lineRule="auto"/>
        <w:jc w:val="both"/>
      </w:pPr>
      <w:r>
        <w:t>[9] Oracle, “CREATE TRIGGER Statement,” MySQL 8.4 Reference Manual, 2026.</w:t>
      </w:r>
    </w:p>
    <w:p w14:paraId="521FD58C" w14:textId="0A70946F" w:rsidR="0080020B" w:rsidRDefault="0080020B" w:rsidP="0080020B">
      <w:pPr>
        <w:spacing w:before="480" w:after="60" w:line="360" w:lineRule="auto"/>
        <w:jc w:val="both"/>
      </w:pPr>
      <w:r>
        <w:t>[10] Oracle, “EXPLAIN Statement,” MySQL 8.4 Reference Manual, 2026..3</w:t>
      </w:r>
      <w:r>
        <w:tab/>
        <w:t>Appointment booking procedure</w:t>
      </w:r>
    </w:p>
    <w:p w14:paraId="210B2FDF" w14:textId="74400A00" w:rsidR="003B6F4E" w:rsidRDefault="003B6F4E" w:rsidP="003B6F4E">
      <w:pPr>
        <w:spacing w:before="480" w:after="60" w:line="360" w:lineRule="auto"/>
        <w:jc w:val="both"/>
      </w:pPr>
      <w:r>
        <w:lastRenderedPageBreak/>
        <w:t>{[11] Alghawazi, M., Alsaeed, D., Alharbi, S. and Alsaqour, R. (2022) ‘Detection of SQL Injection Attack Using Machine Learning Techniques: A Systematic Literature Review’, Journal of Cybersecurity and Privacy, 2(4).</w:t>
      </w:r>
    </w:p>
    <w:p w14:paraId="181CF698" w14:textId="13590B8D" w:rsidR="003B6F4E" w:rsidRDefault="003B6F4E" w:rsidP="003B6F4E">
      <w:pPr>
        <w:spacing w:before="480" w:after="60" w:line="360" w:lineRule="auto"/>
        <w:jc w:val="both"/>
      </w:pPr>
      <w:r>
        <w:t>[12] MITRE (2025) CWE-89: Improper Neutralization of Special Elements used in an SQL Command (‘SQL Injection’). Common Weakness Enumeration.</w:t>
      </w:r>
    </w:p>
    <w:p w14:paraId="16035085" w14:textId="5D77BEA6" w:rsidR="003B6F4E" w:rsidRDefault="003B6F4E" w:rsidP="003B6F4E">
      <w:pPr>
        <w:spacing w:before="480" w:after="60" w:line="360" w:lineRule="auto"/>
        <w:jc w:val="both"/>
      </w:pPr>
      <w:r>
        <w:t>[13] MITRE (2025) 2025 CWE Top 25 Most Dangerous Software Weaknesses. Common Weakness Enumeration.</w:t>
      </w:r>
    </w:p>
    <w:p w14:paraId="3978A034" w14:textId="79105A6B" w:rsidR="003B6F4E" w:rsidRDefault="003B6F4E" w:rsidP="003B6F4E">
      <w:pPr>
        <w:spacing w:before="480" w:after="60" w:line="360" w:lineRule="auto"/>
        <w:jc w:val="both"/>
      </w:pPr>
      <w:r>
        <w:t>[14] OWASP (2025) A05:2025 Injection. OWASP Top 10.</w:t>
      </w:r>
    </w:p>
    <w:p w14:paraId="0CF90C96" w14:textId="2B87C9D1" w:rsidR="003B6F4E" w:rsidRDefault="003B6F4E" w:rsidP="003B6F4E">
      <w:pPr>
        <w:spacing w:before="480" w:after="60" w:line="360" w:lineRule="auto"/>
        <w:jc w:val="both"/>
      </w:pPr>
      <w:r>
        <w:t>[15] OWASP (n.d.) SQL Injection Prevention Cheat Sheet. OWASP Cheat Sheet Series.</w:t>
      </w:r>
    </w:p>
    <w:p w14:paraId="374FE87D" w14:textId="612CE5C8" w:rsidR="003B6F4E" w:rsidRPr="0080020B" w:rsidRDefault="003B6F4E" w:rsidP="003B6F4E">
      <w:pPr>
        <w:spacing w:before="480" w:after="60" w:line="360" w:lineRule="auto"/>
        <w:jc w:val="both"/>
      </w:pPr>
      <w:r>
        <w:t>[16] OWASP (n.d.) Testing for SQL Injection. Web Security Testing Guide.</w:t>
      </w:r>
    </w:p>
    <w:sectPr w:rsidR="003B6F4E" w:rsidRPr="0080020B" w:rsidSect="00C76697">
      <w:headerReference w:type="default" r:id="rId61"/>
      <w:footerReference w:type="default" r:id="rId62"/>
      <w:pgSz w:w="12240" w:h="15840"/>
      <w:pgMar w:top="1080" w:right="1152" w:bottom="1080" w:left="115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B60B" w14:textId="77777777" w:rsidR="00375858" w:rsidRDefault="00375858">
      <w:pPr>
        <w:spacing w:after="0" w:line="240" w:lineRule="auto"/>
      </w:pPr>
      <w:r>
        <w:separator/>
      </w:r>
    </w:p>
  </w:endnote>
  <w:endnote w:type="continuationSeparator" w:id="0">
    <w:p w14:paraId="52D08F05" w14:textId="77777777" w:rsidR="00375858" w:rsidRDefault="00375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DD763" w14:textId="77777777" w:rsidR="00FF275A" w:rsidRDefault="007F0570">
    <w:pPr>
      <w:pStyle w:val="Footer"/>
      <w:jc w:val="center"/>
    </w:pPr>
    <w:r>
      <w:t xml:space="preserve">Page </w:t>
    </w:r>
    <w:r>
      <w:fldChar w:fldCharType="begin"/>
    </w:r>
    <w:r>
      <w:instrText>PAGE</w:instrText>
    </w:r>
    <w:r>
      <w:fldChar w:fldCharType="separate"/>
    </w:r>
    <w:r w:rsidR="00C7669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89AA4" w14:textId="77777777" w:rsidR="00375858" w:rsidRDefault="00375858">
      <w:pPr>
        <w:spacing w:after="0" w:line="240" w:lineRule="auto"/>
      </w:pPr>
      <w:r>
        <w:separator/>
      </w:r>
    </w:p>
  </w:footnote>
  <w:footnote w:type="continuationSeparator" w:id="0">
    <w:p w14:paraId="58C32B0D" w14:textId="77777777" w:rsidR="00375858" w:rsidRDefault="00375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200A" w14:textId="03A8D45A" w:rsidR="00FF275A" w:rsidRDefault="007F0570">
    <w:pPr>
      <w:pStyle w:val="Header"/>
      <w:jc w:val="right"/>
    </w:pPr>
    <w:r>
      <w:rPr>
        <w:sz w:val="16"/>
      </w:rPr>
      <w:t>Data</w:t>
    </w:r>
    <w:r w:rsidR="004F73A5">
      <w:rPr>
        <w:sz w:val="16"/>
      </w:rPr>
      <w:t>base Application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7C7A21"/>
    <w:multiLevelType w:val="hybridMultilevel"/>
    <w:tmpl w:val="34E6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DA7E23"/>
    <w:multiLevelType w:val="hybridMultilevel"/>
    <w:tmpl w:val="C78C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F10D19"/>
    <w:multiLevelType w:val="hybridMultilevel"/>
    <w:tmpl w:val="5524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87785A"/>
    <w:multiLevelType w:val="hybridMultilevel"/>
    <w:tmpl w:val="AE440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9D5AAC"/>
    <w:multiLevelType w:val="hybridMultilevel"/>
    <w:tmpl w:val="AB4C2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35713B"/>
    <w:multiLevelType w:val="hybridMultilevel"/>
    <w:tmpl w:val="5C92B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B5232A"/>
    <w:multiLevelType w:val="hybridMultilevel"/>
    <w:tmpl w:val="642E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4398D"/>
    <w:multiLevelType w:val="hybridMultilevel"/>
    <w:tmpl w:val="33BCF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CF66CF"/>
    <w:multiLevelType w:val="hybridMultilevel"/>
    <w:tmpl w:val="9D541C8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6D471CB"/>
    <w:multiLevelType w:val="hybridMultilevel"/>
    <w:tmpl w:val="850A358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7C2EBA"/>
    <w:multiLevelType w:val="hybridMultilevel"/>
    <w:tmpl w:val="C0DAE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2E546C"/>
    <w:multiLevelType w:val="hybridMultilevel"/>
    <w:tmpl w:val="0AA6BD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620EB9"/>
    <w:multiLevelType w:val="hybridMultilevel"/>
    <w:tmpl w:val="1CE6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84712B"/>
    <w:multiLevelType w:val="hybridMultilevel"/>
    <w:tmpl w:val="B89E222C"/>
    <w:lvl w:ilvl="0" w:tplc="0809000F">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DA6721"/>
    <w:multiLevelType w:val="hybridMultilevel"/>
    <w:tmpl w:val="C4EAB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7274E4"/>
    <w:multiLevelType w:val="hybridMultilevel"/>
    <w:tmpl w:val="3588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EC364C"/>
    <w:multiLevelType w:val="hybridMultilevel"/>
    <w:tmpl w:val="82D82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D264C5"/>
    <w:multiLevelType w:val="hybridMultilevel"/>
    <w:tmpl w:val="C46C0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6C52D5"/>
    <w:multiLevelType w:val="hybridMultilevel"/>
    <w:tmpl w:val="1BD03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A03508"/>
    <w:multiLevelType w:val="hybridMultilevel"/>
    <w:tmpl w:val="916C7238"/>
    <w:lvl w:ilvl="0" w:tplc="475AAC2C">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47154">
    <w:abstractNumId w:val="8"/>
  </w:num>
  <w:num w:numId="2" w16cid:durableId="2067755787">
    <w:abstractNumId w:val="6"/>
  </w:num>
  <w:num w:numId="3" w16cid:durableId="261651398">
    <w:abstractNumId w:val="5"/>
  </w:num>
  <w:num w:numId="4" w16cid:durableId="126356793">
    <w:abstractNumId w:val="4"/>
  </w:num>
  <w:num w:numId="5" w16cid:durableId="1404329591">
    <w:abstractNumId w:val="7"/>
  </w:num>
  <w:num w:numId="6" w16cid:durableId="1357074819">
    <w:abstractNumId w:val="3"/>
  </w:num>
  <w:num w:numId="7" w16cid:durableId="178742082">
    <w:abstractNumId w:val="2"/>
  </w:num>
  <w:num w:numId="8" w16cid:durableId="451168743">
    <w:abstractNumId w:val="1"/>
  </w:num>
  <w:num w:numId="9" w16cid:durableId="351495024">
    <w:abstractNumId w:val="0"/>
  </w:num>
  <w:num w:numId="10" w16cid:durableId="1866282894">
    <w:abstractNumId w:val="10"/>
  </w:num>
  <w:num w:numId="11" w16cid:durableId="1899321684">
    <w:abstractNumId w:val="15"/>
  </w:num>
  <w:num w:numId="12" w16cid:durableId="449512798">
    <w:abstractNumId w:val="12"/>
  </w:num>
  <w:num w:numId="13" w16cid:durableId="551885724">
    <w:abstractNumId w:val="27"/>
  </w:num>
  <w:num w:numId="14" w16cid:durableId="297418444">
    <w:abstractNumId w:val="23"/>
  </w:num>
  <w:num w:numId="15" w16cid:durableId="1828595703">
    <w:abstractNumId w:val="26"/>
  </w:num>
  <w:num w:numId="16" w16cid:durableId="896746554">
    <w:abstractNumId w:val="14"/>
  </w:num>
  <w:num w:numId="17" w16cid:durableId="948704063">
    <w:abstractNumId w:val="11"/>
  </w:num>
  <w:num w:numId="18" w16cid:durableId="193926138">
    <w:abstractNumId w:val="9"/>
  </w:num>
  <w:num w:numId="19" w16cid:durableId="1587767952">
    <w:abstractNumId w:val="21"/>
  </w:num>
  <w:num w:numId="20" w16cid:durableId="467432403">
    <w:abstractNumId w:val="16"/>
  </w:num>
  <w:num w:numId="21" w16cid:durableId="1706056605">
    <w:abstractNumId w:val="19"/>
  </w:num>
  <w:num w:numId="22" w16cid:durableId="31813092">
    <w:abstractNumId w:val="28"/>
  </w:num>
  <w:num w:numId="23" w16cid:durableId="689258154">
    <w:abstractNumId w:val="18"/>
  </w:num>
  <w:num w:numId="24" w16cid:durableId="1498763976">
    <w:abstractNumId w:val="20"/>
  </w:num>
  <w:num w:numId="25" w16cid:durableId="1423335528">
    <w:abstractNumId w:val="17"/>
  </w:num>
  <w:num w:numId="26" w16cid:durableId="74212574">
    <w:abstractNumId w:val="13"/>
  </w:num>
  <w:num w:numId="27" w16cid:durableId="538397262">
    <w:abstractNumId w:val="22"/>
  </w:num>
  <w:num w:numId="28" w16cid:durableId="1180773517">
    <w:abstractNumId w:val="24"/>
  </w:num>
  <w:num w:numId="29" w16cid:durableId="65807247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DC6"/>
    <w:rsid w:val="000169D3"/>
    <w:rsid w:val="00034616"/>
    <w:rsid w:val="0006063C"/>
    <w:rsid w:val="000737CB"/>
    <w:rsid w:val="00075011"/>
    <w:rsid w:val="000832FE"/>
    <w:rsid w:val="000B5CF6"/>
    <w:rsid w:val="000D1F8A"/>
    <w:rsid w:val="0013231B"/>
    <w:rsid w:val="00134237"/>
    <w:rsid w:val="00134FB2"/>
    <w:rsid w:val="0015074B"/>
    <w:rsid w:val="00151E4F"/>
    <w:rsid w:val="00175648"/>
    <w:rsid w:val="001A5B39"/>
    <w:rsid w:val="001A6423"/>
    <w:rsid w:val="001F20CC"/>
    <w:rsid w:val="001F5481"/>
    <w:rsid w:val="002176D1"/>
    <w:rsid w:val="0026173D"/>
    <w:rsid w:val="0029639D"/>
    <w:rsid w:val="003107F1"/>
    <w:rsid w:val="0031412F"/>
    <w:rsid w:val="00326F90"/>
    <w:rsid w:val="00375858"/>
    <w:rsid w:val="003A7A6D"/>
    <w:rsid w:val="003B6F4E"/>
    <w:rsid w:val="00401BED"/>
    <w:rsid w:val="00434B2A"/>
    <w:rsid w:val="00442DF8"/>
    <w:rsid w:val="00496516"/>
    <w:rsid w:val="004A69AF"/>
    <w:rsid w:val="004A7B06"/>
    <w:rsid w:val="004B1FF1"/>
    <w:rsid w:val="004F21C0"/>
    <w:rsid w:val="004F73A5"/>
    <w:rsid w:val="00506F4A"/>
    <w:rsid w:val="00534E3C"/>
    <w:rsid w:val="00550AF0"/>
    <w:rsid w:val="00565313"/>
    <w:rsid w:val="00567A14"/>
    <w:rsid w:val="005A65B0"/>
    <w:rsid w:val="005B1D73"/>
    <w:rsid w:val="005B1F82"/>
    <w:rsid w:val="005B7DCB"/>
    <w:rsid w:val="005C4387"/>
    <w:rsid w:val="0066641C"/>
    <w:rsid w:val="00692A32"/>
    <w:rsid w:val="006A349F"/>
    <w:rsid w:val="00757B98"/>
    <w:rsid w:val="00791C21"/>
    <w:rsid w:val="007A48AD"/>
    <w:rsid w:val="007D5E54"/>
    <w:rsid w:val="007F0570"/>
    <w:rsid w:val="007F4320"/>
    <w:rsid w:val="0080020B"/>
    <w:rsid w:val="0080175A"/>
    <w:rsid w:val="0082406E"/>
    <w:rsid w:val="00895380"/>
    <w:rsid w:val="008D2206"/>
    <w:rsid w:val="009027B5"/>
    <w:rsid w:val="00907C98"/>
    <w:rsid w:val="00924D22"/>
    <w:rsid w:val="00941E59"/>
    <w:rsid w:val="00944AFA"/>
    <w:rsid w:val="00972934"/>
    <w:rsid w:val="00987E8A"/>
    <w:rsid w:val="0099045D"/>
    <w:rsid w:val="009B39FB"/>
    <w:rsid w:val="009C7287"/>
    <w:rsid w:val="009E121F"/>
    <w:rsid w:val="00A179C9"/>
    <w:rsid w:val="00AA1D8D"/>
    <w:rsid w:val="00AE6AE4"/>
    <w:rsid w:val="00B14881"/>
    <w:rsid w:val="00B34840"/>
    <w:rsid w:val="00B40FF4"/>
    <w:rsid w:val="00B47730"/>
    <w:rsid w:val="00B60A42"/>
    <w:rsid w:val="00BC059F"/>
    <w:rsid w:val="00C31F27"/>
    <w:rsid w:val="00C32087"/>
    <w:rsid w:val="00C76697"/>
    <w:rsid w:val="00CB0664"/>
    <w:rsid w:val="00CE4D0E"/>
    <w:rsid w:val="00D017E6"/>
    <w:rsid w:val="00D53AF1"/>
    <w:rsid w:val="00D654FC"/>
    <w:rsid w:val="00D72F5A"/>
    <w:rsid w:val="00D901AC"/>
    <w:rsid w:val="00DA65CA"/>
    <w:rsid w:val="00DB6D96"/>
    <w:rsid w:val="00E1604B"/>
    <w:rsid w:val="00E3571F"/>
    <w:rsid w:val="00E379E0"/>
    <w:rsid w:val="00E55BCC"/>
    <w:rsid w:val="00E85F59"/>
    <w:rsid w:val="00ED66C4"/>
    <w:rsid w:val="00F170A0"/>
    <w:rsid w:val="00F5548C"/>
    <w:rsid w:val="00FA2407"/>
    <w:rsid w:val="00FC693F"/>
    <w:rsid w:val="00FF275A"/>
    <w:rsid w:val="00FF63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51EC35"/>
  <w14:defaultImageDpi w14:val="300"/>
  <w15:docId w15:val="{CE2AC2DD-9900-4784-9452-D2D6DE5D2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49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C76697"/>
  </w:style>
  <w:style w:type="paragraph" w:styleId="TOC1">
    <w:name w:val="toc 1"/>
    <w:basedOn w:val="Normal"/>
    <w:next w:val="Normal"/>
    <w:autoRedefine/>
    <w:uiPriority w:val="39"/>
    <w:unhideWhenUsed/>
    <w:rsid w:val="00151E4F"/>
    <w:pPr>
      <w:spacing w:after="100"/>
    </w:pPr>
  </w:style>
  <w:style w:type="character" w:styleId="Hyperlink">
    <w:name w:val="Hyperlink"/>
    <w:basedOn w:val="DefaultParagraphFont"/>
    <w:uiPriority w:val="99"/>
    <w:unhideWhenUsed/>
    <w:rsid w:val="00151E4F"/>
    <w:rPr>
      <w:color w:val="0000FF" w:themeColor="hyperlink"/>
      <w:u w:val="single"/>
    </w:rPr>
  </w:style>
  <w:style w:type="paragraph" w:styleId="TOC2">
    <w:name w:val="toc 2"/>
    <w:basedOn w:val="Normal"/>
    <w:next w:val="Normal"/>
    <w:autoRedefine/>
    <w:uiPriority w:val="39"/>
    <w:unhideWhenUsed/>
    <w:rsid w:val="005B1F82"/>
    <w:pPr>
      <w:spacing w:after="100"/>
      <w:ind w:left="210"/>
    </w:pPr>
  </w:style>
  <w:style w:type="paragraph" w:styleId="TOC3">
    <w:name w:val="toc 3"/>
    <w:basedOn w:val="Normal"/>
    <w:next w:val="Normal"/>
    <w:autoRedefine/>
    <w:uiPriority w:val="39"/>
    <w:unhideWhenUsed/>
    <w:rsid w:val="005B1F82"/>
    <w:pPr>
      <w:spacing w:after="100"/>
      <w:ind w:left="420"/>
    </w:pPr>
  </w:style>
  <w:style w:type="paragraph" w:styleId="TOC4">
    <w:name w:val="toc 4"/>
    <w:basedOn w:val="Normal"/>
    <w:next w:val="Normal"/>
    <w:autoRedefine/>
    <w:uiPriority w:val="39"/>
    <w:unhideWhenUsed/>
    <w:rsid w:val="009B39FB"/>
    <w:pPr>
      <w:spacing w:after="100" w:line="278" w:lineRule="auto"/>
      <w:ind w:left="720"/>
    </w:pPr>
    <w:rPr>
      <w:rFonts w:asciiTheme="minorHAnsi" w:eastAsiaTheme="minorEastAsia" w:hAnsiTheme="minorHAnsi"/>
      <w:kern w:val="2"/>
      <w:sz w:val="24"/>
      <w:szCs w:val="24"/>
      <w:lang w:val="en-GB" w:eastAsia="en-GB"/>
      <w14:ligatures w14:val="standardContextual"/>
    </w:rPr>
  </w:style>
  <w:style w:type="paragraph" w:styleId="TOC5">
    <w:name w:val="toc 5"/>
    <w:basedOn w:val="Normal"/>
    <w:next w:val="Normal"/>
    <w:autoRedefine/>
    <w:uiPriority w:val="39"/>
    <w:unhideWhenUsed/>
    <w:rsid w:val="009B39FB"/>
    <w:pPr>
      <w:spacing w:after="100" w:line="278" w:lineRule="auto"/>
      <w:ind w:left="960"/>
    </w:pPr>
    <w:rPr>
      <w:rFonts w:asciiTheme="minorHAnsi" w:eastAsiaTheme="minorEastAsia" w:hAnsiTheme="minorHAnsi"/>
      <w:kern w:val="2"/>
      <w:sz w:val="24"/>
      <w:szCs w:val="24"/>
      <w:lang w:val="en-GB" w:eastAsia="en-GB"/>
      <w14:ligatures w14:val="standardContextual"/>
    </w:rPr>
  </w:style>
  <w:style w:type="paragraph" w:styleId="TOC6">
    <w:name w:val="toc 6"/>
    <w:basedOn w:val="Normal"/>
    <w:next w:val="Normal"/>
    <w:autoRedefine/>
    <w:uiPriority w:val="39"/>
    <w:unhideWhenUsed/>
    <w:rsid w:val="009B39FB"/>
    <w:pPr>
      <w:spacing w:after="100" w:line="278" w:lineRule="auto"/>
      <w:ind w:left="1200"/>
    </w:pPr>
    <w:rPr>
      <w:rFonts w:asciiTheme="minorHAnsi" w:eastAsiaTheme="minorEastAsia" w:hAnsiTheme="minorHAnsi"/>
      <w:kern w:val="2"/>
      <w:sz w:val="24"/>
      <w:szCs w:val="24"/>
      <w:lang w:val="en-GB" w:eastAsia="en-GB"/>
      <w14:ligatures w14:val="standardContextual"/>
    </w:rPr>
  </w:style>
  <w:style w:type="paragraph" w:styleId="TOC7">
    <w:name w:val="toc 7"/>
    <w:basedOn w:val="Normal"/>
    <w:next w:val="Normal"/>
    <w:autoRedefine/>
    <w:uiPriority w:val="39"/>
    <w:unhideWhenUsed/>
    <w:rsid w:val="009B39FB"/>
    <w:pPr>
      <w:spacing w:after="100" w:line="278" w:lineRule="auto"/>
      <w:ind w:left="1440"/>
    </w:pPr>
    <w:rPr>
      <w:rFonts w:asciiTheme="minorHAnsi" w:eastAsiaTheme="minorEastAsia" w:hAnsiTheme="minorHAnsi"/>
      <w:kern w:val="2"/>
      <w:sz w:val="24"/>
      <w:szCs w:val="24"/>
      <w:lang w:val="en-GB" w:eastAsia="en-GB"/>
      <w14:ligatures w14:val="standardContextual"/>
    </w:rPr>
  </w:style>
  <w:style w:type="paragraph" w:styleId="TOC8">
    <w:name w:val="toc 8"/>
    <w:basedOn w:val="Normal"/>
    <w:next w:val="Normal"/>
    <w:autoRedefine/>
    <w:uiPriority w:val="39"/>
    <w:unhideWhenUsed/>
    <w:rsid w:val="009B39FB"/>
    <w:pPr>
      <w:spacing w:after="100" w:line="278" w:lineRule="auto"/>
      <w:ind w:left="1680"/>
    </w:pPr>
    <w:rPr>
      <w:rFonts w:asciiTheme="minorHAnsi" w:eastAsiaTheme="minorEastAsia" w:hAnsiTheme="minorHAnsi"/>
      <w:kern w:val="2"/>
      <w:sz w:val="24"/>
      <w:szCs w:val="24"/>
      <w:lang w:val="en-GB" w:eastAsia="en-GB"/>
      <w14:ligatures w14:val="standardContextual"/>
    </w:rPr>
  </w:style>
  <w:style w:type="paragraph" w:styleId="TOC9">
    <w:name w:val="toc 9"/>
    <w:basedOn w:val="Normal"/>
    <w:next w:val="Normal"/>
    <w:autoRedefine/>
    <w:uiPriority w:val="39"/>
    <w:unhideWhenUsed/>
    <w:rsid w:val="009B39FB"/>
    <w:pPr>
      <w:spacing w:after="100" w:line="278" w:lineRule="auto"/>
      <w:ind w:left="1920"/>
    </w:pPr>
    <w:rPr>
      <w:rFonts w:asciiTheme="minorHAnsi" w:eastAsiaTheme="minorEastAsia" w:hAnsiTheme="minorHAnsi"/>
      <w:kern w:val="2"/>
      <w:sz w:val="24"/>
      <w:szCs w:val="24"/>
      <w:lang w:val="en-GB" w:eastAsia="en-GB"/>
      <w14:ligatures w14:val="standardContextual"/>
    </w:rPr>
  </w:style>
  <w:style w:type="character" w:styleId="UnresolvedMention">
    <w:name w:val="Unresolved Mention"/>
    <w:basedOn w:val="DefaultParagraphFont"/>
    <w:uiPriority w:val="99"/>
    <w:semiHidden/>
    <w:unhideWhenUsed/>
    <w:rsid w:val="009B39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7375</Words>
  <Characters>42041</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The Zero Trust Architecture</vt:lpstr>
    </vt:vector>
  </TitlesOfParts>
  <Manager/>
  <Company/>
  <LinksUpToDate>false</LinksUpToDate>
  <CharactersWithSpaces>49318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Zero Trust Architecture</dc:title>
  <dc:subject>Data Security and Compliance Assignment</dc:subject>
  <dc:creator>Ralph Saramaduo-Hart (2411210)</dc:creator>
  <cp:keywords/>
  <dc:description/>
  <cp:lastModifiedBy>Ralph Saramaduo-Hart (2411210)</cp:lastModifiedBy>
  <cp:revision>5</cp:revision>
  <dcterms:created xsi:type="dcterms:W3CDTF">2026-07-31T10:48:00Z</dcterms:created>
  <dcterms:modified xsi:type="dcterms:W3CDTF">2026-08-14T12:20:00Z</dcterms:modified>
  <cp:category/>
</cp:coreProperties>
</file>