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10926747"/>
        <w:docPartObj>
          <w:docPartGallery w:val="Cover Pages"/>
          <w:docPartUnique/>
        </w:docPartObj>
      </w:sdtPr>
      <w:sdtContent>
        <w:p w14:paraId="3E9FF16D" w14:textId="24FA43A8" w:rsidR="00274C68" w:rsidRDefault="00274C68">
          <w:r>
            <w:rPr>
              <w:noProof/>
            </w:rPr>
            <mc:AlternateContent>
              <mc:Choice Requires="wps">
                <w:drawing>
                  <wp:anchor distT="0" distB="0" distL="114300" distR="114300" simplePos="0" relativeHeight="251659264" behindDoc="0" locked="0" layoutInCell="1" allowOverlap="1" wp14:anchorId="5027582E" wp14:editId="106EAA6A">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070"/>
                                  <w:gridCol w:w="2472"/>
                                </w:tblGrid>
                                <w:tr w:rsidR="00274C68" w14:paraId="748C45DF" w14:textId="77777777">
                                  <w:trPr>
                                    <w:jc w:val="center"/>
                                  </w:trPr>
                                  <w:tc>
                                    <w:tcPr>
                                      <w:tcW w:w="2568" w:type="pct"/>
                                      <w:vAlign w:val="center"/>
                                    </w:tcPr>
                                    <w:p w14:paraId="18FDBA6B" w14:textId="77777777" w:rsidR="00274C68" w:rsidRDefault="00274C68">
                                      <w:pPr>
                                        <w:jc w:val="right"/>
                                      </w:pPr>
                                      <w:r>
                                        <w:rPr>
                                          <w:noProof/>
                                        </w:rPr>
                                        <w:drawing>
                                          <wp:inline distT="0" distB="0" distL="0" distR="0" wp14:anchorId="66ED8982" wp14:editId="334C420F">
                                            <wp:extent cx="3397828" cy="4216400"/>
                                            <wp:effectExtent l="0" t="0" r="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8515" cy="4229662"/>
                                                    </a:xfrm>
                                                    <a:prstGeom prst="rect">
                                                      <a:avLst/>
                                                    </a:prstGeom>
                                                  </pic:spPr>
                                                </pic:pic>
                                              </a:graphicData>
                                            </a:graphic>
                                          </wp:inline>
                                        </w:drawing>
                                      </w:r>
                                    </w:p>
                                    <w:sdt>
                                      <w:sdtPr>
                                        <w:rPr>
                                          <w:caps/>
                                          <w:color w:val="4F6228" w:themeColor="accent3" w:themeShade="8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8E549DA" w14:textId="540D3F39" w:rsidR="00274C68" w:rsidRDefault="00274C68">
                                          <w:pPr>
                                            <w:pStyle w:val="NoSpacing"/>
                                            <w:spacing w:line="312" w:lineRule="auto"/>
                                            <w:jc w:val="right"/>
                                            <w:rPr>
                                              <w:caps/>
                                              <w:color w:val="191919" w:themeColor="text1" w:themeTint="E6"/>
                                              <w:sz w:val="72"/>
                                              <w:szCs w:val="72"/>
                                            </w:rPr>
                                          </w:pPr>
                                          <w:r w:rsidRPr="006C1AA3">
                                            <w:rPr>
                                              <w:caps/>
                                              <w:color w:val="4F6228" w:themeColor="accent3" w:themeShade="80"/>
                                              <w:sz w:val="72"/>
                                              <w:szCs w:val="72"/>
                                            </w:rPr>
                                            <w:t>Title page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F4F05C3" w14:textId="1152F263" w:rsidR="00274C68" w:rsidRDefault="00CB74A1">
                                          <w:pPr>
                                            <w:jc w:val="right"/>
                                            <w:rPr>
                                              <w:sz w:val="24"/>
                                              <w:szCs w:val="24"/>
                                            </w:rPr>
                                          </w:pPr>
                                          <w:r>
                                            <w:rPr>
                                              <w:color w:val="000000" w:themeColor="text1"/>
                                              <w:sz w:val="24"/>
                                              <w:szCs w:val="24"/>
                                            </w:rPr>
                                            <w:t xml:space="preserve">     </w:t>
                                          </w:r>
                                        </w:p>
                                      </w:sdtContent>
                                    </w:sdt>
                                  </w:tc>
                                  <w:tc>
                                    <w:tcPr>
                                      <w:tcW w:w="2432" w:type="pct"/>
                                      <w:vAlign w:val="center"/>
                                    </w:tcPr>
                                    <w:p w14:paraId="56223E18" w14:textId="77777777" w:rsidR="00CB74A1" w:rsidRPr="00D06BE3" w:rsidRDefault="00CB74A1" w:rsidP="00CB74A1">
                                      <w:pPr>
                                        <w:spacing w:line="360" w:lineRule="auto"/>
                                        <w:jc w:val="center"/>
                                        <w:rPr>
                                          <w:b/>
                                          <w:sz w:val="32"/>
                                          <w:szCs w:val="32"/>
                                        </w:rPr>
                                      </w:pPr>
                                      <w:r w:rsidRPr="00D06BE3">
                                        <w:rPr>
                                          <w:b/>
                                          <w:color w:val="548DD4" w:themeColor="text2" w:themeTint="99"/>
                                          <w:sz w:val="32"/>
                                          <w:szCs w:val="32"/>
                                        </w:rPr>
                                        <w:t>Programme</w:t>
                                      </w:r>
                                    </w:p>
                                    <w:p w14:paraId="7AB4FBED" w14:textId="77777777" w:rsidR="00CB74A1" w:rsidRPr="00B4169D" w:rsidRDefault="00CB74A1" w:rsidP="00CB74A1">
                                      <w:pPr>
                                        <w:spacing w:line="360" w:lineRule="auto"/>
                                        <w:jc w:val="center"/>
                                        <w:rPr>
                                          <w:color w:val="C00000"/>
                                          <w:sz w:val="28"/>
                                          <w:szCs w:val="28"/>
                                        </w:rPr>
                                      </w:pPr>
                                      <w:r w:rsidRPr="00B4169D">
                                        <w:rPr>
                                          <w:b/>
                                          <w:color w:val="C00000"/>
                                          <w:sz w:val="28"/>
                                          <w:szCs w:val="28"/>
                                        </w:rPr>
                                        <w:t xml:space="preserve"> </w:t>
                                      </w:r>
                                      <w:r w:rsidRPr="00B4169D">
                                        <w:rPr>
                                          <w:color w:val="C00000"/>
                                          <w:sz w:val="28"/>
                                          <w:szCs w:val="28"/>
                                        </w:rPr>
                                        <w:t xml:space="preserve"> Cert HE Business Skills for the Workplace</w:t>
                                      </w:r>
                                    </w:p>
                                    <w:p w14:paraId="0C31B1CE" w14:textId="77777777" w:rsidR="00CB74A1" w:rsidRPr="00D06BE3" w:rsidRDefault="00CB74A1" w:rsidP="00CB74A1">
                                      <w:pPr>
                                        <w:spacing w:line="360" w:lineRule="auto"/>
                                        <w:jc w:val="center"/>
                                        <w:rPr>
                                          <w:sz w:val="32"/>
                                          <w:szCs w:val="32"/>
                                        </w:rPr>
                                      </w:pPr>
                                      <w:r w:rsidRPr="00D06BE3">
                                        <w:rPr>
                                          <w:b/>
                                          <w:bCs/>
                                          <w:color w:val="548DD4" w:themeColor="text2" w:themeTint="99"/>
                                          <w:sz w:val="32"/>
                                          <w:szCs w:val="32"/>
                                        </w:rPr>
                                        <w:t>Module</w:t>
                                      </w:r>
                                      <w:r w:rsidRPr="00D06BE3">
                                        <w:rPr>
                                          <w:sz w:val="32"/>
                                          <w:szCs w:val="32"/>
                                        </w:rPr>
                                        <w:t xml:space="preserve">        </w:t>
                                      </w:r>
                                    </w:p>
                                    <w:p w14:paraId="697EE54E" w14:textId="77777777" w:rsidR="00CB74A1" w:rsidRPr="00D06BE3" w:rsidRDefault="00CB74A1" w:rsidP="00CB74A1">
                                      <w:pPr>
                                        <w:spacing w:line="360" w:lineRule="auto"/>
                                        <w:jc w:val="center"/>
                                        <w:rPr>
                                          <w:sz w:val="28"/>
                                          <w:szCs w:val="28"/>
                                        </w:rPr>
                                      </w:pPr>
                                      <w:r w:rsidRPr="00D06BE3">
                                        <w:rPr>
                                          <w:sz w:val="28"/>
                                          <w:szCs w:val="28"/>
                                        </w:rPr>
                                        <w:t xml:space="preserve">       </w:t>
                                      </w:r>
                                      <w:r w:rsidRPr="00B4169D">
                                        <w:rPr>
                                          <w:color w:val="C00000"/>
                                          <w:sz w:val="28"/>
                                          <w:szCs w:val="28"/>
                                        </w:rPr>
                                        <w:t>Employability and Career Development</w:t>
                                      </w:r>
                                    </w:p>
                                    <w:p w14:paraId="442FC763" w14:textId="77777777" w:rsidR="00CB74A1" w:rsidRPr="00D06BE3" w:rsidRDefault="00CB74A1" w:rsidP="00CB74A1">
                                      <w:pPr>
                                        <w:spacing w:line="360" w:lineRule="auto"/>
                                        <w:jc w:val="center"/>
                                        <w:rPr>
                                          <w:sz w:val="32"/>
                                          <w:szCs w:val="32"/>
                                        </w:rPr>
                                      </w:pPr>
                                      <w:r w:rsidRPr="00D06BE3">
                                        <w:rPr>
                                          <w:sz w:val="28"/>
                                          <w:szCs w:val="28"/>
                                        </w:rPr>
                                        <w:t xml:space="preserve"> </w:t>
                                      </w:r>
                                      <w:r w:rsidRPr="00D06BE3">
                                        <w:rPr>
                                          <w:b/>
                                          <w:bCs/>
                                          <w:color w:val="548DD4" w:themeColor="text2" w:themeTint="99"/>
                                          <w:sz w:val="32"/>
                                          <w:szCs w:val="32"/>
                                        </w:rPr>
                                        <w:t>Module Code</w:t>
                                      </w:r>
                                      <w:r w:rsidRPr="00D06BE3">
                                        <w:rPr>
                                          <w:sz w:val="32"/>
                                          <w:szCs w:val="32"/>
                                        </w:rPr>
                                        <w:t xml:space="preserve">   </w:t>
                                      </w:r>
                                    </w:p>
                                    <w:p w14:paraId="780109F0" w14:textId="77777777" w:rsidR="00CB74A1" w:rsidRPr="00B4169D" w:rsidRDefault="00CB74A1" w:rsidP="00CB74A1">
                                      <w:pPr>
                                        <w:spacing w:line="360" w:lineRule="auto"/>
                                        <w:jc w:val="center"/>
                                        <w:rPr>
                                          <w:color w:val="C00000"/>
                                          <w:sz w:val="28"/>
                                          <w:szCs w:val="28"/>
                                        </w:rPr>
                                      </w:pPr>
                                      <w:r w:rsidRPr="00B4169D">
                                        <w:rPr>
                                          <w:color w:val="C00000"/>
                                          <w:sz w:val="28"/>
                                          <w:szCs w:val="28"/>
                                        </w:rPr>
                                        <w:t xml:space="preserve">   LCLM4005</w:t>
                                      </w:r>
                                    </w:p>
                                    <w:p w14:paraId="5AE72862" w14:textId="77777777" w:rsidR="00CB74A1" w:rsidRPr="00D06BE3" w:rsidRDefault="00CB74A1" w:rsidP="00CB74A1">
                                      <w:pPr>
                                        <w:spacing w:line="360" w:lineRule="auto"/>
                                        <w:jc w:val="center"/>
                                        <w:rPr>
                                          <w:b/>
                                          <w:sz w:val="32"/>
                                          <w:szCs w:val="32"/>
                                        </w:rPr>
                                      </w:pPr>
                                      <w:r w:rsidRPr="00D06BE3">
                                        <w:rPr>
                                          <w:b/>
                                          <w:color w:val="548DD4" w:themeColor="text2" w:themeTint="99"/>
                                          <w:sz w:val="32"/>
                                          <w:szCs w:val="32"/>
                                        </w:rPr>
                                        <w:t>Lecturer</w:t>
                                      </w:r>
                                      <w:r w:rsidRPr="00D06BE3">
                                        <w:rPr>
                                          <w:b/>
                                          <w:sz w:val="32"/>
                                          <w:szCs w:val="32"/>
                                        </w:rPr>
                                        <w:t xml:space="preserve">               </w:t>
                                      </w:r>
                                    </w:p>
                                    <w:p w14:paraId="71051C87" w14:textId="77777777" w:rsidR="00CB74A1" w:rsidRPr="00D06BE3" w:rsidRDefault="00CB74A1" w:rsidP="00CB74A1">
                                      <w:pPr>
                                        <w:spacing w:line="360" w:lineRule="auto"/>
                                        <w:jc w:val="center"/>
                                        <w:rPr>
                                          <w:color w:val="EE0000"/>
                                          <w:sz w:val="28"/>
                                          <w:szCs w:val="28"/>
                                        </w:rPr>
                                      </w:pPr>
                                      <w:r w:rsidRPr="00D06BE3">
                                        <w:rPr>
                                          <w:bCs/>
                                          <w:color w:val="EE0000"/>
                                          <w:sz w:val="28"/>
                                          <w:szCs w:val="28"/>
                                        </w:rPr>
                                        <w:t xml:space="preserve">Trinh Nguyen </w:t>
                                      </w:r>
                                      <w:proofErr w:type="spellStart"/>
                                      <w:r w:rsidRPr="00D06BE3">
                                        <w:rPr>
                                          <w:bCs/>
                                          <w:color w:val="EE0000"/>
                                          <w:sz w:val="28"/>
                                          <w:szCs w:val="28"/>
                                        </w:rPr>
                                        <w:t>Thi</w:t>
                                      </w:r>
                                      <w:proofErr w:type="spellEnd"/>
                                      <w:r w:rsidRPr="00D06BE3">
                                        <w:rPr>
                                          <w:bCs/>
                                          <w:color w:val="EE0000"/>
                                          <w:sz w:val="28"/>
                                          <w:szCs w:val="28"/>
                                        </w:rPr>
                                        <w:t xml:space="preserve"> Ngoc (Jessie)</w:t>
                                      </w:r>
                                    </w:p>
                                    <w:p w14:paraId="6C245A94" w14:textId="77777777" w:rsidR="00CB74A1" w:rsidRPr="00D06BE3" w:rsidRDefault="00CB74A1" w:rsidP="00CB74A1">
                                      <w:pPr>
                                        <w:spacing w:line="360" w:lineRule="auto"/>
                                        <w:jc w:val="center"/>
                                        <w:rPr>
                                          <w:b/>
                                          <w:sz w:val="32"/>
                                          <w:szCs w:val="32"/>
                                        </w:rPr>
                                      </w:pPr>
                                      <w:r w:rsidRPr="00D06BE3">
                                        <w:rPr>
                                          <w:b/>
                                          <w:color w:val="548DD4" w:themeColor="text2" w:themeTint="99"/>
                                          <w:sz w:val="32"/>
                                          <w:szCs w:val="32"/>
                                        </w:rPr>
                                        <w:t>Student Name</w:t>
                                      </w:r>
                                      <w:r w:rsidRPr="00D06BE3">
                                        <w:rPr>
                                          <w:b/>
                                          <w:sz w:val="32"/>
                                          <w:szCs w:val="32"/>
                                        </w:rPr>
                                        <w:t xml:space="preserve"> </w:t>
                                      </w:r>
                                    </w:p>
                                    <w:p w14:paraId="49B3E390" w14:textId="77777777" w:rsidR="00CB74A1" w:rsidRPr="00D06BE3" w:rsidRDefault="00CB74A1" w:rsidP="00CB74A1">
                                      <w:pPr>
                                        <w:spacing w:line="360" w:lineRule="auto"/>
                                        <w:jc w:val="center"/>
                                        <w:rPr>
                                          <w:sz w:val="28"/>
                                          <w:szCs w:val="28"/>
                                        </w:rPr>
                                      </w:pPr>
                                      <w:r w:rsidRPr="00D06BE3">
                                        <w:rPr>
                                          <w:b/>
                                          <w:sz w:val="28"/>
                                          <w:szCs w:val="28"/>
                                        </w:rPr>
                                        <w:t xml:space="preserve"> </w:t>
                                      </w:r>
                                      <w:r w:rsidRPr="00B4169D">
                                        <w:rPr>
                                          <w:color w:val="C00000"/>
                                          <w:sz w:val="28"/>
                                          <w:szCs w:val="28"/>
                                        </w:rPr>
                                        <w:t>Zeeshan Ali</w:t>
                                      </w:r>
                                    </w:p>
                                    <w:p w14:paraId="152DF8A3" w14:textId="77777777" w:rsidR="00CB74A1" w:rsidRPr="00D06BE3" w:rsidRDefault="00CB74A1" w:rsidP="00CB74A1">
                                      <w:pPr>
                                        <w:spacing w:line="360" w:lineRule="auto"/>
                                        <w:jc w:val="center"/>
                                        <w:rPr>
                                          <w:b/>
                                          <w:sz w:val="32"/>
                                          <w:szCs w:val="32"/>
                                        </w:rPr>
                                      </w:pPr>
                                      <w:r w:rsidRPr="00D06BE3">
                                        <w:rPr>
                                          <w:b/>
                                          <w:color w:val="548DD4" w:themeColor="text2" w:themeTint="99"/>
                                          <w:sz w:val="32"/>
                                          <w:szCs w:val="32"/>
                                        </w:rPr>
                                        <w:t>Student Id</w:t>
                                      </w:r>
                                    </w:p>
                                    <w:p w14:paraId="5EFB94E7" w14:textId="08008E18" w:rsidR="00274C68" w:rsidRDefault="00CB74A1" w:rsidP="00CB74A1">
                                      <w:pPr>
                                        <w:pStyle w:val="NoSpacing"/>
                                      </w:pPr>
                                      <w:r w:rsidRPr="00D06BE3">
                                        <w:rPr>
                                          <w:b/>
                                          <w:sz w:val="28"/>
                                          <w:szCs w:val="28"/>
                                        </w:rPr>
                                        <w:t xml:space="preserve"> </w:t>
                                      </w:r>
                                      <w:r>
                                        <w:rPr>
                                          <w:b/>
                                          <w:sz w:val="28"/>
                                          <w:szCs w:val="28"/>
                                        </w:rPr>
                                        <w:t xml:space="preserve">                                </w:t>
                                      </w:r>
                                      <w:r w:rsidRPr="00B4169D">
                                        <w:rPr>
                                          <w:bCs/>
                                          <w:color w:val="C00000"/>
                                          <w:sz w:val="28"/>
                                          <w:szCs w:val="28"/>
                                        </w:rPr>
                                        <w:t>2511467</w:t>
                                      </w:r>
                                    </w:p>
                                  </w:tc>
                                </w:tr>
                              </w:tbl>
                              <w:p w14:paraId="446161B1" w14:textId="77777777" w:rsidR="00274C68" w:rsidRDefault="00274C6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027582E"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070"/>
                            <w:gridCol w:w="2472"/>
                          </w:tblGrid>
                          <w:tr w:rsidR="00274C68" w14:paraId="748C45DF" w14:textId="77777777">
                            <w:trPr>
                              <w:jc w:val="center"/>
                            </w:trPr>
                            <w:tc>
                              <w:tcPr>
                                <w:tcW w:w="2568" w:type="pct"/>
                                <w:vAlign w:val="center"/>
                              </w:tcPr>
                              <w:p w14:paraId="18FDBA6B" w14:textId="77777777" w:rsidR="00274C68" w:rsidRDefault="00274C68">
                                <w:pPr>
                                  <w:jc w:val="right"/>
                                </w:pPr>
                                <w:r>
                                  <w:rPr>
                                    <w:noProof/>
                                  </w:rPr>
                                  <w:drawing>
                                    <wp:inline distT="0" distB="0" distL="0" distR="0" wp14:anchorId="66ED8982" wp14:editId="334C420F">
                                      <wp:extent cx="3397828" cy="4216400"/>
                                      <wp:effectExtent l="0" t="0" r="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8515" cy="4229662"/>
                                              </a:xfrm>
                                              <a:prstGeom prst="rect">
                                                <a:avLst/>
                                              </a:prstGeom>
                                            </pic:spPr>
                                          </pic:pic>
                                        </a:graphicData>
                                      </a:graphic>
                                    </wp:inline>
                                  </w:drawing>
                                </w:r>
                              </w:p>
                              <w:sdt>
                                <w:sdtPr>
                                  <w:rPr>
                                    <w:caps/>
                                    <w:color w:val="4F6228" w:themeColor="accent3" w:themeShade="8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8E549DA" w14:textId="540D3F39" w:rsidR="00274C68" w:rsidRDefault="00274C68">
                                    <w:pPr>
                                      <w:pStyle w:val="NoSpacing"/>
                                      <w:spacing w:line="312" w:lineRule="auto"/>
                                      <w:jc w:val="right"/>
                                      <w:rPr>
                                        <w:caps/>
                                        <w:color w:val="191919" w:themeColor="text1" w:themeTint="E6"/>
                                        <w:sz w:val="72"/>
                                        <w:szCs w:val="72"/>
                                      </w:rPr>
                                    </w:pPr>
                                    <w:r w:rsidRPr="006C1AA3">
                                      <w:rPr>
                                        <w:caps/>
                                        <w:color w:val="4F6228" w:themeColor="accent3" w:themeShade="80"/>
                                        <w:sz w:val="72"/>
                                        <w:szCs w:val="72"/>
                                      </w:rPr>
                                      <w:t>Title page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F4F05C3" w14:textId="1152F263" w:rsidR="00274C68" w:rsidRDefault="00CB74A1">
                                    <w:pPr>
                                      <w:jc w:val="right"/>
                                      <w:rPr>
                                        <w:sz w:val="24"/>
                                        <w:szCs w:val="24"/>
                                      </w:rPr>
                                    </w:pPr>
                                    <w:r>
                                      <w:rPr>
                                        <w:color w:val="000000" w:themeColor="text1"/>
                                        <w:sz w:val="24"/>
                                        <w:szCs w:val="24"/>
                                      </w:rPr>
                                      <w:t xml:space="preserve">     </w:t>
                                    </w:r>
                                  </w:p>
                                </w:sdtContent>
                              </w:sdt>
                            </w:tc>
                            <w:tc>
                              <w:tcPr>
                                <w:tcW w:w="2432" w:type="pct"/>
                                <w:vAlign w:val="center"/>
                              </w:tcPr>
                              <w:p w14:paraId="56223E18" w14:textId="77777777" w:rsidR="00CB74A1" w:rsidRPr="00D06BE3" w:rsidRDefault="00CB74A1" w:rsidP="00CB74A1">
                                <w:pPr>
                                  <w:spacing w:line="360" w:lineRule="auto"/>
                                  <w:jc w:val="center"/>
                                  <w:rPr>
                                    <w:b/>
                                    <w:sz w:val="32"/>
                                    <w:szCs w:val="32"/>
                                  </w:rPr>
                                </w:pPr>
                                <w:r w:rsidRPr="00D06BE3">
                                  <w:rPr>
                                    <w:b/>
                                    <w:color w:val="548DD4" w:themeColor="text2" w:themeTint="99"/>
                                    <w:sz w:val="32"/>
                                    <w:szCs w:val="32"/>
                                  </w:rPr>
                                  <w:t>Programme</w:t>
                                </w:r>
                              </w:p>
                              <w:p w14:paraId="7AB4FBED" w14:textId="77777777" w:rsidR="00CB74A1" w:rsidRPr="00B4169D" w:rsidRDefault="00CB74A1" w:rsidP="00CB74A1">
                                <w:pPr>
                                  <w:spacing w:line="360" w:lineRule="auto"/>
                                  <w:jc w:val="center"/>
                                  <w:rPr>
                                    <w:color w:val="C00000"/>
                                    <w:sz w:val="28"/>
                                    <w:szCs w:val="28"/>
                                  </w:rPr>
                                </w:pPr>
                                <w:r w:rsidRPr="00B4169D">
                                  <w:rPr>
                                    <w:b/>
                                    <w:color w:val="C00000"/>
                                    <w:sz w:val="28"/>
                                    <w:szCs w:val="28"/>
                                  </w:rPr>
                                  <w:t xml:space="preserve"> </w:t>
                                </w:r>
                                <w:r w:rsidRPr="00B4169D">
                                  <w:rPr>
                                    <w:color w:val="C00000"/>
                                    <w:sz w:val="28"/>
                                    <w:szCs w:val="28"/>
                                  </w:rPr>
                                  <w:t xml:space="preserve"> Cert HE Business Skills for the Workplace</w:t>
                                </w:r>
                              </w:p>
                              <w:p w14:paraId="0C31B1CE" w14:textId="77777777" w:rsidR="00CB74A1" w:rsidRPr="00D06BE3" w:rsidRDefault="00CB74A1" w:rsidP="00CB74A1">
                                <w:pPr>
                                  <w:spacing w:line="360" w:lineRule="auto"/>
                                  <w:jc w:val="center"/>
                                  <w:rPr>
                                    <w:sz w:val="32"/>
                                    <w:szCs w:val="32"/>
                                  </w:rPr>
                                </w:pPr>
                                <w:r w:rsidRPr="00D06BE3">
                                  <w:rPr>
                                    <w:b/>
                                    <w:bCs/>
                                    <w:color w:val="548DD4" w:themeColor="text2" w:themeTint="99"/>
                                    <w:sz w:val="32"/>
                                    <w:szCs w:val="32"/>
                                  </w:rPr>
                                  <w:t>Module</w:t>
                                </w:r>
                                <w:r w:rsidRPr="00D06BE3">
                                  <w:rPr>
                                    <w:sz w:val="32"/>
                                    <w:szCs w:val="32"/>
                                  </w:rPr>
                                  <w:t xml:space="preserve">        </w:t>
                                </w:r>
                              </w:p>
                              <w:p w14:paraId="697EE54E" w14:textId="77777777" w:rsidR="00CB74A1" w:rsidRPr="00D06BE3" w:rsidRDefault="00CB74A1" w:rsidP="00CB74A1">
                                <w:pPr>
                                  <w:spacing w:line="360" w:lineRule="auto"/>
                                  <w:jc w:val="center"/>
                                  <w:rPr>
                                    <w:sz w:val="28"/>
                                    <w:szCs w:val="28"/>
                                  </w:rPr>
                                </w:pPr>
                                <w:r w:rsidRPr="00D06BE3">
                                  <w:rPr>
                                    <w:sz w:val="28"/>
                                    <w:szCs w:val="28"/>
                                  </w:rPr>
                                  <w:t xml:space="preserve">       </w:t>
                                </w:r>
                                <w:r w:rsidRPr="00B4169D">
                                  <w:rPr>
                                    <w:color w:val="C00000"/>
                                    <w:sz w:val="28"/>
                                    <w:szCs w:val="28"/>
                                  </w:rPr>
                                  <w:t>Employability and Career Development</w:t>
                                </w:r>
                              </w:p>
                              <w:p w14:paraId="442FC763" w14:textId="77777777" w:rsidR="00CB74A1" w:rsidRPr="00D06BE3" w:rsidRDefault="00CB74A1" w:rsidP="00CB74A1">
                                <w:pPr>
                                  <w:spacing w:line="360" w:lineRule="auto"/>
                                  <w:jc w:val="center"/>
                                  <w:rPr>
                                    <w:sz w:val="32"/>
                                    <w:szCs w:val="32"/>
                                  </w:rPr>
                                </w:pPr>
                                <w:r w:rsidRPr="00D06BE3">
                                  <w:rPr>
                                    <w:sz w:val="28"/>
                                    <w:szCs w:val="28"/>
                                  </w:rPr>
                                  <w:t xml:space="preserve"> </w:t>
                                </w:r>
                                <w:r w:rsidRPr="00D06BE3">
                                  <w:rPr>
                                    <w:b/>
                                    <w:bCs/>
                                    <w:color w:val="548DD4" w:themeColor="text2" w:themeTint="99"/>
                                    <w:sz w:val="32"/>
                                    <w:szCs w:val="32"/>
                                  </w:rPr>
                                  <w:t>Module Code</w:t>
                                </w:r>
                                <w:r w:rsidRPr="00D06BE3">
                                  <w:rPr>
                                    <w:sz w:val="32"/>
                                    <w:szCs w:val="32"/>
                                  </w:rPr>
                                  <w:t xml:space="preserve">   </w:t>
                                </w:r>
                              </w:p>
                              <w:p w14:paraId="780109F0" w14:textId="77777777" w:rsidR="00CB74A1" w:rsidRPr="00B4169D" w:rsidRDefault="00CB74A1" w:rsidP="00CB74A1">
                                <w:pPr>
                                  <w:spacing w:line="360" w:lineRule="auto"/>
                                  <w:jc w:val="center"/>
                                  <w:rPr>
                                    <w:color w:val="C00000"/>
                                    <w:sz w:val="28"/>
                                    <w:szCs w:val="28"/>
                                  </w:rPr>
                                </w:pPr>
                                <w:r w:rsidRPr="00B4169D">
                                  <w:rPr>
                                    <w:color w:val="C00000"/>
                                    <w:sz w:val="28"/>
                                    <w:szCs w:val="28"/>
                                  </w:rPr>
                                  <w:t xml:space="preserve">   LCLM4005</w:t>
                                </w:r>
                              </w:p>
                              <w:p w14:paraId="5AE72862" w14:textId="77777777" w:rsidR="00CB74A1" w:rsidRPr="00D06BE3" w:rsidRDefault="00CB74A1" w:rsidP="00CB74A1">
                                <w:pPr>
                                  <w:spacing w:line="360" w:lineRule="auto"/>
                                  <w:jc w:val="center"/>
                                  <w:rPr>
                                    <w:b/>
                                    <w:sz w:val="32"/>
                                    <w:szCs w:val="32"/>
                                  </w:rPr>
                                </w:pPr>
                                <w:r w:rsidRPr="00D06BE3">
                                  <w:rPr>
                                    <w:b/>
                                    <w:color w:val="548DD4" w:themeColor="text2" w:themeTint="99"/>
                                    <w:sz w:val="32"/>
                                    <w:szCs w:val="32"/>
                                  </w:rPr>
                                  <w:t>Lecturer</w:t>
                                </w:r>
                                <w:r w:rsidRPr="00D06BE3">
                                  <w:rPr>
                                    <w:b/>
                                    <w:sz w:val="32"/>
                                    <w:szCs w:val="32"/>
                                  </w:rPr>
                                  <w:t xml:space="preserve">               </w:t>
                                </w:r>
                              </w:p>
                              <w:p w14:paraId="71051C87" w14:textId="77777777" w:rsidR="00CB74A1" w:rsidRPr="00D06BE3" w:rsidRDefault="00CB74A1" w:rsidP="00CB74A1">
                                <w:pPr>
                                  <w:spacing w:line="360" w:lineRule="auto"/>
                                  <w:jc w:val="center"/>
                                  <w:rPr>
                                    <w:color w:val="EE0000"/>
                                    <w:sz w:val="28"/>
                                    <w:szCs w:val="28"/>
                                  </w:rPr>
                                </w:pPr>
                                <w:r w:rsidRPr="00D06BE3">
                                  <w:rPr>
                                    <w:bCs/>
                                    <w:color w:val="EE0000"/>
                                    <w:sz w:val="28"/>
                                    <w:szCs w:val="28"/>
                                  </w:rPr>
                                  <w:t xml:space="preserve">Trinh Nguyen </w:t>
                                </w:r>
                                <w:proofErr w:type="spellStart"/>
                                <w:r w:rsidRPr="00D06BE3">
                                  <w:rPr>
                                    <w:bCs/>
                                    <w:color w:val="EE0000"/>
                                    <w:sz w:val="28"/>
                                    <w:szCs w:val="28"/>
                                  </w:rPr>
                                  <w:t>Thi</w:t>
                                </w:r>
                                <w:proofErr w:type="spellEnd"/>
                                <w:r w:rsidRPr="00D06BE3">
                                  <w:rPr>
                                    <w:bCs/>
                                    <w:color w:val="EE0000"/>
                                    <w:sz w:val="28"/>
                                    <w:szCs w:val="28"/>
                                  </w:rPr>
                                  <w:t xml:space="preserve"> Ngoc (Jessie)</w:t>
                                </w:r>
                              </w:p>
                              <w:p w14:paraId="6C245A94" w14:textId="77777777" w:rsidR="00CB74A1" w:rsidRPr="00D06BE3" w:rsidRDefault="00CB74A1" w:rsidP="00CB74A1">
                                <w:pPr>
                                  <w:spacing w:line="360" w:lineRule="auto"/>
                                  <w:jc w:val="center"/>
                                  <w:rPr>
                                    <w:b/>
                                    <w:sz w:val="32"/>
                                    <w:szCs w:val="32"/>
                                  </w:rPr>
                                </w:pPr>
                                <w:r w:rsidRPr="00D06BE3">
                                  <w:rPr>
                                    <w:b/>
                                    <w:color w:val="548DD4" w:themeColor="text2" w:themeTint="99"/>
                                    <w:sz w:val="32"/>
                                    <w:szCs w:val="32"/>
                                  </w:rPr>
                                  <w:t>Student Name</w:t>
                                </w:r>
                                <w:r w:rsidRPr="00D06BE3">
                                  <w:rPr>
                                    <w:b/>
                                    <w:sz w:val="32"/>
                                    <w:szCs w:val="32"/>
                                  </w:rPr>
                                  <w:t xml:space="preserve"> </w:t>
                                </w:r>
                              </w:p>
                              <w:p w14:paraId="49B3E390" w14:textId="77777777" w:rsidR="00CB74A1" w:rsidRPr="00D06BE3" w:rsidRDefault="00CB74A1" w:rsidP="00CB74A1">
                                <w:pPr>
                                  <w:spacing w:line="360" w:lineRule="auto"/>
                                  <w:jc w:val="center"/>
                                  <w:rPr>
                                    <w:sz w:val="28"/>
                                    <w:szCs w:val="28"/>
                                  </w:rPr>
                                </w:pPr>
                                <w:r w:rsidRPr="00D06BE3">
                                  <w:rPr>
                                    <w:b/>
                                    <w:sz w:val="28"/>
                                    <w:szCs w:val="28"/>
                                  </w:rPr>
                                  <w:t xml:space="preserve"> </w:t>
                                </w:r>
                                <w:r w:rsidRPr="00B4169D">
                                  <w:rPr>
                                    <w:color w:val="C00000"/>
                                    <w:sz w:val="28"/>
                                    <w:szCs w:val="28"/>
                                  </w:rPr>
                                  <w:t>Zeeshan Ali</w:t>
                                </w:r>
                              </w:p>
                              <w:p w14:paraId="152DF8A3" w14:textId="77777777" w:rsidR="00CB74A1" w:rsidRPr="00D06BE3" w:rsidRDefault="00CB74A1" w:rsidP="00CB74A1">
                                <w:pPr>
                                  <w:spacing w:line="360" w:lineRule="auto"/>
                                  <w:jc w:val="center"/>
                                  <w:rPr>
                                    <w:b/>
                                    <w:sz w:val="32"/>
                                    <w:szCs w:val="32"/>
                                  </w:rPr>
                                </w:pPr>
                                <w:r w:rsidRPr="00D06BE3">
                                  <w:rPr>
                                    <w:b/>
                                    <w:color w:val="548DD4" w:themeColor="text2" w:themeTint="99"/>
                                    <w:sz w:val="32"/>
                                    <w:szCs w:val="32"/>
                                  </w:rPr>
                                  <w:t>Student Id</w:t>
                                </w:r>
                              </w:p>
                              <w:p w14:paraId="5EFB94E7" w14:textId="08008E18" w:rsidR="00274C68" w:rsidRDefault="00CB74A1" w:rsidP="00CB74A1">
                                <w:pPr>
                                  <w:pStyle w:val="NoSpacing"/>
                                </w:pPr>
                                <w:r w:rsidRPr="00D06BE3">
                                  <w:rPr>
                                    <w:b/>
                                    <w:sz w:val="28"/>
                                    <w:szCs w:val="28"/>
                                  </w:rPr>
                                  <w:t xml:space="preserve"> </w:t>
                                </w:r>
                                <w:r>
                                  <w:rPr>
                                    <w:b/>
                                    <w:sz w:val="28"/>
                                    <w:szCs w:val="28"/>
                                  </w:rPr>
                                  <w:t xml:space="preserve">                                </w:t>
                                </w:r>
                                <w:r w:rsidRPr="00B4169D">
                                  <w:rPr>
                                    <w:bCs/>
                                    <w:color w:val="C00000"/>
                                    <w:sz w:val="28"/>
                                    <w:szCs w:val="28"/>
                                  </w:rPr>
                                  <w:t>2511467</w:t>
                                </w:r>
                              </w:p>
                            </w:tc>
                          </w:tr>
                        </w:tbl>
                        <w:p w14:paraId="446161B1" w14:textId="77777777" w:rsidR="00274C68" w:rsidRDefault="00274C68"/>
                      </w:txbxContent>
                    </v:textbox>
                    <w10:wrap anchorx="page" anchory="page"/>
                  </v:shape>
                </w:pict>
              </mc:Fallback>
            </mc:AlternateContent>
          </w:r>
          <w:r>
            <w:br w:type="page"/>
          </w:r>
        </w:p>
      </w:sdtContent>
    </w:sdt>
    <w:p w14:paraId="0EF23D86" w14:textId="49FFB46D" w:rsidR="00F5559D" w:rsidRPr="00087B23" w:rsidRDefault="00F5559D" w:rsidP="005F76F2">
      <w:pPr>
        <w:rPr>
          <w:sz w:val="32"/>
          <w:szCs w:val="32"/>
        </w:rPr>
        <w:sectPr w:rsidR="00F5559D" w:rsidRPr="00087B23" w:rsidSect="00020030">
          <w:footerReference w:type="default" r:id="rId9"/>
          <w:pgSz w:w="12240" w:h="15840"/>
          <w:pgMar w:top="1440" w:right="1800" w:bottom="1440" w:left="1800" w:header="720" w:footer="720" w:gutter="0"/>
          <w:pgNumType w:fmt="numberInDash" w:start="0"/>
          <w:cols w:space="720"/>
          <w:titlePg/>
          <w:docGrid w:linePitch="360"/>
        </w:sectPr>
      </w:pPr>
    </w:p>
    <w:p w14:paraId="133D84F6" w14:textId="73D8F4DA" w:rsidR="00316916" w:rsidRPr="00EA04D7" w:rsidRDefault="00A1583A" w:rsidP="00EA04D7">
      <w:pPr>
        <w:rPr>
          <w:sz w:val="32"/>
          <w:szCs w:val="32"/>
        </w:rPr>
        <w:sectPr w:rsidR="00316916" w:rsidRPr="00EA04D7" w:rsidSect="007E48AC">
          <w:pgSz w:w="12240" w:h="15840"/>
          <w:pgMar w:top="1440" w:right="1800" w:bottom="1440" w:left="1800" w:header="720" w:footer="720" w:gutter="0"/>
          <w:cols w:space="720"/>
          <w:docGrid w:linePitch="360"/>
        </w:sectPr>
      </w:pPr>
      <w:r>
        <w:rPr>
          <w:noProof/>
          <w:sz w:val="32"/>
          <w:szCs w:val="32"/>
        </w:rPr>
        <w:lastRenderedPageBreak/>
        <w:drawing>
          <wp:inline distT="0" distB="0" distL="0" distR="0" wp14:anchorId="653654DE" wp14:editId="67F78109">
            <wp:extent cx="5562600" cy="7682230"/>
            <wp:effectExtent l="0" t="0" r="0" b="0"/>
            <wp:docPr id="1551576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76739" name="Picture 1551576739"/>
                    <pic:cNvPicPr/>
                  </pic:nvPicPr>
                  <pic:blipFill>
                    <a:blip r:embed="rId10"/>
                    <a:stretch>
                      <a:fillRect/>
                    </a:stretch>
                  </pic:blipFill>
                  <pic:spPr>
                    <a:xfrm>
                      <a:off x="0" y="0"/>
                      <a:ext cx="5562968" cy="7682738"/>
                    </a:xfrm>
                    <a:prstGeom prst="rect">
                      <a:avLst/>
                    </a:prstGeom>
                  </pic:spPr>
                </pic:pic>
              </a:graphicData>
            </a:graphic>
          </wp:inline>
        </w:drawing>
      </w:r>
    </w:p>
    <w:p w14:paraId="2D889DDF" w14:textId="61BFEE93" w:rsidR="00862D0E" w:rsidRDefault="00862D0E">
      <w:pPr>
        <w:rPr>
          <w:sz w:val="32"/>
          <w:szCs w:val="32"/>
        </w:rPr>
      </w:pPr>
    </w:p>
    <w:p w14:paraId="18F86D98" w14:textId="4681BF30" w:rsidR="00087B23" w:rsidRDefault="00A1583A">
      <w:pPr>
        <w:rPr>
          <w:sz w:val="32"/>
          <w:szCs w:val="32"/>
        </w:rPr>
      </w:pPr>
      <w:r>
        <w:rPr>
          <w:noProof/>
        </w:rPr>
        <w:lastRenderedPageBreak/>
        <w:drawing>
          <wp:inline distT="0" distB="0" distL="0" distR="0" wp14:anchorId="7A906A57" wp14:editId="599D8525">
            <wp:extent cx="5753100" cy="8261283"/>
            <wp:effectExtent l="0" t="0" r="0" b="6985"/>
            <wp:docPr id="840256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56541" name="Picture 840256541"/>
                    <pic:cNvPicPr/>
                  </pic:nvPicPr>
                  <pic:blipFill>
                    <a:blip r:embed="rId11"/>
                    <a:stretch>
                      <a:fillRect/>
                    </a:stretch>
                  </pic:blipFill>
                  <pic:spPr>
                    <a:xfrm>
                      <a:off x="0" y="0"/>
                      <a:ext cx="5758460" cy="8268980"/>
                    </a:xfrm>
                    <a:prstGeom prst="rect">
                      <a:avLst/>
                    </a:prstGeom>
                  </pic:spPr>
                </pic:pic>
              </a:graphicData>
            </a:graphic>
          </wp:inline>
        </w:drawing>
      </w:r>
    </w:p>
    <w:p w14:paraId="0B83C09A" w14:textId="373952F7" w:rsidR="00202F52" w:rsidRDefault="00202F52"/>
    <w:p w14:paraId="55623135" w14:textId="77777777" w:rsidR="00202F52" w:rsidRDefault="00202F52"/>
    <w:p w14:paraId="21476866" w14:textId="77777777" w:rsidR="00202F52" w:rsidRDefault="00202F52"/>
    <w:p w14:paraId="4D41B417" w14:textId="77777777" w:rsidR="004F7486" w:rsidRDefault="00E432D3">
      <w:pPr>
        <w:pStyle w:val="Heading2"/>
        <w:rPr>
          <w:color w:val="EE0000"/>
          <w:sz w:val="36"/>
          <w:szCs w:val="36"/>
        </w:rPr>
      </w:pPr>
      <w:r w:rsidRPr="00633E9F">
        <w:rPr>
          <w:color w:val="EE0000"/>
          <w:sz w:val="36"/>
          <w:szCs w:val="36"/>
        </w:rPr>
        <w:t>Task A</w:t>
      </w:r>
    </w:p>
    <w:p w14:paraId="065A0E35" w14:textId="77777777" w:rsidR="00633E9F" w:rsidRPr="00633E9F" w:rsidRDefault="00633E9F" w:rsidP="00633E9F"/>
    <w:p w14:paraId="51047D95" w14:textId="17FA56D0" w:rsidR="00295530" w:rsidRPr="008600B5" w:rsidRDefault="00295530" w:rsidP="008600B5">
      <w:pPr>
        <w:spacing w:line="360" w:lineRule="auto"/>
        <w:jc w:val="both"/>
        <w:rPr>
          <w:rFonts w:ascii="Arial" w:hAnsi="Arial" w:cs="Arial"/>
          <w:sz w:val="24"/>
          <w:szCs w:val="24"/>
          <w:lang w:val="en-GB"/>
        </w:rPr>
      </w:pPr>
      <w:r w:rsidRPr="008600B5">
        <w:rPr>
          <w:rFonts w:ascii="Arial" w:hAnsi="Arial" w:cs="Arial"/>
          <w:sz w:val="24"/>
          <w:szCs w:val="24"/>
          <w:lang w:val="en-GB"/>
        </w:rPr>
        <w:t xml:space="preserve">For this task, I selected two </w:t>
      </w:r>
      <w:r w:rsidRPr="008600B5">
        <w:rPr>
          <w:rFonts w:ascii="Arial" w:hAnsi="Arial" w:cs="Arial"/>
          <w:b/>
          <w:bCs/>
          <w:sz w:val="24"/>
          <w:szCs w:val="24"/>
          <w:lang w:val="en-GB"/>
        </w:rPr>
        <w:t>Customer Service Manager</w:t>
      </w:r>
      <w:r w:rsidRPr="008600B5">
        <w:rPr>
          <w:rFonts w:ascii="Arial" w:hAnsi="Arial" w:cs="Arial"/>
          <w:sz w:val="24"/>
          <w:szCs w:val="24"/>
          <w:lang w:val="en-GB"/>
        </w:rPr>
        <w:t xml:space="preserve"> job advertisements, one published on </w:t>
      </w:r>
      <w:proofErr w:type="spellStart"/>
      <w:r w:rsidRPr="008600B5">
        <w:rPr>
          <w:rFonts w:ascii="Arial" w:hAnsi="Arial" w:cs="Arial"/>
          <w:b/>
          <w:bCs/>
          <w:sz w:val="24"/>
          <w:szCs w:val="24"/>
          <w:lang w:val="en-GB"/>
        </w:rPr>
        <w:t>TotalJobs</w:t>
      </w:r>
      <w:proofErr w:type="spellEnd"/>
      <w:r w:rsidRPr="008600B5">
        <w:rPr>
          <w:rFonts w:ascii="Arial" w:hAnsi="Arial" w:cs="Arial"/>
          <w:sz w:val="24"/>
          <w:szCs w:val="24"/>
          <w:lang w:val="en-GB"/>
        </w:rPr>
        <w:t xml:space="preserve"> by </w:t>
      </w:r>
      <w:r w:rsidRPr="008600B5">
        <w:rPr>
          <w:rFonts w:ascii="Arial" w:hAnsi="Arial" w:cs="Arial"/>
          <w:b/>
          <w:bCs/>
          <w:sz w:val="24"/>
          <w:szCs w:val="24"/>
          <w:lang w:val="en-GB"/>
        </w:rPr>
        <w:t>Adria Solutions</w:t>
      </w:r>
      <w:r w:rsidRPr="008600B5">
        <w:rPr>
          <w:rFonts w:ascii="Arial" w:hAnsi="Arial" w:cs="Arial"/>
          <w:sz w:val="24"/>
          <w:szCs w:val="24"/>
          <w:lang w:val="en-GB"/>
        </w:rPr>
        <w:t xml:space="preserve"> in Nottingham and the other on </w:t>
      </w:r>
      <w:r w:rsidRPr="008600B5">
        <w:rPr>
          <w:rFonts w:ascii="Arial" w:hAnsi="Arial" w:cs="Arial"/>
          <w:b/>
          <w:bCs/>
          <w:sz w:val="24"/>
          <w:szCs w:val="24"/>
          <w:lang w:val="en-GB"/>
        </w:rPr>
        <w:t>Reed.co.uk</w:t>
      </w:r>
      <w:r w:rsidRPr="008600B5">
        <w:rPr>
          <w:rFonts w:ascii="Arial" w:hAnsi="Arial" w:cs="Arial"/>
          <w:sz w:val="24"/>
          <w:szCs w:val="24"/>
          <w:lang w:val="en-GB"/>
        </w:rPr>
        <w:t xml:space="preserve"> by </w:t>
      </w:r>
      <w:r w:rsidRPr="008600B5">
        <w:rPr>
          <w:rFonts w:ascii="Arial" w:hAnsi="Arial" w:cs="Arial"/>
          <w:b/>
          <w:bCs/>
          <w:sz w:val="24"/>
          <w:szCs w:val="24"/>
          <w:lang w:val="en-GB"/>
        </w:rPr>
        <w:t>UBT Recruitment</w:t>
      </w:r>
      <w:r w:rsidRPr="008600B5">
        <w:rPr>
          <w:rFonts w:ascii="Arial" w:hAnsi="Arial" w:cs="Arial"/>
          <w:sz w:val="24"/>
          <w:szCs w:val="24"/>
          <w:lang w:val="en-GB"/>
        </w:rPr>
        <w:t xml:space="preserve"> in Leeds. Both positions are within the customer service management profession and require candidates to lead customer service teams while ensuring high standards of customer satisfaction and operational performance.</w:t>
      </w:r>
    </w:p>
    <w:p w14:paraId="3452A488" w14:textId="77777777" w:rsidR="00295530" w:rsidRPr="008600B5" w:rsidRDefault="00295530" w:rsidP="008600B5">
      <w:pPr>
        <w:spacing w:line="360" w:lineRule="auto"/>
        <w:jc w:val="both"/>
        <w:rPr>
          <w:rFonts w:ascii="Arial" w:hAnsi="Arial" w:cs="Arial"/>
          <w:sz w:val="24"/>
          <w:szCs w:val="24"/>
          <w:lang w:val="en-GB"/>
        </w:rPr>
      </w:pPr>
      <w:r w:rsidRPr="008600B5">
        <w:rPr>
          <w:rFonts w:ascii="Arial" w:hAnsi="Arial" w:cs="Arial"/>
          <w:sz w:val="24"/>
          <w:szCs w:val="24"/>
          <w:lang w:val="en-GB"/>
        </w:rPr>
        <w:t xml:space="preserve">After comparing both job adverts, several common skills and areas of knowledge are clearly identified. The most significant requirement is </w:t>
      </w:r>
      <w:r w:rsidRPr="008600B5">
        <w:rPr>
          <w:rFonts w:ascii="Arial" w:hAnsi="Arial" w:cs="Arial"/>
          <w:b/>
          <w:bCs/>
          <w:sz w:val="24"/>
          <w:szCs w:val="24"/>
          <w:lang w:val="en-GB"/>
        </w:rPr>
        <w:t>leadership and people management</w:t>
      </w:r>
      <w:r w:rsidRPr="008600B5">
        <w:rPr>
          <w:rFonts w:ascii="Arial" w:hAnsi="Arial" w:cs="Arial"/>
          <w:sz w:val="24"/>
          <w:szCs w:val="24"/>
          <w:lang w:val="en-GB"/>
        </w:rPr>
        <w:t xml:space="preserve">. The </w:t>
      </w:r>
      <w:proofErr w:type="spellStart"/>
      <w:r w:rsidRPr="008600B5">
        <w:rPr>
          <w:rFonts w:ascii="Arial" w:hAnsi="Arial" w:cs="Arial"/>
          <w:sz w:val="24"/>
          <w:szCs w:val="24"/>
          <w:lang w:val="en-GB"/>
        </w:rPr>
        <w:t>TotalJobs</w:t>
      </w:r>
      <w:proofErr w:type="spellEnd"/>
      <w:r w:rsidRPr="008600B5">
        <w:rPr>
          <w:rFonts w:ascii="Arial" w:hAnsi="Arial" w:cs="Arial"/>
          <w:sz w:val="24"/>
          <w:szCs w:val="24"/>
          <w:lang w:val="en-GB"/>
        </w:rPr>
        <w:t xml:space="preserve"> advert requires the successful candidate to manage a team of two to three customer service staff, whereas the Reed advert involves leading a larger team of eight employees. Despite the difference in team size, both employers expect the manager to motivate staff, monitor performance, provide coaching, and ensure customer service objectives are achieved.</w:t>
      </w:r>
    </w:p>
    <w:p w14:paraId="617EC25B" w14:textId="613BBE85" w:rsidR="00295530" w:rsidRPr="008600B5" w:rsidRDefault="00295530" w:rsidP="008600B5">
      <w:pPr>
        <w:spacing w:line="360" w:lineRule="auto"/>
        <w:jc w:val="both"/>
        <w:rPr>
          <w:rFonts w:ascii="Arial" w:hAnsi="Arial" w:cs="Arial"/>
          <w:sz w:val="24"/>
          <w:szCs w:val="24"/>
          <w:lang w:val="en-GB"/>
        </w:rPr>
      </w:pPr>
      <w:r w:rsidRPr="008600B5">
        <w:rPr>
          <w:rFonts w:ascii="Arial" w:hAnsi="Arial" w:cs="Arial"/>
          <w:sz w:val="24"/>
          <w:szCs w:val="24"/>
          <w:lang w:val="en-GB"/>
        </w:rPr>
        <w:t xml:space="preserve">Another key skill highlighted in both </w:t>
      </w:r>
      <w:r w:rsidR="00C332B8">
        <w:rPr>
          <w:rFonts w:ascii="Arial" w:hAnsi="Arial" w:cs="Arial"/>
          <w:sz w:val="24"/>
          <w:szCs w:val="24"/>
          <w:lang w:val="en-GB"/>
        </w:rPr>
        <w:t>advertisements</w:t>
      </w:r>
      <w:r w:rsidRPr="008600B5">
        <w:rPr>
          <w:rFonts w:ascii="Arial" w:hAnsi="Arial" w:cs="Arial"/>
          <w:sz w:val="24"/>
          <w:szCs w:val="24"/>
          <w:lang w:val="en-GB"/>
        </w:rPr>
        <w:t xml:space="preserve"> is </w:t>
      </w:r>
      <w:r w:rsidRPr="008600B5">
        <w:rPr>
          <w:rFonts w:ascii="Arial" w:hAnsi="Arial" w:cs="Arial"/>
          <w:b/>
          <w:bCs/>
          <w:sz w:val="24"/>
          <w:szCs w:val="24"/>
          <w:lang w:val="en-GB"/>
        </w:rPr>
        <w:t>effective communication</w:t>
      </w:r>
      <w:r w:rsidRPr="008600B5">
        <w:rPr>
          <w:rFonts w:ascii="Arial" w:hAnsi="Arial" w:cs="Arial"/>
          <w:sz w:val="24"/>
          <w:szCs w:val="24"/>
          <w:lang w:val="en-GB"/>
        </w:rPr>
        <w:t xml:space="preserve">. Customer </w:t>
      </w:r>
      <w:r w:rsidR="00802BB4">
        <w:rPr>
          <w:rFonts w:ascii="Arial" w:hAnsi="Arial" w:cs="Arial"/>
          <w:sz w:val="24"/>
          <w:szCs w:val="24"/>
          <w:lang w:val="en-GB"/>
        </w:rPr>
        <w:t>service managers</w:t>
      </w:r>
      <w:r w:rsidRPr="008600B5">
        <w:rPr>
          <w:rFonts w:ascii="Arial" w:hAnsi="Arial" w:cs="Arial"/>
          <w:sz w:val="24"/>
          <w:szCs w:val="24"/>
          <w:lang w:val="en-GB"/>
        </w:rPr>
        <w:t xml:space="preserve"> are expected to communicate professionally with customers, colleagues, suppliers, and other departments. Strong communication skills are essential for resolving customer complaints, handling enquiries, and building positive working relationships across the </w:t>
      </w:r>
      <w:r w:rsidR="00802BB4">
        <w:rPr>
          <w:rFonts w:ascii="Arial" w:hAnsi="Arial" w:cs="Arial"/>
          <w:sz w:val="24"/>
          <w:szCs w:val="24"/>
          <w:lang w:val="en-GB"/>
        </w:rPr>
        <w:t>organization.</w:t>
      </w:r>
    </w:p>
    <w:p w14:paraId="56F30BCD" w14:textId="2F18219C" w:rsidR="00295530" w:rsidRPr="008600B5" w:rsidRDefault="00295530" w:rsidP="008600B5">
      <w:pPr>
        <w:spacing w:line="360" w:lineRule="auto"/>
        <w:jc w:val="both"/>
        <w:rPr>
          <w:rFonts w:ascii="Arial" w:hAnsi="Arial" w:cs="Arial"/>
          <w:sz w:val="24"/>
          <w:szCs w:val="24"/>
          <w:lang w:val="en-GB"/>
        </w:rPr>
      </w:pPr>
      <w:r w:rsidRPr="008600B5">
        <w:rPr>
          <w:rFonts w:ascii="Arial" w:hAnsi="Arial" w:cs="Arial"/>
          <w:sz w:val="24"/>
          <w:szCs w:val="24"/>
          <w:lang w:val="en-GB"/>
        </w:rPr>
        <w:t xml:space="preserve">Both employers also emphasise </w:t>
      </w:r>
      <w:r w:rsidRPr="008600B5">
        <w:rPr>
          <w:rFonts w:ascii="Arial" w:hAnsi="Arial" w:cs="Arial"/>
          <w:b/>
          <w:bCs/>
          <w:sz w:val="24"/>
          <w:szCs w:val="24"/>
          <w:lang w:val="en-GB"/>
        </w:rPr>
        <w:t>problem</w:t>
      </w:r>
      <w:r w:rsidR="00C332B8">
        <w:rPr>
          <w:rFonts w:ascii="Arial" w:hAnsi="Arial" w:cs="Arial"/>
          <w:b/>
          <w:bCs/>
          <w:sz w:val="24"/>
          <w:szCs w:val="24"/>
          <w:lang w:val="en-GB"/>
        </w:rPr>
        <w:t xml:space="preserve"> </w:t>
      </w:r>
      <w:r w:rsidRPr="008600B5">
        <w:rPr>
          <w:rFonts w:ascii="Arial" w:hAnsi="Arial" w:cs="Arial"/>
          <w:b/>
          <w:bCs/>
          <w:sz w:val="24"/>
          <w:szCs w:val="24"/>
          <w:lang w:val="en-GB"/>
        </w:rPr>
        <w:t>solving and decision</w:t>
      </w:r>
      <w:r w:rsidR="00C332B8">
        <w:rPr>
          <w:rFonts w:ascii="Arial" w:hAnsi="Arial" w:cs="Arial"/>
          <w:b/>
          <w:bCs/>
          <w:sz w:val="24"/>
          <w:szCs w:val="24"/>
          <w:lang w:val="en-GB"/>
        </w:rPr>
        <w:t xml:space="preserve"> </w:t>
      </w:r>
      <w:r w:rsidRPr="008600B5">
        <w:rPr>
          <w:rFonts w:ascii="Arial" w:hAnsi="Arial" w:cs="Arial"/>
          <w:b/>
          <w:bCs/>
          <w:sz w:val="24"/>
          <w:szCs w:val="24"/>
          <w:lang w:val="en-GB"/>
        </w:rPr>
        <w:t>making</w:t>
      </w:r>
      <w:r w:rsidRPr="008600B5">
        <w:rPr>
          <w:rFonts w:ascii="Arial" w:hAnsi="Arial" w:cs="Arial"/>
          <w:sz w:val="24"/>
          <w:szCs w:val="24"/>
          <w:lang w:val="en-GB"/>
        </w:rPr>
        <w:t xml:space="preserve">. Managers must identify customer issues, respond to complaints efficiently, resolve operational challenges, and continuously improve processes. This demonstrates that employers value individuals who can analyse situations, make </w:t>
      </w:r>
      <w:r w:rsidRPr="008600B5">
        <w:rPr>
          <w:rFonts w:ascii="Arial" w:hAnsi="Arial" w:cs="Arial"/>
          <w:sz w:val="24"/>
          <w:szCs w:val="24"/>
          <w:lang w:val="en-GB"/>
        </w:rPr>
        <w:lastRenderedPageBreak/>
        <w:t>informed decisions, and implement practical solutions that improve customer satisfaction and business performance.</w:t>
      </w:r>
    </w:p>
    <w:p w14:paraId="4518A325" w14:textId="77777777" w:rsidR="00295530" w:rsidRPr="008600B5" w:rsidRDefault="00295530" w:rsidP="008600B5">
      <w:pPr>
        <w:spacing w:line="360" w:lineRule="auto"/>
        <w:jc w:val="both"/>
        <w:rPr>
          <w:rFonts w:ascii="Arial" w:hAnsi="Arial" w:cs="Arial"/>
          <w:sz w:val="24"/>
          <w:szCs w:val="24"/>
          <w:lang w:val="en-GB"/>
        </w:rPr>
      </w:pPr>
      <w:r w:rsidRPr="008600B5">
        <w:rPr>
          <w:rFonts w:ascii="Arial" w:hAnsi="Arial" w:cs="Arial"/>
          <w:sz w:val="24"/>
          <w:szCs w:val="24"/>
          <w:lang w:val="en-GB"/>
        </w:rPr>
        <w:t xml:space="preserve">In addition, both job adverts require excellent </w:t>
      </w:r>
      <w:r w:rsidRPr="008600B5">
        <w:rPr>
          <w:rFonts w:ascii="Arial" w:hAnsi="Arial" w:cs="Arial"/>
          <w:b/>
          <w:bCs/>
          <w:sz w:val="24"/>
          <w:szCs w:val="24"/>
          <w:lang w:val="en-GB"/>
        </w:rPr>
        <w:t>organisation and time management</w:t>
      </w:r>
      <w:r w:rsidRPr="008600B5">
        <w:rPr>
          <w:rFonts w:ascii="Arial" w:hAnsi="Arial" w:cs="Arial"/>
          <w:sz w:val="24"/>
          <w:szCs w:val="24"/>
          <w:lang w:val="en-GB"/>
        </w:rPr>
        <w:t xml:space="preserve"> skills. The successful candidate must manage workloads, monitor customer enquiries and orders, coordinate with different departments, and ensure service standards are consistently maintained. Knowledge of customer relationship management (CRM), business operations, customer service principles, and performance management is also expected. The </w:t>
      </w:r>
      <w:proofErr w:type="spellStart"/>
      <w:r w:rsidRPr="008600B5">
        <w:rPr>
          <w:rFonts w:ascii="Arial" w:hAnsi="Arial" w:cs="Arial"/>
          <w:sz w:val="24"/>
          <w:szCs w:val="24"/>
          <w:lang w:val="en-GB"/>
        </w:rPr>
        <w:t>TotalJobs</w:t>
      </w:r>
      <w:proofErr w:type="spellEnd"/>
      <w:r w:rsidRPr="008600B5">
        <w:rPr>
          <w:rFonts w:ascii="Arial" w:hAnsi="Arial" w:cs="Arial"/>
          <w:sz w:val="24"/>
          <w:szCs w:val="24"/>
          <w:lang w:val="en-GB"/>
        </w:rPr>
        <w:t xml:space="preserve"> advert additionally values experience within an </w:t>
      </w:r>
      <w:r w:rsidRPr="008600B5">
        <w:rPr>
          <w:rFonts w:ascii="Arial" w:hAnsi="Arial" w:cs="Arial"/>
          <w:b/>
          <w:bCs/>
          <w:sz w:val="24"/>
          <w:szCs w:val="24"/>
          <w:lang w:val="en-GB"/>
        </w:rPr>
        <w:t>e-commerce environment</w:t>
      </w:r>
      <w:r w:rsidRPr="008600B5">
        <w:rPr>
          <w:rFonts w:ascii="Arial" w:hAnsi="Arial" w:cs="Arial"/>
          <w:sz w:val="24"/>
          <w:szCs w:val="24"/>
          <w:lang w:val="en-GB"/>
        </w:rPr>
        <w:t xml:space="preserve"> and mentions knowledge of </w:t>
      </w:r>
      <w:r w:rsidRPr="008600B5">
        <w:rPr>
          <w:rFonts w:ascii="Arial" w:hAnsi="Arial" w:cs="Arial"/>
          <w:b/>
          <w:bCs/>
          <w:sz w:val="24"/>
          <w:szCs w:val="24"/>
          <w:lang w:val="en-GB"/>
        </w:rPr>
        <w:t>AI tools</w:t>
      </w:r>
      <w:r w:rsidRPr="008600B5">
        <w:rPr>
          <w:rFonts w:ascii="Arial" w:hAnsi="Arial" w:cs="Arial"/>
          <w:sz w:val="24"/>
          <w:szCs w:val="24"/>
          <w:lang w:val="en-GB"/>
        </w:rPr>
        <w:t xml:space="preserve"> as desirable, while the Reed advert places greater emphasis on performance indicators (KPIs), process improvement, and stakeholder management.</w:t>
      </w:r>
    </w:p>
    <w:p w14:paraId="5D379CF4" w14:textId="4402266B" w:rsidR="00295530" w:rsidRPr="008600B5" w:rsidRDefault="00295530" w:rsidP="008600B5">
      <w:pPr>
        <w:spacing w:line="360" w:lineRule="auto"/>
        <w:jc w:val="both"/>
        <w:rPr>
          <w:rFonts w:ascii="Arial" w:hAnsi="Arial" w:cs="Arial"/>
          <w:sz w:val="24"/>
          <w:szCs w:val="24"/>
          <w:lang w:val="en-GB"/>
        </w:rPr>
      </w:pPr>
      <w:r w:rsidRPr="008600B5">
        <w:rPr>
          <w:rFonts w:ascii="Arial" w:hAnsi="Arial" w:cs="Arial"/>
          <w:sz w:val="24"/>
          <w:szCs w:val="24"/>
          <w:lang w:val="en-GB"/>
        </w:rPr>
        <w:t xml:space="preserve">Among these skills, </w:t>
      </w:r>
      <w:r w:rsidRPr="008600B5">
        <w:rPr>
          <w:rFonts w:ascii="Arial" w:hAnsi="Arial" w:cs="Arial"/>
          <w:b/>
          <w:bCs/>
          <w:sz w:val="24"/>
          <w:szCs w:val="24"/>
          <w:lang w:val="en-GB"/>
        </w:rPr>
        <w:t>leadership</w:t>
      </w:r>
      <w:r w:rsidRPr="008600B5">
        <w:rPr>
          <w:rFonts w:ascii="Arial" w:hAnsi="Arial" w:cs="Arial"/>
          <w:sz w:val="24"/>
          <w:szCs w:val="24"/>
          <w:lang w:val="en-GB"/>
        </w:rPr>
        <w:t xml:space="preserve"> is the one I believe will be most valuable in my future employment. I have developed strong leadership abilities through more than ten years of experience managing business operations and customer relationships. My responsibilities have included supervising staff, resolving customer complaints, improving operational efficiency, and maintaining high standards of customer service. Alongside my professional experience, studying </w:t>
      </w:r>
      <w:r w:rsidRPr="008600B5">
        <w:rPr>
          <w:rFonts w:ascii="Arial" w:hAnsi="Arial" w:cs="Arial"/>
          <w:b/>
          <w:bCs/>
          <w:sz w:val="24"/>
          <w:szCs w:val="24"/>
          <w:lang w:val="en-GB"/>
        </w:rPr>
        <w:t>Business Management at the University of Wales Trinity Saint David (UWTSD)</w:t>
      </w:r>
      <w:r w:rsidRPr="008600B5">
        <w:rPr>
          <w:rFonts w:ascii="Arial" w:hAnsi="Arial" w:cs="Arial"/>
          <w:sz w:val="24"/>
          <w:szCs w:val="24"/>
          <w:lang w:val="en-GB"/>
        </w:rPr>
        <w:t xml:space="preserve"> is strengthening my understanding of leadership theories, </w:t>
      </w:r>
      <w:r w:rsidR="00765005">
        <w:rPr>
          <w:rFonts w:ascii="Arial" w:hAnsi="Arial" w:cs="Arial"/>
          <w:sz w:val="24"/>
          <w:szCs w:val="24"/>
          <w:lang w:val="en-GB"/>
        </w:rPr>
        <w:t xml:space="preserve">organizational </w:t>
      </w:r>
      <w:proofErr w:type="spellStart"/>
      <w:r w:rsidR="00765005">
        <w:rPr>
          <w:rFonts w:ascii="Arial" w:hAnsi="Arial" w:cs="Arial"/>
          <w:sz w:val="24"/>
          <w:szCs w:val="24"/>
          <w:lang w:val="en-GB"/>
        </w:rPr>
        <w:t>behavior</w:t>
      </w:r>
      <w:proofErr w:type="spellEnd"/>
      <w:r w:rsidR="00765005">
        <w:rPr>
          <w:rFonts w:ascii="Arial" w:hAnsi="Arial" w:cs="Arial"/>
          <w:sz w:val="24"/>
          <w:szCs w:val="24"/>
          <w:lang w:val="en-GB"/>
        </w:rPr>
        <w:t>,</w:t>
      </w:r>
      <w:r w:rsidRPr="008600B5">
        <w:rPr>
          <w:rFonts w:ascii="Arial" w:hAnsi="Arial" w:cs="Arial"/>
          <w:sz w:val="24"/>
          <w:szCs w:val="24"/>
          <w:lang w:val="en-GB"/>
        </w:rPr>
        <w:t xml:space="preserve"> and business management. These experiences have prepared me to lead teams effectively, support continuous improvement, and contribute positively to </w:t>
      </w:r>
      <w:r w:rsidR="00765005">
        <w:rPr>
          <w:rFonts w:ascii="Arial" w:hAnsi="Arial" w:cs="Arial"/>
          <w:sz w:val="24"/>
          <w:szCs w:val="24"/>
          <w:lang w:val="en-GB"/>
        </w:rPr>
        <w:t>organizational</w:t>
      </w:r>
      <w:r w:rsidRPr="008600B5">
        <w:rPr>
          <w:rFonts w:ascii="Arial" w:hAnsi="Arial" w:cs="Arial"/>
          <w:sz w:val="24"/>
          <w:szCs w:val="24"/>
          <w:lang w:val="en-GB"/>
        </w:rPr>
        <w:t xml:space="preserve"> success as a future </w:t>
      </w:r>
      <w:r w:rsidR="00765005">
        <w:rPr>
          <w:rFonts w:ascii="Arial" w:hAnsi="Arial" w:cs="Arial"/>
          <w:sz w:val="24"/>
          <w:szCs w:val="24"/>
          <w:lang w:val="en-GB"/>
        </w:rPr>
        <w:t>customer service manager.</w:t>
      </w:r>
      <w:r w:rsidRPr="008600B5">
        <w:rPr>
          <w:rFonts w:ascii="Arial" w:hAnsi="Arial" w:cs="Arial"/>
          <w:sz w:val="24"/>
          <w:szCs w:val="24"/>
          <w:lang w:val="en-GB"/>
        </w:rPr>
        <w:t xml:space="preserve"> </w:t>
      </w:r>
    </w:p>
    <w:p w14:paraId="0C88DD35" w14:textId="398D26AA" w:rsidR="00295530" w:rsidRPr="00295530" w:rsidRDefault="00295530" w:rsidP="00295530"/>
    <w:p w14:paraId="5500FA76" w14:textId="77777777" w:rsidR="004F7486" w:rsidRDefault="00E432D3">
      <w:pPr>
        <w:pStyle w:val="Heading2"/>
        <w:rPr>
          <w:color w:val="EE0000"/>
          <w:sz w:val="36"/>
          <w:szCs w:val="36"/>
        </w:rPr>
      </w:pPr>
      <w:r w:rsidRPr="000551AA">
        <w:rPr>
          <w:color w:val="EE0000"/>
          <w:sz w:val="36"/>
          <w:szCs w:val="36"/>
        </w:rPr>
        <w:t>Task B</w:t>
      </w:r>
    </w:p>
    <w:p w14:paraId="7928BE56" w14:textId="77777777" w:rsidR="000551AA" w:rsidRPr="000551AA" w:rsidRDefault="000551AA" w:rsidP="000551AA"/>
    <w:p w14:paraId="60635771" w14:textId="4E1B0656"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A self-assessment is an important process that helps individuals understand their current abilities, recognise areas for improvement, and prepare for future career </w:t>
      </w:r>
      <w:r w:rsidRPr="000551AA">
        <w:rPr>
          <w:rFonts w:ascii="Arial" w:hAnsi="Arial" w:cs="Arial"/>
          <w:sz w:val="24"/>
          <w:szCs w:val="24"/>
          <w:lang w:val="en-GB"/>
        </w:rPr>
        <w:lastRenderedPageBreak/>
        <w:t xml:space="preserve">opportunities. Conducting a SWOT analysis (Strengths, Weaknesses, Opportunities, and Threats) has enabled me to evaluate my personal and professional capabilities while identifying areas that require further development. This reflection has also helped me assess my readiness for employment as a </w:t>
      </w:r>
      <w:r w:rsidR="00737B6C">
        <w:rPr>
          <w:rFonts w:ascii="Arial" w:hAnsi="Arial" w:cs="Arial"/>
          <w:sz w:val="24"/>
          <w:szCs w:val="24"/>
          <w:lang w:val="en-GB"/>
        </w:rPr>
        <w:t>customer service manager.</w:t>
      </w:r>
    </w:p>
    <w:p w14:paraId="5E1E690F" w14:textId="77777777" w:rsidR="00B3594E" w:rsidRPr="000551AA" w:rsidRDefault="00B3594E" w:rsidP="000551AA">
      <w:pPr>
        <w:spacing w:line="360" w:lineRule="auto"/>
        <w:jc w:val="both"/>
        <w:rPr>
          <w:rFonts w:ascii="Arial" w:hAnsi="Arial" w:cs="Arial"/>
          <w:b/>
          <w:bCs/>
          <w:sz w:val="24"/>
          <w:szCs w:val="24"/>
          <w:lang w:val="en-GB"/>
        </w:rPr>
      </w:pPr>
      <w:r w:rsidRPr="000551AA">
        <w:rPr>
          <w:rFonts w:ascii="Arial" w:hAnsi="Arial" w:cs="Arial"/>
          <w:b/>
          <w:bCs/>
          <w:sz w:val="24"/>
          <w:szCs w:val="24"/>
          <w:lang w:val="en-GB"/>
        </w:rPr>
        <w:t>SWOT Analysis</w:t>
      </w:r>
    </w:p>
    <w:p w14:paraId="4FB14A93" w14:textId="77777777" w:rsidR="00B3594E" w:rsidRPr="000551AA" w:rsidRDefault="00B3594E" w:rsidP="000551AA">
      <w:pPr>
        <w:spacing w:line="360" w:lineRule="auto"/>
        <w:jc w:val="both"/>
        <w:rPr>
          <w:rFonts w:ascii="Arial" w:hAnsi="Arial" w:cs="Arial"/>
          <w:b/>
          <w:bCs/>
          <w:sz w:val="24"/>
          <w:szCs w:val="24"/>
          <w:lang w:val="en-GB"/>
        </w:rPr>
      </w:pPr>
      <w:r w:rsidRPr="000551AA">
        <w:rPr>
          <w:rFonts w:ascii="Arial" w:hAnsi="Arial" w:cs="Arial"/>
          <w:b/>
          <w:bCs/>
          <w:sz w:val="24"/>
          <w:szCs w:val="24"/>
          <w:lang w:val="en-GB"/>
        </w:rPr>
        <w:t>Strengths</w:t>
      </w:r>
    </w:p>
    <w:p w14:paraId="5F86D958" w14:textId="6AD39EC7"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One of my greatest strengths is my </w:t>
      </w:r>
      <w:r w:rsidRPr="000551AA">
        <w:rPr>
          <w:rFonts w:ascii="Arial" w:hAnsi="Arial" w:cs="Arial"/>
          <w:b/>
          <w:bCs/>
          <w:sz w:val="24"/>
          <w:szCs w:val="24"/>
          <w:lang w:val="en-GB"/>
        </w:rPr>
        <w:t>extensive experience in customer service and management</w:t>
      </w:r>
      <w:r w:rsidRPr="000551AA">
        <w:rPr>
          <w:rFonts w:ascii="Arial" w:hAnsi="Arial" w:cs="Arial"/>
          <w:sz w:val="24"/>
          <w:szCs w:val="24"/>
          <w:lang w:val="en-GB"/>
        </w:rPr>
        <w:t xml:space="preserve">. I have over ten years of experience working in customer relations, where I have developed strong communication, leadership, and problem-solving skills. My current role as </w:t>
      </w:r>
      <w:r w:rsidR="00737B6C">
        <w:rPr>
          <w:rFonts w:ascii="Arial" w:hAnsi="Arial" w:cs="Arial"/>
          <w:b/>
          <w:bCs/>
          <w:sz w:val="24"/>
          <w:szCs w:val="24"/>
          <w:lang w:val="en-GB"/>
        </w:rPr>
        <w:t>manager,</w:t>
      </w:r>
      <w:r w:rsidRPr="000551AA">
        <w:rPr>
          <w:rFonts w:ascii="Arial" w:hAnsi="Arial" w:cs="Arial"/>
          <w:b/>
          <w:bCs/>
          <w:sz w:val="24"/>
          <w:szCs w:val="24"/>
          <w:lang w:val="en-GB"/>
        </w:rPr>
        <w:t xml:space="preserve"> </w:t>
      </w:r>
      <w:r w:rsidR="00737B6C">
        <w:rPr>
          <w:rFonts w:ascii="Arial" w:hAnsi="Arial" w:cs="Arial"/>
          <w:b/>
          <w:bCs/>
          <w:sz w:val="24"/>
          <w:szCs w:val="24"/>
          <w:lang w:val="en-GB"/>
        </w:rPr>
        <w:t>customer relations officer,</w:t>
      </w:r>
      <w:r w:rsidRPr="000551AA">
        <w:rPr>
          <w:rFonts w:ascii="Arial" w:hAnsi="Arial" w:cs="Arial"/>
          <w:b/>
          <w:bCs/>
          <w:sz w:val="24"/>
          <w:szCs w:val="24"/>
          <w:lang w:val="en-GB"/>
        </w:rPr>
        <w:t xml:space="preserve"> and </w:t>
      </w:r>
      <w:r w:rsidR="00737B6C">
        <w:rPr>
          <w:rFonts w:ascii="Arial" w:hAnsi="Arial" w:cs="Arial"/>
          <w:b/>
          <w:bCs/>
          <w:sz w:val="24"/>
          <w:szCs w:val="24"/>
          <w:lang w:val="en-GB"/>
        </w:rPr>
        <w:t>management director</w:t>
      </w:r>
      <w:r w:rsidRPr="000551AA">
        <w:rPr>
          <w:rFonts w:ascii="Arial" w:hAnsi="Arial" w:cs="Arial"/>
          <w:b/>
          <w:bCs/>
          <w:sz w:val="24"/>
          <w:szCs w:val="24"/>
          <w:lang w:val="en-GB"/>
        </w:rPr>
        <w:t xml:space="preserve"> at Zee &amp; Brothers</w:t>
      </w:r>
      <w:r w:rsidRPr="000551AA">
        <w:rPr>
          <w:rFonts w:ascii="Arial" w:hAnsi="Arial" w:cs="Arial"/>
          <w:sz w:val="24"/>
          <w:szCs w:val="24"/>
          <w:lang w:val="en-GB"/>
        </w:rPr>
        <w:t xml:space="preserve"> has given me responsibility for supervising staff, managing daily operations, resolving customer complaints, and ensuring high standards of customer service. These responsibilities have strengthened my ability to lead teams, make decisions under pressure, and maintain positive customer relationships. </w:t>
      </w:r>
    </w:p>
    <w:p w14:paraId="534CED0B" w14:textId="77777777"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Another important strength is my </w:t>
      </w:r>
      <w:r w:rsidRPr="000551AA">
        <w:rPr>
          <w:rFonts w:ascii="Arial" w:hAnsi="Arial" w:cs="Arial"/>
          <w:b/>
          <w:bCs/>
          <w:sz w:val="24"/>
          <w:szCs w:val="24"/>
          <w:lang w:val="en-GB"/>
        </w:rPr>
        <w:t>communication skills</w:t>
      </w:r>
      <w:r w:rsidRPr="000551AA">
        <w:rPr>
          <w:rFonts w:ascii="Arial" w:hAnsi="Arial" w:cs="Arial"/>
          <w:sz w:val="24"/>
          <w:szCs w:val="24"/>
          <w:lang w:val="en-GB"/>
        </w:rPr>
        <w:t xml:space="preserve">. I can communicate confidently with customers and colleagues from different cultural backgrounds. In addition to English, I speak </w:t>
      </w:r>
      <w:r w:rsidRPr="000551AA">
        <w:rPr>
          <w:rFonts w:ascii="Arial" w:hAnsi="Arial" w:cs="Arial"/>
          <w:b/>
          <w:bCs/>
          <w:sz w:val="24"/>
          <w:szCs w:val="24"/>
          <w:lang w:val="en-GB"/>
        </w:rPr>
        <w:t>Urdu, Punjabi, Hindi, and Mirpuri</w:t>
      </w:r>
      <w:r w:rsidRPr="000551AA">
        <w:rPr>
          <w:rFonts w:ascii="Arial" w:hAnsi="Arial" w:cs="Arial"/>
          <w:sz w:val="24"/>
          <w:szCs w:val="24"/>
          <w:lang w:val="en-GB"/>
        </w:rPr>
        <w:t>, which enables me to build relationships with a diverse range of customers. My multilingual ability is particularly valuable in today's multicultural workplaces, where effective communication contributes to better customer satisfaction and teamwork.</w:t>
      </w:r>
    </w:p>
    <w:p w14:paraId="492EA44D" w14:textId="62BE9AD9"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I also consider myself to be </w:t>
      </w:r>
      <w:r w:rsidRPr="000551AA">
        <w:rPr>
          <w:rFonts w:ascii="Arial" w:hAnsi="Arial" w:cs="Arial"/>
          <w:b/>
          <w:bCs/>
          <w:sz w:val="24"/>
          <w:szCs w:val="24"/>
          <w:lang w:val="en-GB"/>
        </w:rPr>
        <w:t xml:space="preserve">adaptable, </w:t>
      </w:r>
      <w:r w:rsidR="00BA205D">
        <w:rPr>
          <w:rFonts w:ascii="Arial" w:hAnsi="Arial" w:cs="Arial"/>
          <w:b/>
          <w:bCs/>
          <w:sz w:val="24"/>
          <w:szCs w:val="24"/>
          <w:lang w:val="en-GB"/>
        </w:rPr>
        <w:t>organized,</w:t>
      </w:r>
      <w:r w:rsidRPr="000551AA">
        <w:rPr>
          <w:rFonts w:ascii="Arial" w:hAnsi="Arial" w:cs="Arial"/>
          <w:b/>
          <w:bCs/>
          <w:sz w:val="24"/>
          <w:szCs w:val="24"/>
          <w:lang w:val="en-GB"/>
        </w:rPr>
        <w:t xml:space="preserve"> and reliable</w:t>
      </w:r>
      <w:r w:rsidRPr="000551AA">
        <w:rPr>
          <w:rFonts w:ascii="Arial" w:hAnsi="Arial" w:cs="Arial"/>
          <w:sz w:val="24"/>
          <w:szCs w:val="24"/>
          <w:lang w:val="en-GB"/>
        </w:rPr>
        <w:t xml:space="preserve">. Balancing full-time work with studying for a </w:t>
      </w:r>
      <w:r w:rsidR="00737B6C">
        <w:rPr>
          <w:rFonts w:ascii="Arial" w:hAnsi="Arial" w:cs="Arial"/>
          <w:b/>
          <w:bCs/>
          <w:sz w:val="24"/>
          <w:szCs w:val="24"/>
          <w:lang w:val="en-GB"/>
        </w:rPr>
        <w:t>business management</w:t>
      </w:r>
      <w:r w:rsidRPr="000551AA">
        <w:rPr>
          <w:rFonts w:ascii="Arial" w:hAnsi="Arial" w:cs="Arial"/>
          <w:b/>
          <w:bCs/>
          <w:sz w:val="24"/>
          <w:szCs w:val="24"/>
          <w:lang w:val="en-GB"/>
        </w:rPr>
        <w:t xml:space="preserve"> degree at the University of Wales Trinity Saint David (UWTSD)</w:t>
      </w:r>
      <w:r w:rsidRPr="000551AA">
        <w:rPr>
          <w:rFonts w:ascii="Arial" w:hAnsi="Arial" w:cs="Arial"/>
          <w:sz w:val="24"/>
          <w:szCs w:val="24"/>
          <w:lang w:val="en-GB"/>
        </w:rPr>
        <w:t xml:space="preserve"> has improved my time management, organisational skills, and ability to meet deadlines. My studies have enhanced my understanding of leadership, marketing, business strategy, and </w:t>
      </w:r>
      <w:r w:rsidR="00BA205D">
        <w:rPr>
          <w:rFonts w:ascii="Arial" w:hAnsi="Arial" w:cs="Arial"/>
          <w:sz w:val="24"/>
          <w:szCs w:val="24"/>
          <w:lang w:val="en-GB"/>
        </w:rPr>
        <w:t xml:space="preserve">organizational </w:t>
      </w:r>
      <w:proofErr w:type="spellStart"/>
      <w:r w:rsidR="00BA205D">
        <w:rPr>
          <w:rFonts w:ascii="Arial" w:hAnsi="Arial" w:cs="Arial"/>
          <w:sz w:val="24"/>
          <w:szCs w:val="24"/>
          <w:lang w:val="en-GB"/>
        </w:rPr>
        <w:t>behavior</w:t>
      </w:r>
      <w:proofErr w:type="spellEnd"/>
      <w:r w:rsidR="00BA205D">
        <w:rPr>
          <w:rFonts w:ascii="Arial" w:hAnsi="Arial" w:cs="Arial"/>
          <w:sz w:val="24"/>
          <w:szCs w:val="24"/>
          <w:lang w:val="en-GB"/>
        </w:rPr>
        <w:t>,</w:t>
      </w:r>
      <w:r w:rsidRPr="000551AA">
        <w:rPr>
          <w:rFonts w:ascii="Arial" w:hAnsi="Arial" w:cs="Arial"/>
          <w:sz w:val="24"/>
          <w:szCs w:val="24"/>
          <w:lang w:val="en-GB"/>
        </w:rPr>
        <w:t xml:space="preserve"> allowing me to apply academic knowledge to real workplace situations. </w:t>
      </w:r>
    </w:p>
    <w:p w14:paraId="1D61E7A1" w14:textId="77777777" w:rsidR="00B3594E" w:rsidRPr="000551AA" w:rsidRDefault="00B3594E" w:rsidP="000551AA">
      <w:pPr>
        <w:spacing w:line="360" w:lineRule="auto"/>
        <w:jc w:val="both"/>
        <w:rPr>
          <w:rFonts w:ascii="Arial" w:hAnsi="Arial" w:cs="Arial"/>
          <w:b/>
          <w:bCs/>
          <w:sz w:val="24"/>
          <w:szCs w:val="24"/>
          <w:lang w:val="en-GB"/>
        </w:rPr>
      </w:pPr>
      <w:r w:rsidRPr="000551AA">
        <w:rPr>
          <w:rFonts w:ascii="Arial" w:hAnsi="Arial" w:cs="Arial"/>
          <w:b/>
          <w:bCs/>
          <w:sz w:val="24"/>
          <w:szCs w:val="24"/>
          <w:lang w:val="en-GB"/>
        </w:rPr>
        <w:lastRenderedPageBreak/>
        <w:t>Weaknesses</w:t>
      </w:r>
    </w:p>
    <w:p w14:paraId="4FFFD42B" w14:textId="6239EBB4"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Although I have strong management experience, I </w:t>
      </w:r>
      <w:r w:rsidR="00E810E9">
        <w:rPr>
          <w:rFonts w:ascii="Arial" w:hAnsi="Arial" w:cs="Arial"/>
          <w:sz w:val="24"/>
          <w:szCs w:val="24"/>
          <w:lang w:val="en-GB"/>
        </w:rPr>
        <w:t>recognize</w:t>
      </w:r>
      <w:r w:rsidRPr="000551AA">
        <w:rPr>
          <w:rFonts w:ascii="Arial" w:hAnsi="Arial" w:cs="Arial"/>
          <w:sz w:val="24"/>
          <w:szCs w:val="24"/>
          <w:lang w:val="en-GB"/>
        </w:rPr>
        <w:t xml:space="preserve"> that there are several areas where I need further development. One weakness is my </w:t>
      </w:r>
      <w:r w:rsidRPr="000551AA">
        <w:rPr>
          <w:rFonts w:ascii="Arial" w:hAnsi="Arial" w:cs="Arial"/>
          <w:b/>
          <w:bCs/>
          <w:sz w:val="24"/>
          <w:szCs w:val="24"/>
          <w:lang w:val="en-GB"/>
        </w:rPr>
        <w:t xml:space="preserve">limited experience with advanced </w:t>
      </w:r>
      <w:r w:rsidR="00CD19DF">
        <w:rPr>
          <w:rFonts w:ascii="Arial" w:hAnsi="Arial" w:cs="Arial"/>
          <w:b/>
          <w:bCs/>
          <w:sz w:val="24"/>
          <w:szCs w:val="24"/>
          <w:lang w:val="en-GB"/>
        </w:rPr>
        <w:t>customer relationship management</w:t>
      </w:r>
      <w:r w:rsidRPr="000551AA">
        <w:rPr>
          <w:rFonts w:ascii="Arial" w:hAnsi="Arial" w:cs="Arial"/>
          <w:b/>
          <w:bCs/>
          <w:sz w:val="24"/>
          <w:szCs w:val="24"/>
          <w:lang w:val="en-GB"/>
        </w:rPr>
        <w:t xml:space="preserve"> (CRM) software and </w:t>
      </w:r>
      <w:r w:rsidR="00CD19DF">
        <w:rPr>
          <w:rFonts w:ascii="Arial" w:hAnsi="Arial" w:cs="Arial"/>
          <w:b/>
          <w:bCs/>
          <w:sz w:val="24"/>
          <w:szCs w:val="24"/>
          <w:lang w:val="en-GB"/>
        </w:rPr>
        <w:t>artificial intelligence</w:t>
      </w:r>
      <w:r w:rsidRPr="000551AA">
        <w:rPr>
          <w:rFonts w:ascii="Arial" w:hAnsi="Arial" w:cs="Arial"/>
          <w:b/>
          <w:bCs/>
          <w:sz w:val="24"/>
          <w:szCs w:val="24"/>
          <w:lang w:val="en-GB"/>
        </w:rPr>
        <w:t xml:space="preserve"> (AI) technologies</w:t>
      </w:r>
      <w:r w:rsidRPr="000551AA">
        <w:rPr>
          <w:rFonts w:ascii="Arial" w:hAnsi="Arial" w:cs="Arial"/>
          <w:sz w:val="24"/>
          <w:szCs w:val="24"/>
          <w:lang w:val="en-GB"/>
        </w:rPr>
        <w:t xml:space="preserve"> used in modern customer service environments. Many </w:t>
      </w:r>
      <w:r w:rsidR="00CD19DF">
        <w:rPr>
          <w:rFonts w:ascii="Arial" w:hAnsi="Arial" w:cs="Arial"/>
          <w:sz w:val="24"/>
          <w:szCs w:val="24"/>
          <w:lang w:val="en-GB"/>
        </w:rPr>
        <w:t>organizations</w:t>
      </w:r>
      <w:r w:rsidRPr="000551AA">
        <w:rPr>
          <w:rFonts w:ascii="Arial" w:hAnsi="Arial" w:cs="Arial"/>
          <w:sz w:val="24"/>
          <w:szCs w:val="24"/>
          <w:lang w:val="en-GB"/>
        </w:rPr>
        <w:t xml:space="preserve"> are adopting digital systems to improve efficiency, so gaining practical knowledge of these technologies will increase my competitiveness in the job market.</w:t>
      </w:r>
    </w:p>
    <w:p w14:paraId="247B56CE" w14:textId="77777777"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Another area for improvement is my </w:t>
      </w:r>
      <w:r w:rsidRPr="000551AA">
        <w:rPr>
          <w:rFonts w:ascii="Arial" w:hAnsi="Arial" w:cs="Arial"/>
          <w:b/>
          <w:bCs/>
          <w:sz w:val="24"/>
          <w:szCs w:val="24"/>
          <w:lang w:val="en-GB"/>
        </w:rPr>
        <w:t>public speaking and presentation confidence</w:t>
      </w:r>
      <w:r w:rsidRPr="000551AA">
        <w:rPr>
          <w:rFonts w:ascii="Arial" w:hAnsi="Arial" w:cs="Arial"/>
          <w:sz w:val="24"/>
          <w:szCs w:val="24"/>
          <w:lang w:val="en-GB"/>
        </w:rPr>
        <w:t>. While I communicate effectively in one-to-one conversations and team meetings, I sometimes feel less confident when delivering presentations to larger audiences. As a future manager, I understand that presenting business information confidently is an important leadership skill.</w:t>
      </w:r>
    </w:p>
    <w:p w14:paraId="2ABDE6DE" w14:textId="6C22DD61"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I also have </w:t>
      </w:r>
      <w:r w:rsidRPr="000551AA">
        <w:rPr>
          <w:rFonts w:ascii="Arial" w:hAnsi="Arial" w:cs="Arial"/>
          <w:b/>
          <w:bCs/>
          <w:sz w:val="24"/>
          <w:szCs w:val="24"/>
          <w:lang w:val="en-GB"/>
        </w:rPr>
        <w:t xml:space="preserve">limited experience working within large corporate </w:t>
      </w:r>
      <w:r w:rsidR="00BA205D">
        <w:rPr>
          <w:rFonts w:ascii="Arial" w:hAnsi="Arial" w:cs="Arial"/>
          <w:b/>
          <w:bCs/>
          <w:sz w:val="24"/>
          <w:szCs w:val="24"/>
          <w:lang w:val="en-GB"/>
        </w:rPr>
        <w:t>organizations.</w:t>
      </w:r>
      <w:r w:rsidRPr="000551AA">
        <w:rPr>
          <w:rFonts w:ascii="Arial" w:hAnsi="Arial" w:cs="Arial"/>
          <w:sz w:val="24"/>
          <w:szCs w:val="24"/>
          <w:lang w:val="en-GB"/>
        </w:rPr>
        <w:t xml:space="preserve"> </w:t>
      </w:r>
      <w:r w:rsidR="00E810E9">
        <w:rPr>
          <w:rFonts w:ascii="Arial" w:hAnsi="Arial" w:cs="Arial"/>
          <w:sz w:val="24"/>
          <w:szCs w:val="24"/>
          <w:lang w:val="en-GB"/>
        </w:rPr>
        <w:t>I have gained most of my management experience in smaller businesses.</w:t>
      </w:r>
      <w:r w:rsidRPr="000551AA">
        <w:rPr>
          <w:rFonts w:ascii="Arial" w:hAnsi="Arial" w:cs="Arial"/>
          <w:sz w:val="24"/>
          <w:szCs w:val="24"/>
          <w:lang w:val="en-GB"/>
        </w:rPr>
        <w:t xml:space="preserve"> Although this has allowed me to take responsibility for a wide range of tasks, I would benefit from understanding the structures, procedures, and management practices used in larger </w:t>
      </w:r>
      <w:r w:rsidR="00BA205D">
        <w:rPr>
          <w:rFonts w:ascii="Arial" w:hAnsi="Arial" w:cs="Arial"/>
          <w:sz w:val="24"/>
          <w:szCs w:val="24"/>
          <w:lang w:val="en-GB"/>
        </w:rPr>
        <w:t>organizations.</w:t>
      </w:r>
    </w:p>
    <w:p w14:paraId="524E97CE" w14:textId="77777777" w:rsidR="00B3594E" w:rsidRPr="000551AA" w:rsidRDefault="00B3594E" w:rsidP="000551AA">
      <w:pPr>
        <w:spacing w:line="360" w:lineRule="auto"/>
        <w:jc w:val="both"/>
        <w:rPr>
          <w:rFonts w:ascii="Arial" w:hAnsi="Arial" w:cs="Arial"/>
          <w:b/>
          <w:bCs/>
          <w:sz w:val="24"/>
          <w:szCs w:val="24"/>
          <w:lang w:val="en-GB"/>
        </w:rPr>
      </w:pPr>
      <w:r w:rsidRPr="000551AA">
        <w:rPr>
          <w:rFonts w:ascii="Arial" w:hAnsi="Arial" w:cs="Arial"/>
          <w:b/>
          <w:bCs/>
          <w:sz w:val="24"/>
          <w:szCs w:val="24"/>
          <w:lang w:val="en-GB"/>
        </w:rPr>
        <w:t>Opportunities</w:t>
      </w:r>
    </w:p>
    <w:p w14:paraId="2C22ACC7" w14:textId="77777777"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Completing my </w:t>
      </w:r>
      <w:r w:rsidRPr="000551AA">
        <w:rPr>
          <w:rFonts w:ascii="Arial" w:hAnsi="Arial" w:cs="Arial"/>
          <w:b/>
          <w:bCs/>
          <w:sz w:val="24"/>
          <w:szCs w:val="24"/>
          <w:lang w:val="en-GB"/>
        </w:rPr>
        <w:t>Business Management degree</w:t>
      </w:r>
      <w:r w:rsidRPr="000551AA">
        <w:rPr>
          <w:rFonts w:ascii="Arial" w:hAnsi="Arial" w:cs="Arial"/>
          <w:sz w:val="24"/>
          <w:szCs w:val="24"/>
          <w:lang w:val="en-GB"/>
        </w:rPr>
        <w:t xml:space="preserve"> provides an excellent opportunity to improve my qualifications and increase my employability. My university studies continue to develop both my theoretical knowledge and practical understanding of business management.</w:t>
      </w:r>
    </w:p>
    <w:p w14:paraId="494B1A32" w14:textId="21FA5F0A"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There are also opportunities to undertake </w:t>
      </w:r>
      <w:r w:rsidRPr="000551AA">
        <w:rPr>
          <w:rFonts w:ascii="Arial" w:hAnsi="Arial" w:cs="Arial"/>
          <w:b/>
          <w:bCs/>
          <w:sz w:val="24"/>
          <w:szCs w:val="24"/>
          <w:lang w:val="en-GB"/>
        </w:rPr>
        <w:t>professional training in leadership, CRM software, AI tools, and customer service management</w:t>
      </w:r>
      <w:r w:rsidRPr="000551AA">
        <w:rPr>
          <w:rFonts w:ascii="Arial" w:hAnsi="Arial" w:cs="Arial"/>
          <w:sz w:val="24"/>
          <w:szCs w:val="24"/>
          <w:lang w:val="en-GB"/>
        </w:rPr>
        <w:t xml:space="preserve">. These additional qualifications would strengthen my professional skills and prepare me for management positions within larger </w:t>
      </w:r>
      <w:r w:rsidR="00CD19DF">
        <w:rPr>
          <w:rFonts w:ascii="Arial" w:hAnsi="Arial" w:cs="Arial"/>
          <w:sz w:val="24"/>
          <w:szCs w:val="24"/>
          <w:lang w:val="en-GB"/>
        </w:rPr>
        <w:t>organizations.</w:t>
      </w:r>
    </w:p>
    <w:p w14:paraId="6138CA14" w14:textId="30257FCC"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lastRenderedPageBreak/>
        <w:t xml:space="preserve">Furthermore, my previous management experience, combined with my degree, places me in a strong position to apply for </w:t>
      </w:r>
      <w:r w:rsidR="000646E9">
        <w:rPr>
          <w:rFonts w:ascii="Arial" w:hAnsi="Arial" w:cs="Arial"/>
          <w:b/>
          <w:bCs/>
          <w:sz w:val="24"/>
          <w:szCs w:val="24"/>
          <w:lang w:val="en-GB"/>
        </w:rPr>
        <w:t>customer service manager</w:t>
      </w:r>
      <w:r w:rsidRPr="000551AA">
        <w:rPr>
          <w:rFonts w:ascii="Arial" w:hAnsi="Arial" w:cs="Arial"/>
          <w:sz w:val="24"/>
          <w:szCs w:val="24"/>
          <w:lang w:val="en-GB"/>
        </w:rPr>
        <w:t xml:space="preserve"> roles and progress towards more senior leadership positions in the future.</w:t>
      </w:r>
    </w:p>
    <w:p w14:paraId="5AAD39E8" w14:textId="77777777" w:rsidR="00B3594E" w:rsidRPr="000551AA" w:rsidRDefault="00B3594E" w:rsidP="000551AA">
      <w:pPr>
        <w:spacing w:line="360" w:lineRule="auto"/>
        <w:jc w:val="both"/>
        <w:rPr>
          <w:rFonts w:ascii="Arial" w:hAnsi="Arial" w:cs="Arial"/>
          <w:b/>
          <w:bCs/>
          <w:sz w:val="24"/>
          <w:szCs w:val="24"/>
          <w:lang w:val="en-GB"/>
        </w:rPr>
      </w:pPr>
      <w:r w:rsidRPr="000551AA">
        <w:rPr>
          <w:rFonts w:ascii="Arial" w:hAnsi="Arial" w:cs="Arial"/>
          <w:b/>
          <w:bCs/>
          <w:sz w:val="24"/>
          <w:szCs w:val="24"/>
          <w:lang w:val="en-GB"/>
        </w:rPr>
        <w:t>Threats</w:t>
      </w:r>
    </w:p>
    <w:p w14:paraId="42934E8D" w14:textId="77777777"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One external challenge is the </w:t>
      </w:r>
      <w:r w:rsidRPr="000551AA">
        <w:rPr>
          <w:rFonts w:ascii="Arial" w:hAnsi="Arial" w:cs="Arial"/>
          <w:b/>
          <w:bCs/>
          <w:sz w:val="24"/>
          <w:szCs w:val="24"/>
          <w:lang w:val="en-GB"/>
        </w:rPr>
        <w:t>competitive employment market</w:t>
      </w:r>
      <w:r w:rsidRPr="000551AA">
        <w:rPr>
          <w:rFonts w:ascii="Arial" w:hAnsi="Arial" w:cs="Arial"/>
          <w:sz w:val="24"/>
          <w:szCs w:val="24"/>
          <w:lang w:val="en-GB"/>
        </w:rPr>
        <w:t>, where many applicants possess similar qualifications and experience. To remain competitive, I must continue improving my professional knowledge and practical skills.</w:t>
      </w:r>
    </w:p>
    <w:p w14:paraId="283945D3" w14:textId="77777777"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Another threat is the </w:t>
      </w:r>
      <w:r w:rsidRPr="000551AA">
        <w:rPr>
          <w:rFonts w:ascii="Arial" w:hAnsi="Arial" w:cs="Arial"/>
          <w:b/>
          <w:bCs/>
          <w:sz w:val="24"/>
          <w:szCs w:val="24"/>
          <w:lang w:val="en-GB"/>
        </w:rPr>
        <w:t>rapid development of technology</w:t>
      </w:r>
      <w:r w:rsidRPr="000551AA">
        <w:rPr>
          <w:rFonts w:ascii="Arial" w:hAnsi="Arial" w:cs="Arial"/>
          <w:sz w:val="24"/>
          <w:szCs w:val="24"/>
          <w:lang w:val="en-GB"/>
        </w:rPr>
        <w:t>, particularly AI and automation within customer service. Managers who fail to keep their digital skills up to date may find it more difficult to progress in their careers. Economic uncertainty and changing business conditions may also reduce recruitment opportunities, making continuous professional development increasingly important.</w:t>
      </w:r>
    </w:p>
    <w:p w14:paraId="383877E2" w14:textId="77777777" w:rsidR="00B3594E" w:rsidRPr="000551AA" w:rsidRDefault="00B3594E" w:rsidP="000551AA">
      <w:pPr>
        <w:spacing w:line="360" w:lineRule="auto"/>
        <w:jc w:val="both"/>
        <w:rPr>
          <w:rFonts w:ascii="Arial" w:hAnsi="Arial" w:cs="Arial"/>
          <w:b/>
          <w:bCs/>
          <w:sz w:val="24"/>
          <w:szCs w:val="24"/>
          <w:lang w:val="en-GB"/>
        </w:rPr>
      </w:pPr>
      <w:r w:rsidRPr="000551AA">
        <w:rPr>
          <w:rFonts w:ascii="Arial" w:hAnsi="Arial" w:cs="Arial"/>
          <w:b/>
          <w:bCs/>
          <w:sz w:val="24"/>
          <w:szCs w:val="24"/>
          <w:lang w:val="en-GB"/>
        </w:rPr>
        <w:t>Evidence of Readiness for Employability and Personal Advancement</w:t>
      </w:r>
    </w:p>
    <w:p w14:paraId="695BF6D6" w14:textId="3F212F2D" w:rsidR="00B3594E" w:rsidRPr="000551AA" w:rsidRDefault="000646E9" w:rsidP="000551AA">
      <w:pPr>
        <w:spacing w:line="360" w:lineRule="auto"/>
        <w:jc w:val="both"/>
        <w:rPr>
          <w:rFonts w:ascii="Arial" w:hAnsi="Arial" w:cs="Arial"/>
          <w:sz w:val="24"/>
          <w:szCs w:val="24"/>
          <w:lang w:val="en-GB"/>
        </w:rPr>
      </w:pPr>
      <w:r>
        <w:rPr>
          <w:rFonts w:ascii="Arial" w:hAnsi="Arial" w:cs="Arial"/>
          <w:sz w:val="24"/>
          <w:szCs w:val="24"/>
          <w:lang w:val="en-GB"/>
        </w:rPr>
        <w:t>My professional experience, academic studies, and transferable skills have prepared me well for employment.</w:t>
      </w:r>
    </w:p>
    <w:p w14:paraId="08195280" w14:textId="726704DD"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Professionally, I have demonstrated my ability to manage teams, maintain customer satisfaction, resolve complaints, improve operational efficiency, and build long-term customer relationships. My experience has taught me how to remain calm under pressure, make effective decisions, and motivate colleagues to achieve </w:t>
      </w:r>
      <w:r w:rsidR="000646E9">
        <w:rPr>
          <w:rFonts w:ascii="Arial" w:hAnsi="Arial" w:cs="Arial"/>
          <w:sz w:val="24"/>
          <w:szCs w:val="24"/>
          <w:lang w:val="en-GB"/>
        </w:rPr>
        <w:t>organizational</w:t>
      </w:r>
      <w:r w:rsidRPr="000551AA">
        <w:rPr>
          <w:rFonts w:ascii="Arial" w:hAnsi="Arial" w:cs="Arial"/>
          <w:sz w:val="24"/>
          <w:szCs w:val="24"/>
          <w:lang w:val="en-GB"/>
        </w:rPr>
        <w:t xml:space="preserve"> objectives. </w:t>
      </w:r>
    </w:p>
    <w:p w14:paraId="4E7EBB69" w14:textId="04CECC14"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Academically, studying </w:t>
      </w:r>
      <w:r w:rsidR="000646E9">
        <w:rPr>
          <w:rFonts w:ascii="Arial" w:hAnsi="Arial" w:cs="Arial"/>
          <w:b/>
          <w:bCs/>
          <w:sz w:val="24"/>
          <w:szCs w:val="24"/>
          <w:lang w:val="en-GB"/>
        </w:rPr>
        <w:t>business management</w:t>
      </w:r>
      <w:r w:rsidRPr="000551AA">
        <w:rPr>
          <w:rFonts w:ascii="Arial" w:hAnsi="Arial" w:cs="Arial"/>
          <w:b/>
          <w:bCs/>
          <w:sz w:val="24"/>
          <w:szCs w:val="24"/>
          <w:lang w:val="en-GB"/>
        </w:rPr>
        <w:t xml:space="preserve"> at UWTSD</w:t>
      </w:r>
      <w:r w:rsidRPr="000551AA">
        <w:rPr>
          <w:rFonts w:ascii="Arial" w:hAnsi="Arial" w:cs="Arial"/>
          <w:sz w:val="24"/>
          <w:szCs w:val="24"/>
          <w:lang w:val="en-GB"/>
        </w:rPr>
        <w:t xml:space="preserve"> has expanded my understanding of leadership, strategic management, marketing, and business operations. Completing assignments, participating in group projects, and balancing academic work alongside employment have strengthened my research, teamwork, critical thinking, and time management skills. </w:t>
      </w:r>
    </w:p>
    <w:p w14:paraId="6EE88CD9" w14:textId="4D66D56B"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lastRenderedPageBreak/>
        <w:t xml:space="preserve">In addition, my voluntary work within community and charity activities has </w:t>
      </w:r>
      <w:r w:rsidR="000646E9">
        <w:rPr>
          <w:rFonts w:ascii="Arial" w:hAnsi="Arial" w:cs="Arial"/>
          <w:sz w:val="24"/>
          <w:szCs w:val="24"/>
          <w:lang w:val="en-GB"/>
        </w:rPr>
        <w:t>strengthened</w:t>
      </w:r>
      <w:r w:rsidRPr="000551AA">
        <w:rPr>
          <w:rFonts w:ascii="Arial" w:hAnsi="Arial" w:cs="Arial"/>
          <w:sz w:val="24"/>
          <w:szCs w:val="24"/>
          <w:lang w:val="en-GB"/>
        </w:rPr>
        <w:t xml:space="preserve"> my interpersonal skills, teamwork, and commitment to helping others. Working alongside different people has strengthened my adaptability and communication abilities, which are essential qualities for successful managers. </w:t>
      </w:r>
    </w:p>
    <w:p w14:paraId="6A705BA3" w14:textId="5B408B67" w:rsidR="00B3594E" w:rsidRPr="000551AA" w:rsidRDefault="00B3594E" w:rsidP="000551AA">
      <w:pPr>
        <w:spacing w:line="360" w:lineRule="auto"/>
        <w:jc w:val="both"/>
        <w:rPr>
          <w:rFonts w:ascii="Arial" w:hAnsi="Arial" w:cs="Arial"/>
          <w:sz w:val="24"/>
          <w:szCs w:val="24"/>
          <w:lang w:val="en-GB"/>
        </w:rPr>
      </w:pPr>
      <w:r w:rsidRPr="000551AA">
        <w:rPr>
          <w:rFonts w:ascii="Arial" w:hAnsi="Arial" w:cs="Arial"/>
          <w:sz w:val="24"/>
          <w:szCs w:val="24"/>
          <w:lang w:val="en-GB"/>
        </w:rPr>
        <w:t xml:space="preserve">Overall, my self-assessment shows that I possess many of the skills required for a successful career in customer service management, particularly leadership, communication, and customer relationship management. At the same time, I </w:t>
      </w:r>
      <w:r w:rsidR="000646E9">
        <w:rPr>
          <w:rFonts w:ascii="Arial" w:hAnsi="Arial" w:cs="Arial"/>
          <w:sz w:val="24"/>
          <w:szCs w:val="24"/>
          <w:lang w:val="en-GB"/>
        </w:rPr>
        <w:t>recognize</w:t>
      </w:r>
      <w:r w:rsidRPr="000551AA">
        <w:rPr>
          <w:rFonts w:ascii="Arial" w:hAnsi="Arial" w:cs="Arial"/>
          <w:sz w:val="24"/>
          <w:szCs w:val="24"/>
          <w:lang w:val="en-GB"/>
        </w:rPr>
        <w:t xml:space="preserve"> the importance of continuous learning to improve my digital knowledge, presentation skills, and understanding of larger </w:t>
      </w:r>
      <w:r w:rsidR="000646E9">
        <w:rPr>
          <w:rFonts w:ascii="Arial" w:hAnsi="Arial" w:cs="Arial"/>
          <w:sz w:val="24"/>
          <w:szCs w:val="24"/>
          <w:lang w:val="en-GB"/>
        </w:rPr>
        <w:t>organizational</w:t>
      </w:r>
      <w:r w:rsidRPr="000551AA">
        <w:rPr>
          <w:rFonts w:ascii="Arial" w:hAnsi="Arial" w:cs="Arial"/>
          <w:sz w:val="24"/>
          <w:szCs w:val="24"/>
          <w:lang w:val="en-GB"/>
        </w:rPr>
        <w:t xml:space="preserve"> environments. By building on my strengths and addressing these development areas, I am confident that I am well prepared to progress into a </w:t>
      </w:r>
      <w:r w:rsidR="000646E9">
        <w:rPr>
          <w:rFonts w:ascii="Arial" w:hAnsi="Arial" w:cs="Arial"/>
          <w:sz w:val="24"/>
          <w:szCs w:val="24"/>
          <w:lang w:val="en-GB"/>
        </w:rPr>
        <w:t>customer service manager</w:t>
      </w:r>
      <w:r w:rsidRPr="000551AA">
        <w:rPr>
          <w:rFonts w:ascii="Arial" w:hAnsi="Arial" w:cs="Arial"/>
          <w:sz w:val="24"/>
          <w:szCs w:val="24"/>
          <w:lang w:val="en-GB"/>
        </w:rPr>
        <w:t xml:space="preserve"> role and continue advancing towards senior leadership positions in the future.</w:t>
      </w:r>
    </w:p>
    <w:p w14:paraId="167ACEFA" w14:textId="73787153" w:rsidR="00B3594E" w:rsidRPr="00B3594E" w:rsidRDefault="00B3594E" w:rsidP="00B3594E"/>
    <w:p w14:paraId="7975270B" w14:textId="215A0FA8" w:rsidR="004F7486" w:rsidRDefault="00E432D3">
      <w:pPr>
        <w:pStyle w:val="Heading2"/>
        <w:rPr>
          <w:color w:val="EE0000"/>
          <w:sz w:val="36"/>
          <w:szCs w:val="36"/>
        </w:rPr>
      </w:pPr>
      <w:r w:rsidRPr="00C0484A">
        <w:rPr>
          <w:color w:val="EE0000"/>
          <w:sz w:val="36"/>
          <w:szCs w:val="36"/>
        </w:rPr>
        <w:t xml:space="preserve">Task </w:t>
      </w:r>
      <w:r w:rsidR="0075435E">
        <w:rPr>
          <w:color w:val="EE0000"/>
          <w:sz w:val="36"/>
          <w:szCs w:val="36"/>
        </w:rPr>
        <w:t>3</w:t>
      </w:r>
    </w:p>
    <w:p w14:paraId="734386E1" w14:textId="77777777" w:rsidR="00C0484A" w:rsidRPr="00C0484A" w:rsidRDefault="00C0484A" w:rsidP="00C0484A"/>
    <w:p w14:paraId="409CA810" w14:textId="77777777" w:rsidR="002E2A7B" w:rsidRPr="00524306" w:rsidRDefault="002E2A7B" w:rsidP="00524306">
      <w:pPr>
        <w:spacing w:line="360" w:lineRule="auto"/>
        <w:jc w:val="both"/>
        <w:rPr>
          <w:rFonts w:ascii="Arial" w:hAnsi="Arial" w:cs="Arial"/>
          <w:b/>
          <w:bCs/>
          <w:sz w:val="28"/>
          <w:szCs w:val="28"/>
          <w:lang w:val="en-GB"/>
        </w:rPr>
      </w:pPr>
      <w:r w:rsidRPr="00524306">
        <w:rPr>
          <w:rFonts w:ascii="Arial" w:hAnsi="Arial" w:cs="Arial"/>
          <w:b/>
          <w:bCs/>
          <w:sz w:val="28"/>
          <w:szCs w:val="28"/>
          <w:lang w:val="en-GB"/>
        </w:rPr>
        <w:t>Employment Goals</w:t>
      </w:r>
    </w:p>
    <w:p w14:paraId="54E836B7" w14:textId="382E9C0D" w:rsidR="002E2A7B" w:rsidRPr="00E60C28" w:rsidRDefault="002E2A7B" w:rsidP="00524306">
      <w:pPr>
        <w:spacing w:line="360" w:lineRule="auto"/>
        <w:jc w:val="both"/>
        <w:rPr>
          <w:rFonts w:ascii="Arial" w:hAnsi="Arial" w:cs="Arial"/>
          <w:sz w:val="24"/>
          <w:szCs w:val="24"/>
          <w:lang w:val="en-GB"/>
        </w:rPr>
      </w:pPr>
      <w:r w:rsidRPr="00E60C28">
        <w:rPr>
          <w:rFonts w:ascii="Arial" w:hAnsi="Arial" w:cs="Arial"/>
          <w:sz w:val="24"/>
          <w:szCs w:val="24"/>
          <w:lang w:val="en-GB"/>
        </w:rPr>
        <w:t xml:space="preserve">Based on my SWOT analysis, I have identified several areas for improvement, including developing my knowledge of </w:t>
      </w:r>
      <w:r w:rsidR="0075435E" w:rsidRPr="00E60C28">
        <w:rPr>
          <w:rFonts w:ascii="Arial" w:hAnsi="Arial" w:cs="Arial"/>
          <w:sz w:val="24"/>
          <w:szCs w:val="24"/>
          <w:lang w:val="en-GB"/>
        </w:rPr>
        <w:t>customer relationship management</w:t>
      </w:r>
      <w:r w:rsidRPr="00E60C28">
        <w:rPr>
          <w:rFonts w:ascii="Arial" w:hAnsi="Arial" w:cs="Arial"/>
          <w:sz w:val="24"/>
          <w:szCs w:val="24"/>
          <w:lang w:val="en-GB"/>
        </w:rPr>
        <w:t xml:space="preserve"> (CRM) systems, </w:t>
      </w:r>
      <w:r w:rsidR="0075435E" w:rsidRPr="00E60C28">
        <w:rPr>
          <w:rFonts w:ascii="Arial" w:hAnsi="Arial" w:cs="Arial"/>
          <w:sz w:val="24"/>
          <w:szCs w:val="24"/>
          <w:lang w:val="en-GB"/>
        </w:rPr>
        <w:t>artificial intelligence</w:t>
      </w:r>
      <w:r w:rsidRPr="00E60C28">
        <w:rPr>
          <w:rFonts w:ascii="Arial" w:hAnsi="Arial" w:cs="Arial"/>
          <w:sz w:val="24"/>
          <w:szCs w:val="24"/>
          <w:lang w:val="en-GB"/>
        </w:rPr>
        <w:t xml:space="preserve"> (AI) </w:t>
      </w:r>
      <w:r w:rsidR="0075435E" w:rsidRPr="00E60C28">
        <w:rPr>
          <w:rFonts w:ascii="Arial" w:hAnsi="Arial" w:cs="Arial"/>
          <w:sz w:val="24"/>
          <w:szCs w:val="24"/>
          <w:lang w:val="en-GB"/>
        </w:rPr>
        <w:t>tools, and</w:t>
      </w:r>
      <w:r w:rsidRPr="00E60C28">
        <w:rPr>
          <w:rFonts w:ascii="Arial" w:hAnsi="Arial" w:cs="Arial"/>
          <w:sz w:val="24"/>
          <w:szCs w:val="24"/>
          <w:lang w:val="en-GB"/>
        </w:rPr>
        <w:t xml:space="preserve"> presentation </w:t>
      </w:r>
      <w:r w:rsidR="0075435E" w:rsidRPr="00E60C28">
        <w:rPr>
          <w:rFonts w:ascii="Arial" w:hAnsi="Arial" w:cs="Arial"/>
          <w:sz w:val="24"/>
          <w:szCs w:val="24"/>
          <w:lang w:val="en-GB"/>
        </w:rPr>
        <w:t>skills and</w:t>
      </w:r>
      <w:r w:rsidRPr="00E60C28">
        <w:rPr>
          <w:rFonts w:ascii="Arial" w:hAnsi="Arial" w:cs="Arial"/>
          <w:sz w:val="24"/>
          <w:szCs w:val="24"/>
          <w:lang w:val="en-GB"/>
        </w:rPr>
        <w:t xml:space="preserve"> gaining experience within larger corporate </w:t>
      </w:r>
      <w:r w:rsidR="0075435E" w:rsidRPr="00E60C28">
        <w:rPr>
          <w:rFonts w:ascii="Arial" w:hAnsi="Arial" w:cs="Arial"/>
          <w:sz w:val="24"/>
          <w:szCs w:val="24"/>
          <w:lang w:val="en-GB"/>
        </w:rPr>
        <w:t>organizations.</w:t>
      </w:r>
      <w:r w:rsidRPr="00E60C28">
        <w:rPr>
          <w:rFonts w:ascii="Arial" w:hAnsi="Arial" w:cs="Arial"/>
          <w:sz w:val="24"/>
          <w:szCs w:val="24"/>
          <w:lang w:val="en-GB"/>
        </w:rPr>
        <w:t xml:space="preserve"> Addressing these weaknesses will help me achieve my long-term career ambitions.</w:t>
      </w:r>
    </w:p>
    <w:p w14:paraId="6B880091" w14:textId="414496A7" w:rsidR="002E2A7B" w:rsidRPr="00E60C28" w:rsidRDefault="002E2A7B" w:rsidP="00524306">
      <w:pPr>
        <w:spacing w:line="360" w:lineRule="auto"/>
        <w:jc w:val="both"/>
        <w:rPr>
          <w:rFonts w:ascii="Arial" w:hAnsi="Arial" w:cs="Arial"/>
          <w:sz w:val="24"/>
          <w:szCs w:val="24"/>
          <w:lang w:val="en-GB"/>
        </w:rPr>
      </w:pPr>
      <w:r w:rsidRPr="00E60C28">
        <w:rPr>
          <w:rFonts w:ascii="Arial" w:hAnsi="Arial" w:cs="Arial"/>
          <w:sz w:val="24"/>
          <w:szCs w:val="24"/>
          <w:lang w:val="en-GB"/>
        </w:rPr>
        <w:t xml:space="preserve">My </w:t>
      </w:r>
      <w:proofErr w:type="gramStart"/>
      <w:r w:rsidRPr="00E60C28">
        <w:rPr>
          <w:rFonts w:ascii="Arial" w:hAnsi="Arial" w:cs="Arial"/>
          <w:b/>
          <w:bCs/>
          <w:sz w:val="24"/>
          <w:szCs w:val="24"/>
          <w:lang w:val="en-GB"/>
        </w:rPr>
        <w:t>short</w:t>
      </w:r>
      <w:r w:rsidR="00885457">
        <w:rPr>
          <w:rFonts w:ascii="Arial" w:hAnsi="Arial" w:cs="Arial"/>
          <w:b/>
          <w:bCs/>
          <w:sz w:val="24"/>
          <w:szCs w:val="24"/>
          <w:lang w:val="en-GB"/>
        </w:rPr>
        <w:t xml:space="preserve"> </w:t>
      </w:r>
      <w:r w:rsidRPr="00E60C28">
        <w:rPr>
          <w:rFonts w:ascii="Arial" w:hAnsi="Arial" w:cs="Arial"/>
          <w:b/>
          <w:bCs/>
          <w:sz w:val="24"/>
          <w:szCs w:val="24"/>
          <w:lang w:val="en-GB"/>
        </w:rPr>
        <w:t>term</w:t>
      </w:r>
      <w:proofErr w:type="gramEnd"/>
      <w:r w:rsidRPr="00E60C28">
        <w:rPr>
          <w:rFonts w:ascii="Arial" w:hAnsi="Arial" w:cs="Arial"/>
          <w:b/>
          <w:bCs/>
          <w:sz w:val="24"/>
          <w:szCs w:val="24"/>
          <w:lang w:val="en-GB"/>
        </w:rPr>
        <w:t xml:space="preserve"> employment goal</w:t>
      </w:r>
      <w:r w:rsidRPr="00E60C28">
        <w:rPr>
          <w:rFonts w:ascii="Arial" w:hAnsi="Arial" w:cs="Arial"/>
          <w:sz w:val="24"/>
          <w:szCs w:val="24"/>
          <w:lang w:val="en-GB"/>
        </w:rPr>
        <w:t xml:space="preserve"> is to secure a </w:t>
      </w:r>
      <w:r w:rsidR="0075435E" w:rsidRPr="00E60C28">
        <w:rPr>
          <w:rFonts w:ascii="Arial" w:hAnsi="Arial" w:cs="Arial"/>
          <w:b/>
          <w:bCs/>
          <w:sz w:val="24"/>
          <w:szCs w:val="24"/>
          <w:lang w:val="en-GB"/>
        </w:rPr>
        <w:t>customer service manager</w:t>
      </w:r>
      <w:r w:rsidRPr="00E60C28">
        <w:rPr>
          <w:rFonts w:ascii="Arial" w:hAnsi="Arial" w:cs="Arial"/>
          <w:sz w:val="24"/>
          <w:szCs w:val="24"/>
          <w:lang w:val="en-GB"/>
        </w:rPr>
        <w:t xml:space="preserve"> position within a reputable </w:t>
      </w:r>
      <w:r w:rsidR="0075435E" w:rsidRPr="00E60C28">
        <w:rPr>
          <w:rFonts w:ascii="Arial" w:hAnsi="Arial" w:cs="Arial"/>
          <w:sz w:val="24"/>
          <w:szCs w:val="24"/>
          <w:lang w:val="en-GB"/>
        </w:rPr>
        <w:t>organization</w:t>
      </w:r>
      <w:r w:rsidRPr="00E60C28">
        <w:rPr>
          <w:rFonts w:ascii="Arial" w:hAnsi="Arial" w:cs="Arial"/>
          <w:sz w:val="24"/>
          <w:szCs w:val="24"/>
          <w:lang w:val="en-GB"/>
        </w:rPr>
        <w:t xml:space="preserve"> where I can apply my management experience while continuing to develop professionally. In this role, I aim to strengthen my knowledge of CRM software, AI technologies, and business systems that are increasingly used to improve customer service and operational efficiency. This goal is important because it will allow me to gain practical </w:t>
      </w:r>
      <w:r w:rsidRPr="00E60C28">
        <w:rPr>
          <w:rFonts w:ascii="Arial" w:hAnsi="Arial" w:cs="Arial"/>
          <w:sz w:val="24"/>
          <w:szCs w:val="24"/>
          <w:lang w:val="en-GB"/>
        </w:rPr>
        <w:lastRenderedPageBreak/>
        <w:t xml:space="preserve">experience in a larger </w:t>
      </w:r>
      <w:r w:rsidR="0075435E" w:rsidRPr="00E60C28">
        <w:rPr>
          <w:rFonts w:ascii="Arial" w:hAnsi="Arial" w:cs="Arial"/>
          <w:sz w:val="24"/>
          <w:szCs w:val="24"/>
          <w:lang w:val="en-GB"/>
        </w:rPr>
        <w:t>organization</w:t>
      </w:r>
      <w:r w:rsidRPr="00E60C28">
        <w:rPr>
          <w:rFonts w:ascii="Arial" w:hAnsi="Arial" w:cs="Arial"/>
          <w:sz w:val="24"/>
          <w:szCs w:val="24"/>
          <w:lang w:val="en-GB"/>
        </w:rPr>
        <w:t xml:space="preserve"> while building on the leadership and customer service skills I have already developed through my previous management roles and </w:t>
      </w:r>
      <w:r w:rsidR="0075435E" w:rsidRPr="00E60C28">
        <w:rPr>
          <w:rFonts w:ascii="Arial" w:hAnsi="Arial" w:cs="Arial"/>
          <w:sz w:val="24"/>
          <w:szCs w:val="24"/>
          <w:lang w:val="en-GB"/>
        </w:rPr>
        <w:t>business management</w:t>
      </w:r>
      <w:r w:rsidRPr="00E60C28">
        <w:rPr>
          <w:rFonts w:ascii="Arial" w:hAnsi="Arial" w:cs="Arial"/>
          <w:sz w:val="24"/>
          <w:szCs w:val="24"/>
          <w:lang w:val="en-GB"/>
        </w:rPr>
        <w:t xml:space="preserve"> studies at UWTSD. </w:t>
      </w:r>
    </w:p>
    <w:p w14:paraId="5B8A9EB4" w14:textId="63A6284B" w:rsidR="002E2A7B" w:rsidRDefault="002E2A7B" w:rsidP="00524306">
      <w:pPr>
        <w:spacing w:line="360" w:lineRule="auto"/>
        <w:jc w:val="both"/>
        <w:rPr>
          <w:rFonts w:ascii="Arial" w:hAnsi="Arial" w:cs="Arial"/>
          <w:sz w:val="24"/>
          <w:szCs w:val="24"/>
          <w:lang w:val="en-GB"/>
        </w:rPr>
      </w:pPr>
      <w:r w:rsidRPr="00E60C28">
        <w:rPr>
          <w:rFonts w:ascii="Arial" w:hAnsi="Arial" w:cs="Arial"/>
          <w:sz w:val="24"/>
          <w:szCs w:val="24"/>
          <w:lang w:val="en-GB"/>
        </w:rPr>
        <w:t xml:space="preserve">My </w:t>
      </w:r>
      <w:proofErr w:type="gramStart"/>
      <w:r w:rsidRPr="00E60C28">
        <w:rPr>
          <w:rFonts w:ascii="Arial" w:hAnsi="Arial" w:cs="Arial"/>
          <w:b/>
          <w:bCs/>
          <w:sz w:val="24"/>
          <w:szCs w:val="24"/>
          <w:lang w:val="en-GB"/>
        </w:rPr>
        <w:t>long</w:t>
      </w:r>
      <w:r w:rsidR="00885457">
        <w:rPr>
          <w:rFonts w:ascii="Arial" w:hAnsi="Arial" w:cs="Arial"/>
          <w:b/>
          <w:bCs/>
          <w:sz w:val="24"/>
          <w:szCs w:val="24"/>
          <w:lang w:val="en-GB"/>
        </w:rPr>
        <w:t xml:space="preserve"> </w:t>
      </w:r>
      <w:r w:rsidRPr="00E60C28">
        <w:rPr>
          <w:rFonts w:ascii="Arial" w:hAnsi="Arial" w:cs="Arial"/>
          <w:b/>
          <w:bCs/>
          <w:sz w:val="24"/>
          <w:szCs w:val="24"/>
          <w:lang w:val="en-GB"/>
        </w:rPr>
        <w:t>term</w:t>
      </w:r>
      <w:proofErr w:type="gramEnd"/>
      <w:r w:rsidRPr="00E60C28">
        <w:rPr>
          <w:rFonts w:ascii="Arial" w:hAnsi="Arial" w:cs="Arial"/>
          <w:b/>
          <w:bCs/>
          <w:sz w:val="24"/>
          <w:szCs w:val="24"/>
          <w:lang w:val="en-GB"/>
        </w:rPr>
        <w:t xml:space="preserve"> employment goal</w:t>
      </w:r>
      <w:r w:rsidRPr="00E60C28">
        <w:rPr>
          <w:rFonts w:ascii="Arial" w:hAnsi="Arial" w:cs="Arial"/>
          <w:sz w:val="24"/>
          <w:szCs w:val="24"/>
          <w:lang w:val="en-GB"/>
        </w:rPr>
        <w:t xml:space="preserve"> is to progress into a </w:t>
      </w:r>
      <w:r w:rsidR="0075435E" w:rsidRPr="00E60C28">
        <w:rPr>
          <w:rFonts w:ascii="Arial" w:hAnsi="Arial" w:cs="Arial"/>
          <w:b/>
          <w:bCs/>
          <w:sz w:val="24"/>
          <w:szCs w:val="24"/>
          <w:lang w:val="en-GB"/>
        </w:rPr>
        <w:t>senior customer service manager</w:t>
      </w:r>
      <w:r w:rsidRPr="00E60C28">
        <w:rPr>
          <w:rFonts w:ascii="Arial" w:hAnsi="Arial" w:cs="Arial"/>
          <w:b/>
          <w:bCs/>
          <w:sz w:val="24"/>
          <w:szCs w:val="24"/>
          <w:lang w:val="en-GB"/>
        </w:rPr>
        <w:t xml:space="preserve"> or </w:t>
      </w:r>
      <w:r w:rsidR="0075435E" w:rsidRPr="00E60C28">
        <w:rPr>
          <w:rFonts w:ascii="Arial" w:hAnsi="Arial" w:cs="Arial"/>
          <w:b/>
          <w:bCs/>
          <w:sz w:val="24"/>
          <w:szCs w:val="24"/>
          <w:lang w:val="en-GB"/>
        </w:rPr>
        <w:t>operations manager</w:t>
      </w:r>
      <w:r w:rsidRPr="00E60C28">
        <w:rPr>
          <w:rFonts w:ascii="Arial" w:hAnsi="Arial" w:cs="Arial"/>
          <w:sz w:val="24"/>
          <w:szCs w:val="24"/>
          <w:lang w:val="en-GB"/>
        </w:rPr>
        <w:t xml:space="preserve"> role, where I can lead larger teams, contribute to business strategy, and support </w:t>
      </w:r>
      <w:r w:rsidR="0075435E" w:rsidRPr="00E60C28">
        <w:rPr>
          <w:rFonts w:ascii="Arial" w:hAnsi="Arial" w:cs="Arial"/>
          <w:sz w:val="24"/>
          <w:szCs w:val="24"/>
          <w:lang w:val="en-GB"/>
        </w:rPr>
        <w:t>organizational</w:t>
      </w:r>
      <w:r w:rsidRPr="00E60C28">
        <w:rPr>
          <w:rFonts w:ascii="Arial" w:hAnsi="Arial" w:cs="Arial"/>
          <w:sz w:val="24"/>
          <w:szCs w:val="24"/>
          <w:lang w:val="en-GB"/>
        </w:rPr>
        <w:t xml:space="preserve"> growth. Achieving this goal will enable me to take on greater leadership responsibilities while continuing to improve customer experience and business performance. It also aligns with my career aspiration of becoming a respected business leader who can positively influence both employees and </w:t>
      </w:r>
      <w:r w:rsidR="00F40332" w:rsidRPr="00E60C28">
        <w:rPr>
          <w:rFonts w:ascii="Arial" w:hAnsi="Arial" w:cs="Arial"/>
          <w:sz w:val="24"/>
          <w:szCs w:val="24"/>
          <w:lang w:val="en-GB"/>
        </w:rPr>
        <w:t>organizational</w:t>
      </w:r>
      <w:r w:rsidRPr="00E60C28">
        <w:rPr>
          <w:rFonts w:ascii="Arial" w:hAnsi="Arial" w:cs="Arial"/>
          <w:sz w:val="24"/>
          <w:szCs w:val="24"/>
          <w:lang w:val="en-GB"/>
        </w:rPr>
        <w:t xml:space="preserve"> success.</w:t>
      </w:r>
    </w:p>
    <w:p w14:paraId="2EB91DD7" w14:textId="77777777" w:rsidR="00D177A5" w:rsidRDefault="00D177A5" w:rsidP="00524306">
      <w:pPr>
        <w:spacing w:line="360" w:lineRule="auto"/>
        <w:jc w:val="both"/>
        <w:rPr>
          <w:rFonts w:ascii="Arial" w:hAnsi="Arial" w:cs="Arial"/>
          <w:sz w:val="24"/>
          <w:szCs w:val="24"/>
          <w:lang w:val="en-GB"/>
        </w:rPr>
      </w:pPr>
    </w:p>
    <w:p w14:paraId="22FA5F96" w14:textId="77777777" w:rsidR="00D177A5" w:rsidRDefault="00D177A5" w:rsidP="00524306">
      <w:pPr>
        <w:spacing w:line="360" w:lineRule="auto"/>
        <w:jc w:val="both"/>
        <w:rPr>
          <w:rFonts w:ascii="Arial" w:hAnsi="Arial" w:cs="Arial"/>
          <w:sz w:val="24"/>
          <w:szCs w:val="24"/>
          <w:lang w:val="en-GB"/>
        </w:rPr>
      </w:pPr>
    </w:p>
    <w:p w14:paraId="6241AA87" w14:textId="77777777" w:rsidR="00D177A5" w:rsidRDefault="00D177A5" w:rsidP="00524306">
      <w:pPr>
        <w:spacing w:line="360" w:lineRule="auto"/>
        <w:jc w:val="both"/>
        <w:rPr>
          <w:rFonts w:ascii="Arial" w:hAnsi="Arial" w:cs="Arial"/>
          <w:sz w:val="24"/>
          <w:szCs w:val="24"/>
          <w:lang w:val="en-GB"/>
        </w:rPr>
      </w:pPr>
    </w:p>
    <w:p w14:paraId="576ED46D" w14:textId="77777777" w:rsidR="00D177A5" w:rsidRDefault="00D177A5" w:rsidP="00524306">
      <w:pPr>
        <w:spacing w:line="360" w:lineRule="auto"/>
        <w:jc w:val="both"/>
        <w:rPr>
          <w:rFonts w:ascii="Arial" w:hAnsi="Arial" w:cs="Arial"/>
          <w:sz w:val="24"/>
          <w:szCs w:val="24"/>
          <w:lang w:val="en-GB"/>
        </w:rPr>
      </w:pPr>
    </w:p>
    <w:p w14:paraId="6DD865C1" w14:textId="77777777" w:rsidR="00D177A5" w:rsidRDefault="00D177A5" w:rsidP="00524306">
      <w:pPr>
        <w:spacing w:line="360" w:lineRule="auto"/>
        <w:jc w:val="both"/>
        <w:rPr>
          <w:rFonts w:ascii="Arial" w:hAnsi="Arial" w:cs="Arial"/>
          <w:sz w:val="24"/>
          <w:szCs w:val="24"/>
          <w:lang w:val="en-GB"/>
        </w:rPr>
      </w:pPr>
    </w:p>
    <w:p w14:paraId="0CC315F9" w14:textId="77777777" w:rsidR="00D177A5" w:rsidRDefault="00D177A5" w:rsidP="00524306">
      <w:pPr>
        <w:spacing w:line="360" w:lineRule="auto"/>
        <w:jc w:val="both"/>
        <w:rPr>
          <w:rFonts w:ascii="Arial" w:hAnsi="Arial" w:cs="Arial"/>
          <w:sz w:val="24"/>
          <w:szCs w:val="24"/>
          <w:lang w:val="en-GB"/>
        </w:rPr>
      </w:pPr>
    </w:p>
    <w:p w14:paraId="1F1B5AC4" w14:textId="77777777" w:rsidR="00D177A5" w:rsidRDefault="00D177A5" w:rsidP="00524306">
      <w:pPr>
        <w:spacing w:line="360" w:lineRule="auto"/>
        <w:jc w:val="both"/>
        <w:rPr>
          <w:rFonts w:ascii="Arial" w:hAnsi="Arial" w:cs="Arial"/>
          <w:sz w:val="24"/>
          <w:szCs w:val="24"/>
          <w:lang w:val="en-GB"/>
        </w:rPr>
      </w:pPr>
    </w:p>
    <w:p w14:paraId="7F17D593" w14:textId="77777777" w:rsidR="00D177A5" w:rsidRDefault="00D177A5" w:rsidP="00524306">
      <w:pPr>
        <w:spacing w:line="360" w:lineRule="auto"/>
        <w:jc w:val="both"/>
        <w:rPr>
          <w:rFonts w:ascii="Arial" w:hAnsi="Arial" w:cs="Arial"/>
          <w:sz w:val="24"/>
          <w:szCs w:val="24"/>
          <w:lang w:val="en-GB"/>
        </w:rPr>
      </w:pPr>
    </w:p>
    <w:p w14:paraId="74F06A4C" w14:textId="77777777" w:rsidR="00D177A5" w:rsidRDefault="00D177A5" w:rsidP="00524306">
      <w:pPr>
        <w:spacing w:line="360" w:lineRule="auto"/>
        <w:jc w:val="both"/>
        <w:rPr>
          <w:rFonts w:ascii="Arial" w:hAnsi="Arial" w:cs="Arial"/>
          <w:sz w:val="24"/>
          <w:szCs w:val="24"/>
          <w:lang w:val="en-GB"/>
        </w:rPr>
      </w:pPr>
    </w:p>
    <w:p w14:paraId="74B6E5CA" w14:textId="77777777" w:rsidR="00D177A5" w:rsidRDefault="00D177A5" w:rsidP="00524306">
      <w:pPr>
        <w:spacing w:line="360" w:lineRule="auto"/>
        <w:jc w:val="both"/>
        <w:rPr>
          <w:rFonts w:ascii="Arial" w:hAnsi="Arial" w:cs="Arial"/>
          <w:sz w:val="24"/>
          <w:szCs w:val="24"/>
          <w:lang w:val="en-GB"/>
        </w:rPr>
      </w:pPr>
    </w:p>
    <w:p w14:paraId="6A9657E4" w14:textId="77777777" w:rsidR="00D177A5" w:rsidRDefault="00D177A5" w:rsidP="00524306">
      <w:pPr>
        <w:spacing w:line="360" w:lineRule="auto"/>
        <w:jc w:val="both"/>
        <w:rPr>
          <w:rFonts w:ascii="Arial" w:hAnsi="Arial" w:cs="Arial"/>
          <w:sz w:val="24"/>
          <w:szCs w:val="24"/>
          <w:lang w:val="en-GB"/>
        </w:rPr>
      </w:pPr>
    </w:p>
    <w:p w14:paraId="10B8AB06" w14:textId="77777777" w:rsidR="00D177A5" w:rsidRPr="00E60C28" w:rsidRDefault="00D177A5" w:rsidP="00524306">
      <w:pPr>
        <w:spacing w:line="360" w:lineRule="auto"/>
        <w:jc w:val="both"/>
        <w:rPr>
          <w:rFonts w:ascii="Arial" w:hAnsi="Arial" w:cs="Arial"/>
          <w:sz w:val="24"/>
          <w:szCs w:val="24"/>
          <w:lang w:val="en-GB"/>
        </w:rPr>
      </w:pPr>
    </w:p>
    <w:p w14:paraId="01B62370" w14:textId="77777777" w:rsidR="00D177A5" w:rsidRDefault="00D177A5" w:rsidP="002E2A7B">
      <w:pPr>
        <w:rPr>
          <w:b/>
          <w:bCs/>
          <w:sz w:val="32"/>
          <w:szCs w:val="32"/>
          <w:lang w:val="en-GB"/>
        </w:rPr>
      </w:pPr>
    </w:p>
    <w:p w14:paraId="41EFC519" w14:textId="77777777" w:rsidR="00D177A5" w:rsidRDefault="00D177A5" w:rsidP="002E2A7B">
      <w:pPr>
        <w:rPr>
          <w:b/>
          <w:bCs/>
          <w:sz w:val="32"/>
          <w:szCs w:val="32"/>
          <w:lang w:val="en-GB"/>
        </w:rPr>
      </w:pPr>
    </w:p>
    <w:p w14:paraId="6FF74C1C" w14:textId="437A327D" w:rsidR="002E2A7B" w:rsidRDefault="002E2A7B" w:rsidP="002E2A7B">
      <w:pPr>
        <w:rPr>
          <w:b/>
          <w:bCs/>
          <w:sz w:val="32"/>
          <w:szCs w:val="32"/>
          <w:lang w:val="en-GB"/>
        </w:rPr>
      </w:pPr>
      <w:r w:rsidRPr="00C0484A">
        <w:rPr>
          <w:b/>
          <w:bCs/>
          <w:sz w:val="32"/>
          <w:szCs w:val="32"/>
          <w:lang w:val="en-GB"/>
        </w:rPr>
        <w:lastRenderedPageBreak/>
        <w:t>Personal Development Plan</w:t>
      </w:r>
    </w:p>
    <w:p w14:paraId="73444765" w14:textId="77777777" w:rsidR="00C0484A" w:rsidRPr="00C0484A" w:rsidRDefault="00C0484A" w:rsidP="002E2A7B">
      <w:pPr>
        <w:rPr>
          <w:b/>
          <w:bCs/>
          <w:sz w:val="32"/>
          <w:szCs w:val="32"/>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278"/>
        <w:gridCol w:w="1038"/>
        <w:gridCol w:w="1741"/>
        <w:gridCol w:w="1983"/>
      </w:tblGrid>
      <w:tr w:rsidR="002E2A7B" w:rsidRPr="002E2A7B" w14:paraId="7219B4DE" w14:textId="77777777">
        <w:trPr>
          <w:tblHeader/>
          <w:tblCellSpacing w:w="15" w:type="dxa"/>
        </w:trPr>
        <w:tc>
          <w:tcPr>
            <w:tcW w:w="0" w:type="auto"/>
            <w:vAlign w:val="center"/>
            <w:hideMark/>
          </w:tcPr>
          <w:p w14:paraId="7D2FBD83" w14:textId="77777777" w:rsidR="002E2A7B" w:rsidRPr="002E2A7B" w:rsidRDefault="002E2A7B" w:rsidP="002E2A7B">
            <w:pPr>
              <w:rPr>
                <w:b/>
                <w:bCs/>
                <w:lang w:val="en-GB"/>
              </w:rPr>
            </w:pPr>
            <w:r w:rsidRPr="002E2A7B">
              <w:rPr>
                <w:b/>
                <w:bCs/>
                <w:lang w:val="en-GB"/>
              </w:rPr>
              <w:t>Development Area</w:t>
            </w:r>
          </w:p>
        </w:tc>
        <w:tc>
          <w:tcPr>
            <w:tcW w:w="0" w:type="auto"/>
            <w:vAlign w:val="center"/>
            <w:hideMark/>
          </w:tcPr>
          <w:p w14:paraId="2B8647CC" w14:textId="77777777" w:rsidR="002E2A7B" w:rsidRPr="002E2A7B" w:rsidRDefault="002E2A7B" w:rsidP="002E2A7B">
            <w:pPr>
              <w:rPr>
                <w:b/>
                <w:bCs/>
                <w:lang w:val="en-GB"/>
              </w:rPr>
            </w:pPr>
            <w:r w:rsidRPr="002E2A7B">
              <w:rPr>
                <w:b/>
                <w:bCs/>
                <w:lang w:val="en-GB"/>
              </w:rPr>
              <w:t>Action</w:t>
            </w:r>
          </w:p>
        </w:tc>
        <w:tc>
          <w:tcPr>
            <w:tcW w:w="0" w:type="auto"/>
            <w:vAlign w:val="center"/>
            <w:hideMark/>
          </w:tcPr>
          <w:p w14:paraId="597D24AA" w14:textId="77777777" w:rsidR="002E2A7B" w:rsidRPr="002E2A7B" w:rsidRDefault="002E2A7B" w:rsidP="002E2A7B">
            <w:pPr>
              <w:rPr>
                <w:b/>
                <w:bCs/>
                <w:lang w:val="en-GB"/>
              </w:rPr>
            </w:pPr>
            <w:r w:rsidRPr="002E2A7B">
              <w:rPr>
                <w:b/>
                <w:bCs/>
                <w:lang w:val="en-GB"/>
              </w:rPr>
              <w:t>Timeline</w:t>
            </w:r>
          </w:p>
        </w:tc>
        <w:tc>
          <w:tcPr>
            <w:tcW w:w="0" w:type="auto"/>
            <w:vAlign w:val="center"/>
            <w:hideMark/>
          </w:tcPr>
          <w:p w14:paraId="30F47982" w14:textId="77777777" w:rsidR="002E2A7B" w:rsidRPr="002E2A7B" w:rsidRDefault="002E2A7B" w:rsidP="002E2A7B">
            <w:pPr>
              <w:rPr>
                <w:b/>
                <w:bCs/>
                <w:lang w:val="en-GB"/>
              </w:rPr>
            </w:pPr>
            <w:r w:rsidRPr="002E2A7B">
              <w:rPr>
                <w:b/>
                <w:bCs/>
                <w:lang w:val="en-GB"/>
              </w:rPr>
              <w:t>Resources Required</w:t>
            </w:r>
          </w:p>
        </w:tc>
        <w:tc>
          <w:tcPr>
            <w:tcW w:w="0" w:type="auto"/>
            <w:vAlign w:val="center"/>
            <w:hideMark/>
          </w:tcPr>
          <w:p w14:paraId="2DE62B59" w14:textId="77777777" w:rsidR="002E2A7B" w:rsidRPr="002E2A7B" w:rsidRDefault="002E2A7B" w:rsidP="002E2A7B">
            <w:pPr>
              <w:rPr>
                <w:b/>
                <w:bCs/>
                <w:lang w:val="en-GB"/>
              </w:rPr>
            </w:pPr>
            <w:r w:rsidRPr="002E2A7B">
              <w:rPr>
                <w:b/>
                <w:bCs/>
                <w:lang w:val="en-GB"/>
              </w:rPr>
              <w:t>Measure of Success</w:t>
            </w:r>
          </w:p>
        </w:tc>
      </w:tr>
      <w:tr w:rsidR="002E2A7B" w:rsidRPr="002E2A7B" w14:paraId="3FB564B3" w14:textId="77777777">
        <w:trPr>
          <w:tblCellSpacing w:w="15" w:type="dxa"/>
        </w:trPr>
        <w:tc>
          <w:tcPr>
            <w:tcW w:w="0" w:type="auto"/>
            <w:vAlign w:val="center"/>
            <w:hideMark/>
          </w:tcPr>
          <w:p w14:paraId="5F3CAA0C" w14:textId="77777777" w:rsidR="002E2A7B" w:rsidRPr="002E2A7B" w:rsidRDefault="002E2A7B" w:rsidP="002E2A7B">
            <w:pPr>
              <w:rPr>
                <w:lang w:val="en-GB"/>
              </w:rPr>
            </w:pPr>
            <w:r w:rsidRPr="002E2A7B">
              <w:rPr>
                <w:lang w:val="en-GB"/>
              </w:rPr>
              <w:t>CRM and AI knowledge</w:t>
            </w:r>
          </w:p>
        </w:tc>
        <w:tc>
          <w:tcPr>
            <w:tcW w:w="0" w:type="auto"/>
            <w:vAlign w:val="center"/>
            <w:hideMark/>
          </w:tcPr>
          <w:p w14:paraId="355482E0" w14:textId="77777777" w:rsidR="002E2A7B" w:rsidRPr="002E2A7B" w:rsidRDefault="002E2A7B" w:rsidP="002E2A7B">
            <w:pPr>
              <w:rPr>
                <w:lang w:val="en-GB"/>
              </w:rPr>
            </w:pPr>
            <w:r w:rsidRPr="002E2A7B">
              <w:rPr>
                <w:lang w:val="en-GB"/>
              </w:rPr>
              <w:t>Complete online CRM and AI training courses and practise using business software.</w:t>
            </w:r>
          </w:p>
        </w:tc>
        <w:tc>
          <w:tcPr>
            <w:tcW w:w="0" w:type="auto"/>
            <w:vAlign w:val="center"/>
            <w:hideMark/>
          </w:tcPr>
          <w:p w14:paraId="062D902A" w14:textId="77777777" w:rsidR="002E2A7B" w:rsidRPr="002E2A7B" w:rsidRDefault="002E2A7B" w:rsidP="002E2A7B">
            <w:pPr>
              <w:rPr>
                <w:lang w:val="en-GB"/>
              </w:rPr>
            </w:pPr>
            <w:r w:rsidRPr="002E2A7B">
              <w:rPr>
                <w:lang w:val="en-GB"/>
              </w:rPr>
              <w:t>Within 6 months</w:t>
            </w:r>
          </w:p>
        </w:tc>
        <w:tc>
          <w:tcPr>
            <w:tcW w:w="0" w:type="auto"/>
            <w:vAlign w:val="center"/>
            <w:hideMark/>
          </w:tcPr>
          <w:p w14:paraId="1D0044FF" w14:textId="77777777" w:rsidR="002E2A7B" w:rsidRPr="002E2A7B" w:rsidRDefault="002E2A7B" w:rsidP="002E2A7B">
            <w:pPr>
              <w:rPr>
                <w:lang w:val="en-GB"/>
              </w:rPr>
            </w:pPr>
            <w:r w:rsidRPr="002E2A7B">
              <w:rPr>
                <w:lang w:val="en-GB"/>
              </w:rPr>
              <w:t>LinkedIn Learning, Microsoft Learn, online tutorials</w:t>
            </w:r>
          </w:p>
        </w:tc>
        <w:tc>
          <w:tcPr>
            <w:tcW w:w="0" w:type="auto"/>
            <w:vAlign w:val="center"/>
            <w:hideMark/>
          </w:tcPr>
          <w:p w14:paraId="2E63A4C8" w14:textId="77777777" w:rsidR="002E2A7B" w:rsidRPr="002E2A7B" w:rsidRDefault="002E2A7B" w:rsidP="002E2A7B">
            <w:pPr>
              <w:rPr>
                <w:lang w:val="en-GB"/>
              </w:rPr>
            </w:pPr>
            <w:r w:rsidRPr="002E2A7B">
              <w:rPr>
                <w:lang w:val="en-GB"/>
              </w:rPr>
              <w:t>Course certificates and confidence using CRM systems.</w:t>
            </w:r>
          </w:p>
        </w:tc>
      </w:tr>
      <w:tr w:rsidR="002E2A7B" w:rsidRPr="002E2A7B" w14:paraId="31DD16E3" w14:textId="77777777">
        <w:trPr>
          <w:tblCellSpacing w:w="15" w:type="dxa"/>
        </w:trPr>
        <w:tc>
          <w:tcPr>
            <w:tcW w:w="0" w:type="auto"/>
            <w:vAlign w:val="center"/>
            <w:hideMark/>
          </w:tcPr>
          <w:p w14:paraId="2CE4EAEA" w14:textId="77777777" w:rsidR="002E2A7B" w:rsidRPr="002E2A7B" w:rsidRDefault="002E2A7B" w:rsidP="002E2A7B">
            <w:pPr>
              <w:rPr>
                <w:lang w:val="en-GB"/>
              </w:rPr>
            </w:pPr>
            <w:r w:rsidRPr="002E2A7B">
              <w:rPr>
                <w:lang w:val="en-GB"/>
              </w:rPr>
              <w:t>Presentation skills</w:t>
            </w:r>
          </w:p>
        </w:tc>
        <w:tc>
          <w:tcPr>
            <w:tcW w:w="0" w:type="auto"/>
            <w:vAlign w:val="center"/>
            <w:hideMark/>
          </w:tcPr>
          <w:p w14:paraId="6514DC36" w14:textId="77777777" w:rsidR="002E2A7B" w:rsidRPr="002E2A7B" w:rsidRDefault="002E2A7B" w:rsidP="002E2A7B">
            <w:pPr>
              <w:rPr>
                <w:lang w:val="en-GB"/>
              </w:rPr>
            </w:pPr>
            <w:r w:rsidRPr="002E2A7B">
              <w:rPr>
                <w:lang w:val="en-GB"/>
              </w:rPr>
              <w:t>Attend presentation workshops and volunteer to deliver presentations during university group work and workplace meetings.</w:t>
            </w:r>
          </w:p>
        </w:tc>
        <w:tc>
          <w:tcPr>
            <w:tcW w:w="0" w:type="auto"/>
            <w:vAlign w:val="center"/>
            <w:hideMark/>
          </w:tcPr>
          <w:p w14:paraId="6C50EF36" w14:textId="77777777" w:rsidR="002E2A7B" w:rsidRPr="002E2A7B" w:rsidRDefault="002E2A7B" w:rsidP="002E2A7B">
            <w:pPr>
              <w:rPr>
                <w:lang w:val="en-GB"/>
              </w:rPr>
            </w:pPr>
            <w:r w:rsidRPr="002E2A7B">
              <w:rPr>
                <w:lang w:val="en-GB"/>
              </w:rPr>
              <w:t>6–12 months</w:t>
            </w:r>
          </w:p>
        </w:tc>
        <w:tc>
          <w:tcPr>
            <w:tcW w:w="0" w:type="auto"/>
            <w:vAlign w:val="center"/>
            <w:hideMark/>
          </w:tcPr>
          <w:p w14:paraId="77F5E486" w14:textId="77777777" w:rsidR="002E2A7B" w:rsidRPr="002E2A7B" w:rsidRDefault="002E2A7B" w:rsidP="002E2A7B">
            <w:pPr>
              <w:rPr>
                <w:lang w:val="en-GB"/>
              </w:rPr>
            </w:pPr>
            <w:r w:rsidRPr="002E2A7B">
              <w:rPr>
                <w:lang w:val="en-GB"/>
              </w:rPr>
              <w:t>UWTSD workshops, lecturer feedback, online courses</w:t>
            </w:r>
          </w:p>
        </w:tc>
        <w:tc>
          <w:tcPr>
            <w:tcW w:w="0" w:type="auto"/>
            <w:vAlign w:val="center"/>
            <w:hideMark/>
          </w:tcPr>
          <w:p w14:paraId="2F4CD6E7" w14:textId="77777777" w:rsidR="002E2A7B" w:rsidRPr="002E2A7B" w:rsidRDefault="002E2A7B" w:rsidP="002E2A7B">
            <w:pPr>
              <w:rPr>
                <w:lang w:val="en-GB"/>
              </w:rPr>
            </w:pPr>
            <w:r w:rsidRPr="002E2A7B">
              <w:rPr>
                <w:lang w:val="en-GB"/>
              </w:rPr>
              <w:t>Improved presentation confidence and positive feedback.</w:t>
            </w:r>
          </w:p>
        </w:tc>
      </w:tr>
      <w:tr w:rsidR="002E2A7B" w:rsidRPr="002E2A7B" w14:paraId="367FA8B5" w14:textId="77777777">
        <w:trPr>
          <w:tblCellSpacing w:w="15" w:type="dxa"/>
        </w:trPr>
        <w:tc>
          <w:tcPr>
            <w:tcW w:w="0" w:type="auto"/>
            <w:vAlign w:val="center"/>
            <w:hideMark/>
          </w:tcPr>
          <w:p w14:paraId="09C3DA6F" w14:textId="77777777" w:rsidR="002E2A7B" w:rsidRPr="002E2A7B" w:rsidRDefault="002E2A7B" w:rsidP="002E2A7B">
            <w:pPr>
              <w:rPr>
                <w:lang w:val="en-GB"/>
              </w:rPr>
            </w:pPr>
            <w:r w:rsidRPr="002E2A7B">
              <w:rPr>
                <w:lang w:val="en-GB"/>
              </w:rPr>
              <w:t>Corporate management experience</w:t>
            </w:r>
          </w:p>
        </w:tc>
        <w:tc>
          <w:tcPr>
            <w:tcW w:w="0" w:type="auto"/>
            <w:vAlign w:val="center"/>
            <w:hideMark/>
          </w:tcPr>
          <w:p w14:paraId="399F913E" w14:textId="77777777" w:rsidR="002E2A7B" w:rsidRPr="002E2A7B" w:rsidRDefault="002E2A7B" w:rsidP="002E2A7B">
            <w:pPr>
              <w:rPr>
                <w:lang w:val="en-GB"/>
              </w:rPr>
            </w:pPr>
            <w:r w:rsidRPr="002E2A7B">
              <w:rPr>
                <w:lang w:val="en-GB"/>
              </w:rPr>
              <w:t>Apply for Customer Service Manager roles within medium and large organisations to gain wider management experience.</w:t>
            </w:r>
          </w:p>
        </w:tc>
        <w:tc>
          <w:tcPr>
            <w:tcW w:w="0" w:type="auto"/>
            <w:vAlign w:val="center"/>
            <w:hideMark/>
          </w:tcPr>
          <w:p w14:paraId="3993C4DA" w14:textId="77777777" w:rsidR="002E2A7B" w:rsidRPr="002E2A7B" w:rsidRDefault="002E2A7B" w:rsidP="002E2A7B">
            <w:pPr>
              <w:rPr>
                <w:lang w:val="en-GB"/>
              </w:rPr>
            </w:pPr>
            <w:r w:rsidRPr="002E2A7B">
              <w:rPr>
                <w:lang w:val="en-GB"/>
              </w:rPr>
              <w:t>Within 12 months</w:t>
            </w:r>
          </w:p>
        </w:tc>
        <w:tc>
          <w:tcPr>
            <w:tcW w:w="0" w:type="auto"/>
            <w:vAlign w:val="center"/>
            <w:hideMark/>
          </w:tcPr>
          <w:p w14:paraId="74F3A40D" w14:textId="77777777" w:rsidR="002E2A7B" w:rsidRPr="002E2A7B" w:rsidRDefault="002E2A7B" w:rsidP="002E2A7B">
            <w:pPr>
              <w:rPr>
                <w:lang w:val="en-GB"/>
              </w:rPr>
            </w:pPr>
            <w:r w:rsidRPr="002E2A7B">
              <w:rPr>
                <w:lang w:val="en-GB"/>
              </w:rPr>
              <w:t>Job websites, recruitment agencies, networking</w:t>
            </w:r>
          </w:p>
        </w:tc>
        <w:tc>
          <w:tcPr>
            <w:tcW w:w="0" w:type="auto"/>
            <w:vAlign w:val="center"/>
            <w:hideMark/>
          </w:tcPr>
          <w:p w14:paraId="41E98427" w14:textId="77777777" w:rsidR="002E2A7B" w:rsidRPr="002E2A7B" w:rsidRDefault="002E2A7B" w:rsidP="002E2A7B">
            <w:pPr>
              <w:rPr>
                <w:lang w:val="en-GB"/>
              </w:rPr>
            </w:pPr>
            <w:r w:rsidRPr="002E2A7B">
              <w:rPr>
                <w:lang w:val="en-GB"/>
              </w:rPr>
              <w:t>Securing a management position in a larger organisation.</w:t>
            </w:r>
          </w:p>
        </w:tc>
      </w:tr>
      <w:tr w:rsidR="002E2A7B" w:rsidRPr="002E2A7B" w14:paraId="5B20FB01" w14:textId="77777777">
        <w:trPr>
          <w:tblCellSpacing w:w="15" w:type="dxa"/>
        </w:trPr>
        <w:tc>
          <w:tcPr>
            <w:tcW w:w="0" w:type="auto"/>
            <w:vAlign w:val="center"/>
            <w:hideMark/>
          </w:tcPr>
          <w:p w14:paraId="5A77E7BE" w14:textId="77777777" w:rsidR="002E2A7B" w:rsidRPr="002E2A7B" w:rsidRDefault="002E2A7B" w:rsidP="002E2A7B">
            <w:pPr>
              <w:rPr>
                <w:lang w:val="en-GB"/>
              </w:rPr>
            </w:pPr>
            <w:r w:rsidRPr="002E2A7B">
              <w:rPr>
                <w:lang w:val="en-GB"/>
              </w:rPr>
              <w:t>Leadership development</w:t>
            </w:r>
          </w:p>
        </w:tc>
        <w:tc>
          <w:tcPr>
            <w:tcW w:w="0" w:type="auto"/>
            <w:vAlign w:val="center"/>
            <w:hideMark/>
          </w:tcPr>
          <w:p w14:paraId="45024282" w14:textId="77777777" w:rsidR="002E2A7B" w:rsidRPr="002E2A7B" w:rsidRDefault="002E2A7B" w:rsidP="002E2A7B">
            <w:pPr>
              <w:rPr>
                <w:lang w:val="en-GB"/>
              </w:rPr>
            </w:pPr>
            <w:r w:rsidRPr="002E2A7B">
              <w:rPr>
                <w:lang w:val="en-GB"/>
              </w:rPr>
              <w:t>Read leadership books, attend management training, and seek mentoring from experienced managers.</w:t>
            </w:r>
          </w:p>
        </w:tc>
        <w:tc>
          <w:tcPr>
            <w:tcW w:w="0" w:type="auto"/>
            <w:vAlign w:val="center"/>
            <w:hideMark/>
          </w:tcPr>
          <w:p w14:paraId="02BE50F1" w14:textId="77777777" w:rsidR="002E2A7B" w:rsidRPr="002E2A7B" w:rsidRDefault="002E2A7B" w:rsidP="002E2A7B">
            <w:pPr>
              <w:rPr>
                <w:lang w:val="en-GB"/>
              </w:rPr>
            </w:pPr>
            <w:r w:rsidRPr="002E2A7B">
              <w:rPr>
                <w:lang w:val="en-GB"/>
              </w:rPr>
              <w:t>Ongoing</w:t>
            </w:r>
          </w:p>
        </w:tc>
        <w:tc>
          <w:tcPr>
            <w:tcW w:w="0" w:type="auto"/>
            <w:vAlign w:val="center"/>
            <w:hideMark/>
          </w:tcPr>
          <w:p w14:paraId="5A33ED9D" w14:textId="77777777" w:rsidR="002E2A7B" w:rsidRPr="002E2A7B" w:rsidRDefault="002E2A7B" w:rsidP="002E2A7B">
            <w:pPr>
              <w:rPr>
                <w:lang w:val="en-GB"/>
              </w:rPr>
            </w:pPr>
            <w:r w:rsidRPr="002E2A7B">
              <w:rPr>
                <w:lang w:val="en-GB"/>
              </w:rPr>
              <w:t>Professional development courses, mentors, management literature</w:t>
            </w:r>
          </w:p>
        </w:tc>
        <w:tc>
          <w:tcPr>
            <w:tcW w:w="0" w:type="auto"/>
            <w:vAlign w:val="center"/>
            <w:hideMark/>
          </w:tcPr>
          <w:p w14:paraId="152F857E" w14:textId="77777777" w:rsidR="002E2A7B" w:rsidRPr="002E2A7B" w:rsidRDefault="002E2A7B" w:rsidP="002E2A7B">
            <w:pPr>
              <w:rPr>
                <w:lang w:val="en-GB"/>
              </w:rPr>
            </w:pPr>
            <w:r w:rsidRPr="002E2A7B">
              <w:rPr>
                <w:lang w:val="en-GB"/>
              </w:rPr>
              <w:t>Improved leadership performance and regular positive feedback from managers and colleagues.</w:t>
            </w:r>
          </w:p>
        </w:tc>
      </w:tr>
    </w:tbl>
    <w:p w14:paraId="1B4A331A" w14:textId="2A1E3F59" w:rsidR="002E2A7B" w:rsidRPr="00F40332" w:rsidRDefault="002E2A7B" w:rsidP="00F40332">
      <w:pPr>
        <w:spacing w:line="360" w:lineRule="auto"/>
        <w:rPr>
          <w:rFonts w:ascii="Arial" w:hAnsi="Arial" w:cs="Arial"/>
          <w:sz w:val="24"/>
          <w:szCs w:val="24"/>
          <w:lang w:val="en-GB"/>
        </w:rPr>
      </w:pPr>
      <w:r w:rsidRPr="00F40332">
        <w:rPr>
          <w:rFonts w:ascii="Arial" w:hAnsi="Arial" w:cs="Arial"/>
          <w:sz w:val="24"/>
          <w:szCs w:val="24"/>
          <w:lang w:val="en-GB"/>
        </w:rPr>
        <w:t xml:space="preserve">By following this personal development plan, I will strengthen the weaknesses identified in my SWOT analysis while building on my existing strengths. Continuous learning, practical experience, and regular </w:t>
      </w:r>
      <w:proofErr w:type="spellStart"/>
      <w:r w:rsidRPr="00F40332">
        <w:rPr>
          <w:rFonts w:ascii="Arial" w:hAnsi="Arial" w:cs="Arial"/>
          <w:sz w:val="24"/>
          <w:szCs w:val="24"/>
          <w:lang w:val="en-GB"/>
        </w:rPr>
        <w:t>self</w:t>
      </w:r>
      <w:r w:rsidR="00471927">
        <w:rPr>
          <w:rFonts w:ascii="Arial" w:hAnsi="Arial" w:cs="Arial"/>
          <w:sz w:val="24"/>
          <w:szCs w:val="24"/>
          <w:lang w:val="en-GB"/>
        </w:rPr>
        <w:t xml:space="preserve"> </w:t>
      </w:r>
      <w:r w:rsidRPr="00F40332">
        <w:rPr>
          <w:rFonts w:ascii="Arial" w:hAnsi="Arial" w:cs="Arial"/>
          <w:sz w:val="24"/>
          <w:szCs w:val="24"/>
          <w:lang w:val="en-GB"/>
        </w:rPr>
        <w:t>reflection</w:t>
      </w:r>
      <w:proofErr w:type="spellEnd"/>
      <w:r w:rsidRPr="00F40332">
        <w:rPr>
          <w:rFonts w:ascii="Arial" w:hAnsi="Arial" w:cs="Arial"/>
          <w:sz w:val="24"/>
          <w:szCs w:val="24"/>
          <w:lang w:val="en-GB"/>
        </w:rPr>
        <w:t xml:space="preserve"> will improve my employability and support my progression towards senior management positions in the future.</w:t>
      </w:r>
    </w:p>
    <w:sectPr w:rsidR="002E2A7B" w:rsidRPr="00F40332" w:rsidSect="00862D0E">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4A7A5" w14:textId="77777777" w:rsidR="00E432D3" w:rsidRDefault="00E432D3" w:rsidP="00981F2E">
      <w:pPr>
        <w:spacing w:after="0" w:line="240" w:lineRule="auto"/>
      </w:pPr>
      <w:r>
        <w:separator/>
      </w:r>
    </w:p>
  </w:endnote>
  <w:endnote w:type="continuationSeparator" w:id="0">
    <w:p w14:paraId="3CD358A9" w14:textId="77777777" w:rsidR="00E432D3" w:rsidRDefault="00E432D3" w:rsidP="00981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1325360"/>
      <w:docPartObj>
        <w:docPartGallery w:val="Page Numbers (Bottom of Page)"/>
        <w:docPartUnique/>
      </w:docPartObj>
    </w:sdtPr>
    <w:sdtContent>
      <w:sdt>
        <w:sdtPr>
          <w:id w:val="1728636285"/>
          <w:docPartObj>
            <w:docPartGallery w:val="Page Numbers (Top of Page)"/>
            <w:docPartUnique/>
          </w:docPartObj>
        </w:sdtPr>
        <w:sdtContent>
          <w:p w14:paraId="76C6AB5C" w14:textId="13EEE8B3" w:rsidR="00033A4C" w:rsidRDefault="00033A4C">
            <w:pPr>
              <w:pStyle w:val="Footer"/>
              <w:jc w:val="center"/>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p>
        </w:sdtContent>
      </w:sdt>
    </w:sdtContent>
  </w:sdt>
  <w:p w14:paraId="41AF836A" w14:textId="77777777" w:rsidR="00981F2E" w:rsidRDefault="00981F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9B8E7" w14:textId="77777777" w:rsidR="00E432D3" w:rsidRDefault="00E432D3" w:rsidP="00981F2E">
      <w:pPr>
        <w:spacing w:after="0" w:line="240" w:lineRule="auto"/>
      </w:pPr>
      <w:r>
        <w:separator/>
      </w:r>
    </w:p>
  </w:footnote>
  <w:footnote w:type="continuationSeparator" w:id="0">
    <w:p w14:paraId="7DB9275A" w14:textId="77777777" w:rsidR="00E432D3" w:rsidRDefault="00E432D3" w:rsidP="00981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06638821">
    <w:abstractNumId w:val="8"/>
  </w:num>
  <w:num w:numId="2" w16cid:durableId="371157103">
    <w:abstractNumId w:val="6"/>
  </w:num>
  <w:num w:numId="3" w16cid:durableId="20935561">
    <w:abstractNumId w:val="5"/>
  </w:num>
  <w:num w:numId="4" w16cid:durableId="989207581">
    <w:abstractNumId w:val="4"/>
  </w:num>
  <w:num w:numId="5" w16cid:durableId="1028261052">
    <w:abstractNumId w:val="7"/>
  </w:num>
  <w:num w:numId="6" w16cid:durableId="1329867127">
    <w:abstractNumId w:val="3"/>
  </w:num>
  <w:num w:numId="7" w16cid:durableId="1462768043">
    <w:abstractNumId w:val="2"/>
  </w:num>
  <w:num w:numId="8" w16cid:durableId="1537233333">
    <w:abstractNumId w:val="1"/>
  </w:num>
  <w:num w:numId="9" w16cid:durableId="1531256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B74"/>
    <w:rsid w:val="00020030"/>
    <w:rsid w:val="00033A4C"/>
    <w:rsid w:val="00034616"/>
    <w:rsid w:val="000551AA"/>
    <w:rsid w:val="0006063C"/>
    <w:rsid w:val="000646E9"/>
    <w:rsid w:val="00087B23"/>
    <w:rsid w:val="000F4F1D"/>
    <w:rsid w:val="00121931"/>
    <w:rsid w:val="00146C28"/>
    <w:rsid w:val="0015074B"/>
    <w:rsid w:val="00152A3B"/>
    <w:rsid w:val="00191361"/>
    <w:rsid w:val="001C2614"/>
    <w:rsid w:val="00202F52"/>
    <w:rsid w:val="002357B4"/>
    <w:rsid w:val="00274C68"/>
    <w:rsid w:val="002874A3"/>
    <w:rsid w:val="00295530"/>
    <w:rsid w:val="0029639D"/>
    <w:rsid w:val="002E2A7B"/>
    <w:rsid w:val="00316916"/>
    <w:rsid w:val="00326F90"/>
    <w:rsid w:val="00337CC3"/>
    <w:rsid w:val="00365507"/>
    <w:rsid w:val="003933A7"/>
    <w:rsid w:val="004279FF"/>
    <w:rsid w:val="00427F8E"/>
    <w:rsid w:val="00462772"/>
    <w:rsid w:val="00465C94"/>
    <w:rsid w:val="0046785F"/>
    <w:rsid w:val="00471927"/>
    <w:rsid w:val="004B771E"/>
    <w:rsid w:val="004C2B05"/>
    <w:rsid w:val="004F7486"/>
    <w:rsid w:val="005013EF"/>
    <w:rsid w:val="00516AEA"/>
    <w:rsid w:val="00524306"/>
    <w:rsid w:val="00573735"/>
    <w:rsid w:val="005F76F2"/>
    <w:rsid w:val="006270CE"/>
    <w:rsid w:val="00633E9F"/>
    <w:rsid w:val="00635DA5"/>
    <w:rsid w:val="006644B3"/>
    <w:rsid w:val="00683DA2"/>
    <w:rsid w:val="006C068E"/>
    <w:rsid w:val="006C1AA3"/>
    <w:rsid w:val="006D0100"/>
    <w:rsid w:val="007349CA"/>
    <w:rsid w:val="00737B6C"/>
    <w:rsid w:val="0075435E"/>
    <w:rsid w:val="00765005"/>
    <w:rsid w:val="007D0634"/>
    <w:rsid w:val="007E48AC"/>
    <w:rsid w:val="007F0635"/>
    <w:rsid w:val="0080041D"/>
    <w:rsid w:val="00802BB4"/>
    <w:rsid w:val="008600B5"/>
    <w:rsid w:val="00862D0E"/>
    <w:rsid w:val="00871362"/>
    <w:rsid w:val="00885457"/>
    <w:rsid w:val="008C3849"/>
    <w:rsid w:val="008D74E7"/>
    <w:rsid w:val="00911DB8"/>
    <w:rsid w:val="00925A5E"/>
    <w:rsid w:val="00950792"/>
    <w:rsid w:val="00972ACE"/>
    <w:rsid w:val="00981F2E"/>
    <w:rsid w:val="0099423F"/>
    <w:rsid w:val="009D7F36"/>
    <w:rsid w:val="00A1583A"/>
    <w:rsid w:val="00A35661"/>
    <w:rsid w:val="00AA1D8D"/>
    <w:rsid w:val="00B3594E"/>
    <w:rsid w:val="00B4169D"/>
    <w:rsid w:val="00B47730"/>
    <w:rsid w:val="00B540F3"/>
    <w:rsid w:val="00BA205D"/>
    <w:rsid w:val="00BC275C"/>
    <w:rsid w:val="00BD6703"/>
    <w:rsid w:val="00C0484A"/>
    <w:rsid w:val="00C26F3C"/>
    <w:rsid w:val="00C332B8"/>
    <w:rsid w:val="00CB0664"/>
    <w:rsid w:val="00CB74A1"/>
    <w:rsid w:val="00CD19DF"/>
    <w:rsid w:val="00D02957"/>
    <w:rsid w:val="00D06BE3"/>
    <w:rsid w:val="00D177A5"/>
    <w:rsid w:val="00D66BF2"/>
    <w:rsid w:val="00DA3BEE"/>
    <w:rsid w:val="00DE742F"/>
    <w:rsid w:val="00E17956"/>
    <w:rsid w:val="00E347DD"/>
    <w:rsid w:val="00E432D3"/>
    <w:rsid w:val="00E50D21"/>
    <w:rsid w:val="00E60C28"/>
    <w:rsid w:val="00E65CBB"/>
    <w:rsid w:val="00E810E9"/>
    <w:rsid w:val="00E841D2"/>
    <w:rsid w:val="00EA04D7"/>
    <w:rsid w:val="00EB24DC"/>
    <w:rsid w:val="00ED59B3"/>
    <w:rsid w:val="00EF6809"/>
    <w:rsid w:val="00F27BC7"/>
    <w:rsid w:val="00F40332"/>
    <w:rsid w:val="00F5559D"/>
    <w:rsid w:val="00F62CC3"/>
    <w:rsid w:val="00F72863"/>
    <w:rsid w:val="00F7468A"/>
    <w:rsid w:val="00FB0B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8DC4BBD8-3D0E-48C6-94B2-DA0904E84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1C2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1910</Words>
  <Characters>10888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page</dc:title>
  <dc:subject/>
  <dc:creator>python-doc</dc:creator>
  <cp:keywords/>
  <dc:description>generated by python-docx</dc:description>
  <cp:lastModifiedBy>Zee Shan</cp:lastModifiedBy>
  <cp:revision>2</cp:revision>
  <dcterms:created xsi:type="dcterms:W3CDTF">2026-07-18T20:31:00Z</dcterms:created>
  <dcterms:modified xsi:type="dcterms:W3CDTF">2026-07-18T20:31:00Z</dcterms:modified>
  <cp:category/>
</cp:coreProperties>
</file>