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12883" w:rsidR="00C47F7C" w:rsidRDefault="00000000" w14:paraId="2B027B23" w14:textId="77777777">
      <w:pPr>
        <w:pStyle w:val="Title"/>
        <w:rPr>
          <w:color w:val="4F81BD" w:themeColor="accent1"/>
        </w:rPr>
      </w:pPr>
      <w:r w:rsidRPr="00512883">
        <w:rPr>
          <w:color w:val="4F81BD" w:themeColor="accent1"/>
        </w:rPr>
        <w:t>Domiciliary Care and Community Antenatal Midwifery</w:t>
      </w:r>
    </w:p>
    <w:p w:rsidR="00C47F7C" w:rsidRDefault="00000000" w14:paraId="193AC203" w14:textId="77777777">
      <w:pPr>
        <w:pStyle w:val="Subtitle"/>
      </w:pPr>
      <w:r>
        <w:t>Written Assignment</w:t>
      </w:r>
    </w:p>
    <w:p w:rsidR="00C47F7C" w:rsidP="00512883" w:rsidRDefault="00000000" w14:paraId="7E31ADD3" w14:textId="112A9CD6">
      <w:r>
        <w:t xml:space="preserve">Student name: </w:t>
      </w:r>
      <w:proofErr w:type="spellStart"/>
      <w:r w:rsidR="00512883">
        <w:t>Khazia</w:t>
      </w:r>
      <w:proofErr w:type="spellEnd"/>
      <w:r w:rsidR="00512883">
        <w:t xml:space="preserve"> Bi</w:t>
      </w:r>
    </w:p>
    <w:p w:rsidR="00C47F7C" w:rsidP="00512883" w:rsidRDefault="00000000" w14:paraId="52E67575" w14:textId="41769BA3">
      <w:r>
        <w:t xml:space="preserve">Student ID: </w:t>
      </w:r>
      <w:r w:rsidR="00512883">
        <w:t>2533712</w:t>
      </w:r>
    </w:p>
    <w:p w:rsidR="00C47F7C" w:rsidRDefault="00000000" w14:paraId="6E34E271" w14:textId="77777777">
      <w:r>
        <w:t>Programme: Certificate of Higher Education Skills for the Workplace (Health &amp; Social Care)</w:t>
      </w:r>
    </w:p>
    <w:p w:rsidR="00C47F7C" w:rsidRDefault="00000000" w14:paraId="7DDFFA30" w14:textId="77777777">
      <w:r>
        <w:t>Module: LCHS4003 Introduction to Health and Social Care</w:t>
      </w:r>
    </w:p>
    <w:p w:rsidR="00C47F7C" w:rsidRDefault="00000000" w14:paraId="148E0E6F" w14:textId="4AE6A824">
      <w:r w:rsidR="00000000">
        <w:rPr/>
        <w:t xml:space="preserve">Lecturer: </w:t>
      </w:r>
      <w:r w:rsidR="7CEC5485">
        <w:rPr/>
        <w:t>Jane Ngarari</w:t>
      </w:r>
    </w:p>
    <w:p w:rsidR="00C47F7C" w:rsidRDefault="00000000" w14:paraId="28CC69B4" w14:textId="77777777">
      <w:r>
        <w:t>Component 1 Coursework Portfolio</w:t>
      </w:r>
    </w:p>
    <w:p w:rsidR="00C47F7C" w:rsidRDefault="00000000" w14:paraId="292AF4E5" w14:textId="77777777">
      <w:r>
        <w:t>Task 1 body word count: 750</w:t>
      </w:r>
    </w:p>
    <w:p w:rsidR="00C47F7C" w:rsidRDefault="00000000" w14:paraId="7001B8ED" w14:textId="77777777">
      <w:r>
        <w:t>Task 2 body word count: 750</w:t>
      </w:r>
    </w:p>
    <w:p w:rsidRPr="00512883" w:rsidR="00C47F7C" w:rsidRDefault="00000000" w14:paraId="28ECFC7C" w14:textId="77777777">
      <w:pPr>
        <w:pStyle w:val="Heading1"/>
        <w:pageBreakBefore/>
        <w:rPr>
          <w:color w:val="4F81BD" w:themeColor="accent1"/>
        </w:rPr>
      </w:pPr>
      <w:r w:rsidRPr="00512883">
        <w:rPr>
          <w:color w:val="4F81BD" w:themeColor="accent1"/>
        </w:rPr>
        <w:lastRenderedPageBreak/>
        <w:t>Task 1 Domiciliary Care in Birmingham</w:t>
      </w:r>
    </w:p>
    <w:p w:rsidR="00C47F7C" w:rsidRDefault="00000000" w14:paraId="269EFAD0" w14:textId="77777777">
      <w:pPr>
        <w:spacing w:after="40"/>
      </w:pPr>
      <w:r>
        <w:t>To: Councillor Mumtaz Hussain, Birmingham City Council</w:t>
      </w:r>
    </w:p>
    <w:p w:rsidR="00512883" w:rsidRDefault="00000000" w14:paraId="5FCCA96A" w14:textId="77777777">
      <w:pPr>
        <w:spacing w:after="40"/>
      </w:pPr>
      <w:r>
        <w:t xml:space="preserve">From: </w:t>
      </w:r>
      <w:proofErr w:type="spellStart"/>
      <w:r w:rsidR="00512883">
        <w:t>Khazia</w:t>
      </w:r>
      <w:proofErr w:type="spellEnd"/>
      <w:r w:rsidR="00512883">
        <w:t xml:space="preserve"> Bi</w:t>
      </w:r>
      <w:r w:rsidR="00512883">
        <w:t xml:space="preserve"> </w:t>
      </w:r>
    </w:p>
    <w:p w:rsidR="00C47F7C" w:rsidRDefault="00000000" w14:paraId="37F7B637" w14:textId="19B21497">
      <w:pPr>
        <w:spacing w:after="40"/>
      </w:pPr>
      <w:r>
        <w:t>Date: 4 October 2026</w:t>
      </w:r>
    </w:p>
    <w:p w:rsidR="00C47F7C" w:rsidRDefault="00000000" w14:paraId="351629D5" w14:textId="77777777">
      <w:pPr>
        <w:spacing w:after="40"/>
      </w:pPr>
      <w:r>
        <w:t>Subject: Addressing unmet domiciliary care needs</w:t>
      </w:r>
    </w:p>
    <w:p w:rsidR="00C47F7C" w:rsidRDefault="00000000" w14:paraId="2E4F9FA8" w14:textId="77777777">
      <w:r>
        <w:t>Recipient identified through Birmingham City Council (2026).</w:t>
      </w:r>
    </w:p>
    <w:p w:rsidRPr="00512883" w:rsidR="00C47F7C" w:rsidRDefault="00000000" w14:paraId="3FACAA40" w14:textId="77777777">
      <w:pPr>
        <w:pStyle w:val="Heading2"/>
        <w:rPr>
          <w:color w:val="4F81BD" w:themeColor="accent1"/>
        </w:rPr>
      </w:pPr>
      <w:r w:rsidRPr="00512883">
        <w:rPr>
          <w:color w:val="4F81BD" w:themeColor="accent1"/>
        </w:rPr>
        <w:t>Introduction</w:t>
      </w:r>
    </w:p>
    <w:p w:rsidR="00C47F7C" w:rsidRDefault="00000000" w14:paraId="5E0C3842" w14:textId="77777777">
      <w:r>
        <w:t>This report proposes a response to the scenario of insufficient domiciliary care in Birmingham. Domiciliary care supports people with daily activities in their own homes, including washing, dressing and preparing meals. Reliable provision matters to older people, disabled adults and unpaid carers. The aim is to address unmet need while protecting independence, dignity and individual choice.</w:t>
      </w:r>
    </w:p>
    <w:p w:rsidR="00C47F7C" w:rsidRDefault="00000000" w14:paraId="15D7221B" w14:textId="77777777">
      <w:r>
        <w:t>Local evidence requires a balanced interpretation. The Care Quality Commission (CQC, 2023) reported sufficient overall homecare supply in Birmingham. Its May 2026 assessment nevertheless identified some assessment and review waits exceeding council targets (CQC, 2026). Assessment delays do not themselves prove a shortage of care workers. Therefore, the scenario should prompt investigation of specific access gaps rather than an unsupported claim that every neighbourhood lacks services.</w:t>
      </w:r>
    </w:p>
    <w:p w:rsidRPr="00512883" w:rsidR="00C47F7C" w:rsidRDefault="00000000" w14:paraId="79442F63" w14:textId="77777777">
      <w:pPr>
        <w:pStyle w:val="Heading2"/>
        <w:rPr>
          <w:color w:val="4F81BD" w:themeColor="accent1"/>
        </w:rPr>
      </w:pPr>
      <w:r w:rsidRPr="00512883">
        <w:rPr>
          <w:color w:val="4F81BD" w:themeColor="accent1"/>
        </w:rPr>
        <w:t>Impact on the community</w:t>
      </w:r>
    </w:p>
    <w:p w:rsidR="00C47F7C" w:rsidRDefault="00000000" w14:paraId="47DAD10A" w14:textId="77777777">
      <w:r>
        <w:t>Where suitable support is unavailable, a person may struggle with eating, personal hygiene or maintaining a safe home. Unpredictable visits can undermine privacy and control over daily routines. NICE (2015) recommends sufficient visit and travel time to protect care quality and dignity. For someone needing assistance to get out of bed, a delayed morning visit could prevent attendance at a community activity, illustrating how service reliability affects social participation.</w:t>
      </w:r>
    </w:p>
    <w:p w:rsidR="00C47F7C" w:rsidRDefault="00000000" w14:paraId="30925203" w14:textId="77777777">
      <w:r>
        <w:t>Families may absorb additional responsibilities when formal support is missing. This can restrict employment, rest and relationships, particularly when care is needed repeatedly throughout the day. People without nearby relatives may have fewer alternatives. A response should therefore examine both the individual’s unmet needs and the sustainability of unpaid care, instead of assuming relatives can replace trained workers indefinitely.</w:t>
      </w:r>
    </w:p>
    <w:p w:rsidRPr="00512883" w:rsidR="00C47F7C" w:rsidRDefault="00000000" w14:paraId="78610DB6" w14:textId="77777777">
      <w:pPr>
        <w:pStyle w:val="Heading2"/>
        <w:rPr>
          <w:color w:val="4F81BD" w:themeColor="accent1"/>
        </w:rPr>
      </w:pPr>
      <w:r w:rsidRPr="00512883">
        <w:rPr>
          <w:color w:val="4F81BD" w:themeColor="accent1"/>
        </w:rPr>
        <w:t>Recommended response</w:t>
      </w:r>
    </w:p>
    <w:p w:rsidR="00C47F7C" w:rsidRDefault="00000000" w14:paraId="3E57EA0A" w14:textId="77777777">
      <w:r>
        <w:t xml:space="preserve">The Care Act 2014 provides the legal framework. Section 1 places wellbeing at the centre of council decisions, while section 2 concerns preventing, reducing or delaying needs. Section 5 </w:t>
      </w:r>
      <w:r>
        <w:lastRenderedPageBreak/>
        <w:t>requires promotion of a diverse, sustainable market offering quality services. Section 9 requires assessment where an adult appears to need care, regardless of finances or presumed eligibility. Section 10 addresses carers’ assessments. The duty to meet eligible needs under section 18 depends on its statutory conditions; assessment does not automatically mean free homecare (Care Act 2014).</w:t>
      </w:r>
    </w:p>
    <w:p w:rsidR="00C47F7C" w:rsidRDefault="00000000" w14:paraId="4DBA6344" w14:textId="77777777">
      <w:r>
        <w:t>First, the council should undertake a three-month review of unmet domiciliary care needs. Commissioners should distinguish waits for assessment from waits for an agreed package to begin, then map unfilled visits by neighbourhood, time and required skills. They should consult residents, carers and providers, offering interpreters and accessible formats. This would identify whether the problem is insufficient staffing, unsuitable provision or slow coordination, allowing resources to follow demonstrated need.</w:t>
      </w:r>
    </w:p>
    <w:p w:rsidR="00C47F7C" w:rsidRDefault="00000000" w14:paraId="027EF52F" w14:textId="77777777">
      <w:r>
        <w:t>Second, commissioners should review whether contract prices and schedules support reliable delivery. Contracts should recognise travel, supervision and training costs, with visits long enough for the agreed support. NICE (2015) supports adequate contact and travel time. Providers should be encouraged to offer predictable hours, development opportunities and small regular care teams. These measures may improve retention and continuity, although higher fees should be linked to evidence of better delivery rather than assumed to solve shortages alone.</w:t>
      </w:r>
    </w:p>
    <w:p w:rsidR="00C47F7C" w:rsidRDefault="00000000" w14:paraId="5B90B881" w14:textId="77777777">
      <w:r>
        <w:t>Third, Birmingham should build on the integrated neighbourhood working identified by CQC (2026). Social workers, community nurses, occupational therapists and providers should agree responsibilities for each care package. A named coordinator and timely, accurate records can reduce duplicated assessments and conflicting instructions. Information should be shared securely and proportionately. Reablement should help people regain everyday skills where appropriate, while continuing care remains available when recovery is limited.</w:t>
      </w:r>
    </w:p>
    <w:p w:rsidR="00C47F7C" w:rsidRDefault="00000000" w14:paraId="5A03220D" w14:textId="77777777">
      <w:r>
        <w:t>Fourth, the council should assess carers’ needs and agree contingency arrangements when a worker is absent. Accessible telephone contact and clear escalation routes are essential. Technology, such as agreed reminder systems, may supplement care, but its suitability should be assessed individually. It cannot perform personal care or replace human contact simply to reduce expenditure.</w:t>
      </w:r>
    </w:p>
    <w:p w:rsidR="00C47F7C" w:rsidRDefault="00000000" w14:paraId="453E40DD" w14:textId="77777777">
      <w:r>
        <w:t xml:space="preserve">Implementation should begin with a targeted six-month pilot in areas where the review finds the greatest unmet need. Councillor Hussain should request an officer-led costed proposal and scrutiny updates. Measures should include package-start waiting times, missed visits, staff retention, carer feedback and residents’ reported control over daily life. Results should be compared with a baseline and reviewed for unequal outcomes. Expansion should depend on demonstrated improvements and an affordable funding plan. Residents should also help define success before the pilot starts, so that improvements reflect their priorities. For example, keeping a </w:t>
      </w:r>
      <w:r>
        <w:lastRenderedPageBreak/>
        <w:t>regular carer or choosing a convenient visit time may matter more than receiving additional short visits alone.</w:t>
      </w:r>
    </w:p>
    <w:p w:rsidRPr="00512883" w:rsidR="00C47F7C" w:rsidRDefault="00000000" w14:paraId="004B2698" w14:textId="77777777">
      <w:pPr>
        <w:pStyle w:val="Heading2"/>
        <w:rPr>
          <w:color w:val="4F81BD" w:themeColor="accent1"/>
        </w:rPr>
      </w:pPr>
      <w:r w:rsidRPr="00512883">
        <w:rPr>
          <w:color w:val="4F81BD" w:themeColor="accent1"/>
        </w:rPr>
        <w:t>Conclusion</w:t>
      </w:r>
    </w:p>
    <w:p w:rsidR="00C47F7C" w:rsidRDefault="00000000" w14:paraId="5E14538F" w14:textId="77777777">
      <w:r>
        <w:t>Birmingham should respond through accurate assessment, sustainable commissioning and coordinated support. A targeted approach recognises existing strengths while addressing verified gaps. Success means dependable care that enables residents to live with dignity and supports carers without transferring unreasonable responsibility onto families.</w:t>
      </w:r>
    </w:p>
    <w:p w:rsidRPr="00512883" w:rsidR="00C47F7C" w:rsidRDefault="00000000" w14:paraId="4CD67396" w14:textId="77777777">
      <w:pPr>
        <w:pStyle w:val="Heading1"/>
        <w:pageBreakBefore/>
        <w:rPr>
          <w:color w:val="4F81BD" w:themeColor="accent1"/>
        </w:rPr>
      </w:pPr>
      <w:r w:rsidRPr="00512883">
        <w:rPr>
          <w:color w:val="4F81BD" w:themeColor="accent1"/>
        </w:rPr>
        <w:lastRenderedPageBreak/>
        <w:t>Task 2 Community Antenatal Midwifery</w:t>
      </w:r>
    </w:p>
    <w:p w:rsidR="00C47F7C" w:rsidRDefault="00000000" w14:paraId="5A1D132A" w14:textId="77777777">
      <w:r>
        <w:t>Community antenatal midwifery supports women during pregnancy through assessment, information and coordination with other services. Its purpose extends beyond detecting illness: it should help women feel informed, respected and prepared for parenthood. This essay examines its development in England, with Birmingham examples, and argues that its contribution to quality of life depends on accessible relationships, safe staffing and effective referral pathways.</w:t>
      </w:r>
    </w:p>
    <w:p w:rsidR="00C47F7C" w:rsidRDefault="00000000" w14:paraId="28750BA6" w14:textId="77777777">
      <w:r>
        <w:t>Midwifery existed long before a national health service. Historically, care often depended on practical experience rather than standardised professional education. The Midwives Act 1902 established the Central Midwives Board and formalised regulation and education in England and Wales. Gibb (2022) explains that the legislation protected the public and the professional title, but did not immediately resolve debates about midwives’ status. Regulation therefore represented a foundation for safer practice rather than the creation of the entire modern service.</w:t>
      </w:r>
    </w:p>
    <w:p w:rsidR="00C47F7C" w:rsidRDefault="00000000" w14:paraId="2D4CAD88" w14:textId="77777777">
      <w:r>
        <w:t>The Midwives Act 1936 developed this foundation through organised salaried provision. Parliamentary debate described the intention to make qualified midwives available regardless of a mother’s circumstances (House of Commons, 1936). This linked maternal welfare to public responsibility. The NHS began in 1948 with care based on need and free at the point of delivery, strengthening the principle of access irrespective of income (NHS England, 2023). Modern antenatal care consequently developed through professional regulation, public investment and a growing emphasis on prevention.</w:t>
      </w:r>
    </w:p>
    <w:p w:rsidR="00C47F7C" w:rsidRDefault="00000000" w14:paraId="71AA0628" w14:textId="77777777">
      <w:r>
        <w:t>Today, community care connects routine pregnancy support with specialist maternity services. Birmingham Women’s and Children’s NHS Foundation Trust (n.d.) describes self-referral and antenatal appointments at GP surgeries or community hubs. These settings can reduce travel burdens and make appointments easier to fit around family responsibilities. However, a nearby clinic is only accessible if appointments, communication support and referral arrangements meet the woman’s circumstances. Physical proximity alone cannot guarantee equitable access.</w:t>
      </w:r>
    </w:p>
    <w:p w:rsidR="00C47F7C" w:rsidRDefault="00000000" w14:paraId="22BB1EE0" w14:textId="77777777">
      <w:r>
        <w:t>NICE (2021) recommends a booking appointment by ten weeks and ten appointments for a first pregnancy or seven for subsequent pregnancies, with additional care according to need. Assessment includes medical and social circumstances, screening discussions and monitoring. Blood pressure checks and appropriate referral help identify problems requiring specialist input. Community midwives therefore contribute to early recognition, but cannot replace obstetric or other specialist services when complications arise.</w:t>
      </w:r>
    </w:p>
    <w:p w:rsidR="00C47F7C" w:rsidRDefault="00000000" w14:paraId="7F9C320A" w14:textId="77777777">
      <w:r>
        <w:t xml:space="preserve">A central strength is the opportunity to establish trust. A familiar professional can make it easier to raise concerns about anxiety, relationships or difficulties at home. Nevertheless, community-based appointments do not necessarily provide continuity: women may see different staff. Sandall et al. </w:t>
      </w:r>
      <w:r>
        <w:lastRenderedPageBreak/>
        <w:t>(2024) reviewed 17 studies involving 18,533 women and found that continuity models probably increased spontaneous vaginal birth from 66% to 70% and reduced caesarean births from 16% to 15%. Women also generally reported better experiences.</w:t>
      </w:r>
    </w:p>
    <w:p w:rsidR="00C47F7C" w:rsidRDefault="00000000" w14:paraId="2638B274" w14:textId="77777777">
      <w:r>
        <w:t>These findings require cautious interpretation. The review examined continuity across pregnancy, birth and early parenting, so benefits cannot be attributed to community antenatal appointments alone. Most studies excluded women at high risk of complications, limiting generalisation. Evidence concerning neonatal death remained very uncertain (Sandall et al., 2024). The findings support continuity as a promising approach, but do not justify presenting it as a guaranteed improvement in every clinical outcome.</w:t>
      </w:r>
    </w:p>
    <w:p w:rsidR="00C47F7C" w:rsidRDefault="00000000" w14:paraId="6822D9B0" w14:textId="77777777">
      <w:r>
        <w:t>Staffing is another limitation. NHS England (2022) placed safe staffing conditions ahead of expanding continuity models. Organising small teams without enough available midwives may increase workload and disrupt other services. Implementation therefore requires realistic caseloads, absence cover and supervision. Partnership working also matters: midwives, GPs, obstetricians and relevant support services need clear referral responsibilities. Accurate records and reliable handovers help prevent women repeatedly explaining their circumstances or receiving inconsistent advice.</w:t>
      </w:r>
    </w:p>
    <w:p w:rsidR="00C47F7C" w:rsidRDefault="00000000" w14:paraId="1C063511" w14:textId="77777777">
      <w:r>
        <w:t>Quality of life includes emotional confidence and meaningful choice, alongside physical health. NICE (2021) emphasises understandable information and informed consent. Explaining screening options, allowing questions and respecting decisions can increase women’s control. Private discussion and appropriate communication support are particularly important where disclosure is difficult. Services should offer alternatives when digital information is inaccessible, and assess individual needs without making assumptions about culture or family support.</w:t>
      </w:r>
    </w:p>
    <w:p w:rsidR="00C47F7C" w:rsidRDefault="00000000" w14:paraId="352E97E1" w14:textId="77777777">
      <w:r>
        <w:t>Practical evaluation should include women’s experiences as well as activity totals. Counting appointments cannot establish whether concerns were heard or referrals completed. Services should examine timely booking, continuity, missed appointments and feedback across different groups. Contacting women sensitively after missed appointments can identify barriers rather than automatically interpreting absence as disengagement. This approach connects service monitoring to the everyday experiences that define quality of life.</w:t>
      </w:r>
    </w:p>
    <w:p w:rsidR="00C47F7C" w:rsidRDefault="00000000" w14:paraId="5785703F" w14:textId="77777777">
      <w:r>
        <w:t>Overall, community antenatal midwifery has developed from locally delivered assistance into a regulated service within a wider maternity system. Its value lies in combining prevention, relationships and informed choice. These benefits are strongest when community access is matched by adequate staffing, inclusive communication and timely specialist support.</w:t>
      </w:r>
    </w:p>
    <w:p w:rsidRPr="00512883" w:rsidR="00C47F7C" w:rsidRDefault="00000000" w14:paraId="3530151A" w14:textId="77777777">
      <w:pPr>
        <w:pStyle w:val="Heading1"/>
        <w:pageBreakBefore/>
        <w:rPr>
          <w:color w:val="4F81BD" w:themeColor="accent1"/>
        </w:rPr>
      </w:pPr>
      <w:r w:rsidRPr="00512883">
        <w:rPr>
          <w:color w:val="4F81BD" w:themeColor="accent1"/>
        </w:rPr>
        <w:lastRenderedPageBreak/>
        <w:t>References</w:t>
      </w:r>
    </w:p>
    <w:p w:rsidR="00C47F7C" w:rsidRDefault="00000000" w14:paraId="10A655B9" w14:textId="77777777">
      <w:pPr>
        <w:keepLines/>
      </w:pPr>
      <w:r>
        <w:t xml:space="preserve">Birmingham City Council (2026) Councillor Mumtaz Hussain. Available at: </w:t>
      </w:r>
      <w:hyperlink r:id="rId8">
        <w:r>
          <w:t>https://www.birmingham.gov.uk/councillors/155/mumtaz_hussain</w:t>
        </w:r>
      </w:hyperlink>
    </w:p>
    <w:p w:rsidR="00C47F7C" w:rsidRDefault="00000000" w14:paraId="5833546D" w14:textId="77777777">
      <w:pPr>
        <w:keepLines/>
      </w:pPr>
      <w:r>
        <w:t xml:space="preserve">Birmingham Women’s and Children’s NHS Foundation Trust (n.d.) Community midwives. Available at: </w:t>
      </w:r>
      <w:hyperlink r:id="rId9">
        <w:r>
          <w:t>https://bwc.nhs.uk/community-midwives</w:t>
        </w:r>
      </w:hyperlink>
    </w:p>
    <w:p w:rsidR="00C47F7C" w:rsidRDefault="00000000" w14:paraId="443AB89B" w14:textId="77777777">
      <w:pPr>
        <w:keepLines/>
      </w:pPr>
      <w:r>
        <w:t xml:space="preserve">Care Act 2014, c. 23, Part 1. Available at: </w:t>
      </w:r>
      <w:hyperlink r:id="rId10">
        <w:r>
          <w:t>https://www.legislation.gov.uk/ukpga/2014/23/part/1</w:t>
        </w:r>
      </w:hyperlink>
    </w:p>
    <w:p w:rsidR="00C47F7C" w:rsidRDefault="00000000" w14:paraId="1BC8F870" w14:textId="5A07B9C4">
      <w:pPr>
        <w:keepLines/>
      </w:pPr>
      <w:r>
        <w:t xml:space="preserve">Care Quality Commission (2023) Birmingham City Council local authority assessment pilot: Overall summary. Available at: </w:t>
      </w:r>
      <w:hyperlink r:id="rId11">
        <w:r>
          <w:t>https://www.cqc.org.uk/care-services/local-authority-assessment-reports/birmingham-cc/overall-summary</w:t>
        </w:r>
      </w:hyperlink>
      <w:r w:rsidR="00512883">
        <w:t xml:space="preserve"> </w:t>
      </w:r>
    </w:p>
    <w:p w:rsidR="00C47F7C" w:rsidRDefault="00000000" w14:paraId="07EFAA45" w14:textId="6B8B4CA1">
      <w:pPr>
        <w:keepLines/>
      </w:pPr>
      <w:r>
        <w:t xml:space="preserve">Care Quality Commission (2026) Birmingham City Council local authority assessment: Overall summary. 13 May. Available at: </w:t>
      </w:r>
      <w:hyperlink r:id="rId12">
        <w:r>
          <w:t>https://www.cqc.org.uk/care-services/local-authority-assessment-reports/birmingham-0526/summary</w:t>
        </w:r>
      </w:hyperlink>
      <w:r w:rsidR="00512883">
        <w:t xml:space="preserve"> </w:t>
      </w:r>
    </w:p>
    <w:p w:rsidR="00C47F7C" w:rsidRDefault="00000000" w14:paraId="1063DAC8" w14:textId="04FFFCA1">
      <w:pPr>
        <w:keepLines/>
      </w:pPr>
      <w:r>
        <w:t xml:space="preserve">Gibb, F. (2022) 120 years of the Midwives Act in England and Wales. Royal College of Midwives, 31 July. Available at: </w:t>
      </w:r>
      <w:hyperlink r:id="rId13">
        <w:r>
          <w:t>https://rcm.org.uk/blog/2022/07/120-years-of-the-midwives-act-in-england-and-wales/</w:t>
        </w:r>
      </w:hyperlink>
      <w:r w:rsidR="00512883">
        <w:t xml:space="preserve">  </w:t>
      </w:r>
    </w:p>
    <w:p w:rsidRPr="00512883" w:rsidR="00512883" w:rsidP="00512883" w:rsidRDefault="00512883" w14:paraId="2CDA1A16" w14:textId="77777777">
      <w:pPr>
        <w:keepLines/>
      </w:pPr>
      <w:r w:rsidRPr="00512883">
        <w:t xml:space="preserve">House of Commons (1936) Midwives Bill. Hansard, 30 April. Available at: </w:t>
      </w:r>
      <w:hyperlink r:id="rId14">
        <w:r w:rsidRPr="00512883">
          <w:rPr>
            <w:rStyle w:val="Hyperlink"/>
          </w:rPr>
          <w:t>https://hansard.parliament.uk/commons/1936-04-30/debates/1091b303-8de5-428d-84ab-7a50c6302407/MidwivesBill</w:t>
        </w:r>
      </w:hyperlink>
    </w:p>
    <w:p w:rsidRPr="00512883" w:rsidR="00512883" w:rsidP="00512883" w:rsidRDefault="00512883" w14:paraId="46277630" w14:textId="77777777">
      <w:pPr>
        <w:keepLines/>
      </w:pPr>
      <w:r w:rsidRPr="00512883">
        <w:t xml:space="preserve">National Institute for Health and Care Excellence (2015) Home care: delivering personal care and practical support to older people living in their own homes. NG21. Available at: </w:t>
      </w:r>
      <w:hyperlink r:id="rId15">
        <w:r w:rsidRPr="00512883">
          <w:rPr>
            <w:rStyle w:val="Hyperlink"/>
          </w:rPr>
          <w:t>https://www.nice.org.uk/guidance/ng21/chapter/recommendations</w:t>
        </w:r>
      </w:hyperlink>
    </w:p>
    <w:p w:rsidRPr="00512883" w:rsidR="00512883" w:rsidP="00512883" w:rsidRDefault="00512883" w14:paraId="72EDF21E" w14:textId="77777777">
      <w:pPr>
        <w:keepLines/>
      </w:pPr>
      <w:r w:rsidRPr="00512883">
        <w:t xml:space="preserve">National Institute for Health and Care Excellence (2021) Antenatal care. NG201. Available at: </w:t>
      </w:r>
      <w:hyperlink r:id="rId16">
        <w:r w:rsidRPr="00512883">
          <w:rPr>
            <w:rStyle w:val="Hyperlink"/>
          </w:rPr>
          <w:t>https://www.nice.org.uk/guidance/ng201/chapter/recommendations</w:t>
        </w:r>
      </w:hyperlink>
    </w:p>
    <w:p w:rsidRPr="00512883" w:rsidR="00512883" w:rsidP="00512883" w:rsidRDefault="00512883" w14:paraId="2D6E4B35" w14:textId="77777777">
      <w:pPr>
        <w:keepLines/>
      </w:pPr>
      <w:r w:rsidRPr="00512883">
        <w:t xml:space="preserve">NHS England (2022) Midwifery continuity of carer. 21 September. Available at: </w:t>
      </w:r>
      <w:hyperlink r:id="rId17">
        <w:r w:rsidRPr="00512883">
          <w:rPr>
            <w:rStyle w:val="Hyperlink"/>
          </w:rPr>
          <w:t>https://www.england.nhs.uk/publication/midwifery-continuity-of-carer/</w:t>
        </w:r>
      </w:hyperlink>
    </w:p>
    <w:p w:rsidRPr="00512883" w:rsidR="00512883" w:rsidP="00512883" w:rsidRDefault="00512883" w14:paraId="7B47EFB7" w14:textId="77777777">
      <w:pPr>
        <w:keepLines/>
      </w:pPr>
      <w:r w:rsidRPr="00512883">
        <w:t xml:space="preserve">NHS England (2023) About NHS 75. Available at: </w:t>
      </w:r>
      <w:hyperlink r:id="rId18">
        <w:r w:rsidRPr="00512883">
          <w:rPr>
            <w:rStyle w:val="Hyperlink"/>
          </w:rPr>
          <w:t>https://www.england.nhs.uk/nhsbirthday/about-the-nhs-birthday/</w:t>
        </w:r>
      </w:hyperlink>
    </w:p>
    <w:p w:rsidRPr="00512883" w:rsidR="00512883" w:rsidP="00512883" w:rsidRDefault="00512883" w14:paraId="11C439EB" w14:textId="77777777">
      <w:pPr>
        <w:keepLines/>
      </w:pPr>
      <w:r w:rsidRPr="00512883">
        <w:t xml:space="preserve">Sandall, J., Fernandez Turienzo, C., Devane, D., Soltani, H., Gillespie, P., Gates, S., Jones, L.V., Shennan, A.H. and Rayment-Jones, H. (2024) Midwife continuity of care models versus other models of care for childbearing women. Cochrane Database of Systematic Reviews, 4, CD004667. Available at: </w:t>
      </w:r>
      <w:hyperlink r:id="rId19">
        <w:r w:rsidRPr="00512883">
          <w:rPr>
            <w:rStyle w:val="Hyperlink"/>
          </w:rPr>
          <w:t>https://doi.org/10.1002/14651858.CD004667.pub6</w:t>
        </w:r>
      </w:hyperlink>
    </w:p>
    <w:p w:rsidR="00512883" w:rsidRDefault="00512883" w14:paraId="56352269" w14:textId="77777777">
      <w:pPr>
        <w:keepLines/>
      </w:pPr>
    </w:p>
    <w:sectPr w:rsidR="00512883" w:rsidSect="00034616">
      <w:footerReference w:type="default" r:id="rId20"/>
      <w:pgSz w:w="12240" w:h="15840" w:orient="portrait"/>
      <w:pgMar w:top="864" w:right="1296" w:bottom="864"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95549" w:rsidRDefault="00C95549" w14:paraId="3059EC61" w14:textId="77777777">
      <w:pPr>
        <w:spacing w:after="0" w:line="240" w:lineRule="auto"/>
      </w:pPr>
      <w:r>
        <w:separator/>
      </w:r>
    </w:p>
  </w:endnote>
  <w:endnote w:type="continuationSeparator" w:id="0">
    <w:p w:rsidR="00C95549" w:rsidRDefault="00C95549" w14:paraId="73447B9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47F7C" w:rsidRDefault="00000000" w14:paraId="694C6404" w14:textId="77777777">
    <w:pPr>
      <w:pStyle w:val="Footer"/>
      <w:jc w:val="right"/>
    </w:pPr>
    <w:r>
      <w:fldChar w:fldCharType="begin"/>
    </w:r>
    <w:r>
      <w:instrText>PAGE</w:instrText>
    </w:r>
    <w:r>
      <w:fldChar w:fldCharType="separate"/>
    </w:r>
    <w:r w:rsidR="00AE465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95549" w:rsidRDefault="00C95549" w14:paraId="0F31DB88" w14:textId="77777777">
      <w:pPr>
        <w:spacing w:after="0" w:line="240" w:lineRule="auto"/>
      </w:pPr>
      <w:r>
        <w:separator/>
      </w:r>
    </w:p>
  </w:footnote>
  <w:footnote w:type="continuationSeparator" w:id="0">
    <w:p w:rsidR="00C95549" w:rsidRDefault="00C95549" w14:paraId="00D9887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891044223">
    <w:abstractNumId w:val="8"/>
  </w:num>
  <w:num w:numId="2" w16cid:durableId="1698390406">
    <w:abstractNumId w:val="6"/>
  </w:num>
  <w:num w:numId="3" w16cid:durableId="1183326288">
    <w:abstractNumId w:val="5"/>
  </w:num>
  <w:num w:numId="4" w16cid:durableId="1036930478">
    <w:abstractNumId w:val="4"/>
  </w:num>
  <w:num w:numId="5" w16cid:durableId="1804227338">
    <w:abstractNumId w:val="7"/>
  </w:num>
  <w:num w:numId="6" w16cid:durableId="1970815929">
    <w:abstractNumId w:val="3"/>
  </w:num>
  <w:num w:numId="7" w16cid:durableId="728576798">
    <w:abstractNumId w:val="2"/>
  </w:num>
  <w:num w:numId="8" w16cid:durableId="2063090969">
    <w:abstractNumId w:val="1"/>
  </w:num>
  <w:num w:numId="9" w16cid:durableId="20020810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0000"/>
    <w:rsid w:val="00034616"/>
    <w:rsid w:val="0006063C"/>
    <w:rsid w:val="0015074B"/>
    <w:rsid w:val="0029639D"/>
    <w:rsid w:val="00326F90"/>
    <w:rsid w:val="00512883"/>
    <w:rsid w:val="00873A2F"/>
    <w:rsid w:val="00AA1D8D"/>
    <w:rsid w:val="00AE4650"/>
    <w:rsid w:val="00B47730"/>
    <w:rsid w:val="00C47F7C"/>
    <w:rsid w:val="00C95549"/>
    <w:rsid w:val="00CB0664"/>
    <w:rsid w:val="00FC693F"/>
    <w:rsid w:val="6D84EE93"/>
    <w:rsid w:val="7CEC5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239AC3"/>
  <w14:defaultImageDpi w14:val="330"/>
  <w15:docId w15:val="{3AA9766C-CF27-4E2A-839F-60B78ADF5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80" w:line="360" w:lineRule="auto"/>
    </w:pPr>
    <w:rPr>
      <w:rFonts w:ascii="Arial" w:hAnsi="Arial"/>
      <w:color w:val="000000"/>
    </w:rPr>
  </w:style>
  <w:style w:type="paragraph" w:styleId="Heading1">
    <w:name w:val="heading 1"/>
    <w:basedOn w:val="Normal"/>
    <w:next w:val="Normal"/>
    <w:link w:val="Heading1Char"/>
    <w:uiPriority w:val="9"/>
    <w:qFormat/>
    <w:rsid w:val="00FC693F"/>
    <w:pPr>
      <w:keepNext/>
      <w:keepLines/>
      <w:spacing w:before="480" w:after="240"/>
      <w:outlineLvl w:val="0"/>
    </w:pPr>
    <w:rPr>
      <w:rFonts w:asciiTheme="majorHAnsi" w:hAnsiTheme="majorHAnsi" w:eastAsiaTheme="majorEastAsia" w:cstheme="majorBidi"/>
      <w:b/>
      <w:bCs/>
      <w:sz w:val="30"/>
      <w:szCs w:val="28"/>
    </w:rPr>
  </w:style>
  <w:style w:type="paragraph" w:styleId="Heading2">
    <w:name w:val="heading 2"/>
    <w:basedOn w:val="Normal"/>
    <w:next w:val="Normal"/>
    <w:link w:val="Heading2Char"/>
    <w:uiPriority w:val="9"/>
    <w:unhideWhenUsed/>
    <w:qFormat/>
    <w:rsid w:val="00FC693F"/>
    <w:pPr>
      <w:keepNext/>
      <w:keepLines/>
      <w:spacing w:before="180" w:after="0"/>
      <w:outlineLvl w:val="1"/>
    </w:pPr>
    <w:rPr>
      <w:rFonts w:asciiTheme="majorHAnsi" w:hAnsiTheme="majorHAnsi" w:eastAsiaTheme="majorEastAsia" w:cstheme="majorBidi"/>
      <w:b/>
      <w:bCs/>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spacing w:after="300"/>
      <w:contextualSpacing/>
    </w:pPr>
    <w:rPr>
      <w:rFonts w:asciiTheme="majorHAnsi" w:hAnsiTheme="majorHAnsi" w:eastAsiaTheme="majorEastAsia" w:cstheme="majorBidi"/>
      <w:b/>
      <w:spacing w:val="5"/>
      <w:kern w:val="28"/>
      <w:sz w:val="40"/>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spacing w:val="15"/>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512883"/>
    <w:rPr>
      <w:color w:val="0000FF" w:themeColor="hyperlink"/>
      <w:u w:val="single"/>
    </w:rPr>
  </w:style>
  <w:style w:type="character" w:styleId="UnresolvedMention">
    <w:name w:val="Unresolved Mention"/>
    <w:basedOn w:val="DefaultParagraphFont"/>
    <w:uiPriority w:val="99"/>
    <w:semiHidden/>
    <w:unhideWhenUsed/>
    <w:rsid w:val="005128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www.birmingham.gov.uk/councillors/155/mumtaz_hussain" TargetMode="External" Id="rId8" /><Relationship Type="http://schemas.openxmlformats.org/officeDocument/2006/relationships/hyperlink" Target="https://rcm.org.uk/blog/2022/07/120-years-of-the-midwives-act-in-england-and-wales/" TargetMode="External" Id="rId13" /><Relationship Type="http://schemas.openxmlformats.org/officeDocument/2006/relationships/hyperlink" Target="https://www.england.nhs.uk/nhsbirthday/about-the-nhs-birthday/" TargetMode="External" Id="rId18" /><Relationship Type="http://schemas.openxmlformats.org/officeDocument/2006/relationships/styles" Target="styles.xml" Id="rId3" /><Relationship Type="http://schemas.openxmlformats.org/officeDocument/2006/relationships/fontTable" Target="fontTable.xml" Id="rId21" /><Relationship Type="http://schemas.openxmlformats.org/officeDocument/2006/relationships/endnotes" Target="endnotes.xml" Id="rId7" /><Relationship Type="http://schemas.openxmlformats.org/officeDocument/2006/relationships/hyperlink" Target="https://www.cqc.org.uk/care-services/local-authority-assessment-reports/birmingham-0526/summary" TargetMode="External" Id="rId12" /><Relationship Type="http://schemas.openxmlformats.org/officeDocument/2006/relationships/hyperlink" Target="https://www.england.nhs.uk/publication/midwifery-continuity-of-carer/" TargetMode="External" Id="rId17" /><Relationship Type="http://schemas.openxmlformats.org/officeDocument/2006/relationships/numbering" Target="numbering.xml" Id="rId2" /><Relationship Type="http://schemas.openxmlformats.org/officeDocument/2006/relationships/hyperlink" Target="https://www.nice.org.uk/guidance/ng201/chapter/recommendations" TargetMode="External" Id="rId16"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qc.org.uk/care-services/local-authority-assessment-reports/birmingham-cc/overall-summary" TargetMode="External" Id="rId11" /><Relationship Type="http://schemas.openxmlformats.org/officeDocument/2006/relationships/webSettings" Target="webSettings.xml" Id="rId5" /><Relationship Type="http://schemas.openxmlformats.org/officeDocument/2006/relationships/hyperlink" Target="https://www.nice.org.uk/guidance/ng21/chapter/recommendations" TargetMode="External" Id="rId15" /><Relationship Type="http://schemas.openxmlformats.org/officeDocument/2006/relationships/hyperlink" Target="https://www.legislation.gov.uk/ukpga/2014/23/part/1" TargetMode="External" Id="rId10" /><Relationship Type="http://schemas.openxmlformats.org/officeDocument/2006/relationships/hyperlink" Target="https://doi.org/10.1002/14651858.CD004667.pub6" TargetMode="External" Id="rId19" /><Relationship Type="http://schemas.openxmlformats.org/officeDocument/2006/relationships/settings" Target="settings.xml" Id="rId4" /><Relationship Type="http://schemas.openxmlformats.org/officeDocument/2006/relationships/hyperlink" Target="https://bwc.nhs.uk/community-midwives" TargetMode="External" Id="rId9" /><Relationship Type="http://schemas.openxmlformats.org/officeDocument/2006/relationships/hyperlink" Target="https://hansard.parliament.uk/commons/1936-04-30/debates/1091b303-8de5-428d-84ab-7a50c6302407/MidwivesBill" TargetMode="External" Id="rId14" /><Relationship Type="http://schemas.openxmlformats.org/officeDocument/2006/relationships/theme" Target="theme/theme1.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Domiciliary Care and Community Antenatal Midwifery</dc:title>
  <dc:subject>LCHS4003 Component 1</dc:subject>
  <dc:creator/>
  <keywords/>
  <dc:description>generated by python-docx</dc:description>
  <lastModifiedBy>Khazia Bi (2533712)</lastModifiedBy>
  <revision>3</revision>
  <dcterms:created xsi:type="dcterms:W3CDTF">2013-12-23T23:15:00.0000000Z</dcterms:created>
  <dcterms:modified xsi:type="dcterms:W3CDTF">2026-10-05T08:30:24.2913567Z</dcterms:modified>
  <category/>
</coreProperties>
</file>