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Avram Bujor</w:t>
      </w:r>
    </w:p>
    <w:p>
      <w:pPr>
        <w:jc w:val="center"/>
      </w:pPr>
      <w:r>
        <w:t>Birmingham, England | 07305468844 | avram8894@gmail.com</w:t>
      </w:r>
    </w:p>
    <w:p/>
    <w:p>
      <w:pPr>
        <w:pStyle w:val="Heading2"/>
      </w:pPr>
      <w:r>
        <w:t>PROFESSIONAL SUMMARY</w:t>
      </w:r>
    </w:p>
    <w:p>
      <w:r>
        <w:t>Hardworking and reliable Warehouse Operator with experience in fast-paced logistics environments. Skilled in order picking, packing, stock control, and forklift operations. Committed to maintaining high standards of accuracy, safety, and productivity while contributing to team success.</w:t>
      </w:r>
    </w:p>
    <w:p>
      <w:pPr>
        <w:pStyle w:val="Heading2"/>
      </w:pPr>
      <w:r>
        <w:t>WORK EXPERIENCE</w:t>
      </w:r>
    </w:p>
    <w:p>
      <w:r>
        <w:rPr>
          <w:b/>
        </w:rPr>
        <w:t>Warehouse Operator – TikTok Warehouse, Birmingham, England</w:t>
      </w:r>
    </w:p>
    <w:p>
      <w:r>
        <w:t>October 2025 – Present</w:t>
      </w:r>
    </w:p>
    <w:p>
      <w:pPr>
        <w:pStyle w:val="ListBullet"/>
      </w:pPr>
      <w:r>
        <w:t>Picked and prepared customer orders to consistently meet productivity targets.</w:t>
      </w:r>
    </w:p>
    <w:p>
      <w:pPr>
        <w:pStyle w:val="ListBullet"/>
      </w:pPr>
      <w:r>
        <w:t>Assisted team members with picking, packing, and processing tasks to improve overall efficiency.</w:t>
      </w:r>
    </w:p>
    <w:p>
      <w:pPr>
        <w:pStyle w:val="ListBullet"/>
      </w:pPr>
      <w:r>
        <w:t>Packaged goods securely and labelled items accurately to meet dispatch deadlines.</w:t>
      </w:r>
    </w:p>
    <w:p>
      <w:pPr>
        <w:pStyle w:val="ListBullet"/>
      </w:pPr>
      <w:r>
        <w:t>Scanned, sorted, and organised stock for accurate tracking and easy retrieval.</w:t>
      </w:r>
    </w:p>
    <w:p>
      <w:pPr>
        <w:pStyle w:val="ListBullet"/>
      </w:pPr>
      <w:r>
        <w:t>Reported damaged or missing items to management to prevent delays.</w:t>
      </w:r>
    </w:p>
    <w:p>
      <w:pPr>
        <w:pStyle w:val="ListBullet"/>
      </w:pPr>
      <w:r>
        <w:t>Maintained a clean and organised warehouse environment.</w:t>
      </w:r>
    </w:p>
    <w:p>
      <w:pPr>
        <w:pStyle w:val="ListBullet"/>
      </w:pPr>
      <w:r>
        <w:t>Followed strict health and safety regulations and wore appropriate PPE at all times.</w:t>
      </w:r>
    </w:p>
    <w:p>
      <w:pPr>
        <w:pStyle w:val="ListBullet"/>
      </w:pPr>
      <w:r>
        <w:t>Operated forklift equipment to transport pallets and heavy stock safely.</w:t>
      </w:r>
    </w:p>
    <w:p>
      <w:pPr>
        <w:pStyle w:val="Heading2"/>
      </w:pPr>
      <w:r>
        <w:t>KEY SKILLS</w:t>
      </w:r>
    </w:p>
    <w:p>
      <w:pPr>
        <w:pStyle w:val="ListBullet"/>
      </w:pPr>
      <w:r>
        <w:t>Warehouse Organisation</w:t>
      </w:r>
    </w:p>
    <w:p>
      <w:pPr>
        <w:pStyle w:val="ListBullet"/>
      </w:pPr>
      <w:r>
        <w:t>Time Management</w:t>
      </w:r>
    </w:p>
    <w:p>
      <w:pPr>
        <w:pStyle w:val="ListBullet"/>
      </w:pPr>
      <w:r>
        <w:t>Team Collaboration</w:t>
      </w:r>
    </w:p>
    <w:p>
      <w:pPr>
        <w:pStyle w:val="ListBullet"/>
      </w:pPr>
      <w:r>
        <w:t>Stock Replenishment</w:t>
      </w:r>
    </w:p>
    <w:p>
      <w:pPr>
        <w:pStyle w:val="ListBullet"/>
      </w:pPr>
      <w:r>
        <w:t>Problem Solving</w:t>
      </w:r>
    </w:p>
    <w:p>
      <w:pPr>
        <w:pStyle w:val="ListBullet"/>
      </w:pPr>
      <w:r>
        <w:t>Warehouse Picking &amp; Packing</w:t>
      </w:r>
    </w:p>
    <w:p>
      <w:pPr>
        <w:pStyle w:val="ListBullet"/>
      </w:pPr>
      <w:r>
        <w:t>Health &amp; Safety Compliance</w:t>
      </w:r>
    </w:p>
    <w:p>
      <w:pPr>
        <w:pStyle w:val="ListBullet"/>
      </w:pPr>
      <w:r>
        <w:t>Forklift Operation</w:t>
      </w:r>
    </w:p>
    <w:p>
      <w:pPr>
        <w:pStyle w:val="Heading2"/>
      </w:pPr>
      <w:r>
        <w:t>EDUCATION</w:t>
      </w:r>
    </w:p>
    <w:p>
      <w:r>
        <w:rPr>
          <w:b/>
        </w:rPr>
        <w:t>GCSEs: Music, Maths and English – Saltley Academy, Birmingham</w:t>
      </w:r>
    </w:p>
    <w:p>
      <w:r>
        <w:t>June 2021 – Present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