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shd w:fill="0B4B6B"/>
          </w:tcPr>
          <w:p>
            <w:pPr>
              <w:jc w:val="center"/>
            </w:pPr>
            <w:r>
              <w:rPr>
                <w:b/>
                <w:color w:val="FFFFFF"/>
                <w:sz w:val="38"/>
              </w:rPr>
              <w:t>WEEK 3 CATCH-UP: BBC MIND MAP</w:t>
            </w:r>
          </w:p>
          <w:p>
            <w:pPr>
              <w:jc w:val="center"/>
            </w:pPr>
            <w:r>
              <w:rPr>
                <w:color w:val="FFFFFF"/>
                <w:sz w:val="21"/>
              </w:rPr>
              <w:t>Independent practice after the guided BYD example</w:t>
            </w:r>
          </w:p>
        </w:tc>
      </w:tr>
    </w:tbl>
    <w:p/>
    <w:p>
      <w:r>
        <w:rPr>
          <w:b/>
        </w:rPr>
        <w:t xml:space="preserve">Name: </w:t>
      </w:r>
      <w:r>
        <w:t xml:space="preserve">______________________________________    </w:t>
      </w:r>
      <w:r>
        <w:rPr>
          <w:b/>
        </w:rPr>
        <w:t xml:space="preserve">Student number: </w:t>
      </w:r>
      <w:r>
        <w:t>__________________</w:t>
      </w:r>
    </w:p>
    <w:p>
      <w:r>
        <w:t>This is your independent Week 3 mind-map task. Use the FULL BBC social-media text from the Week 3 Moodle materials. Follow the steps below if you are unsure what to do.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shd w:fill="EAF4F7"/>
          </w:tcPr>
          <w:p>
            <w:pPr>
              <w:spacing w:after="0"/>
            </w:pPr>
            <w:r>
              <w:rPr>
                <w:b/>
                <w:color w:val="0B4B6B"/>
              </w:rPr>
              <w:t xml:space="preserve">Main idea is given: </w:t>
            </w:r>
            <w:r>
              <w:t>Social media helps small businesses grow.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shd w:fill="EAF4F7"/>
          </w:tcPr>
          <w:p>
            <w:pPr>
              <w:spacing w:after="0"/>
            </w:pPr>
            <w:r>
              <w:rPr>
                <w:b/>
                <w:color w:val="0B4B6B"/>
              </w:rPr>
              <w:t xml:space="preserve">Important: </w:t>
            </w:r>
            <w:r>
              <w:t>There is more than one correct way to organise this mind map. What matters is that your structure is clear and the information you choose comes from the BBC text.</w:t>
            </w:r>
          </w:p>
        </w:tc>
      </w:tr>
    </w:tbl>
    <w:p>
      <w:pPr>
        <w:spacing w:after="20"/>
      </w:pPr>
    </w:p>
    <w:p>
      <w:pPr>
        <w:pStyle w:val="Heading1"/>
      </w:pPr>
      <w:r>
        <w:t>Step 1: Read for the overall picture</w:t>
      </w:r>
    </w:p>
    <w:p>
      <w:r>
        <w:t>Open the FULL BBC text in the Week 3 materials. Read it once without stopping at every difficult word.</w:t>
      </w:r>
    </w:p>
    <w:p>
      <w:pPr>
        <w:spacing w:after="40"/>
      </w:pPr>
      <w:r>
        <w:rPr>
          <w:b/>
        </w:rPr>
        <w:t>Who is mentioned?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40"/>
      </w:pPr>
      <w:r>
        <w:rPr>
          <w:b/>
        </w:rPr>
        <w:t>What are they doing?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40"/>
      </w:pPr>
      <w:r>
        <w:rPr>
          <w:b/>
        </w:rPr>
        <w:t>What changes because of social media?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pStyle w:val="Heading1"/>
      </w:pPr>
      <w:r>
        <w:t>Step 2: Start your mind map</w:t>
      </w:r>
    </w:p>
    <w:p>
      <w:pPr>
        <w:pStyle w:val="ListBullet"/>
      </w:pPr>
      <w:r>
        <w:t>Turn an A4 sheet of paper horizontally.</w:t>
      </w:r>
    </w:p>
    <w:p>
      <w:pPr>
        <w:pStyle w:val="ListBullet"/>
      </w:pPr>
      <w:r>
        <w:t>Draw a circle in the centre.</w:t>
      </w:r>
    </w:p>
    <w:p>
      <w:pPr>
        <w:pStyle w:val="ListBullet"/>
      </w:pPr>
      <w:r>
        <w:t>Write: Social media helps small businesses grow.</w:t>
      </w:r>
    </w:p>
    <w:p>
      <w:pPr>
        <w:pStyle w:val="ListBullet"/>
      </w:pPr>
      <w:r>
        <w:t>Leave plenty of space around the centre for branches and examples.</w:t>
      </w:r>
    </w:p>
    <w:p>
      <w:pPr>
        <w:pStyle w:val="Heading1"/>
      </w:pPr>
      <w:r>
        <w:t>Step 3: Choose your main branches</w:t>
      </w:r>
    </w:p>
    <w:p>
      <w:r>
        <w:t>Go back to the text and decide which important information should become the main branches of your mind map. You can organise the article in a way that helps YOU understand it.</w:t>
      </w:r>
    </w:p>
    <w:p>
      <w:r>
        <w:t>Possible ways to organise your branches include:</w:t>
      </w:r>
    </w:p>
    <w:p>
      <w:pPr>
        <w:pStyle w:val="ListBullet"/>
      </w:pPr>
      <w:r>
        <w:t>by business</w:t>
      </w:r>
    </w:p>
    <w:p>
      <w:pPr>
        <w:pStyle w:val="ListBullet"/>
      </w:pPr>
      <w:r>
        <w:t>by what happens / business impact</w:t>
      </w:r>
    </w:p>
    <w:p>
      <w:pPr>
        <w:pStyle w:val="ListBullet"/>
      </w:pPr>
      <w:r>
        <w:t>by type of social-media use</w:t>
      </w:r>
    </w:p>
    <w:p>
      <w:pPr>
        <w:pStyle w:val="ListBullet"/>
      </w:pPr>
      <w:r>
        <w:t>another clear structure that makes sense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shd w:fill="EAF4F7"/>
          </w:tcPr>
          <w:p>
            <w:pPr>
              <w:spacing w:after="0"/>
            </w:pPr>
            <w:r>
              <w:rPr>
                <w:b/>
                <w:color w:val="0B4B6B"/>
              </w:rPr>
              <w:t xml:space="preserve">Do not copy the BYD structure automatically. </w:t>
            </w:r>
            <w:r>
              <w:t>The BBC article is different. Choose branches that fit THIS text.</w:t>
            </w:r>
          </w:p>
        </w:tc>
      </w:tr>
    </w:tbl>
    <w:p>
      <w:pPr>
        <w:spacing w:after="20"/>
      </w:pPr>
    </w:p>
    <w:p>
      <w:pPr>
        <w:spacing w:after="40"/>
      </w:pPr>
      <w:r>
        <w:rPr>
          <w:b/>
        </w:rPr>
        <w:t>Write 3-5 possible main branches before you draw them: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pStyle w:val="Heading1"/>
      </w:pPr>
      <w:r>
        <w:t>Step 4: Add useful information to each branch</w:t>
      </w:r>
    </w:p>
    <w:p>
      <w:r>
        <w:t>For each branch, ask: What more does the article tell me about this? Add short phrases that explain the branch.</w:t>
      </w:r>
    </w:p>
    <w:p>
      <w:r>
        <w:t>Useful questions:</w:t>
      </w:r>
    </w:p>
    <w:p>
      <w:pPr>
        <w:pStyle w:val="ListBullet"/>
      </w:pPr>
      <w:r>
        <w:t>What happened to this business?</w:t>
      </w:r>
    </w:p>
    <w:p>
      <w:pPr>
        <w:pStyle w:val="ListBullet"/>
      </w:pPr>
      <w:r>
        <w:t>How did social media affect customers or sales?</w:t>
      </w:r>
    </w:p>
    <w:p>
      <w:pPr>
        <w:pStyle w:val="ListBullet"/>
      </w:pPr>
      <w:r>
        <w:t>Who posted or appeared online?</w:t>
      </w:r>
    </w:p>
    <w:p>
      <w:pPr>
        <w:pStyle w:val="ListBullet"/>
      </w:pPr>
      <w:r>
        <w:t>What changed for the business?</w:t>
      </w:r>
    </w:p>
    <w:p>
      <w:pPr>
        <w:spacing w:after="40"/>
      </w:pPr>
      <w:r>
        <w:rPr>
          <w:b/>
        </w:rPr>
        <w:t>Write a few supporting notes you plan to add: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pStyle w:val="Heading1"/>
      </w:pPr>
      <w:r>
        <w:t>Step 5: Make your notes specific</w:t>
      </w:r>
    </w:p>
    <w:p>
      <w:r>
        <w:t>Look again for exact information that gives a fuller picture. Add useful names, numbers, places or examples where the text gives them.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shd w:fill="EAF4F7"/>
          </w:tcPr>
          <w:p>
            <w:pPr>
              <w:spacing w:after="0"/>
            </w:pPr>
            <w:r>
              <w:rPr>
                <w:b/>
                <w:color w:val="0B4B6B"/>
              </w:rPr>
              <w:t xml:space="preserve">Examples of the kind of detail to look for: </w:t>
            </w:r>
            <w:r>
              <w:t>business names; owner/person names; places; numbers; how far customers travelled; what product became popular; changes in trade or customer behaviour.</w:t>
            </w:r>
          </w:p>
        </w:tc>
      </w:tr>
    </w:tbl>
    <w:p>
      <w:pPr>
        <w:spacing w:after="20"/>
      </w:pPr>
    </w:p>
    <w:p>
      <w:pPr>
        <w:spacing w:after="40"/>
      </w:pPr>
      <w:r>
        <w:rPr>
          <w:b/>
        </w:rPr>
        <w:t>Specific names / places / examples I can add: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40"/>
      </w:pPr>
      <w:r>
        <w:rPr>
          <w:b/>
        </w:rPr>
        <w:t>Useful numbers or other exact facts I can add: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pStyle w:val="Heading1"/>
      </w:pPr>
      <w:r>
        <w:t>Step 6: Check and improve your mind map</w:t>
      </w:r>
    </w:p>
    <w:p>
      <w:r>
        <w:t>☐ The main idea is clear in the centre.</w:t>
      </w:r>
    </w:p>
    <w:p>
      <w:r>
        <w:t>☐ My main branches show important information from the BBC text.</w:t>
      </w:r>
    </w:p>
    <w:p>
      <w:r>
        <w:t>☐ I have added smaller details under the correct branches.</w:t>
      </w:r>
    </w:p>
    <w:p>
      <w:r>
        <w:t>☐ I included specific examples, names, places or numbers where useful.</w:t>
      </w:r>
    </w:p>
    <w:p>
      <w:r>
        <w:t>☐ I used short notes rather than copied sentences.</w:t>
      </w:r>
    </w:p>
    <w:p>
      <w:r>
        <w:t>☐ Someone else could understand my mind map without me explaining it.</w:t>
      </w:r>
    </w:p>
    <w:p>
      <w:pPr>
        <w:spacing w:after="40"/>
      </w:pPr>
      <w:r>
        <w:rPr>
          <w:b/>
        </w:rPr>
        <w:t>What ONE thing could you add or change to make your mind map clearer?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pStyle w:val="Heading1"/>
      </w:pPr>
      <w:r>
        <w:t>Step 7: What does the information mean for business?</w:t>
      </w:r>
    </w:p>
    <w:p>
      <w:pPr>
        <w:spacing w:after="40"/>
      </w:pPr>
      <w:r>
        <w:rPr>
          <w:b/>
        </w:rPr>
        <w:t>What does the BBC text show about how social media can affect a small business?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40"/>
      </w:pPr>
      <w:r>
        <w:rPr>
          <w:b/>
        </w:rPr>
        <w:t>What is one business decision an owner might make after seeing the impact of social media?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spacing w:after="20"/>
      </w:pPr>
      <w:r>
        <w:rPr>
          <w:color w:val="9B9B9B"/>
          <w:sz w:val="18"/>
        </w:rPr>
        <w:t>___________________________________________________________________________________</w:t>
      </w:r>
    </w:p>
    <w:p>
      <w:pPr>
        <w:pStyle w:val="Heading1"/>
      </w:pPr>
      <w:r>
        <w:t>Step 8: Keep your mind map</w:t>
      </w:r>
    </w:p>
    <w:p>
      <w:r>
        <w:t>Write your name and student number clearly on the mind map. Take a clear photo of the whole page.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shd w:fill="EAF4F7"/>
          </w:tcPr>
          <w:p>
            <w:pPr>
              <w:spacing w:after="0"/>
            </w:pPr>
            <w:r>
              <w:rPr>
                <w:b/>
                <w:color w:val="0B4B6B"/>
              </w:rPr>
              <w:t xml:space="preserve">Important for Assessment 1: </w:t>
            </w:r>
            <w:r>
              <w:t>Keep the photo safe. The Week 3 slides remind you that a picture of your mind map will also need to be added to the AS1 template you submit.</w:t>
            </w:r>
          </w:p>
        </w:tc>
      </w:tr>
    </w:tbl>
    <w:p>
      <w:pPr>
        <w:spacing w:after="20"/>
      </w:pPr>
    </w:p>
    <w:sectPr w:rsidR="00FC693F" w:rsidRPr="0006063C" w:rsidSect="00034616">
      <w:footerReference w:type="default" r:id="rId9"/>
      <w:pgSz w:w="12240" w:h="15840"/>
      <w:pgMar w:top="749" w:right="936" w:bottom="749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E6E6E"/>
        <w:sz w:val="16"/>
      </w:rPr>
      <w:t>Academic Skills - Week 3 Catch-Up | Independent BBC Mind Map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0B4B6B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0B4B6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4323E9-D486-466A-92EE-CA3062E9B3D8}"/>
</file>

<file path=customXml/itemProps3.xml><?xml version="1.0" encoding="utf-8"?>
<ds:datastoreItem xmlns:ds="http://schemas.openxmlformats.org/officeDocument/2006/customXml" ds:itemID="{49ED98C5-74A5-4998-844A-D817AB9EB091}"/>
</file>

<file path=customXml/itemProps4.xml><?xml version="1.0" encoding="utf-8"?>
<ds:datastoreItem xmlns:ds="http://schemas.openxmlformats.org/officeDocument/2006/customXml" ds:itemID="{81099643-E026-4D09-9B7D-BC6E377A3F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